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2024红楼梦读书心得（34篇）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2024红楼梦读书心得（通用34篇）</w:t>
      </w:r>
      <w:r>
        <w:rPr>
          <w:lang w:eastAsia="zh-CN"/>
        </w:rPr>
        <w:br/>
      </w:r>
      <w:r>
        <w:rPr>
          <w:lang w:eastAsia="zh-CN"/>
        </w:rPr>
        <w:t xml:space="preserve">    2024红楼梦读书心得 篇1 </w:t>
      </w:r>
      <w:r>
        <w:rPr>
          <w:lang w:eastAsia="zh-CN"/>
        </w:rPr>
        <w:br/>
      </w:r>
      <w:r>
        <w:rPr>
          <w:lang w:eastAsia="zh-CN"/>
        </w:rPr>
        <w:t>　　“谁能许我佛桑花期，不弃亦不离？谁能许我长乐安宁，无忧亦无惧，梦一世欢喜？”</w:t>
      </w:r>
      <w:r>
        <w:rPr>
          <w:lang w:eastAsia="zh-CN"/>
        </w:rPr>
        <w:br/>
      </w:r>
      <w:r>
        <w:rPr>
          <w:lang w:eastAsia="zh-CN"/>
        </w:rPr>
        <w:t>　　—题记</w:t>
      </w:r>
      <w:r>
        <w:rPr>
          <w:lang w:eastAsia="zh-CN"/>
        </w:rPr>
        <w:br/>
      </w:r>
      <w:r>
        <w:rPr>
          <w:lang w:eastAsia="zh-CN"/>
        </w:rPr>
        <w:t>　　《红楼梦》是一本奇书，是一出爱而不得的悲剧，是一纸讽刺封建礼教的指控。初看不知其意，再看，却发现写的并不是爱情悲剧如此简单……</w:t>
      </w:r>
      <w:r>
        <w:rPr>
          <w:lang w:eastAsia="zh-CN"/>
        </w:rPr>
        <w:br/>
      </w:r>
      <w:r>
        <w:rPr>
          <w:lang w:eastAsia="zh-CN"/>
        </w:rPr>
        <w:t>　　本书开头是一个神话，是为宝玉身上的玉埋下伏笔。神话里也写了宝玉和黛玉前世的纠葛，他们之间的爱恨情仇是注定的。就当这神话是个前言吧。黛玉从小生活就很悲惨。六岁时丧母，父亲好不容易把她拉扯大，却又身染重病，离她而去，她只好投靠贾府。初见贾母，我只感觉贾母是个慈祥的老人，对她并没有什么恶意。后当凤辣子含笑前来，后又悲悲戚戚时，我感到这人是何等的虚假！再回过头来看，满贾府的人都似带了个面具，把所有情绪隐藏了起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看到《红楼梦》中部，时不时便会看到有人哭泣，惘然，或是发痴病。我感觉古人真矫情。不过，我对宝玉也有所改观。刚看此书，只觉宝玉就是一个登徒子，但看到后来，却发现宝玉虽然风流，但情绪总会被黛玉牵动。一回有人跟宝玉说黛玉要走了，宝玉一天都浑浑噩噩，茶不思饭不想。结尾是贾府被抄，黛玉去世，宝玉出家。一出悲剧就这样结束了。虽然很悲凉，但也会受到或多或少的启发。</w:t>
      </w:r>
      <w:r>
        <w:rPr>
          <w:lang w:eastAsia="zh-CN"/>
        </w:rPr>
        <w:br/>
      </w:r>
      <w:r>
        <w:rPr>
          <w:lang w:eastAsia="zh-CN"/>
        </w:rPr>
        <w:t>　　其实我很不赞同高鹗的续写。我相信曹雪芹本意非此，可高鹗却偏这样做了。让黛玉流着泪，怀着深深的思念去世，不是很浪漫吗？可高鹗却让黛玉很庸俗的气极而亡。所以一个高傲自赏的林黛玉在高鹗笔下却变成了一个为情所困的俗世女子。</w:t>
      </w:r>
      <w:r>
        <w:rPr>
          <w:lang w:eastAsia="zh-CN"/>
        </w:rPr>
        <w:br/>
      </w:r>
      <w:r>
        <w:rPr>
          <w:lang w:eastAsia="zh-CN"/>
        </w:rPr>
        <w:t>　　在红楼梦里，我看到的是“镜中花、水中月”的神秘情感境界。书里的人物思想的深处都蕴含着不可逆的悲剧，封建思想的禁锢使得他们都成为了爱情的奴隶、历史中的悲剧角色。回头看看，人生的小路上徒留自己苍凉可悲的脚印。我们有比古人发达的科技，更多的见识。但我们也许没有像古人一样至死不渝的爱情。</w:t>
      </w:r>
      <w:r>
        <w:rPr>
          <w:lang w:eastAsia="zh-CN"/>
        </w:rPr>
        <w:br/>
      </w:r>
      <w:r>
        <w:rPr>
          <w:lang w:eastAsia="zh-CN"/>
        </w:rPr>
        <w:t>　　“多少红颜悴，多少相思碎，唯留血染墨香哭乱冢。”</w:t>
      </w:r>
      <w:r>
        <w:rPr>
          <w:lang w:eastAsia="zh-CN"/>
        </w:rPr>
        <w:br/>
      </w:r>
      <w:r>
        <w:rPr>
          <w:lang w:eastAsia="zh-CN"/>
        </w:rPr>
        <w:t xml:space="preserve">    2024红楼梦读书心得 篇2 </w:t>
      </w:r>
      <w:r>
        <w:rPr>
          <w:lang w:eastAsia="zh-CN"/>
        </w:rPr>
        <w:br/>
      </w:r>
      <w:r>
        <w:rPr>
          <w:lang w:eastAsia="zh-CN"/>
        </w:rPr>
        <w:t>　　看了红楼梦后，我的心久久不能平复。我看见了形形色色的女子，但其中只爱一个黛玉。两弯似蹙非蹙罥烟眉，一双似泣非泣含露目。态生两靥之愁，娇袭一身之病。泪光点点，娇喘微微。闲静时如姣花照水，行动处似弱柳扶风。心较比干多一窍，病如西子胜三分。好一个娴静如水的颦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最欣赏的还是黛玉的诗情画意，灵秀慧黠。黛玉每每与姐妹们饮酒赏花吟诗作对，总是才气逼人，艺压群芳。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天尽头，何处有丘”，悲哀着“三月香巢已垒成，梁间燕子套无情”，伤感着“花谢花飞飞满天，红消香断有谁怜”，终落得“一缕香魂随风散，三更不曾入梦来”的凄凉结局。</w:t>
      </w:r>
      <w:r>
        <w:rPr>
          <w:lang w:eastAsia="zh-CN"/>
        </w:rPr>
        <w:br/>
      </w:r>
      <w:r>
        <w:rPr>
          <w:lang w:eastAsia="zh-CN"/>
        </w:rPr>
        <w:t>　　《红楼梦》带着忧伤、凄凉的气氛，让人常常想落泪。或许“红楼梦”，真的只是红楼的一场梦。</w:t>
      </w:r>
      <w:r>
        <w:rPr>
          <w:lang w:eastAsia="zh-CN"/>
        </w:rPr>
        <w:br/>
      </w:r>
      <w:r>
        <w:rPr>
          <w:lang w:eastAsia="zh-CN"/>
        </w:rPr>
        <w:t xml:space="preserve">    2024红楼梦读书心得 篇3 </w:t>
      </w:r>
      <w:r>
        <w:rPr>
          <w:lang w:eastAsia="zh-CN"/>
        </w:rPr>
        <w:br/>
      </w:r>
      <w:r>
        <w:rPr>
          <w:lang w:eastAsia="zh-CN"/>
        </w:rPr>
        <w:t>　　开谈不说《红楼梦》，读尽诗书也枉然。一曲红楼多少梦，情天情海幻情身。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俗话说少不看水浒，老不看三国，男不看红楼，女不看西厢，但红楼梦无疑是古典文学小说的一个巅峰。文学家读《红楼梦》，读的是一代名家曹雪琴留下的撼世的不朽传奇，惊叹于他的卓绝的文学才气，赞美这样一个请棋书画、天文地理无不精通的伟大文学家;历史学家读《红楼梦》，读的是封建社会制度的腐朽败坏，痛快于其黑暗的统治注定了其必将败亡的惨烈结局;自由主义者读到红楼梦，读出的是它封建制度、等级制度对人们的压迫和压榨，对生命的不尊重以及贵贱的划分令他们义愤填膺;也有人悲叹于文学的流传必将正因其从盛到衰的历程</w:t>
      </w:r>
      <w:r>
        <w:rPr>
          <w:lang w:eastAsia="zh-CN"/>
        </w:rPr>
        <w:br/>
      </w:r>
      <w:r>
        <w:rPr>
          <w:lang w:eastAsia="zh-CN"/>
        </w:rPr>
        <w:t>　　一百个人读红楼梦，就会有一百种明白!从不一样的角度，会有不一样的感受。我不是文学家，思想家又或者历史学家。我只是无数拜读《红楼梦》的平常人之一!我无法从他的文学价值和影响上去精研细琢，我只能倾心于我的感觉，那如漏漏细流一般倾入我心脉的思感，令我久久平难以自拔。</w:t>
      </w:r>
      <w:r>
        <w:rPr>
          <w:lang w:eastAsia="zh-CN"/>
        </w:rPr>
        <w:br/>
      </w:r>
      <w:r>
        <w:rPr>
          <w:lang w:eastAsia="zh-CN"/>
        </w:rPr>
        <w:t>　　诚然，《红楼梦》里远不止这三个人物，然而最让我有感触的就是他们三人。的确，《红楼梦》绝不仅仅仅是一部情爱史，但最让我揪心的就是他们三儿的情感纠葛。在他们的爱背后，暗藏着封建婚姻观念的牢靠枷锁，但也十足体现了对封建思想的顽强抗争。他们感情的结局象征着故事的结尾，凄凄惨惨戚戚，不禁让人心酸感叹。</w:t>
      </w:r>
      <w:r>
        <w:rPr>
          <w:lang w:eastAsia="zh-CN"/>
        </w:rPr>
        <w:br/>
      </w:r>
      <w:r>
        <w:rPr>
          <w:lang w:eastAsia="zh-CN"/>
        </w:rPr>
        <w:t>　　林黛玉的命运无疑是个杯具，从她的诞生，到进入贾府，再到与宝玉相爱，她的泪从未断流。虽自有一段风流态度，但却逃不出不足之症的牢笼。黛玉是个聪慧的女子，自小跟从贾雨村学习就凸显其聪颖的一面。而进了贾府，与姐妹们作诗习文，她亦是样样了得。迎春贵妃省亲时，唯宝玉被作诗难住。完工在一旁的黛玉见此景况，急忙又作一首赐予宝玉。史湘云入社后请诸位吃蟹赏菊时，大家纷纷题诗，黛玉先是从容不迫，最后时辰挥就一首，一举夺下花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同时，黛玉是个敏感的女子，毕竟是离家后入住贾府，寄人篱下，总感觉要步步留心，时时在意。最终养成了爱计较和忍气吞声的性格。怀疑周瑞家送来的簪花是挑剩下的，对撞见宝玉来看宝钗吃了小醋等等。但无论怎样，黛玉是纯洁的，她也同样想应对自己真实的感情，但她总是无法摆脱环境的拘束。</w:t>
      </w:r>
      <w:r>
        <w:rPr>
          <w:lang w:eastAsia="zh-CN"/>
        </w:rPr>
        <w:br/>
      </w:r>
      <w:r>
        <w:rPr>
          <w:lang w:eastAsia="zh-CN"/>
        </w:rPr>
        <w:t>　　她自卑、自尊、自怜。黛玉性格里独有的叛逆和孤僻，以及对世俗的不屑一顾，令她处处显得特立独行，卓尔不群。花前痴读西厢，毫无避讳;不喜巧言令色，言随心至;崇尚真情真意，淡泊名利她质本洁来还洁去，一如碧玉般盈澈!黛玉每每与姐妹们饮酒赏花吟诗作对，总是才气逼人，艺压群芳。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但是那里没有她能够依靠的亲人，没有她能够倾诉的知己，只有风流多情的宝玉让她芳心暗许，却又总是患得患失。于是她无奈着?天尽头，何处有香丘，悲哀着三月香巢已垒成，梁间燕子套无情，伤感着花谢花飞飞满天，红消香断有谁怜，终落得一缕香魂随风散，三更不曾入梦来的凄凉结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衔玉而生的贾宝玉聪颖灵秀，他面若中秋之月，色如春晓之花，鬓若刀裁，眉如墨画，面如桃瓣，目若秋波。他本应是贾家寄予厚望的继承人，然而他却充满着叛逆，虽去过学堂，念着四书五经，然而却一心厌恶官场，厌恶官场的腐朽堕落。但他反倒是对女子有着格外的亲近，从小就被女子包围着，甘愿做那万红中的一绿。他自称女生是水做的身子，男生是泥做的骨肉，极度欣羡女子的清洁纯净，憎恶自己的家庭，甚至后悔自己是个男儿身。因此，他对身边的丫鬟总是呵护有加，平等对待，这即反应他对封建统治制度的控诉。他总是想摆脱封建枷锁的桎梏，但又无奈自己封建等级的身份。而最能体现宝玉向往自由的地方就是他的感情，他对自己真正感情的向往超越了时代背景的限制，不为封建家族利益而成婚，死心塌地地爱上了林黛玉，矢志不渝。他用真心向时代宣战，而令人遗憾的是最终他以失败告终。</w:t>
      </w:r>
      <w:r>
        <w:rPr>
          <w:lang w:eastAsia="zh-CN"/>
        </w:rPr>
        <w:br/>
      </w:r>
      <w:r>
        <w:rPr>
          <w:lang w:eastAsia="zh-CN"/>
        </w:rPr>
        <w:t>　　一个是绝色佳人，一个是翩翩少年;一个聪明绝顶，一个博学多才;一个无意于功名利禄，一个从不说仕途经济的混帐话;她整天为他哭泣叹息，他整天为她牵肠挂肚;她心里只有他，他心里只有她&amp;&amp;这不正是天造地设的一对吗?然而在荣国府那样的牢笼里，他们的感情始终被压抑着。张生还可跳过粉墙去同莺莺幽会，杜丽娘还可在梦里同柳梦梅结成夫妻，宝玉和黛玉最终连这点幸运也没有。</w:t>
      </w:r>
      <w:r>
        <w:rPr>
          <w:lang w:eastAsia="zh-CN"/>
        </w:rPr>
        <w:br/>
      </w:r>
      <w:r>
        <w:rPr>
          <w:lang w:eastAsia="zh-CN"/>
        </w:rPr>
        <w:t>　　封建道德观念在贵族之家就是天条，窒息了人的一切天性。父母之命，媒的之言，以及贾家的败落最终隔断了他们的缘分。黛玉这个多情善感的女孩子，像一支柔嫩的小草在风刀霜剑凌逼之下枯槁了。她和宝玉的恋爱过程，始终伴随着痛苦和烦冤，最终还是一场虚幻，命运把他们大大地捉弄了一场。这出和着血泪的恋爱杯具，不仅仅使作者为之泪尽，几百年后的这天，仍是人们谈论不尽的话题，感受不完其中的酸甜苦辣!(鼓励人的经典语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假作真时真亦假，无为有处有还无，假假真真，让人琢磨不透《红楼梦》中的一切，林黛玉作为灵魂人物，她与常人不一样，她就是她，一丛清高孤傲的、孤芳自赏的空谷幽兰。林黛玉的自卑情结是命运所赐，也以此写成了她的命运。我们一边感慨着宝黛之间感情的忠贞不渝;一边痛恨封建社会腐朽败坏，愤愤不平这宝黛感情的真正凶手;一边惋惜这纯洁高贵、美丽坚贞但却是残缺遗憾的感情!</w:t>
      </w:r>
      <w:r>
        <w:rPr>
          <w:lang w:eastAsia="zh-CN"/>
        </w:rPr>
        <w:br/>
      </w:r>
      <w:r>
        <w:rPr>
          <w:lang w:eastAsia="zh-CN"/>
        </w:rPr>
        <w:t>　　说到了这么许多，决不能不提宝钗。宝钗虽不是主角，也有举足轻重的地位。从红楼梦引子中便可看出，因此上演这怀金悼玉的红楼梦中的金玉之说，似乎是主线，只是注定都道是金玉良姻，俺只念木石前盟的宿命。终还是空对着山中高士晶莹雪。终不忘世外仙姝寂寞林。看破的遁入空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众人对薛宝钗的评价向来就褒贬不一。虽然表面上她还是个正面善良的形象，相貌出众，博学多识，善解人意，懂得权衡利弊，只是有时也颇有心机。但实则她是一个被封建思想紧紧裹住的女生，因此身上自带有那种让人嫌弃的质感，她为了一己之私而言语中暗射毒箭而害死袭人，这在众多人看来成为了无法原谅的错误。此外，之前她口口声声说不信那和尚的金玉良缘，却总在宝玉面前再三提起。金钏死后为了不让王太太过于悲哀，竟说出了那丫鬟死不足惜之类的话。这云云一系列的事，都看出了宝钗实在就是被压在封建大山下的奴仆，她的生活游离在勾心斗角与阿谀奉承的边缘。作者对这个人物其实是又怜爱，又可惜的。结合人物背景，我们其实也不能把所有的错误都怪在宝钗身上。毕竟，她在贾府仍是一个受得上上下下都喜爱的封建淑女，她与那心狠手辣，两面三刀的凤辣子是截然不一样的。</w:t>
      </w:r>
      <w:r>
        <w:rPr>
          <w:lang w:eastAsia="zh-CN"/>
        </w:rPr>
        <w:br/>
      </w:r>
      <w:r>
        <w:rPr>
          <w:lang w:eastAsia="zh-CN"/>
        </w:rPr>
        <w:t>　　《红楼梦》这部兴衰之史，实为一种说教，其耀眼之处在于劝人们持续心理的平衡。作者之因此著书为红楼梦，是期望世人能够从人生大梦中清醒，不好被功名、金钱等所诱惑，去明白人生的真正价值，人生的真缔所在。红楼为梦，人生何时何地不如梦境一样呀?我们每个人都能够回想一下过去，曾几时，不是被梦境所萦绕，只是有些人能从梦中清醒，而有些人还继续在梦中沉迷。</w:t>
      </w:r>
      <w:r>
        <w:rPr>
          <w:lang w:eastAsia="zh-CN"/>
        </w:rPr>
        <w:br/>
      </w:r>
      <w:r>
        <w:rPr>
          <w:lang w:eastAsia="zh-CN"/>
        </w:rPr>
        <w:t>　　满纸荒唐言，一把辛酸泪。都云作者痴，谁解其中味?红楼一梦，千言万语化成一声叹息。</w:t>
      </w:r>
      <w:r>
        <w:rPr>
          <w:lang w:eastAsia="zh-CN"/>
        </w:rPr>
        <w:br/>
      </w:r>
      <w:r>
        <w:rPr>
          <w:lang w:eastAsia="zh-CN"/>
        </w:rPr>
        <w:t xml:space="preserve">    2024红楼梦读书心得 篇4 </w:t>
      </w:r>
      <w:r>
        <w:rPr>
          <w:lang w:eastAsia="zh-CN"/>
        </w:rPr>
        <w:br/>
      </w:r>
      <w:r>
        <w:rPr>
          <w:lang w:eastAsia="zh-CN"/>
        </w:rPr>
        <w:t>　　在这本书中，薛宝钗、袭人等是《红楼梦》的主线人物，贾宝玉、林黛玉两人的悲剧贯穿始终。由多情潇洒的宝玉，娇嫩多病的黛玉，塑造了一个发生在清朝封建家庭的动人爱情悲剧。作者曹雪芹通过《红楼梦》，揭示了当时封建社会的黑暗，也表达了他的不满与愤怒。故事讲述的是从小体弱多病的林黛玉来到了贾府，渐渐与公子贾宝玉相恋，本来这是一段美好的姻缘，但却又因凤姐从中使用掉包计，使得贾宝玉娶了带有黄金锁的薛宝钗，让林黛玉吐血身亡，贾宝玉从此心灰意冷，看破红尘的故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认为《红楼梦》这本名著很感人。看了它，我还真懂得了不少道理，也时常投入不已。我觉得，当时的贾府很奢侈，贾府的贾母有权有势，说话也很有分量，贾府上下全都得听她的。但她特别疼爱贾宝玉，把他当作掌上明珠。虽然贾母非常疼爱贾宝玉，但我并不是十分喜欢他。我觉得贾宝玉这个人物有点玩世不恭的意味。轻佻初中作文网，顽劣，屡教不改，这些词都可以用在他的身上。当然，最后他也在离开黛玉的巨大悲痛中醒悟了过来，一改自己平日任性妄为的作风我倒是喜欢贾宝玉的表妹林黛玉。她虽然爱哭，但很却有才华，琴棋书画样样精通。她和贾宝玉很谈得来，经常一起玩耍，两人是青梅竹马，十分要好。我觉得，自己也是一个样样精通的小女孩，爱好很广泛，读书、画画，弹钢琴、办小报我也有些爱哭，有时家人说说我的不是，呵!我的金豆豆就咕噜噜地滚了一地。不过，这些应该改正，作为现代的孩子，我觉得我们要坚强些，不要像林黛玉那样动不动就暗自垂泪。我觉得，林黛玉在我心里是《红楼梦》里最喜欢的人物，也是最感人的人物!</w:t>
      </w:r>
      <w:r>
        <w:rPr>
          <w:lang w:eastAsia="zh-CN"/>
        </w:rPr>
        <w:br/>
      </w:r>
      <w:r>
        <w:rPr>
          <w:lang w:eastAsia="zh-CN"/>
        </w:rPr>
        <w:t>　　自从我看了《红楼梦》以后就很佩服曹雪芹，他可以写出这么好的作品，能把里面的人物写得那么栩栩如生，说明他的写作功底十分深厚，里面的人物个个好像就站在我面前，同我说话似的。我要向他学习写作的方法，把写文章的基本功打扎实，提高自己的写作水平。</w:t>
      </w:r>
      <w:r>
        <w:rPr>
          <w:lang w:eastAsia="zh-CN"/>
        </w:rPr>
        <w:br/>
      </w:r>
      <w:r>
        <w:rPr>
          <w:lang w:eastAsia="zh-CN"/>
        </w:rPr>
        <w:t xml:space="preserve">    2024红楼梦读书心得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美人何处&amp;&amp;阅《红楼梦》有感展不开的眉头，捱不明的更漏。呀，恰便似遮不住的青山隐隐，流不断的緑水悠悠。&amp;&amp;《红豆曲》去年初夏，初读红楼，只觉心中一丝隐痛，倾慕于黛玉之才华，绝代之美貌。更为她惨美的一生而流泪。但我仍不喜欢她，作为一个红楼的女子，她没有坚强的心，没有乐观的心境，竟永远只淌些小女子的泪，也许是为宝玉前世的灌溉之恩，但且问一句春恨秋悲且自惹，花容月貌为谁妍?花谢花开花满天，红消香断有谁怜?侬今葬花人笑痴，他年葬花侬是谁?试问春残花渐落，便是红颜老死时。</w:t>
      </w:r>
      <w:r>
        <w:rPr>
          <w:lang w:eastAsia="zh-CN"/>
        </w:rPr>
        <w:br/>
      </w:r>
      <w:r>
        <w:rPr>
          <w:lang w:eastAsia="zh-CN"/>
        </w:rPr>
        <w:t>　　一朝春尽红颜老，花落人亡两不知!这是她含泪吟出的无调的歌，曾几何时，黛玉在我眼中仅是一个深锁闺中、多愁善感的绝代美人，仅是一个留得残荷听雨声的孤傲小姐，仅是一个花自飘零水自流掩面而泣的抑郁之人。他在心中悄悄嘀咕的一句何等眼熟到此，宝玉脱口而出的一句这个妹妹我见过注定了一段千古绝唱，可惜最后宝玉的新娘不是她，恋情不了了之。我曾质疑过本性喜散不喜聚的黛玉值得宝玉如此长情吗?她终究脆弱，易伤。今年，随着聒噪的蝉声，我重读了那寒塘渡鹤影，冷月葬花魂的红楼一梦，重读了那让我爱而不能，舍而心碎的女子&amp;&amp;林黛玉，也许是心境不同，我渐渐理解了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黛玉自幼丧母，寄人篱下，她不得不小小年纪，就谨守处事规则，红楼中这样写她步步留意，时时小心，不肯轻易多说一句话，多行一步路，唯恐被人耻笑了去。她没有勇气如湘云醉卧芍药丛中，却总是严严实实裹着一床红绫被子也许是她缺乏安全感吧;她更无心像宝钗，写出韶华休笑本无根，好风凭借力，送我上青云的闲情，却只想着嫁与东风春不管，凭尔去，忍淹留。她高雅如兰，汲取了文化艺术之精华，有着异于一般女子的灵慧秀气，她沉醉于诗文翰墨，有着恢弘的诗情。可以说黛玉的才华是与世无争的，可在那女子无才便是德的社会，才情飞扬的压卷之作只能屈于人下，可叹停机德，堪称咏絮才。钗黛，一个重德，一个重才。德可拢人，而才人多不识散发着美人香草韵味的她却被宝钗责为移了性情，不做分内的事也难怪那些洁身自好，多情诗意的女子在那钟鸣鼎食，温柔富贵的大家族中时时处处感到了风刀霜创严相逼她与宝玉，一个是良苑仙疤，一个是美玉无瑕。</w:t>
      </w:r>
      <w:r>
        <w:rPr>
          <w:lang w:eastAsia="zh-CN"/>
        </w:rPr>
        <w:br/>
      </w:r>
      <w:r>
        <w:rPr>
          <w:lang w:eastAsia="zh-CN"/>
        </w:rPr>
        <w:t>　　木石前盟怎比不过那金玉良缘?像黛玉眼中能有多少泪珠儿，怎能秋流到冬，春流到夏。纵宝玉终不忘世外姝寂寞林，黛玉还是干干净净地离开了，回到了世外的太虚幻境，欠泪的，泪已还，她继续做自己纯洁的绛珠仙子，正如诗云：质本洁来还洁去，强于污泥陷渠沟。她焚稿断痴情，静静地死去，生如夏花般绚烂，死如秋叶般静美。一面是洞房花烛，锣鼓喧天，一面却是生死离别，哭声震天，红颜弹指老，天下若微尘初入贾府，她那娴静时如姣花照水，行动处似弱柳扶风之态早已不复。</w:t>
      </w:r>
      <w:r>
        <w:rPr>
          <w:lang w:eastAsia="zh-CN"/>
        </w:rPr>
        <w:br/>
      </w:r>
      <w:r>
        <w:rPr>
          <w:lang w:eastAsia="zh-CN"/>
        </w:rPr>
        <w:t>　　其实细想，若初，黛玉未亡，面对贾府被抄的人间惨剧，岂不是要把泪流尽，以她脆弱敏感的心，如何承受这家破人亡的巨大不幸，若是被抓，被打，甚至被辱，以以她高傲纯洁的天性，怎样面对这样污浊的世界呢?红楼中，美人何处，美人何在?一种相思，两两处闲愁。此情无计可消除。才下眉头，却上心头。</w:t>
      </w:r>
      <w:r>
        <w:rPr>
          <w:lang w:eastAsia="zh-CN"/>
        </w:rPr>
        <w:br/>
      </w:r>
      <w:r>
        <w:rPr>
          <w:lang w:eastAsia="zh-CN"/>
        </w:rPr>
        <w:t xml:space="preserve">    2024红楼梦读书心得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读罢《红楼梦》，心里酸酸的。不知是为了什么。是为了荣宁二府的家破人亡?红粉丽人的香消玉殒?还是投机分子的欺世盗名?好像每种都有一点。但总是觉得那不是全部。从一个男人的角度分析，我豁然开朗，这是嫉妒。我在隐隐之中对宝玉产生了醋意。说来也真是惭愧，但是有几个男性看到一个纨绔子弟的周围无缘无故的缠绕着数不胜数的美女而不心酸呢?</w:t>
      </w:r>
      <w:r>
        <w:rPr>
          <w:lang w:eastAsia="zh-CN"/>
        </w:rPr>
        <w:br/>
      </w:r>
      <w:r>
        <w:rPr>
          <w:lang w:eastAsia="zh-CN"/>
        </w:rPr>
        <w:t>　　说到这，红楼梦里的爱情故事还真是数不胜数。首先力推的，就是宝玉和黛玉的红粉痴恋。在红楼梦里要数这两个人的爱情最纯洁了。从两小无猜，青梅出马，到长大后的坠入爱河。曹公简直就是顺水推舟，让读者感到，世间又一份千古流芳的爱情故事诞生了。它的出现是那么的自然，几乎没有人怀疑过，它的出现是那么纯洁，纤尘不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用一个普通人的眼光看她，最欣赏的还是黛玉的诗情画意，灵秀慧黠。黛玉每每与姐妹们饮酒赏花吟诗作对，总是才气逼人，艺压群芳。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天尽头，何处有香丘”，悲哀着“三月香巢已垒成，梁间燕子套无情”，伤感着“花谢花飞飞满天，红消香断有谁怜”，终落得“一缕香魂随风散，三更不曾入梦来”的凄凉结局。与其说林黛玉在贾府的地位和自身的懦弱是悲剧的起因，还不如把责任轨道万恶的封建社会以元春为首的封建集团无情的扼杀了宝玉和黛玉之间的爱情。如果红楼梦真的是曹雪芹亲身经历的描述，那么我可以感受到一个失去至爱的男人的痛苦。地狱的烈火在身边燃烧，苦不堪言，使他的思想静止不前，这不是切肤之痛，而是切肤之爱。当血泪撒尽的曹公转身面对不堪回首的历史怎能不发出“满纸荒.唐言，一把辛酸泪”的感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还有要说的就是薛宝钗的爱情悲剧了。看到黛玉的郁郁而终,依然那么难过。可待到读完,听甄世隐说着什么兰桂齐芳，这里的是是非非是“剪不断，理还乱”，让人看到古时婚姻的纰漏，它们往往全有父母处理，什么“指腹为婚”，更为可笑的是，他们有时从未见过面便稀里糊涂地成亲了。而且古时女子争着要进宫，因为那样可以使家族富贵，可皇帝有上千嫔妃，得宠一时，没多久又要被淡忘了，她们又何苦进宫呢?皇帝宠妃们饮酒作乐，衣食无忧，而老百姓则是吃了上顿没有下顿，生活之苦让人难以想象，也怪不得有了一次又一次的起义“造反”了，祸害之缘还是在于皇帝身上啊。这一出出的悲剧让人心寒而又愤怒，让人不由得痛恨起古时的苛捐杂税，它们把老百姓一步一步往火坑边上推，真让人深恶痛疾。在遥远的大洋彼岸又一个国度——英国。她诞生了一位伟大的、杰出的、有天赋的，剧作家他就是莎士比亚。他用他毕生的经历发扬了本国的独有的一种艺术形式——戏剧。那时一个民族，他那时代不灭的灵魂，以各种形式表现着自己、充实着自己。正如莎士比亚与戏剧的微妙关系一样，曹雪芹及其《红楼梦》，就是我们中华民族不朽灵魂的一部分。与其说他是异步伟大的巨著，不如说它是中国通史。与其说那是写贵族的生活，不如说是当时时局的真实写照。从一点点的细节来讲，那种语言的魅力体现出来，用形象生动的语言塑造了许许多多的人物形象。从人物的一举一动、一颦一笑、一张一弛。一丝一毫无不张显出人物的特点，可以说那种语言的叙述找不出一斯破绽。而从中又可以看出一个民族发展的问题，具体的症结，具体的民生国计，无不与此相关联。这不只是一部文学作品，又是一部柬书。前面说都都是前八十回，而后四十回我认为恰恰相反。从中有许多的破绽，例如贾宝玉在前八十回的一回中已经暗示到其是一悲剧人物，而到高鄂的笔下它又成了一个乐于学习又参加考试而考取举人，从一个顽童到一个好学之人，这中间几乎没有什么衔接，是很令人匪夷所思的。而且在最后又丢下已经怀孕的宝钗出家为僧。而且据说高鄂是因为一个上任的资助，取续写红楼的，我认为一个初衷就不那么纯洁的人，并且也没有理解到曹雪芹的写的《红楼梦》。是无法写好的。再说想象曹雪芹一样的来刻画人物是非常难的，不是容易达到的。我看到不如留下这四十回不写，给人以遐想的空间，还是挺美好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2024红楼梦读书心得 篇7 </w:t>
      </w:r>
      <w:r>
        <w:rPr>
          <w:lang w:eastAsia="zh-CN"/>
        </w:rPr>
        <w:br/>
      </w:r>
      <w:r>
        <w:rPr>
          <w:lang w:eastAsia="zh-CN"/>
        </w:rPr>
        <w:t>　　近来我读了中国四大名著之《红楼梦》，读完以后，让我对它又有了重新的认识。</w:t>
      </w:r>
      <w:r>
        <w:rPr>
          <w:lang w:eastAsia="zh-CN"/>
        </w:rPr>
        <w:br/>
      </w:r>
      <w:r>
        <w:rPr>
          <w:lang w:eastAsia="zh-CN"/>
        </w:rPr>
        <w:t>　　在书中，人物的性格塑造一大特色是正邪交赋，善恶相兼。正中我们常说的人无完人一样。它一般来说不表现纯粹的善人与纯粹的恶人。它的正面人物并非一切皆善，它的反而人物关非一切皆恶。</w:t>
      </w:r>
      <w:r>
        <w:rPr>
          <w:lang w:eastAsia="zh-CN"/>
        </w:rPr>
        <w:br/>
      </w:r>
      <w:r>
        <w:rPr>
          <w:lang w:eastAsia="zh-CN"/>
        </w:rPr>
        <w:t>　　书中的主人翁贾宝玉与林黛玉，无疑是寄寓了作者的初步民主主义理想的人物，是作者塑造的正面人物，肯定人物，但是，作者又表现了他们性格中非理想的、非下面的方面，非肯定的方面。客观地、全面的写出了人物性格的正反侧面的多样化。</w:t>
      </w:r>
      <w:r>
        <w:rPr>
          <w:lang w:eastAsia="zh-CN"/>
        </w:rPr>
        <w:br/>
      </w:r>
      <w:r>
        <w:rPr>
          <w:lang w:eastAsia="zh-CN"/>
        </w:rPr>
        <w:t>　　作者笔下的贾宝玉，他摈弃功名利禄，既不留意于孔孟之间，也不委身于经济之道，不但不留意不委身于此，而且对此予以激烈的抨击，每遇人劝他读孔孟之书，谈些仕途经济的学问，他就只笔批驳诮谤，说热衷于读书上进的都是入了国贼禄死之流。他背叛他的阶级，他的父祖为他选定的人生道路，宁受死打也不回头，然而他只希望每日只和姊妹丫头们一处，或读书，或写字，或弹琴下琪，作来吟诗。</w:t>
      </w:r>
      <w:r>
        <w:rPr>
          <w:lang w:eastAsia="zh-CN"/>
        </w:rPr>
        <w:br/>
      </w:r>
      <w:r>
        <w:rPr>
          <w:lang w:eastAsia="zh-CN"/>
        </w:rPr>
        <w:t>　　林黛玉也是一个性格多样化的人物，她孤立无依傍的少女，向敌对的社会环境挑战追求和捍卫自己的爱情，表现得那样勇敢刚强，可又那样胆怯脆弱。</w:t>
      </w:r>
      <w:r>
        <w:rPr>
          <w:lang w:eastAsia="zh-CN"/>
        </w:rPr>
        <w:br/>
      </w:r>
      <w:r>
        <w:rPr>
          <w:lang w:eastAsia="zh-CN"/>
        </w:rPr>
        <w:t>　　在书中，我感受到了人性格的复杂化，多样化，它真是文学史上的里程碑。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2024红楼梦读书心得 篇8 </w:t>
      </w:r>
      <w:r>
        <w:rPr>
          <w:lang w:eastAsia="zh-CN"/>
        </w:rPr>
        <w:br/>
      </w:r>
      <w:r>
        <w:rPr>
          <w:lang w:eastAsia="zh-CN"/>
        </w:rPr>
        <w:t>　　“都云作者痴，谁解其中味?”</w:t>
      </w:r>
      <w:r>
        <w:rPr>
          <w:lang w:eastAsia="zh-CN"/>
        </w:rPr>
        <w:br/>
      </w:r>
      <w:r>
        <w:rPr>
          <w:lang w:eastAsia="zh-CN"/>
        </w:rPr>
        <w:t>　　在学堂的第三个年头，少不更事的我，为这段情，这个人，流了泪。不懂爱，不是因为爱，只是那份至死的执着，箍紧了我充血的心脏，丝丝入扣。</w:t>
      </w:r>
      <w:r>
        <w:rPr>
          <w:lang w:eastAsia="zh-CN"/>
        </w:rPr>
        <w:br/>
      </w:r>
      <w:r>
        <w:rPr>
          <w:lang w:eastAsia="zh-CN"/>
        </w:rPr>
        <w:t>　　《红楼梦》自从问世以来，便饱受争议，这种不确定性，却让我有了一种“初出茅庐不怕虎”的勇气。我觉得读书不必怕看不懂，就像林妹妹说的那样“正要讲究讨论，方能长进”。因此，我想说说我自己的读书乐趣与心得。</w:t>
      </w:r>
      <w:r>
        <w:rPr>
          <w:lang w:eastAsia="zh-CN"/>
        </w:rPr>
        <w:br/>
      </w:r>
      <w:r>
        <w:rPr>
          <w:lang w:eastAsia="zh-CN"/>
        </w:rPr>
        <w:t>　　红楼梦是一部超越时空的巨著，作者曹雪芹更是颇具传奇色彩的人物，在他的笔下一个豪门大族由盛到衰，其中的故事各个耐人寻味，一个个人物栩栩如生，宝玉、黛玉的真挚爱情更令人唏嘘不断，不敢妄作评论，只愿说说我读后的感受与大家分享。</w:t>
      </w:r>
      <w:r>
        <w:rPr>
          <w:lang w:eastAsia="zh-CN"/>
        </w:rPr>
        <w:br/>
      </w:r>
      <w:r>
        <w:rPr>
          <w:lang w:eastAsia="zh-CN"/>
        </w:rPr>
        <w:t>　　《红楼梦》带着忧伤、凄凉的气氛，让人常常想落泪，而里面的诗词之多又让人不得不折服其下，怪不得有那么多的人在研究《红楼梦》。</w:t>
      </w:r>
      <w:r>
        <w:rPr>
          <w:lang w:eastAsia="zh-CN"/>
        </w:rPr>
        <w:br/>
      </w:r>
      <w:r>
        <w:rPr>
          <w:lang w:eastAsia="zh-CN"/>
        </w:rPr>
        <w:t>　　大观园中人物繁多，性情更是各不相同，俨然成了一个小社会。在当今社会中，光有才识、文凭和关系早已不能够如鱼得水，关键还是处理人际关系的能力。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她的泪，像涓涓细流一样潺潺流动，汇聚成一泓清泉，澄清着她的悲剧。她哭泣，因为她太委屈，她是悲惨的、是值得人们怜悯的，她和宝玉的爱情在那样的社会是不被容许的。她对宝玉太痴情，她一生无限伤感，然而临终前她笑着喊“宝玉，宝玉……”然后她永远的离开了这个世界……</w:t>
      </w:r>
      <w:r>
        <w:rPr>
          <w:lang w:eastAsia="zh-CN"/>
        </w:rPr>
        <w:br/>
      </w:r>
      <w:r>
        <w:rPr>
          <w:lang w:eastAsia="zh-CN"/>
        </w:rPr>
        <w:t>　　想想我们的林妹妹，“堪怜咏絮才”，更是贾母的亲孙女，还是仙女下凡，不管从硬件还是软件都可以说是过硬。可红玉还是说“林姑娘嘴里又爱刻薄人，心里又细”。再看看薛宝钗，不仅金蝉脱壳还成功陷害林妹妹，从人心上击败情敌并笼络住人心。(看看红玉又是怎么说，“若是宝姑娘听见，还倒罢了。”)怪不得“便是那些小丫头子们，亦多喜与宝钗去玩。”由此可见宝钗是多么八面玲珑，善于处理人与人之间的关系。</w:t>
      </w:r>
      <w:r>
        <w:rPr>
          <w:lang w:eastAsia="zh-CN"/>
        </w:rPr>
        <w:br/>
      </w:r>
      <w:r>
        <w:rPr>
          <w:lang w:eastAsia="zh-CN"/>
        </w:rPr>
        <w:t>　　《红楼梦》除了有许多处理人际关系的案例可以让我们去分析、吸收，同时也有着对人生的启示。</w:t>
      </w:r>
      <w:r>
        <w:rPr>
          <w:lang w:eastAsia="zh-CN"/>
        </w:rPr>
        <w:br/>
      </w:r>
      <w:r>
        <w:rPr>
          <w:lang w:eastAsia="zh-CN"/>
        </w:rPr>
        <w:t>　　王熙凤从小就被当做男孩子养，管理能力更是在许多男孩子之上。她也十分享受这种居高临下，一人之上，众人之上的感受，将贾府管理的井井有条，可谓是贾府中的风云人物。</w:t>
      </w:r>
      <w:r>
        <w:rPr>
          <w:lang w:eastAsia="zh-CN"/>
        </w:rPr>
        <w:br/>
      </w:r>
      <w:r>
        <w:rPr>
          <w:lang w:eastAsia="zh-CN"/>
        </w:rPr>
        <w:t>　　再说那贾宝玉，未曾在读书上上过心，更是讨厌做官，但由于情势所逼，便略一经心，中了举人。即使这样他也未改变他淡泊名利，不愿被功名所累的性情，入了空门，遂了心，也不枉费了天赋。</w:t>
      </w:r>
      <w:r>
        <w:rPr>
          <w:lang w:eastAsia="zh-CN"/>
        </w:rPr>
        <w:br/>
      </w:r>
      <w:r>
        <w:rPr>
          <w:lang w:eastAsia="zh-CN"/>
        </w:rPr>
        <w:t>　　在当今，有许多毕业生面临就业，都按父母安排，跟风似的选择自己并不感兴趣，有时又是自己能力不能到达的职业，这种情况并不少见，但往往事与愿违，耽误了自己的光阴。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这里的是是非非是“剪不断，理还乱”，让人看到古时婚姻的纰漏，它们往往全有父母处理，什么“指腹为婚”，更为可笑的是，他们有时从未见过面便稀里糊涂地成亲了。而且古时女子争着要进宫，因为那样可以使家族富贵，可皇帝有上千嫔妃，得宠一时，没多久又要冷清了，又何苦进宫呢?皇帝姥儿们饮酒作乐，衣食无忧，而老百姓则是吃了上顿没有下顿，生活之苦让人难以想象，也怪不得有了一次又一次的起义“造反”了，祸害之缘还是在于皇帝身上埃这一出出的悲剧让人心寒而又愤怒，让人不由得痛恨起古时的苛捐杂税，它们把老百姓一步一步往火坑边上推，真让人深恶痛疾。</w:t>
      </w:r>
      <w:r>
        <w:rPr>
          <w:lang w:eastAsia="zh-CN"/>
        </w:rPr>
        <w:br/>
      </w:r>
      <w:r>
        <w:rPr>
          <w:lang w:eastAsia="zh-CN"/>
        </w:rPr>
        <w:t>　　所以在面对人生时要先找到自己的人生目标、定位，再努力奋斗，便事半功倍了，否则必会后悔。</w:t>
      </w:r>
      <w:r>
        <w:rPr>
          <w:lang w:eastAsia="zh-CN"/>
        </w:rPr>
        <w:br/>
      </w:r>
      <w:r>
        <w:rPr>
          <w:lang w:eastAsia="zh-CN"/>
        </w:rPr>
        <w:t>　　其实，在《红楼梦》中不乏人生的哲理、做人处事的道理，关键在与你的心境是怎样的。毕竟，每个人对同一件是多会有不同的感受和见解。</w:t>
      </w:r>
      <w:r>
        <w:rPr>
          <w:lang w:eastAsia="zh-CN"/>
        </w:rPr>
        <w:br/>
      </w:r>
      <w:r>
        <w:rPr>
          <w:lang w:eastAsia="zh-CN"/>
        </w:rPr>
        <w:t>　　也许我无法，像作者那样了解自己的作品，但我试着去了解其中味，去用心体会《红楼梦》。我想人人心中都会有自己的红楼梦。</w:t>
      </w:r>
      <w:r>
        <w:rPr>
          <w:lang w:eastAsia="zh-CN"/>
        </w:rPr>
        <w:br/>
      </w:r>
      <w:r>
        <w:rPr>
          <w:lang w:eastAsia="zh-CN"/>
        </w:rPr>
        <w:t>　　红楼一梦，共解其中味。</w:t>
      </w:r>
      <w:r>
        <w:rPr>
          <w:lang w:eastAsia="zh-CN"/>
        </w:rPr>
        <w:br/>
      </w:r>
      <w:r>
        <w:rPr>
          <w:lang w:eastAsia="zh-CN"/>
        </w:rPr>
        <w:t xml:space="preserve">    2024红楼梦读书心得 篇9 </w:t>
      </w:r>
      <w:r>
        <w:rPr>
          <w:lang w:eastAsia="zh-CN"/>
        </w:rPr>
        <w:br/>
      </w:r>
      <w:r>
        <w:rPr>
          <w:lang w:eastAsia="zh-CN"/>
        </w:rPr>
        <w:t>　　《红楼梦》，大家应该都非常熟悉这本书吧，是曹雪芹所著的，四大名著之一。 在图书馆一次偶然的邂逅，我翻开了这本书，认识了她&amp;&amp;林黛玉，她最后可以说是患忧郁症死的，但他(她)给我留下了很深(深刻)的映像。她那张眉清目秀的面孔，天真的想法，还有和贾宝玉的那段悲惨(令人感伤)的爱情故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上个星期，回头望了望图书角，又发现了《红楼梦》这本书，又(一时)心血来潮，借接回家看看，回顾回顾这本中国的经典名著。</w:t>
      </w:r>
      <w:r>
        <w:rPr>
          <w:lang w:eastAsia="zh-CN"/>
        </w:rPr>
        <w:t xml:space="preserve"> 我觉得，当时的社会很奢侈，贾府的贾母很有权势，说话很有分量，贾府上下全都听她的。但她特别疼爱贾宝玉，把他当作心肝宝贝。也许因为是贾府上上下下都是姑娘，只有贾政(贾府的老爷)和贾宝玉两个男人吧。贾宝玉有一个表妹叫林黛玉，她很爱哭，但很有才华，很漂亮，也就是那个令我映像最深的人物。做诗、画画样样精通。她和贾宝玉很谈得来，经常一起玩耍，但别人都说宝钗比林黛玉好，唉......</w:t>
      </w:r>
      <w:r>
        <w:rPr>
          <w:lang w:eastAsia="zh-CN"/>
        </w:rPr>
        <w:br/>
      </w:r>
      <w:r>
        <w:rPr>
          <w:lang w:eastAsia="zh-CN"/>
        </w:rPr>
        <w:t>　　不过，林黛玉不是很坚强，还有些疑心病。现代的孩子要坚强些，不要那么多愁善感。我觉得，林黛玉在我心里是《红楼梦》里最喜欢的人物，也是最让我感动的人物。最后他们贾府也是死的死，嫁的嫁......</w:t>
      </w:r>
      <w:r>
        <w:rPr>
          <w:lang w:eastAsia="zh-CN"/>
        </w:rPr>
        <w:br/>
      </w:r>
      <w:r>
        <w:rPr>
          <w:lang w:eastAsia="zh-CN"/>
        </w:rPr>
        <w:t>　　最后，还是以悲剧(悲惨的结局)结束了这段故事，贾宝玉和林黛玉那绝后的爱情故事真是让人深思。</w:t>
      </w:r>
      <w:r>
        <w:rPr>
          <w:lang w:eastAsia="zh-CN"/>
        </w:rPr>
        <w:br/>
      </w:r>
      <w:r>
        <w:rPr>
          <w:lang w:eastAsia="zh-CN"/>
        </w:rPr>
        <w:t xml:space="preserve">    2024红楼梦读书心得 篇10 </w:t>
      </w:r>
      <w:r>
        <w:rPr>
          <w:lang w:eastAsia="zh-CN"/>
        </w:rPr>
        <w:br/>
      </w:r>
      <w:r>
        <w:rPr>
          <w:lang w:eastAsia="zh-CN"/>
        </w:rPr>
        <w:t>　　浓浓的书香味，深深的宝黛情，无论是这封建制度下缠绵千古的爱恋，还是在开放英国的罗密欧与朱丽叶的爱情，皆是情深缘浅，岁月截止了它们的发展，却吹不走它们曾存在的事实。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起初认为这只是部写封建社会家族兴亡的书，尽管如此我还是不免关注到那“未见其人，先闻其声”的王熙凤。王熙凤可算是贾府里最懂贾老太太心思的人，甚是讨贾老太太的欢喜，与宝玉及其他姐姐妹妹比起来她算是孝敬长辈的了。能够把贾府这样一个大家族的出出入入管理的井井有条让人佩服。虽然贾琏不大成才，但她依旧恪守妇道，对于姐妹们开诗社什么的也极热心。她，就是这样一位疾恶如仇，干练的当家人。</w:t>
      </w:r>
      <w:r>
        <w:rPr>
          <w:lang w:eastAsia="zh-CN"/>
        </w:rPr>
        <w:br/>
      </w:r>
      <w:r>
        <w:rPr>
          <w:lang w:eastAsia="zh-CN"/>
        </w:rPr>
        <w:t>　　待读了第二遍，第三遍，慢慢读懂了深深的宝黛情。脑海里回响着林黛玉的《葬花词》：依今葬花人笑痴，他年葬花依知是谁?试看春残花渐落，便是红颜老死时。一朝春尽红颜老，花落人亡两不知。那种悲到心底，挣脱不了的伤感，就像被万箭穿心，肝肠寸断的痛，诗，是她精神的寄托，是她情绪的表现。她那柔弱的背影令人疼惜，她的一颦一笑又是那么的迷人。她心比天高却做不到像莲的“出淤泥而不染”依旧无法自拔地爱上了宝玉，她似乎不应是这个世界的人，最后香消玉陨。若说那贾老太太是很疼惜黛玉的，却也不然。她铁石心肠地将他俩分割开来，这大概都归功于封建社会的传统理念吧!导致宝玉最后看破红尘，遁入空门。</w:t>
      </w:r>
      <w:r>
        <w:rPr>
          <w:lang w:eastAsia="zh-CN"/>
        </w:rPr>
        <w:br/>
      </w:r>
      <w:r>
        <w:rPr>
          <w:lang w:eastAsia="zh-CN"/>
        </w:rPr>
        <w:t>　　一部《红楼梦》，一个大观园的故事，惹的多少人为它泪流。</w:t>
      </w:r>
      <w:r>
        <w:rPr>
          <w:lang w:eastAsia="zh-CN"/>
        </w:rPr>
        <w:br/>
      </w:r>
      <w:r>
        <w:rPr>
          <w:lang w:eastAsia="zh-CN"/>
        </w:rPr>
        <w:t xml:space="preserve">    2024红楼梦读书心得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茶，就是这一片简简单单、淡雅清新的树叶，却惹得中国这座温婉的古国荡起了层层涟漪。碾深罗细，琼蕊冷生烟。一种风流气味，如甘露、不染尘烦。黄庭坚在《满庭芳》对茶持这样态度;红纱绿，春风饼。趁梅驿、来云岭。紫桂岩空琼窦冷。佳人却恨，等闲分破，缥缈双鸾影。一瓯月露心魂醒。党怀英把对茶的情谊寄托在这首《青玉案》中;酌之以匏，取式公刘。惟兹初成，沫沉华浮。焕如积雪，煜若春敷。杜毓在《礼赋》中以饱满的热情，歌颂了祖国山区孕育的奇产茶叶，描绘品评新茶的特殊感受;坐酌泠泠水，看煎瑟瑟尘。无由持一杯，寄与爱茶人。白居易在《山泉煎茶有怀》也有过精彩的描绘。</w:t>
      </w:r>
      <w:r>
        <w:rPr>
          <w:lang w:eastAsia="zh-CN"/>
        </w:rPr>
        <w:br/>
      </w:r>
      <w:r>
        <w:rPr>
          <w:lang w:eastAsia="zh-CN"/>
        </w:rPr>
        <w:t>　　而《红楼梦》，这部中国古典小说的巅峰巨着、世界文学的瑰宝的作者就是一个白居易所期望的爱茶人。</w:t>
      </w:r>
      <w:r>
        <w:rPr>
          <w:lang w:eastAsia="zh-CN"/>
        </w:rPr>
        <w:br/>
      </w:r>
      <w:r>
        <w:rPr>
          <w:lang w:eastAsia="zh-CN"/>
        </w:rPr>
        <w:t>　　一些雅士做过这样的考证：一百二十回本的《红楼梦》中有273处写到了茶，全书提到仙茗一种、名茶七种、外国茶一种。其中，涉及到的茶名就有六茶安茶、老君眉、普洱茶、龙井茶、枫露茶、女儿茶、漱口茶等多种，更有小厮名唤焙茗。不夸张地说，在读每回章节中都能闻到茶的清香，尝到茶的甘醇，可谓是一部红楼梦，满纸茶叶香。所以，民间有谚语说：读了红楼想喝茶，这样的描写一点都不为过。</w:t>
      </w:r>
      <w:r>
        <w:rPr>
          <w:lang w:eastAsia="zh-CN"/>
        </w:rPr>
        <w:br/>
      </w:r>
      <w:r>
        <w:rPr>
          <w:lang w:eastAsia="zh-CN"/>
        </w:rPr>
        <w:t>　　另外，《红楼梦》中对茶的用水、烹茶的艺术、精美的茶具和茶礼习俗的描述也都非常详细。而且，从作者对茶用墨的多少和对茶文化的了解来看，前八十回和后四十回绝不是一人所写。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除了茶，《红楼梦》拥有繁盛的花草世界，充满灵性的它们不仅是各个场景的点缀，也衬托了人物的性情&amp;&amp;薛宝钗所居住的蘅芜苑，多以香草遍植，虽整体造型朴素淡雅，但浓郁的香气暗暗将宝钗寓于俗世中的富贵妩媚。同样，孤标傲世的林黛玉所住潇湘馆，为苍翠的湘妃竹所环绕，既表明黛玉拥有竹子一般的气节，也点出她为爱情归还斑斑血泪。木讷懦弱的贾迎春配以不胜愁的蓼花菱叶，槛外人妙玉配以寒冬中苦苦修行的红梅，娇憨豁达的史湘云配以明媚鲜艳的海棠更有宝玉生日宴上的行酒令、海棠诗社的由来，因海棠花而起;芒种节祭花神，黛玉有《葬花吟》;中秋题咏菊花诗，一共吟咏菊花韵事十二种;香菱与芳官等人斗草，一连数出观音柳、罗汉松、君子竹、美人蕉等花草名</w:t>
      </w:r>
      <w:r>
        <w:rPr>
          <w:lang w:eastAsia="zh-CN"/>
        </w:rPr>
        <w:br/>
      </w:r>
      <w:r>
        <w:rPr>
          <w:lang w:eastAsia="zh-CN"/>
        </w:rPr>
        <w:t>　　浩瀚红学，不仅让我们收获了丰富多彩的知识，更了解到艺术家从事创作，缺少生活不行，缺乏艺术修养也不行。在一个安静的下午，听雨打屋檐的脆响，品一口清茶，翻一页红楼，贪婪的嗅着空气中弥漫的雏菊花的味道，不得不感叹时光荏苒，岁月静好。</w:t>
      </w:r>
      <w:r>
        <w:rPr>
          <w:lang w:eastAsia="zh-CN"/>
        </w:rPr>
        <w:br/>
      </w:r>
      <w:r>
        <w:rPr>
          <w:lang w:eastAsia="zh-CN"/>
        </w:rPr>
        <w:t xml:space="preserve">    2024红楼梦读书心得 篇12 </w:t>
      </w:r>
      <w:r>
        <w:rPr>
          <w:lang w:eastAsia="zh-CN"/>
        </w:rPr>
        <w:br/>
      </w:r>
      <w:r>
        <w:rPr>
          <w:lang w:eastAsia="zh-CN"/>
        </w:rPr>
        <w:t>　　张爱玲说过，人生有三恨：一恨海棠无香，二恨鲥鱼多刺，三恨红楼未完。</w:t>
      </w:r>
      <w:r>
        <w:rPr>
          <w:lang w:eastAsia="zh-CN"/>
        </w:rPr>
        <w:br/>
      </w:r>
      <w:r>
        <w:rPr>
          <w:lang w:eastAsia="zh-CN"/>
        </w:rPr>
        <w:t>　　在父亲的帮助下，有幸我拜读了《红楼梦》。虽然不甚了解，但依然感到了震撼。</w:t>
      </w:r>
      <w:r>
        <w:rPr>
          <w:lang w:eastAsia="zh-CN"/>
        </w:rPr>
        <w:br/>
      </w:r>
      <w:r>
        <w:rPr>
          <w:lang w:eastAsia="zh-CN"/>
        </w:rPr>
        <w:t>　　《红楼梦》作为四大名着之一，国人对它的熟知度很高，几乎每个人都能说出几句红楼中的词句和故事章节，甚至还有不少的学者专门去研究它，称之为红学。然而，除了那些红学专家，认真读完红楼的，又有几人?多少人又是为了附庸风雅而对红楼趋之若鹜?</w:t>
      </w:r>
      <w:r>
        <w:rPr>
          <w:lang w:eastAsia="zh-CN"/>
        </w:rPr>
        <w:br/>
      </w:r>
      <w:r>
        <w:rPr>
          <w:lang w:eastAsia="zh-CN"/>
        </w:rPr>
        <w:t>　　最近关于《红楼梦》的消息很多，从翻拍经典到刘心武续写红楼，漫天的新闻铺天盖地，我们不禁要问，红楼惹谁了?曹雪芹惨淡经营数十年的红楼，一时间变成了大众娱乐闲谈点，这样对待一个文化经典之作，是不是对它的一种践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八七版《红楼梦》是大家比较认同的一个影视作品，但是对于如今翻拍的红楼，却充满非议。对于贾宝玉这个人物外形，红楼中是如此描写面如中秋之月。何为中秋之月?洁白而圆润，老版中饰演宝玉的欧阳奋强还是很符合的。但在翻拍版中，贾宝玉的饰演者有着一张帅气的瓜子脸，虽然很符合现代人的审美，但是对原着的忠实度却是大大降低了。</w:t>
      </w:r>
      <w:r>
        <w:rPr>
          <w:lang w:eastAsia="zh-CN"/>
        </w:rPr>
        <w:br/>
      </w:r>
      <w:r>
        <w:rPr>
          <w:lang w:eastAsia="zh-CN"/>
        </w:rPr>
        <w:t>　　除了《红楼梦》被翻拍，还有各种文学名着被拿出来不断地翻拍，但是效果甚微。为什么那些导演们都乐此不疲的来翻拍各种经典?因为经典不愁收视率，因为经典不用再去大力宣传，因为经典是经典。导演们摆着一副我是经典我怕谁的面孔，将我们心中圣神的各种文学经典改来改去，我们不禁再问一次，经典惹谁了?</w:t>
      </w:r>
      <w:r>
        <w:rPr>
          <w:lang w:eastAsia="zh-CN"/>
        </w:rPr>
        <w:br/>
      </w:r>
      <w:r>
        <w:rPr>
          <w:lang w:eastAsia="zh-CN"/>
        </w:rPr>
        <w:t>　　对于这种对经典的不负责状态，我们应该竭力制止。中国文化源远流长，在今天这种文化爆炸，信息多元化的时代，经典的生存到了一种尴尬的状态。厚厚的经典着作，晦涩的语言，让现代人失去了兴趣。而那些由经典改编的电视剧却深受大众欢迎。这似乎还给经典带来一丝希望。但，这始终不能代替那些散发着墨香的古典书籍带来的震撼。</w:t>
      </w:r>
      <w:r>
        <w:rPr>
          <w:lang w:eastAsia="zh-CN"/>
        </w:rPr>
        <w:br/>
      </w:r>
      <w:r>
        <w:rPr>
          <w:lang w:eastAsia="zh-CN"/>
        </w:rPr>
        <w:t>　　对于这种文化的丧失，我们应该觉得可悲。不过，好在现在社上引起了国学热，无论是公务员还是幼儿园，都在进行国学教育。被国人遗忘的《三字经》《弟子规》又进入了校园。希望这不是仅仅做个样子而已。</w:t>
      </w:r>
      <w:r>
        <w:rPr>
          <w:lang w:eastAsia="zh-CN"/>
        </w:rPr>
        <w:br/>
      </w:r>
      <w:r>
        <w:rPr>
          <w:lang w:eastAsia="zh-CN"/>
        </w:rPr>
        <w:t>　　对于《红楼梦》来说，还有一个其他名着不能比拟的地方，就是它是半壁江山。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对于各种专家学者来说，她贵就贵在她是残的。于是乎，各种猜想，各种结论，各种版本，各种续集接踵而来。这个说香菱与宝玉在一起才是正解;那个说宝钗才是神瑛侍者。一本红楼，竟然让后人绞尽脑汁，我想说，曹公，真有你的!</w:t>
      </w:r>
      <w:r>
        <w:rPr>
          <w:lang w:eastAsia="zh-CN"/>
        </w:rPr>
        <w:br/>
      </w:r>
      <w:r>
        <w:rPr>
          <w:lang w:eastAsia="zh-CN"/>
        </w:rPr>
        <w:t>　　对于红楼的研究，层出不穷。红楼之中处处都是伏笔，没有一个人物是闲人，没有一句话是废话。也许，也只有曹公在世，才可说清这红楼中的种种事情。</w:t>
      </w:r>
      <w:r>
        <w:rPr>
          <w:lang w:eastAsia="zh-CN"/>
        </w:rPr>
        <w:br/>
      </w:r>
      <w:r>
        <w:rPr>
          <w:lang w:eastAsia="zh-CN"/>
        </w:rPr>
        <w:t>　　《红楼梦》的魅力是任何着作都无法比拟的。许多伟大的人都对红楼有着不一般的情愫。伟大领袖毛泽东就曾说过，他读红楼不是当故事读，而是当作历史读。并且说，没有读过五遍红楼，没必要。可见，毛主席对红楼的喜爱。鲁迅也在《中国小说略史》中提到全书所写，虽不外悲喜之情，聚散之迹，而人物事故，则摆脱旧套，与在先之人情小说甚不同。盖叙述皆存真，闻见悉所亲历，正因写实，转成新鲜《红楼梦》堪称清小说的巅峰之作。</w:t>
      </w:r>
      <w:r>
        <w:rPr>
          <w:lang w:eastAsia="zh-CN"/>
        </w:rPr>
        <w:br/>
      </w:r>
      <w:r>
        <w:rPr>
          <w:lang w:eastAsia="zh-CN"/>
        </w:rPr>
        <w:t xml:space="preserve">    2024红楼梦读书心得 篇13 </w:t>
      </w:r>
      <w:r>
        <w:rPr>
          <w:lang w:eastAsia="zh-CN"/>
        </w:rPr>
        <w:br/>
      </w:r>
      <w:r>
        <w:rPr>
          <w:lang w:eastAsia="zh-CN"/>
        </w:rPr>
        <w:t>　　《石头记》，即原《红楼梦》的书名，说的就是刻在那块补天顽石上的文字。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石头是与宝玉寸步不离的，那么《石头记》就是以贾宝玉为出发点记叙而成的。然而《红楼梦》这个题目，相比起原题来说更有味道。红楼，我想从字面可以有两种诠释。它可以指即指宝玉所居怡红院;也可以解释为金陵十二钗的居所，因为红在古时多指女性，红颜薄命，南柯一梦，这样也可以更加突出本书特色，就是注重对于基本没有社会地位的女性的刻画。</w:t>
      </w:r>
      <w:r>
        <w:rPr>
          <w:lang w:eastAsia="zh-CN"/>
        </w:rPr>
        <w:br/>
      </w:r>
      <w:r>
        <w:rPr>
          <w:lang w:eastAsia="zh-CN"/>
        </w:rPr>
        <w:t>　　由此可以连想到第五回“宝玉神游太虚境，警幻仙曲演红楼梦”。对于全书来说，想必起到的是“一滴水珠折射太阳的光辉”的效果。他将警幻仙姑的教诲置于脑后，光被“醉以美酒，沁以仙茗”，与可卿柔情缱倦，沉迷于幻境之风光，却终坠入虎狼迷津。这就是对于宝玉一生的影射。</w:t>
      </w:r>
      <w:r>
        <w:rPr>
          <w:lang w:eastAsia="zh-CN"/>
        </w:rPr>
        <w:br/>
      </w:r>
      <w:r>
        <w:rPr>
          <w:lang w:eastAsia="zh-CN"/>
        </w:rPr>
        <w:t>　　在本回中更值一提的是《红楼梦》曲词。本身词韵凄婉，文本还描写宝玉“听了此曲，散漫无稽，未见得好处”，更是凄凉，让人不由自主的为宝玉的天真、宝玉的执迷不悟感到痛心。十多首曲词每曲都是悲哀伤感，与大观园之中人人寻欢作乐，繁荣富丽的景象产生极强的反差。我将结合第五回的红楼梦曲、红楼梦判词和自己读本书的感悟，对于金陵十二钗中的多位女子进行简单分析。因为红楼梦判词丁老师在课堂上分析的已经比较透彻了，我主要来讲讲判曲、宝玉和这些薄命女子的生平。</w:t>
      </w:r>
      <w:r>
        <w:rPr>
          <w:lang w:eastAsia="zh-CN"/>
        </w:rPr>
        <w:br/>
      </w:r>
      <w:r>
        <w:rPr>
          <w:lang w:eastAsia="zh-CN"/>
        </w:rPr>
        <w:t>　　这一曲“悲金悼玉”的红楼梦曲，想必是曹雪芹对于金陵十二钗和贾宝玉怜惜之情最直白、露骨的表现，因为在全书中作者很难找到机会将自己的情感完完整整地穿插在情节中。而在这里我们可以具体的感受到作者的悲叹。</w:t>
      </w:r>
      <w:r>
        <w:rPr>
          <w:lang w:eastAsia="zh-CN"/>
        </w:rPr>
        <w:br/>
      </w:r>
      <w:r>
        <w:rPr>
          <w:lang w:eastAsia="zh-CN"/>
        </w:rPr>
        <w:t>　　“都道是金玉良缘，俺只念木石前盟。空对着，山中高士晶莹雪;终不忘，世外仙姝寂寞林。叹人间，美中不足今方信：纵然是齐眉举案，到底意难平。”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一个是阆苑仙葩，一个是美玉无瑕。若说没奇缘，今生偏又遇着他;若说有奇缘，如何心事终虚化?一个枉自嗟呀，一个空劳牵挂。一个是水中月，一个是镜中花。想眼中能有多少泪珠儿。怎禁得秋流到冬尽，春流到夏!”</w:t>
      </w:r>
      <w:r>
        <w:rPr>
          <w:lang w:eastAsia="zh-CN"/>
        </w:rPr>
        <w:br/>
      </w:r>
      <w:r>
        <w:rPr>
          <w:lang w:eastAsia="zh-CN"/>
        </w:rPr>
        <w:t>　　这里的雪与林所指非常明确：薛宝钗与林黛玉。我们都知道宝玉对黛玉倾心，而这首诗中，“雪”暗指“薛”，金也指的是宝钗;“林”即是黛玉。从诗中可以做出判断，宝玉最后并没有和自己所爱的人白头到老，而是落得个“到底意难平”的结局。诗中“齐眉举案”原本的意思是吃饭的时候把托盘举得跟眉毛一样高，表示夫妻之间相敬如宾。这侧面的描述即出宝玉的宝玉却始终惦记着“世外仙姝寂寞林”，从中可以看出他对爱情的忠诚，也可以看出他对圆满的一种渴望和追求。</w:t>
      </w:r>
      <w:r>
        <w:rPr>
          <w:lang w:eastAsia="zh-CN"/>
        </w:rPr>
        <w:br/>
      </w:r>
      <w:r>
        <w:rPr>
          <w:lang w:eastAsia="zh-CN"/>
        </w:rPr>
        <w:t>　　纵然这种忠诚是值得钦佩的，但是生活中不如意之事十之八、九。宝钗何尝不是一个完美的女子?看来即便是经历了大起大落，宝玉也不能做到那好了歌中所说的“好便是了，了便是好”，因为他始终执着于黛玉而忽视了身边一个同样优秀并一心为他好的女人。纵使他对爱情的忠诚是值得读者们赞叹的，可是红楼梦里的少爷小姐们从未品尝过生活真正的味道，因为身边的一切琐事都可以让下人们去解决。终日为生计奔波的是别人，只会吟诗作画的是他们。他们，包括宝玉，把生活和爱情过于理想化了，一点不圆满就终日惦记着，终生悲叹着，枉自蹉跎。也包括生性敏感多疑的黛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这让我想起20__年一部很红的电影《社交网络》，是以facebook创始人的经历进行改编的。主角是一个沉默寡言的天才小伙子，因为女友的分手而伤心愤怒，发泄性的创建网站，另整个学校的网络几近崩溃。在这过程总他的才能被人意外发觉。而在经历是非纠葛、朋友背叛的过程中他也越来越富有，最后成为了世界上最年轻的亿万富翁之一。在影片快要结束时，镜头对准了打开facebook的男主角，找到当初分手的女孩的主页，犹犹豫豫加了她为好友，再坐在电脑前一遍一遍刷新页面……对于很多人来说他几乎拥有了一切。名气，财富青春……却无法挽回一个女孩的心。生活就是由各种缺憾所组成的，完美的人生本身就是不存在的。</w:t>
      </w:r>
      <w:r>
        <w:rPr>
          <w:lang w:eastAsia="zh-CN"/>
        </w:rPr>
        <w:br/>
      </w:r>
    </w:p>
    <w:p w:rsidR="001B1F19" w14:textId="27C3F48A">
      <w:pPr>
        <w:rPr>
          <w:rFonts w:hint="eastAsia"/>
          <w:lang w:eastAsia="zh-CN"/>
        </w:rPr>
      </w:pPr>
      <w:r>
        <w:rPr>
          <w:lang w:eastAsia="zh-CN"/>
        </w:rPr>
        <w:t>　　此外，还有许许多多的因素令宝黛二人的情感、令《红楼梦》成为了一部彻头彻尾的悲剧。别看一座大观园“天上人间诸景备”，繁华与享乐都只是表象。倘若抽去像凤姐这样支持家族的骨干，大观园整个内里就像被蛀空了一样不堪一击的。下人们是勾心斗角，公子少爷是寻欢作乐，而其余的人也过着天仙一般的生活。当灾难不幸地降临，又有几个人能自我保全呢?说他们是可怜人也好，说他们可恨也好。其中宝黛二人是最为无辜纯洁的，脱离世俗的，他们的爱情是最悲哀的牺牲品。他们是被物质光鲜亮丽的表象蒙蔽了的，就像书中提到宝玉对银两这样的东西都没什么概念，面对生活的悲剧、求黛玉不得的痛苦怎能自我合理地调解呢?在本书第五十七回中，黛玉的丫鬟紫鹃“试忙玉”，说黛玉将回家去，害的宝玉失魂落魄，伤心落泪。这的确是宝玉对黛玉深情款款的体现，但是在了解到时代背景，包括大观园里暗里的争斗，不难发现，这段情感是单纯的，盲目的，过于理想化的，也是不切实际的“水中月，镜中花”。宝玉的执迷不悟的确是给本书的悲剧色彩添上了浓厚的一笔。</w:t>
      </w:r>
      <w:r>
        <w:rPr>
          <w:lang w:eastAsia="zh-CN"/>
        </w:rPr>
        <w:br/>
      </w:r>
      <w:r>
        <w:rPr>
          <w:lang w:eastAsia="zh-CN"/>
        </w:rPr>
        <w:t>　　“一帆风雨路三千，把骨肉家园，齐来抛闪。恐哭损残年。告爹娘，休把儿悬念：自古穷通皆有定，离合岂无缘?从今分两地，各自保平安。奴去也，莫牵连。”</w:t>
      </w:r>
      <w:r>
        <w:rPr>
          <w:lang w:eastAsia="zh-CN"/>
        </w:rPr>
        <w:br/>
      </w:r>
      <w:r>
        <w:rPr>
          <w:lang w:eastAsia="zh-CN"/>
        </w:rPr>
        <w:t>　　想必《红楼梦》中最能体现贾探春心机抱负的就是她对赵姨娘，也就是自己的母亲，所说的一句“谁是我舅舅?我舅舅早升九省检点了。”本是赵姨娘的兄弟死了，想问探春讨些下葬的银子。而探春不仅不给，话语中还透露出她才是主子，并想把自己的庶出身份撇的干干净净的意思。在二十七回中，她甚至将自己的亲生母亲的想法评价为“不过是那阴微鄙贱的见识”……在以“孝”为至高美德的古代，这些岂不是彻彻底底暴露了一个没有管教、不懂尊重的丫头的形象吗?而我们再来看贾环，发现这对姐弟还真是有不少的相似之处。心中的不平衡感促使他故意弄翻烛台，烫伤宝玉，在与丫鬟玩乐吃亏了时还大哭：“都欺负我不是太太养的!”可见，在当时这已经发展成为一种风气了吧。用现代人的眼光来看他们固然是不懂得知恩图报、是忘本的，而从文本中我们可以发现探春对王夫人是敬爱有加。王夫人是贾政的正室，所以也可以算是她半个母亲了吧!而一向心高气傲的探春也一定不会甘于自己庶出的地位而会去努力争取的。这是探春挺可爱的一面。</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https://d.book118.com/475124004034011102</w:t>
        </w:r>
      </w:hyperlink>
    </w:p>
    <w:p w:rsidR="001B1F19">
      <w:pPr>
        <w:rPr>
          <w:rFonts w:hint="eastAsia"/>
          <w:lang w:eastAsia="zh-CN"/>
        </w:rPr>
      </w:pPr>
    </w:p>
    <w:sectPr>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75124004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