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2024最美乡村教师心得体会范文（34篇）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2024最美乡村教师心得体会范文（精选34篇）</w:t>
      </w:r>
      <w:r>
        <w:rPr>
          <w:lang w:eastAsia="zh-CN"/>
        </w:rPr>
        <w:br/>
      </w:r>
      <w:r>
        <w:rPr>
          <w:lang w:eastAsia="zh-CN"/>
        </w:rPr>
        <w:t xml:space="preserve">    2024最美乡村教师心得体会范文 篇1 </w:t>
      </w:r>
      <w:r>
        <w:rPr>
          <w:lang w:eastAsia="zh-CN"/>
        </w:rPr>
        <w:br/>
      </w:r>
      <w:r>
        <w:rPr>
          <w:lang w:eastAsia="zh-CN"/>
        </w:rPr>
        <w:t>　　不是人人都有美丽的外表，但我们通过学习却可以做最美的老师。</w:t>
      </w:r>
      <w:r>
        <w:rPr>
          <w:lang w:eastAsia="zh-CN"/>
        </w:rPr>
        <w:br/>
      </w:r>
      <w:r>
        <w:rPr>
          <w:lang w:eastAsia="zh-CN"/>
        </w:rPr>
        <w:t>　　近几天，陈霞、姜文、江忠红三位老师和夏肖燕的感人事迹传遍了三衢大地，深深震撼了每个人的心灵，他们这种平凡中见不凡、普通中见崇高的精神，充分体现了新时代“最美教师”可敬、可亲、可学、可爱的良好形象，是我们学习的榜样。我觉得“最美教师”的出现不是偶然的，而是必然的。她们其实就是教师的一个代表，是老师忠于职守、乐于奉献、孜孜不倦形象的缩影。作为一名普通的小学教师，学习“最美教师”的先进事迹，首先要从小事做起，从身边的点点滴滴做起，从关爱每一个学生的生活起居做起，用心工作，每个人都可以成为“最美教师”。</w:t>
      </w:r>
      <w:r>
        <w:rPr>
          <w:lang w:eastAsia="zh-CN"/>
        </w:rPr>
        <w:br/>
      </w:r>
    </w:p>
    <w:p w:rsidR="001B1F19" w14:textId="0AE8485B">
      <w:pPr>
        <w:pStyle w:val="Heading1"/>
        <w:jc w:val="center"/>
        <w:rPr>
          <w:rFonts w:hint="eastAsia"/>
          <w:lang w:eastAsia="zh-CN"/>
        </w:rPr>
      </w:pPr>
      <w:r>
        <w:rPr>
          <w:sz w:val="44"/>
          <w:lang w:eastAsia="zh-CN"/>
        </w:rPr>
        <w:t>2024最美乡村教师心得体会范文（34篇）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2024最美乡村教师心得体会范文（精选34篇）</w:t>
      </w:r>
      <w:r>
        <w:rPr>
          <w:lang w:eastAsia="zh-CN"/>
        </w:rPr>
        <w:br/>
      </w:r>
      <w:r>
        <w:rPr>
          <w:lang w:eastAsia="zh-CN"/>
        </w:rPr>
        <w:t xml:space="preserve">    2024最美乡村教师心得体会范文 篇1 </w:t>
      </w:r>
      <w:r>
        <w:rPr>
          <w:lang w:eastAsia="zh-CN"/>
        </w:rPr>
        <w:br/>
      </w:r>
      <w:r>
        <w:rPr>
          <w:lang w:eastAsia="zh-CN"/>
        </w:rPr>
        <w:t>　　不是人人都有美丽的外表，但我们通过学习却可以做最美的老师。</w:t>
      </w:r>
      <w:r>
        <w:rPr>
          <w:lang w:eastAsia="zh-CN"/>
        </w:rPr>
        <w:br/>
      </w:r>
      <w:r>
        <w:rPr>
          <w:lang w:eastAsia="zh-CN"/>
        </w:rPr>
        <w:t>　　近几天，陈霞、姜文、江忠红三位老师和夏肖燕的感人事迹传遍了三衢大地，深深震撼了每个人的心灵，他们这种平凡中见不凡、普通中见崇高的精神，充分体现了新时代“最美教师”可敬、可亲、可学、可爱的良好形象，是我们学习的榜样。我觉得“最美教师”的出现不是偶然的，而是必然的。她们其实就是教师的一个代表，是老师忠于职守、乐于奉献、孜孜不倦形象的缩影。作为一名普通的小学教师，学习“最美教师”的先进事迹，首先要从小事做起，从身边的点点滴滴做起，从关爱每一个学生的生活起居做起，用心工作，每个人都可以成为“最美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曾经有位哲人说过：“生命是没有意义的，除非有工作;所有的工作都是辛苦的，除非有知识;所有的知识是空虚的，除非有热望;所有的热望是盲目的，除非有爱。有爱的工作才是生命的具体化，那么让我们怀着爱工作吧!”我们现在从事的正是一份有爱的工作，领导的关心、同事的帮助、学生的努力、家长的期待，正是我们前进的不竭动力，我们是一群幸福的人。</w:t>
      </w:r>
      <w:r>
        <w:rPr>
          <w:lang w:eastAsia="zh-CN"/>
        </w:rPr>
        <w:br/>
      </w:r>
      <w:r>
        <w:rPr>
          <w:lang w:eastAsia="zh-CN"/>
        </w:rPr>
        <w:t>　　在我身边，诸如此类的例子不计其数。正是本着“学高为师，德高为范”的精神，团结一心，用爱与智慧去教育学生。赢得了学生的信任、家长的信任和社会的肯定。孔子也曾经说过：“仁者，爱人”，要做到“诲人不倦”。关爱学生是每个教师应尽的职责。只有关爱学生，师生关系才会融洽。只有关爱学生，日常的教育教学才可继续。我将坚持向衢江四小的三位“最美老师”学习，学习她们的责任心、爱心和坚持不懈的精神，将它融入到日常的工作和行动中去，让“最美老师”的精神继续传遍全国各地。</w:t>
      </w:r>
      <w:r>
        <w:rPr>
          <w:lang w:eastAsia="zh-CN"/>
        </w:rPr>
        <w:br/>
      </w:r>
      <w:r>
        <w:rPr>
          <w:lang w:eastAsia="zh-CN"/>
        </w:rPr>
        <w:t>　　我相信，只要我们努力工作，用心对待每一个学生，我们个个都会是“最美教师”。让我们怀着爱工作吧，坚持不嫌弃、不抛弃、不放弃的原则，将责任、奉献精神化为自觉行动，坚守平凡的岗位，怀有一颗关爱之心，善待身边的每一个学生，为我们的教育事业发展，贡献自己的一份力量。</w:t>
      </w:r>
      <w:r>
        <w:rPr>
          <w:lang w:eastAsia="zh-CN"/>
        </w:rPr>
        <w:br/>
      </w:r>
      <w:r>
        <w:rPr>
          <w:lang w:eastAsia="zh-CN"/>
        </w:rPr>
        <w:t xml:space="preserve">    2024最美乡村教师心得体会范文 篇2 </w:t>
      </w:r>
      <w:r>
        <w:rPr>
          <w:lang w:eastAsia="zh-CN"/>
        </w:rPr>
        <w:br/>
      </w:r>
      <w:r>
        <w:rPr>
          <w:lang w:eastAsia="zh-CN"/>
        </w:rPr>
        <w:t>　　不是人人都有美丽的外表，但我们通过学习却可以做最美的老师。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近几天，陈霞、姜文、江忠红三位老师和夏肖燕的感人事迹传遍了三衢大地，深深震撼了每个人的心灵，他们这种平凡中见不凡、普通中见崇高的精神，充分体现了新时代最美教师可敬、可亲、可学、可爱的良好形象，是我们学习的榜样。我觉得最美教师的出现不是偶然的，而是必然的。她们其实就是教师的一个代表，是老师忠于职守、乐于奉献、孜孜不倦形象的缩影。作为一名普通的小学教师，学习最美教师的先进事迹，首先要从小事做起，从身边的点点滴滴做起，从关爱每一个学生的生活起居做起，用心工作，每个人都可以成为最美教师。</w:t>
      </w:r>
      <w:r>
        <w:rPr>
          <w:lang w:eastAsia="zh-CN"/>
        </w:rPr>
        <w:br/>
      </w:r>
      <w:r>
        <w:rPr>
          <w:lang w:eastAsia="zh-CN"/>
        </w:rPr>
        <w:t>　　曾经有位哲人说过：生命是没有意义的，除非有工作;所有的工作都是辛苦的，除非有知识;所有的知识是空虚的，除非有热望;所有的热望是盲目的，除非有爱。有爱的工作才是生命的具体化，那么让我们怀着爱工作吧!我们现在从事的正是一份有爱的工作，领导的关心、同事的帮助、学生的努力、家长的期待，正是我们前进的不竭动力，我们是一群幸福的人。</w:t>
      </w:r>
      <w:r>
        <w:rPr>
          <w:lang w:eastAsia="zh-CN"/>
        </w:rPr>
        <w:br/>
      </w:r>
      <w:r>
        <w:rPr>
          <w:lang w:eastAsia="zh-CN"/>
        </w:rPr>
        <w:t>　　在我身边，诸如此类的例子不计其数。正是本着学高为师，德高为范的精神，团结一心，用爱与智慧去教育学生。赢得了学生的信任、家长的信任和社会的肯定。孔子也曾经说过：仁者，爱人，要做到诲人不倦。关爱学生是每个教师应尽的职责。只有关爱学生，师生关系才会融洽。只有关爱学生，日常的教育教学才可继续。我将坚持向衢江四小的三位最美老师学习，学习她们的责任心、爱心和坚持不懈的精神，将它融入到日常的工作和行动中去，让最美老师的精神继续传遍全国各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相信，只要我们努力工作，用心对待每一个学生，我们个个都会是最美教师。让我们怀着爱工作吧，坚持不嫌弃、不抛弃、不放弃的原则，将责任、奉献精神化为自觉行动，坚守平凡的岗位，怀有一颗关爱之心，善待身边的每一个学生，为我们的教育事业发展，贡献自己的一份力量。</w:t>
      </w:r>
      <w:r>
        <w:rPr>
          <w:lang w:eastAsia="zh-CN"/>
        </w:rPr>
        <w:br/>
      </w:r>
      <w:r>
        <w:rPr>
          <w:lang w:eastAsia="zh-CN"/>
        </w:rPr>
        <w:t xml:space="preserve">    2024最美乡村教师心得体会范文 篇3 </w:t>
      </w:r>
      <w:r>
        <w:rPr>
          <w:lang w:eastAsia="zh-CN"/>
        </w:rPr>
        <w:br/>
      </w:r>
      <w:r>
        <w:rPr>
          <w:lang w:eastAsia="zh-CN"/>
        </w:rPr>
        <w:t>　　近我校组织全体教师观看了最美乡村教师的感人事迹，看着那一幕幕动人的画面，聆听着他们感人的事迹，我的心灵受到了极大的震撼!我被这些最美乡村教师的事迹深深感动的落泪了，他们是最美的乡村教师，他们用自己的故事诠释了太阳底下最光辉事业的真正含义，诠释了新时期人民教师的职业道德!</w:t>
      </w:r>
      <w:r>
        <w:rPr>
          <w:lang w:eastAsia="zh-CN"/>
        </w:rPr>
        <w:br/>
      </w:r>
      <w:r>
        <w:rPr>
          <w:lang w:eastAsia="zh-CN"/>
        </w:rPr>
        <w:t>　　首先感动于他们对教育事业有着无比的敬业和执着。这些美丽的乡村教师的物质生活极其匮乏，生活条件都非常艰苦，将自己的一切无私的奉献给了教育事业。宋玉刚，一位在西藏高原奉献了13年青春的普通的汉族乡村教师，他学说藏语，融入藏民生活，将自己的家安在了高原，成为了藏族学生爱戴的.汉族阿爸.在面对生活的种.种诱惑，他毅然选择了坚守自己的岗位，在这样的环境下教书育人，坚持一两年不困难，难得的他用自己的青春都奉献给了农村的教育事业。</w:t>
      </w:r>
      <w:r>
        <w:rPr>
          <w:lang w:eastAsia="zh-CN"/>
        </w:rPr>
        <w:br/>
      </w:r>
      <w:r>
        <w:rPr>
          <w:lang w:eastAsia="zh-CN"/>
        </w:rPr>
        <w:t>　　其次我感动他们的无私奉献的精神和热爱孩子的心。今年</w:t>
      </w:r>
      <w:r>
        <w:rPr>
          <w:lang w:eastAsia="zh-CN"/>
        </w:rPr>
        <w:t xml:space="preserve"> 45</w:t>
      </w:r>
      <w:r>
        <w:rPr>
          <w:lang w:eastAsia="zh-CN"/>
        </w:rPr>
        <w:t xml:space="preserve"> 岁的刘希章从小患小儿麻痹，双下肢重度残疾，无法行走</w:t>
      </w:r>
      <w:r>
        <w:rPr>
          <w:lang w:eastAsia="zh-CN"/>
        </w:rPr>
        <w:t xml:space="preserve"> ,</w:t>
      </w:r>
      <w:r>
        <w:rPr>
          <w:lang w:eastAsia="zh-CN"/>
        </w:rPr>
        <w:t xml:space="preserve"> 27年拄着双拐在偏僻山区任代课教师。每月仅</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400多元收入，自己生活艰难，却从没耽误过一节课，不让一名学生辍学。他自己身为残疾人，但他有良好的师德，有一颗热爱孩子的心，以校为家。凭着对教育事业的执着，对学生的热爱，将自己的一切无私地献给了教育事业，凭借顽强的毅力站在讲台上，给孩子们传授知识。刘老师最学生的爱是一种只讲付出，不计回报的、无私的爱，是一种严慈相济的爱。</w:t>
      </w:r>
      <w:r>
        <w:rPr>
          <w:lang w:eastAsia="zh-CN"/>
        </w:rPr>
        <w:br/>
      </w:r>
      <w:r>
        <w:rPr>
          <w:lang w:eastAsia="zh-CN"/>
        </w:rPr>
        <w:t>　　还有许多可爱又可敬的乡村教师，安和利、陈银玉、韩春玲 …… 他们用自己的执着和生命诠释着美丽，诠释着大爱，他们是最可爱的人。</w:t>
      </w:r>
      <w:r>
        <w:rPr>
          <w:lang w:eastAsia="zh-CN"/>
        </w:rPr>
        <w:br/>
      </w:r>
      <w:r>
        <w:rPr>
          <w:lang w:eastAsia="zh-CN"/>
        </w:rPr>
        <w:t>　　观看是其一，领悟是重点，师德教育的出发点是以人为本,充分挖掘教师的潜力，为教师创造条件，发展自我。因此，需要不断地反问自己：我在这些教师的故事中，悟到了什么?怎么将它转化成自己的理念?经过听报告，看视频，学习讨论，可以说我们在师德认识上有了进一步的认识，更重要的是在理论上是我对爱岗敬业有了更深入的了解，我们应秉承他们的精神，做真正的教育者。</w:t>
      </w:r>
      <w:r>
        <w:rPr>
          <w:lang w:eastAsia="zh-CN"/>
        </w:rPr>
        <w:br/>
      </w:r>
      <w:r>
        <w:rPr>
          <w:lang w:eastAsia="zh-CN"/>
        </w:rPr>
        <w:t xml:space="preserve">    2024最美乡村教师心得体会范文 篇4 </w:t>
      </w:r>
      <w:r>
        <w:rPr>
          <w:lang w:eastAsia="zh-CN"/>
        </w:rPr>
        <w:br/>
      </w:r>
      <w:r>
        <w:rPr>
          <w:lang w:eastAsia="zh-CN"/>
        </w:rPr>
        <w:t>　　观看了最美乡村教师的视频，我深有感触，被他们的一个个动人的事迹所感动：徐德光老师37年的坚守与坚持;于桂勤老师既是校长又是老师和锅炉工，且抚养三个别人的孩子;邓丽老师的快乐教学，体验幸福让学生健康成长 乡村最美教师身上印证了平凡中的非凡，普通中的崇高，为广大教师树立了可亲可敬的榜样。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提及这些最美乡村教师，无论是身体残疾，还是在大山底下坚守了三四十年，还是自己一人扛着整个学校的担子，既当老师，又当学生的炊事员、管理员、维修工，还是为了那些可怜的孩子，错失了美好的爱情不管是什么，他们的信念都是共同的，那就是做好教育，一切为了孩子。他们为了那一双双渴求知识的眼睛，为了让大山里的孩子走出去，他们不辞辛苦，任劳任怨，用自己的知识、自己的爱心与责任心谱写着一曲又一曲动人的乐章。</w:t>
      </w:r>
      <w:r>
        <w:rPr>
          <w:lang w:eastAsia="zh-CN"/>
        </w:rPr>
        <w:br/>
      </w:r>
      <w:r>
        <w:rPr>
          <w:lang w:eastAsia="zh-CN"/>
        </w:rPr>
        <w:t>　　最让我感动的就是任影。我真的难以想象一个高位截瘫的人，付出了怎样的艰辛，克服了多少的困难，才能游刃有余的在黑板上写字，给孩子们辅导功课。可想而知，她所承载的痛苦是我们常人所难以承受的，也许正印证了这样一句话：不放弃就有希望，在苦我也能忍受。</w:t>
      </w:r>
      <w:r>
        <w:rPr>
          <w:lang w:eastAsia="zh-CN"/>
        </w:rPr>
        <w:br/>
      </w:r>
      <w:r>
        <w:rPr>
          <w:lang w:eastAsia="zh-CN"/>
        </w:rPr>
        <w:t>　　想象着她内心的痛楚，却坚强地走了过来，自己真的是自愧不如。我们生活在发达地区，身处优越的教学环境，拥有先进的教学设备，和她比起来，我们有何理由再叫苦叫累?此时此刻，她的身影成了我克服所有困难的动力。</w:t>
      </w:r>
      <w:r>
        <w:rPr>
          <w:lang w:eastAsia="zh-CN"/>
        </w:rPr>
        <w:br/>
      </w:r>
      <w:r>
        <w:rPr>
          <w:lang w:eastAsia="zh-CN"/>
        </w:rPr>
        <w:t>　　反思自己，我们有着比他们优越的环境，却做不到他们的坚持;我们有着比他们强健的体魄，却没有他们的勇敢反思自己，有时候我们是不是会觉得教起来很累?是不是会抱怨?是不是会觉得生活很乏味?现在我才发现我的工作很有意义。反思自己，以前老是觉得孩子们学习不认真，调皮捣蛋。可是现在看来，他们真的很可爱。</w:t>
      </w:r>
      <w:r>
        <w:rPr>
          <w:lang w:eastAsia="zh-CN"/>
        </w:rPr>
        <w:br/>
      </w:r>
      <w:r>
        <w:rPr>
          <w:lang w:eastAsia="zh-CN"/>
        </w:rPr>
        <w:t>　　什么叫蜡炬成灰泪始干，什么叫春蚕到死丝方尽，最美乡村教师就是最真实的写照。真的非常感谢那些最美乡村教师，他们让我重燃教育的热情，他们所做的不仅仅惠及他们的学生，更激荡着我们做老师的心灵。</w:t>
      </w:r>
      <w:r>
        <w:rPr>
          <w:lang w:eastAsia="zh-CN"/>
        </w:rPr>
        <w:br/>
      </w:r>
      <w:r>
        <w:rPr>
          <w:lang w:eastAsia="zh-CN"/>
        </w:rPr>
        <w:t xml:space="preserve">    2024最美乡村教师心得体会范文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有一种美是风花雪月，它是一种小美。还有一种美它有道德，传递信念，坚持和谐，这是大美。在年的开学第一课中我们看到了最美的妈妈、最美的司机等等，他们的行为是大美、是大爱!让我最喜欢的是山村女教师邓丽老师。</w:t>
      </w:r>
      <w:r>
        <w:rPr>
          <w:lang w:eastAsia="zh-CN"/>
        </w:rPr>
        <w:br/>
      </w:r>
      <w:r>
        <w:rPr>
          <w:lang w:eastAsia="zh-CN"/>
        </w:rPr>
        <w:t>　　邓丽老师在湖北恩施海拔一千八百多米的高原小学里是唯一一位年轻女教师，学校地处深山，环境恶劣，到了气候严寒的季节孩子们洗不了澡，她和乡亲们一起动手为孩子们改造了学校的第一个洗澡间，她希望给孩子们带来温暖，带来一个开心的童年，也希望给他们带来改变。</w:t>
      </w:r>
      <w:r>
        <w:rPr>
          <w:lang w:eastAsia="zh-CN"/>
        </w:rPr>
        <w:br/>
      </w:r>
      <w:r>
        <w:rPr>
          <w:lang w:eastAsia="zh-CN"/>
        </w:rPr>
        <w:t>　　在一节美术课上孩子们认真地画画，还是把心目中最美的老师不是画成了老太太就是画成了一个“男人”，她没有责备，而是一直鼓励孩子们去观察美，用画笔把心中的美留下来，慢慢地孩子们画得越来越好，当镜头中两个学生将自己亲手制作的卡片送给她们心中最美的老师时，我不禁为之动容。</w:t>
      </w:r>
      <w:r>
        <w:rPr>
          <w:lang w:eastAsia="zh-CN"/>
        </w:rPr>
        <w:br/>
      </w:r>
      <w:r>
        <w:rPr>
          <w:lang w:eastAsia="zh-CN"/>
        </w:rPr>
        <w:t>　　在孩子们眼里的邓丽老师是一个善良、心灵美的亲人，我看到她用自己最宝贵的青春换来了大山中辍学孩子迈出探索世界的脚步!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从邓丽老师身上，我想到了千千万万位默默无闻、无私奉献的老师们。他们默默坚守，不计报酬、辛劳和回报，有的还像邓丽老师一样，放弃了城市优裕舒适的生活，到偏远贫穷的基层学校手执教鞭，用他们的大美来成就孩子们无数的小美!是啊，老师们就像园丁，培养着祖国的花朵;老师们就是一支支红烛，燃烧自己为我们贡献出光和热;老师们无愧于人类灵魂工程师的称号，他们为我们搭建了知识的桥梁，他们日出而行，日落才归，传播知识，播种希望，用博大的胸襟包容、关爱着年幼无知的我们。我想用“桃李满天下，春晖遍四方”这句诗，是对老师们最好回报罢!</w:t>
      </w:r>
      <w:r>
        <w:rPr>
          <w:lang w:eastAsia="zh-CN"/>
        </w:rPr>
        <w:br/>
      </w:r>
      <w:r>
        <w:rPr>
          <w:lang w:eastAsia="zh-CN"/>
        </w:rPr>
        <w:t>　　邓丽老师用自己的言行告诉我们生活中处处都有美，我们要留心身边的美，呵护小美，让大美永驻人间。</w:t>
      </w:r>
      <w:r>
        <w:rPr>
          <w:lang w:eastAsia="zh-CN"/>
        </w:rPr>
        <w:br/>
      </w:r>
      <w:r>
        <w:rPr>
          <w:lang w:eastAsia="zh-CN"/>
        </w:rPr>
        <w:t xml:space="preserve">    2024最美乡村教师心得体会范文 篇6 </w:t>
      </w:r>
      <w:r>
        <w:rPr>
          <w:lang w:eastAsia="zh-CN"/>
        </w:rPr>
        <w:br/>
      </w:r>
      <w:r>
        <w:rPr>
          <w:lang w:eastAsia="zh-CN"/>
        </w:rPr>
        <w:t>　　20__年9月，我怀着儿时的梦想，成为了一名教师。在这之前我一直对自己将来的工作环境充满了期盼。</w:t>
      </w:r>
      <w:r>
        <w:rPr>
          <w:lang w:eastAsia="zh-CN"/>
        </w:rPr>
        <w:br/>
      </w:r>
      <w:r>
        <w:rPr>
          <w:lang w:eastAsia="zh-CN"/>
        </w:rPr>
        <w:t>　　学校只有三个班级，一百来个学生，三名老师，需要包班。面对这样的现实，我真的很迷茫。</w:t>
      </w:r>
      <w:r>
        <w:rPr>
          <w:lang w:eastAsia="zh-CN"/>
        </w:rPr>
        <w:br/>
      </w:r>
      <w:r>
        <w:rPr>
          <w:lang w:eastAsia="zh-CN"/>
        </w:rPr>
        <w:t>　　可是迷茫中我却发现处在这样环境里的同事乐观向上，孩子除了同样的活泼可爱之外，还更加的懂事和善解人意。看到这些，我想：别人能做到，我一定也能做到。</w:t>
      </w:r>
      <w:r>
        <w:rPr>
          <w:lang w:eastAsia="zh-CN"/>
        </w:rPr>
        <w:br/>
      </w:r>
      <w:r>
        <w:rPr>
          <w:lang w:eastAsia="zh-CN"/>
        </w:rPr>
        <w:t>　　最初的心愿再次燃起，我又一次暗下决心：既来之，则安之，不论在哪里，我都应该好好干，一定要成为一名受孩子们欢迎的老师。在这里待了7年，感触颇多，最深的感触就是农村小学生生活的艰辛。</w:t>
      </w:r>
      <w:r>
        <w:rPr>
          <w:lang w:eastAsia="zh-CN"/>
        </w:rPr>
        <w:br/>
      </w:r>
      <w:r>
        <w:rPr>
          <w:lang w:eastAsia="zh-CN"/>
        </w:rPr>
        <w:t>　　孩子们上学的路途那么遥远，农村没有城市发达的交通，所有的孩子每天上学靠自己的双脚步行一个多小时，因为家离学校较远，大多数的孩子们都是早出晚归，中午也只能吃早上装在保温桶里带来的饭菜。农村的家长迫于生计大部分都外出打工，她们不会有好的方式来帮助教育孩子，也更谈不上知识的辅导，但是她们渴望孩子比他们强，比他们有出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她们常把年幼的孩子丢给家里的老人照顾，可是老人毕竟年迈了，他们只能管孩子吃饱穿暖，学习上根本无法照顾，小学生的自觉性本来也稍微差一点点，家里没人过问功课，自然就会放松对自己的要求，成绩也会逊色一点，这里面多少还有点隔代亲的缘故，长辈们过分的溺爱了孩子，常年在外打工的父母偶尔回来看看孩子也是对孩子百依百顺，满足一切合理又或是不合理的要求。留守儿童看着真的让人特别难受。</w:t>
      </w:r>
      <w:r>
        <w:rPr>
          <w:lang w:eastAsia="zh-CN"/>
        </w:rPr>
        <w:br/>
      </w:r>
      <w:r>
        <w:rPr>
          <w:lang w:eastAsia="zh-CN"/>
        </w:rPr>
        <w:t>　　有的孩子家庭条件真的`很差，父母在外打工，爷爷奶奶也有繁重的农活要干，我经常看到有些女孩子早上头发乱蓬蓬的就到了学校，外套上也满是污渍，冬天还穿着单薄的衣服，穿着单鞋，有的时候连袜子都没得穿。我们学校的留守儿童就有三分之一。</w:t>
      </w:r>
      <w:r>
        <w:rPr>
          <w:lang w:eastAsia="zh-CN"/>
        </w:rPr>
        <w:br/>
      </w:r>
      <w:r>
        <w:rPr>
          <w:lang w:eastAsia="zh-CN"/>
        </w:rPr>
        <w:t>　　说到留守儿童，有件事情我到现在仍然记忆犹新。那是班里一个非常聪明的男孩子，一天早上，一来到学校，我就发现孩子的脑袋上包着纱布，我很奇怪，昨天不是还好好的吗？这是怎么啦？一问才知道，他的脑袋是被他有病的妈妈用碗敲的，这么大一条口子，真的让我心里酸酸的很不是滋味！我问他：你的爸爸呢，没有在家吗？就在我提到爸爸的时候，他的脸唰就红了，眼睛里噙满了眼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知道他那是想念父亲的眼泪。农村的各方面都不如城里，农村的孩子们没有城里的孩子见多识广，有限的教学条件也不能让他们知晓一些同龄孩子早已司空见惯的问题，他们有的不知道公园，不知道肯德基、麦当劳，不知道滑板，他们没有见过那些娇艳的鲜花，没有进过电影院，他们的视野很狭小，他们只能从课本上感受一些城里孩子玩腻了，吃腻了，看腻了的东西。</w:t>
      </w:r>
      <w:r>
        <w:rPr>
          <w:lang w:eastAsia="zh-CN"/>
        </w:rPr>
        <w:br/>
      </w:r>
      <w:r>
        <w:rPr>
          <w:lang w:eastAsia="zh-CN"/>
        </w:rPr>
        <w:t>　　作为老师的我们，只有尽自己最大的能力带给这些单纯的孩子们更多的知识，让孩子们走出这农村，去看看外面精彩的世界。曾经我为自己是一个农村教师而自卑，也经历过一些苦恼，农村教师在我国教师群体中占据着很大的比例，他们中的很多人都工作和生活在异常艰苦的环境中，体会着异乎常人的艰辛和困难，承受着异乎常人的苦恼和困惑。</w:t>
      </w:r>
      <w:r>
        <w:rPr>
          <w:lang w:eastAsia="zh-CN"/>
        </w:rPr>
        <w:br/>
      </w:r>
      <w:r>
        <w:rPr>
          <w:lang w:eastAsia="zh-CN"/>
        </w:rPr>
        <w:t>　　城乡差异导致教育资源失衡。农村教师的工作环境、工作条件比不上城镇教师，教育资源也显匮乏。</w:t>
      </w:r>
      <w:r>
        <w:rPr>
          <w:lang w:eastAsia="zh-CN"/>
        </w:rPr>
        <w:br/>
      </w:r>
      <w:r>
        <w:rPr>
          <w:lang w:eastAsia="zh-CN"/>
        </w:rPr>
        <w:t>　　面对同样的学生，农村教师必须加倍努力，才有可能让自己的学生取得与城镇学生一样的学业成绩。学习和提高的机会极少。</w:t>
      </w:r>
      <w:r>
        <w:rPr>
          <w:lang w:eastAsia="zh-CN"/>
        </w:rPr>
        <w:br/>
      </w:r>
      <w:r>
        <w:rPr>
          <w:lang w:eastAsia="zh-CN"/>
        </w:rPr>
        <w:t>　　受经费影响，农村教师很少有外出学习的机会。其实，哪一个教师都渴望提高自我，都渴望成为真正意义上的学科带头人，谁也不想安于现状，作为一名生活水准、学习和工作环境都远逊于城市同行的农村教师。</w:t>
      </w:r>
      <w:r>
        <w:rPr>
          <w:lang w:eastAsia="zh-CN"/>
        </w:rPr>
        <w:br/>
      </w:r>
      <w:r>
        <w:rPr>
          <w:lang w:eastAsia="zh-CN"/>
        </w:rPr>
        <w:t>　　在农村做一名教师，人们常会用清贫、寒酸去形容我们。是啊，看到同龄人悠闲自在，我们这些奋斗在八小时之外的教师们又何尝不累呢？但当我们走进那圣洁的课堂，当我们用真情的爱换来孩子们天真的笑容时，我们又是那么激动，那么满足，那么富有，那么幸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也许在农村，我们地位不及村委会的一名委员，经济富不过普通的打工户，工资待遇比不上政府的公务员。可我们却拥有无数的天真可爱的孩子，我们的语言播种，汗水浇灌，心血滋润，在他们身上已经结出了累累硕果：教师节那天，那收不完的孩子们亲手做的贺卡。</w:t>
      </w:r>
      <w:r>
        <w:rPr>
          <w:lang w:eastAsia="zh-CN"/>
        </w:rPr>
        <w:br/>
      </w:r>
      <w:r>
        <w:rPr>
          <w:lang w:eastAsia="zh-CN"/>
        </w:rPr>
        <w:t>　　作文本上面，那稚嫩纯真的话语，写的是幸福。沉浸在幸福之中，我们又何必在乎身在城市还是身在农村呢？我只想说：我愿意做一条小路，让孩子们踏着我走向未来！</w:t>
      </w:r>
      <w:r>
        <w:rPr>
          <w:lang w:eastAsia="zh-CN"/>
        </w:rPr>
        <w:br/>
      </w:r>
      <w:r>
        <w:rPr>
          <w:lang w:eastAsia="zh-CN"/>
        </w:rPr>
        <w:t xml:space="preserve">    2024最美乡村教师心得体会范文 篇7 </w:t>
      </w:r>
      <w:r>
        <w:rPr>
          <w:lang w:eastAsia="zh-CN"/>
        </w:rPr>
        <w:br/>
      </w:r>
      <w:r>
        <w:rPr>
          <w:lang w:eastAsia="zh-CN"/>
        </w:rPr>
        <w:t>　　继我校开展向“最美教师”学习的活动后，我们进行了深刻的思考和激烈的讨论。我觉得，我们学校的每个教师，其实也都是最美教师。</w:t>
      </w:r>
      <w:r>
        <w:rPr>
          <w:lang w:eastAsia="zh-CN"/>
        </w:rPr>
        <w:br/>
      </w:r>
      <w:r>
        <w:rPr>
          <w:lang w:eastAsia="zh-CN"/>
        </w:rPr>
        <w:t>　　如何让老师做学生的“良师益友”?</w:t>
      </w:r>
      <w:r>
        <w:rPr>
          <w:lang w:eastAsia="zh-CN"/>
        </w:rPr>
        <w:br/>
      </w:r>
      <w:r>
        <w:rPr>
          <w:lang w:eastAsia="zh-CN"/>
        </w:rPr>
        <w:t>　　我们学校老师一直贯彻校长提出的“以校为家”的精神，使老师具有奉献精神和主人翁意识。老师每天早上从6点30分到晚上的9点30分长达15个小时的工作时间，超负荷的工作量使得许多老师腰酸背痛，心力憔悴，有的甚至连生病了，都不愿把学生的课落下，不愿请长假休息。这样我们和学生的接触时间就更多了。就是这种精神让老师和学生在一起的时间更多，更亲近，关系更融洽，达到了“和谐校园”的氛围。</w:t>
      </w:r>
      <w:r>
        <w:rPr>
          <w:lang w:eastAsia="zh-CN"/>
        </w:rPr>
        <w:br/>
      </w:r>
      <w:r>
        <w:rPr>
          <w:lang w:eastAsia="zh-CN"/>
        </w:rPr>
        <w:t>　　近日，我办公室里的一位周老师，班级里的一位学生突然回家。在未联系上的情况下，调了课。自费开车去学生老家，找到学生后才放心的回校。在开车途中因心急超速而被罚了款，也是不埋怨不抱怨，因为这是一个老师应尽的职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前段时间，我们办公室的同事一起聚餐。聚餐前，也不忘记在餐厅附近的网吧里转一圈，看看有没有学校的学生在网吧里。</w:t>
      </w:r>
      <w:r>
        <w:rPr>
          <w:lang w:eastAsia="zh-CN"/>
        </w:rPr>
        <w:br/>
      </w:r>
      <w:r>
        <w:rPr>
          <w:lang w:eastAsia="zh-CN"/>
        </w:rPr>
        <w:t>　　以上的例子比比皆是，在我身边感人事迹也频繁出现，这也是我们学校老师在教育教学中一贯的风格，也是我们学校“全程启迪，规范管理”的正确理念。</w:t>
      </w:r>
      <w:r>
        <w:rPr>
          <w:lang w:eastAsia="zh-CN"/>
        </w:rPr>
        <w:br/>
      </w:r>
      <w:r>
        <w:rPr>
          <w:lang w:eastAsia="zh-CN"/>
        </w:rPr>
        <w:t>　　对于学生，我们早已忘记了自己严肃的教师形象。改而为之的是更为和谐，更为温馨的笑容。我们不愿让学生的笑容，在经过我们身边后消失了。我们放下严肃，以微笑对之。一个微不足道的微笑，一个亲切的问候，均可让我们的学生感受到老师爱。</w:t>
      </w:r>
      <w:r>
        <w:rPr>
          <w:lang w:eastAsia="zh-CN"/>
        </w:rPr>
        <w:br/>
      </w:r>
      <w:r>
        <w:rPr>
          <w:lang w:eastAsia="zh-CN"/>
        </w:rPr>
        <w:t>　　孔子说过：“三人行，必有我师”。出了课堂，我和学生之间便是好朋友。经常促膝长谈，学生会对我非常的信任，谈在学校的学习，学校的生活，有时甚至个人感情的问题。学生会将他所遇到的问题遇到的迷惑说出来给我听。其实，我们经常说某个班的哪个学生真的很调皮很难教，现在的学生怎么越来越难教，诸如此类的埋怨一大堆。并非如此，用心做最好，用心用行动去感化他们。</w:t>
      </w:r>
      <w:r>
        <w:rPr>
          <w:lang w:eastAsia="zh-CN"/>
        </w:rPr>
        <w:br/>
      </w:r>
      <w:r>
        <w:rPr>
          <w:lang w:eastAsia="zh-CN"/>
        </w:rPr>
        <w:t>　　记得有次去班里督班，大家都说这个班的某个学生很难管。起初我很害怕，怕自己管理不好。刚开始，是感觉这学生很桀骜不驯，很难教。课后我把他叫到办公室跟他进行交流谈心，我告诉他以后有什么问题可以到办公室找我沟通，不经意的一次，他到办公室找我，看见我在玩魔方，他也很感兴趣，便叫我教他如何拼好魔方。从那以后，我感觉他看我的眼神都两样了。在我的课上，就再也没有以前那么调皮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如何让学生做一个“业精于勤，行成于思”的工程人?</w:t>
      </w:r>
      <w:r>
        <w:rPr>
          <w:lang w:eastAsia="zh-CN"/>
        </w:rPr>
        <w:br/>
      </w:r>
      <w:r>
        <w:rPr>
          <w:lang w:eastAsia="zh-CN"/>
        </w:rPr>
        <w:t>　　我们坚持“引领技术，成就未来”的校训。做为一名实训教师，我们坚持理实一体化。做双师型的优秀教师，也切实的在做。理论讲完，马上实践。实践中有不明白的又讲理论。在理论中学习技术，在技术中掌握理论。让学生可以更快的掌握技术和理论知识。让他们能在毕业以后找到一份好的工作。</w:t>
      </w:r>
      <w:r>
        <w:rPr>
          <w:lang w:eastAsia="zh-CN"/>
        </w:rPr>
        <w:br/>
      </w:r>
      <w:r>
        <w:rPr>
          <w:lang w:eastAsia="zh-CN"/>
        </w:rPr>
        <w:t>　　我们甚至放弃本应休息的星期六，为学生开设兴趣班。为学生提供平台。对他们进行专项的技术指导、技术培训、理论强化。以提高学生的动手操作能力。</w:t>
      </w:r>
      <w:r>
        <w:rPr>
          <w:lang w:eastAsia="zh-CN"/>
        </w:rPr>
        <w:br/>
      </w:r>
      <w:r>
        <w:rPr>
          <w:lang w:eastAsia="zh-CN"/>
        </w:rPr>
        <w:t xml:space="preserve">    2024最美乡村教师心得体会范文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本人毕业于__大学，__年实习结束后回到学校，学校就让我去学校的总务处帮忙，在该处室认真学习工作了一个月后，校方就跟我系交流，准备让我第二年留校，当时这消息传开后，很多同学都很羡慕，可我当时想，我当初选数学教育专业，就是想做一名人民教师，我若留校的话，就不能实现我当初的理想，所以宛然谢绝了，并且来到找工作，很幸运在那找到工作，而且待遇还不错，几个月下来，也适应那的生活习惯，跟那的老师和学生相触的也很好，可年终回来过年时，听我的母校校长说，有几个代课老师觉得工资太低了，而且工量又很大，明年他们准备不教了，现在都不知明年的课怎么安排！当我听这话之后，我心理很不是滋味，最后我说，校长我明年回来代课。回到家里，我把今天跟校长说的事，跟我的父母说了，他们当时很不理解，外面待遇那么好，别人个个想往外跑，你到好反而跑回来拿300元的工资，他们是举双手反对我回来任教，经过我长时的做思想工作，最后他们也知道我决定的事，一般情况之下，是不太可能改变主意。就这样我就在母校开始代课了，当年的暑假，我们__县教育局招聘老师的消息传到我们学校，当时我县招12名数学老师，成绩出来后而我是名列前茅，当时我可以选择离县城边的学校，可我没有，我是毫不犹豫地选择的了__县最远培育过我的母校———__小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就这样，我就真正的开始了教书育人的生涯。古人云：知己知彼，百战不殆！所以首先从学生的基本情况入手，去认认真真的了解班级的每一位学生的基本情况。只有掌握了学生的第一手资料，真正做到知彼，才更加有利于因材施教，才能真正做到为了一切学生的承诺！每周我抽出空来，走访每一位学生，风里来雨里去，没有用多长时间，我发现这里的孩子大部分都是留守儿童，和爷爷奶奶住，父母为了生计外出打工，所以这里的不少孩子早早的养成了散漫的性子，他们很天真，也很厚皮，他们希望有人关心，可又不想人多管闲事，学习只是做样子的事，小学毕业了，就想外出打工攒钱。我了解这情况之后，我就经常用自己的手机跟这样学生外地打工的家长联系，先做家长们的思想工作，让他们也一起关心学生的成绩，然后去做学生的工作，让他们认识到读书的重要性等，并且把本村一个五保户家的小孩，因母亲生病过世父亲外出打工，家里经济非常紧张而失学学生，帮她重返到校园，当年我把这学期多出来的那部工资，拿去支助她家，还把她的学费交上。现在这小女孩已经毕业了，但她每年过年后多会来学校看望我们老师。</w:t>
      </w:r>
      <w:r>
        <w:rPr>
          <w:lang w:eastAsia="zh-CN"/>
        </w:rPr>
        <w:br/>
      </w:r>
      <w:r>
        <w:rPr>
          <w:lang w:eastAsia="zh-CN"/>
        </w:rPr>
        <w:t>　　山区的天气比较冷，看到孩子们冻得发紫的嘴唇，通红的小手，又加上他们大部分学生的家长没在身边，跟他们的爷爷奶奶的，想着想着我心里真是一阵酸楚，热泪盈眶，甚是让人感动，第二个星期我就行动起来，发动全校师生捐赠活动，让大家把家穿不起或不穿的衣服，拿到学校来，我把这些衣服放在宿舍里，给那些衣服不够或是被子太薄的学生，拿些衣服压在上面。这活动最来，让房地产的老板_先生得知后（是__乡的人，在外县做房地产生意），他跟我们中小学校校长说，我是你们培育出的，你们老师都这样进你们所能帮助贫困学生，所以我每年出10万元给中小作为扶贫基金和奖学金（合同期10年）。他们处境成为我们心中永不灭的一把火！他们是我们生命中永恒上的瞬间，是我们人生中的一笔巨额财富，也是我奋勇拼搏战胜一切困难的不竭动力！</w:t>
      </w:r>
      <w:r>
        <w:rPr>
          <w:lang w:eastAsia="zh-CN"/>
        </w:rPr>
        <w:br/>
      </w:r>
      <w:r>
        <w:rPr>
          <w:lang w:eastAsia="zh-CN"/>
        </w:rPr>
        <w:t>　　平日生活中，特别是周末双休的时光，为了能跟同学们多呆一会儿，我是经常是双休日不回家或是星期天我就赶到学校来，我充分运用这一时间，以朋友的身份给他们做学习思想上做工作和学习方法上给予指导帮助，让他们在人生的道路上认清自己的奋斗目标！学生的第一手资料已经被我掌握！班级的基本资料一旦摸清，师生之间的关系随之和谐化，有了这样子的保护伞，师生之间的进一步交流也就水到渠成！师生之间的关系和谐后，紧接着我就开始在提高学生们的学习成绩上下功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首先虚心向有着丰富教学经验的老教师取真经，认真地听取老教师讲课时方法的选择；再者我积极参加市县组织的名师模范公开课讲演和远程教育的学习，真正见识到名师的大课堂，悉听名师讲课的经验传输，真正领略到名师的风范！虚心学习到一线经验后，结合着本班的实际情况，在实际的教学中摸索前进！我充分运用在大学期间所见的新鲜事和社会时事的新闻同学们沟通，这些新鲜事他们很感兴趣。在我的课堂上，我讲究的是用诙谐幽默的语言作为导入语言，作为上课前的“药引子”，让学生在不知不觉中步入知识的海洋，让学生在一种愉悦的环境氛围中学习新知识！在讲授的具体环节中，我主要采取是师生互动方法，采用提问设疑互相交流的方式来激发学生们的求知欲和浓厚的学习兴趣。每每看看学生们一个一个跃跃欲试、按捺不住的样子，我心里别提有多美，比吃了蜜还要甜！课堂上我给学生们充分的空间让他们自由的发挥，课下我通过和学生们交流，给他们留下许多奇闻异事，将数学上的知识和他们的小小好奇心紧密连接在一块，经常帮学生们解释一些生活中的迷惑，让学生喜欢跟我交流。课后彻底地吹响了他们向知识海洋大举进攻的号角！并且不论在口头上，还是在行动上，我从未歧视过任何一个学生，对那些基础没打好的学生，存在学习困难，我决心帮助这些有上进心而基础又较差的学生们，并且从第一册开始，为学生补基础，其间每天辅导两次（午休时间和傍晚）。于是乎，小家伙们通过各种途径探求最终的真理，在这一过程中，我体会到了寓教于乐，同学们体会到了学习的真谛。这几年在校方的支持和帮助之下，我本人在业务方面进步很大，在教学上也取得很好的在成绩，这几年教学成绩在里乡排名是名列前茅，在全县排名也取得也很好的成绩。</w:t>
      </w:r>
      <w:r>
        <w:rPr>
          <w:lang w:eastAsia="zh-CN"/>
        </w:rPr>
        <w:br/>
      </w:r>
      <w:r>
        <w:rPr>
          <w:lang w:eastAsia="zh-CN"/>
        </w:rPr>
        <w:t>　　农村教学环境还是不容乐观，很多现实条件的制约下，农村教学还是有很多需要提高的地方。希望这样的艰苦条件会在较短的时间内解决。作为一名教师，我也没有那么好的经济条件帮助这些贫困学生，只希望他们好好学习，将来为自己的家乡发展做出最大的贡献！</w:t>
      </w:r>
      <w:r>
        <w:rPr>
          <w:lang w:eastAsia="zh-CN"/>
        </w:rPr>
        <w:br/>
      </w:r>
      <w:r>
        <w:rPr>
          <w:lang w:eastAsia="zh-CN"/>
        </w:rPr>
        <w:t xml:space="preserve">    2024最美乡村教师心得体会范文 篇9 </w:t>
      </w:r>
      <w:r>
        <w:rPr>
          <w:lang w:eastAsia="zh-CN"/>
        </w:rPr>
        <w:br/>
      </w:r>
      <w:r>
        <w:rPr>
          <w:lang w:eastAsia="zh-CN"/>
        </w:rPr>
        <w:t>　　我来自__学校，于本学期来到__中学工作。在我看来，毛沟中学和复兴学校是培养我、锻炼我的两片沃土，我对它们有着深厚的感情。它们都是农村中学，学校的各种条件都不太好。在大家眼中，我们是地地道道的乡村教师。一是因为：两所中学主要接收的是周边乡村的学生，近的几里，远的有二十几里路，平时，家长忙着种地、打工，孩子们平时就是自由玩耍，根本就疏于管理。是所谓的“野孩子”。二是因为：我们大多数的教师都是住宿的，一个星期才回家一次。每次回来，看到家中那温暖的灯光，心情激动不已，有时真想写一篇文章，来纪念我这别人无法理解的幸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就是在这样艰苦的环境中，锻造了我坚强、朴实的品格。回首那段艰苦的岁月，它给了我丰富而深刻的滋养，它让我从一开始就杜绝了安逸和放松，它让我明白一个乡村孩子求学的艰辛，更让我明白只要想做好，一切困难都不会成为困难。一切托辞都不足以成为理由。乡村教师，要经历更多的磨难，经受更多的考验，是一个不争的事实。而恰恰是这些艰辛，成就了我们乡村教师的成长，正所谓：萧瑟处，风雨有情。成就历练人生。</w:t>
      </w:r>
      <w:r>
        <w:rPr>
          <w:lang w:eastAsia="zh-CN"/>
        </w:rPr>
        <w:br/>
      </w:r>
      <w:r>
        <w:rPr>
          <w:lang w:eastAsia="zh-CN"/>
        </w:rPr>
        <w:t>　　说心里话，作为一名在乡村学校成长起来的老师，对教师这个职业的认识还真是一波三折：初中时，语文课永远是那三招：考生字、划段落、中心思想。学生对老师也极不尊重，我觉得老师真是一个令人恐怖的职业，高中时，在保靖民中，语文老师姚丁玉是我的偶像，没想到语文课还可以这样上，很多上课时的情景常常像电影一样在头脑中演绎。这些经历让我明白：只有当一名优秀的教师，才可以得到学生发自内心的尊敬。</w:t>
      </w:r>
      <w:r>
        <w:rPr>
          <w:lang w:eastAsia="zh-CN"/>
        </w:rPr>
        <w:br/>
      </w:r>
      <w:r>
        <w:rPr>
          <w:lang w:eastAsia="zh-CN"/>
        </w:rPr>
        <w:t>　　20__年，我来到了__中学，开始了自已暗暗期盼又略带畏惧的中学教师生涯，刚进入学校时，坑坑洼洼的土道，陈旧的教学楼，丝毫没有影响我的情绪。我已经做好了心理准备。无论遇到怎样的挑战，无论怎样恼怒。我都不会抱怨，因为我面对的就是曾经的我呀！</w:t>
      </w:r>
      <w:r>
        <w:rPr>
          <w:lang w:eastAsia="zh-CN"/>
        </w:rPr>
        <w:br/>
      </w:r>
      <w:r>
        <w:rPr>
          <w:lang w:eastAsia="zh-CN"/>
        </w:rPr>
        <w:t>　　现在想来，摆正自已的位置，端正自已的心态，是我们每一位老师要做好的最重要的准备。正因如此，在工作中，我才会不断的提高，有所收益。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连续两年，__中学在经费特别紧张的情况下，组织全校的老师到名校观摩学习，那两次让我对于：“大量读写，双轨教学”和“快速作文的教学模式有了深刻的认识。方法和思路都是现成的，但如何能让自已的学生真正受益呢？在教学中，我根据本校的实际，依据课文学写作，堂堂小练笔，固定时间佳作交流，并为了提高学生的分析能力，关注生活，开展“身边新闻评论活动”要求很松，学生可赞可批，可补充可质疑。通过多种尝试，学生进步很快。我指导的学生作文获得了省、州、县的各级奖励。本人也得到了领导的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语文课不只是作文课，经过学习新的理念，学校希望老师能尝试开放性课堂。同时，学校为了能提高老师素养，不但订阅各种教学科研方面的杂志，还要求老师每人都要订阅相关学科杂志，在那上面有很多好的课例，我记得，在《语文教学与研究》中有两种教学思路给我很大的震撼，一种是自学指导，让学生自由提问，自主讨论，老师点拔。一种是一位美国老师上的一堂《灰姑娘》的教学实录。灰姑娘的故事，就在师生之间的交流中完成，轻松愉快的探讨着关于朋友、关于小人物、关于诚信，一堂课没有说教却让人信服。学生敞开了谈，教师却引导自如。如果我也能这样讲会有多好！于是在课堂上多做这样的尝试，却总感觉心有余而力不足。我知道这不仅要教学技巧，更重要的是对教材的多元理解和高超的'驾驭能力。于是，我从自读课的培养学生的质疑能力入手。让学生根据文章自主提问，并小组讨论尝试解决。虽然历经曲折，但是让学生明白了围绕课文提问的方法，20__在校内执教的《犟龟》一课，学校领导给予了很高的评价。就在我激情满怀的进行教学的探索和尝试时，校领导提出了更高的要求：要通过课题的实验研究，提升学生的能力，并明显提高教学成绩。看来，无论课堂如何开放，如果不能过了成绩这一关，课题研究就是一纸空文。如何教会学生答题，成了当务之急。经过思考，我明白，学生需要的是方法，而不是答案，如果不运用答题的方法，找不到思路。我也不知从何下手，让学生怎么办？我首先就是就先做题，然后总结答题点。告诉学生从哪几点入手。后来就翻语文书，把讲过的知识，总结归纳，告诉学生这一类题从几个方面入手。着实费了很多心力。必竟付出总有回报，经过在方法上的探索，在20__年，本人所带的毛沟中学初三两个班语文在毕业考试中名列全县第三。在这之后，学校将更多的学习机会给了我，这让我一直都能触摸到教育新理念的脉搏，一直能呼吸到科研的新空气。</w:t>
      </w:r>
      <w:r>
        <w:rPr>
          <w:lang w:eastAsia="zh-CN"/>
        </w:rPr>
        <w:br/>
      </w:r>
      <w:r>
        <w:rPr>
          <w:lang w:eastAsia="zh-CN"/>
        </w:rPr>
        <w:t>　　由于学校没有条件让教师经常出去学习，所以每次有出去学习的教师，无论学的是什么，回来都要做培训，我记忆最深的是在20__年，我来到县城做普通话测试。回来也一样做了一个报告，说说一路上的见闻，介绍一下县城各学校先进的做法。讲一讲各个学校的教师风貌。这让我们每一位出来的教师，都不自觉的多看，多听、多问。尽可能带回去更多的信息。学校也因此打开了通向外界的窗口。20__年，我来到了复兴学校，积极投身到教研教改中去，参与课题研究，撰写论文，上公开课，样样都不落下。特别是四校联动以来，我对新课改理念认识的更深刻，更透彻了。今年来到雅中，我希望自己能更上一层楼。</w:t>
      </w:r>
      <w:r>
        <w:rPr>
          <w:lang w:eastAsia="zh-CN"/>
        </w:rPr>
        <w:br/>
      </w:r>
      <w:r>
        <w:rPr>
          <w:lang w:eastAsia="zh-CN"/>
        </w:rPr>
        <w:t>　　而作为一名乡村教师，教师的生涯已过去了15年，我的求学经历始终向我昭示着一个道理：做一个学生喜欢的教师是无比的光荣，钻研探索是教育教学不变的法则。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回首过去，脚步深深浅浅，步履磕磕绊绊，但方向明确，目标坚定，荏苒岁月中，梦想之路越走越坚定，回首向来处，风雨亦有情，一路穿枝扶柳，蓦然回首，幸福相伴人生。</w:t>
      </w:r>
      <w:r>
        <w:rPr>
          <w:lang w:eastAsia="zh-CN"/>
        </w:rPr>
        <w:br/>
      </w:r>
      <w:r>
        <w:rPr>
          <w:lang w:eastAsia="zh-CN"/>
        </w:rPr>
        <w:t>　　作为一名乡村教师，我深知我们在初中语文教学教研上的探索，仅仅迈出了第一步，现在，我已来到雅中，教学环境的变化，使我面临新的问题。我会珍惜机会，抓住机遇。让深化教育改革的今天，成为我们教师教育生命飞速成长的新起点。</w:t>
      </w:r>
      <w:r>
        <w:rPr>
          <w:lang w:eastAsia="zh-CN"/>
        </w:rPr>
        <w:br/>
      </w:r>
      <w:r>
        <w:rPr>
          <w:lang w:eastAsia="zh-CN"/>
        </w:rPr>
        <w:t xml:space="preserve">    2024最美乡村教师心得体会范文 篇10 </w:t>
      </w:r>
      <w:r>
        <w:rPr>
          <w:lang w:eastAsia="zh-CN"/>
        </w:rPr>
        <w:br/>
      </w:r>
      <w:r>
        <w:rPr>
          <w:lang w:eastAsia="zh-CN"/>
        </w:rPr>
        <w:t>　　乡村“最美教师”身上印证了平凡中的非凡，普通中的崇高，为广大教师树立了可亲可敬的榜样。我通过撰写学习心得的形式来表达对“最美教师”的敬意。我要向“最美教师”学习：</w:t>
      </w:r>
      <w:r>
        <w:rPr>
          <w:lang w:eastAsia="zh-CN"/>
        </w:rPr>
        <w:br/>
      </w:r>
      <w:r>
        <w:rPr>
          <w:lang w:eastAsia="zh-CN"/>
        </w:rPr>
        <w:t>　　第一是忠于职守、高度负责的精神。</w:t>
      </w:r>
      <w:r>
        <w:rPr>
          <w:lang w:eastAsia="zh-CN"/>
        </w:rPr>
        <w:br/>
      </w:r>
      <w:r>
        <w:rPr>
          <w:lang w:eastAsia="zh-CN"/>
        </w:rPr>
        <w:t>　　最美老师，美在责任。她们的责任心充分体现了对学生尽心、对工作尽职、对社会尽责的态度，充分体现了她们敢于负责，敢于担当的精神。向她们学习，就是要树立强烈的责任心和事业心，把岗位当作社会责任，把工作当作一种事业的追求，满腔热情的、全身心的投入各项工作，踏踏实实的干事，兢兢业业的工作，在平凡的岗位上做出不平凡的业绩。</w:t>
      </w:r>
      <w:r>
        <w:rPr>
          <w:lang w:eastAsia="zh-CN"/>
        </w:rPr>
        <w:br/>
      </w:r>
      <w:r>
        <w:rPr>
          <w:lang w:eastAsia="zh-CN"/>
        </w:rPr>
        <w:t>　　第二是乐于助人、至善大爱的精神。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最美教师，美在大爱。这种爱就是把学生真正放在自己的心里，对学生不嫌弃、不抛弃、不放弃，坚守着可以没有大师，没有大楼，但绝不能没有大爱的坚韧的信念和价值。向最美教师学习，就是要传承中华的美德，弘扬大爱精神，本着爱人民、爱社会、爱他人的博大情，扎扎实实的做好为群众服务的各项工作，努力把衢州打造成为充满爱心，人人向往的幸福之城。</w:t>
      </w:r>
      <w:r>
        <w:rPr>
          <w:lang w:eastAsia="zh-CN"/>
        </w:rPr>
        <w:br/>
      </w:r>
      <w:r>
        <w:rPr>
          <w:lang w:eastAsia="zh-CN"/>
        </w:rPr>
        <w:t>　　第三是甘于奉献、团结互助的精神。</w:t>
      </w:r>
      <w:r>
        <w:rPr>
          <w:lang w:eastAsia="zh-CN"/>
        </w:rPr>
        <w:br/>
      </w:r>
      <w:r>
        <w:rPr>
          <w:lang w:eastAsia="zh-CN"/>
        </w:rPr>
        <w:t>　　最美教师，美在团队。正是因为学校的这种团结互助的精神，才共同谱写了这曲感人的赞歌。向她们学习，就要增强大局观念，强化责任意识，强化团队精神，心往一处想，劲往一处使，强化工作的合力，为衢州两个崛起贡献智慧和力量。第四是最美乡村教师是最美的，无论是身体残疾，还是在大山底下坚守了三四十年，还是自己一人扛着整个学校的担子，既当老师，又当学生的炊事员、管理员、维修工，还是为了那些可怜的.孩子，错失了美好的爱情……不管是什么，他们的信念都是共同的，那就是做好教育，一切为了孩子。他们为了那一双双渴求知识的眼睛，为了让大山里的孩子走出去，他们不辞辛苦，任劳任怨，用自己的知识、自己的爱心与责任心谱写着一曲又一曲动人的乐章。</w:t>
      </w:r>
      <w:r>
        <w:rPr>
          <w:lang w:eastAsia="zh-CN"/>
        </w:rPr>
        <w:br/>
      </w:r>
      <w:r>
        <w:rPr>
          <w:lang w:eastAsia="zh-CN"/>
        </w:rPr>
        <w:t>　　我决心以“最美教师”为榜样，开拓进取，让他们的精神时时刻刻鞭策激励我自己。面对压力、困难绝不退缩、不逃避，要将其化为工作的动力，勇往直前。在提升自身文化修养、教学能力的同时，更要时刻想着孩子们。要在务实求真的工作中，力求创新，让每一位孩子都享受学习的乐趣，让他们在我的沐浴下，健康快乐的成长！</w:t>
      </w:r>
      <w:r>
        <w:rPr>
          <w:lang w:eastAsia="zh-CN"/>
        </w:rPr>
        <w:br/>
      </w:r>
      <w:r>
        <w:rPr>
          <w:lang w:eastAsia="zh-CN"/>
        </w:rPr>
        <w:t xml:space="preserve">    2024最美乡村教师心得体会范文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近日观看了《寻找乡村最美教师》令我深受感动，留下久久思索。朴实乡村教师的执着与博爱，印证了平凡中的非凡，普通中的崇高，为广大教育工作者树立了可亲可敬的榜样。我们应该学习最美乡村教师那无私奉献、甘为人梯的精神品格:</w:t>
      </w:r>
      <w:r>
        <w:rPr>
          <w:lang w:eastAsia="zh-CN"/>
        </w:rPr>
        <w:br/>
      </w:r>
      <w:r>
        <w:rPr>
          <w:lang w:eastAsia="zh-CN"/>
        </w:rPr>
        <w:t>　　(1)甘于奉献、团结互助的精神。最美教师，美在团队。正是因为学校的这种团结互助的精神，才共同谱写了一曲曲感人的赞歌。向他们学习，就要增强大局观念，强化责任意识，强化团队精神，心往一处想，劲往一处使，强化工作的合力，为振兴永康教育贡献智慧和力量。</w:t>
      </w:r>
      <w:r>
        <w:rPr>
          <w:lang w:eastAsia="zh-CN"/>
        </w:rPr>
        <w:br/>
      </w:r>
      <w:r>
        <w:rPr>
          <w:lang w:eastAsia="zh-CN"/>
        </w:rPr>
        <w:t>　　(2)忠于职守、高度负责的精神。最美老师，美在责任。他们的责任心充分体现了对学生尽心、对工作尽职、对社会尽责的态度，充分体现了他们敢于负责，敢于担当的精神。向他们学习，就是要树立强烈的责任心和事业心，把岗位当作社会责任，把工作当作一种事业的追求，满腔热情的、全身心的投入各项工作，踏踏实实地干事，兢兢业业地工作，在平凡的岗位上做出不平凡的业绩。</w:t>
      </w:r>
      <w:r>
        <w:rPr>
          <w:lang w:eastAsia="zh-CN"/>
        </w:rPr>
        <w:br/>
      </w:r>
      <w:r>
        <w:rPr>
          <w:lang w:eastAsia="zh-CN"/>
        </w:rPr>
        <w:t>　　(3)乐于助人、至善大爱的精神。最美教师，美在大爱。这种爱就是把学生真正放在自己的心里，对学生不嫌弃、不抛弃、不放弃，坚守着可以没有大师，没有大楼，但绝不能没有大爱的坚韧的信念和价值观。向最美教师学习，就是要传承中华的美德，弘扬大爱精神，本着爱人民、爱社会、爱他人的博大情怀，扎扎实实地做好各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通过这次学习，让我们看到了中国乡村教师最美的一面，在那些条件艰苦的乡村里，他们用不知多少个春夏秋冬的坚守阐释了什么是希望的守望者。把平凡的事做到极致就是伟大，从一件件看似平凡的小事里，我们看到了最美乡村教师的坚持和责任，体会到了他们那份始终不变的执着情怀。在中国大地上其实有千千万万个乡村教师像他们一样在为祖国的未来、孩子的明天，在平凡的岗位上默默坚守无私奉献，像蜡烛一样燃烧自己奉献青春。因为心中有信念、有理想，他们甘受清贫、病痛而无怨无悔。正是有许许多多这些默默无闻耕耘在中国乡村教育事业中的教师，大山深处那些渴望知识的孩子才有了飞向未来理想的翅膀。</w:t>
      </w:r>
      <w:r>
        <w:rPr>
          <w:lang w:eastAsia="zh-CN"/>
        </w:rPr>
        <w:br/>
      </w:r>
      <w:r>
        <w:rPr>
          <w:lang w:eastAsia="zh-CN"/>
        </w:rPr>
        <w:t xml:space="preserve">    2024最美乡村教师心得体会范文 篇12 </w:t>
      </w:r>
      <w:r>
        <w:rPr>
          <w:lang w:eastAsia="zh-CN"/>
        </w:rPr>
        <w:br/>
      </w:r>
      <w:r>
        <w:rPr>
          <w:lang w:eastAsia="zh-CN"/>
        </w:rPr>
        <w:t>　　学习“最美乡村教师”赖积明同志心得体会听了江西省“最美乡村教师”赖积明同志的报告，我深有感触，被他的一个个动人的事迹所感动：赖积明老师34年的坚守与坚持，他耐得住寂寞，守得住清贫?</w:t>
      </w:r>
      <w:r>
        <w:rPr>
          <w:lang w:eastAsia="zh-CN"/>
        </w:rPr>
        <w:br/>
      </w:r>
      <w:r>
        <w:rPr>
          <w:lang w:eastAsia="zh-CN"/>
        </w:rPr>
        <w:t>　　乡村“最美教师”身上印证了平凡中的非凡，普通中的崇高，为广大教师树立了可亲可敬的榜样。</w:t>
      </w:r>
      <w:r>
        <w:rPr>
          <w:lang w:eastAsia="zh-CN"/>
        </w:rPr>
        <w:br/>
      </w:r>
      <w:r>
        <w:rPr>
          <w:lang w:eastAsia="zh-CN"/>
        </w:rPr>
        <w:t>　　身为一名普普通通的乡村教师，通过了这次学习，使我更加明确了我以后的教学道路和人生的目标。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中华大地上其实有千百万个乡村教师像他们一样在为祖国的未来孩子的明天，在平凡的岗位上坚守默默地奉献，像蜡烛一样燃烧自己奉献青春。因为心中有信念，有理想他们甘受清贫，病痛而无怨无悔。我想起了那句话“再苦不能苦孩子，再穷不能穷教育”那句话，多么感人至深。</w:t>
      </w:r>
      <w:r>
        <w:rPr>
          <w:lang w:eastAsia="zh-CN"/>
        </w:rPr>
        <w:br/>
      </w:r>
      <w:r>
        <w:rPr>
          <w:lang w:eastAsia="zh-CN"/>
        </w:rPr>
        <w:t>　　曾经听过一个故事，说是有个小男孩在海边的沙滩上不断捡起搁浅的鱼，一条条地放回大海。大人问他，你又不能把鱼儿全部救起来，你这么做谁在乎呀？小男孩捡起一条鱼说：“我不能救起全部的鱼，但我能救起这一条，这条鱼在乎！”而最美的乡村老师不就像这个固执的小男孩吗？他的行为也许比不上陶行知，比不上一个个伟大教育家有影响力有作用，但他竭尽自己的全力在行动着，为了小部分孩子付出自己的青春。“一切从零开始，从乡村开始，从识字和算术开始。别人离开的时候，他们留下来；别人收获的时候，他们还在耕作。他们挑着孩子沉甸甸的梦想，他们在春天播下希望的种子。”他们只想这些孩子有书可以读，这样他们就满足。他们想实现孩子们的梦想。</w:t>
      </w:r>
      <w:r>
        <w:rPr>
          <w:lang w:eastAsia="zh-CN"/>
        </w:rPr>
        <w:br/>
      </w:r>
      <w:r>
        <w:rPr>
          <w:lang w:eastAsia="zh-CN"/>
        </w:rPr>
        <w:t>　　这就是我们作为乡村教师的教学目标。实现孩子们的梦想是一场接力赛，是有良知的人参加的接力赛。当看到孩子们那股求知的欲望，那份学习的拼劲，以及那向往的眼神，谁的良知不会受到触动？当看到那些为孩子们的未来奋斗的人做出牺牲，甚至付出生命，当看到她用瘦弱的肩膀支撑着孩子们的梦想，难道我们能够视若无睹吗？社会的喧嚣，空气的污浊，氛围的黑暗，生活在城市的人们已经渐渐失去他们原有的激情。</w:t>
      </w:r>
      <w:r>
        <w:rPr>
          <w:lang w:eastAsia="zh-CN"/>
        </w:rPr>
        <w:br/>
      </w:r>
      <w:r>
        <w:rPr>
          <w:lang w:eastAsia="zh-CN"/>
        </w:rPr>
        <w:t>　　反思自己，我们有着比他们优越的环境，却做不到他们的坚持；我们有着比他们强健的体魄，却没有他们的勇敢?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反思自己，有时候我们是不是会觉得教起来很累？是不是会抱怨？是不是会觉得生活很乏味？现在我才发现我的工作很有意义。</w:t>
      </w:r>
      <w:r>
        <w:rPr>
          <w:lang w:eastAsia="zh-CN"/>
        </w:rPr>
        <w:br/>
      </w:r>
      <w:r>
        <w:rPr>
          <w:lang w:eastAsia="zh-CN"/>
        </w:rPr>
        <w:t>　　反思自己，以前老是觉得孩子们学习不认真，调皮捣蛋。可是现在看来，他们真的很可爱。</w:t>
      </w:r>
      <w:r>
        <w:rPr>
          <w:lang w:eastAsia="zh-CN"/>
        </w:rPr>
        <w:br/>
      </w:r>
      <w:r>
        <w:rPr>
          <w:lang w:eastAsia="zh-CN"/>
        </w:rPr>
        <w:t>　　什么叫“蜡炬成灰泪始干”，什么叫“春蚕到死丝方尽”，最美乡村教师就是最真实的写照。真的非常感谢那些“最美乡村教师”，他们让我重燃教育的热情，他们所做的不仅仅惠及他们的学生，更激荡着我们做老师的心灵。</w:t>
      </w:r>
      <w:r>
        <w:rPr>
          <w:lang w:eastAsia="zh-CN"/>
        </w:rPr>
        <w:br/>
      </w:r>
      <w:r>
        <w:rPr>
          <w:lang w:eastAsia="zh-CN"/>
        </w:rPr>
        <w:t xml:space="preserve">    2024最美乡村教师心得体会范文 篇13 </w:t>
      </w:r>
      <w:r>
        <w:rPr>
          <w:lang w:eastAsia="zh-CN"/>
        </w:rPr>
        <w:br/>
      </w:r>
      <w:r>
        <w:rPr>
          <w:lang w:eastAsia="zh-CN"/>
        </w:rPr>
        <w:t>　　星期一下午，学校组织全体教师观看了20_宿迁最美乡村教师的视频，我被他们的一个个动人的事迹所感动。乡村“最美教师”身上印证了平凡中的非凡，普通中的崇高，为广大教师树立了可亲可敬的榜样。</w:t>
      </w:r>
      <w:r>
        <w:rPr>
          <w:lang w:eastAsia="zh-CN"/>
        </w:rPr>
        <w:br/>
      </w:r>
      <w:r>
        <w:rPr>
          <w:lang w:eastAsia="zh-CN"/>
        </w:rPr>
        <w:t>　　“最美乡村教师”的感人事迹。让我深有感触，看着那一个个平凡的名字，殊不知，名字的背后却书写着一个又一个感人至深的真实故事。这些乡村教师，在不同的环境中，却发扬着最伟大的民族精神——无私奉献，他们的精神、他们的行动正是对教师高尚师德的最美好的诠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比如陆冲老师晚年的坚守与坚持，拖着带病的身体也要给孩子上好每一节课。陆寒老师为了给毕业班的.孩子上好课，宁愿推迟自己的看病时间。还有的老师不顾艰辛，也要给残疾儿童带去汉字语言的魅力提及这些最美乡村教师，他们不管是什么条件，他们的信念都是共同的，那就是做好教育，一切为了孩子。他们为了那一双双渴求知识的眼睛，为了让孩子学到更多的本领，他们不辞辛苦，任劳任怨，无论是一举手一投足，都让学生的目光不由自主的向他集中，我想这大概就是教师的个人魅力吧。</w:t>
      </w:r>
      <w:r>
        <w:rPr>
          <w:lang w:eastAsia="zh-CN"/>
        </w:rPr>
        <w:br/>
      </w:r>
      <w:r>
        <w:rPr>
          <w:lang w:eastAsia="zh-CN"/>
        </w:rPr>
        <w:t>　　什么叫“蜡炬成灰泪始干”，什么叫“春蚕到死丝方尽”，最美乡村教师就是最真实的写照。真的非常感谢那些“最美乡村教师”，他们所做的不仅仅惠及他们的学生，更激荡着我们做老师的心灵。虽然我知道这样的魅力不是一朝一夕可以做到的，但起码做为我的一个奋斗的目标。我知道在我今后的教学过程中一定有更多的困难等着我!但我本着热爱学生，热爱教育事业的心!一定会克服这些困难，在教学领域更上一层楼。</w:t>
      </w:r>
      <w:r>
        <w:rPr>
          <w:lang w:eastAsia="zh-CN"/>
        </w:rPr>
        <w:br/>
      </w:r>
      <w:r>
        <w:rPr>
          <w:lang w:eastAsia="zh-CN"/>
        </w:rPr>
        <w:t>　　曾经听过一个故事，说是有个小男孩在海边的沙滩上不断捡起搁浅的鱼，一条条地放回大海。大人问他，你又不能把鱼儿全部救起来，你这么做谁在乎呀?小男孩捡起一条鱼说：“我不能救起全部的鱼，但我能救起这一条，这条鱼在乎!”“一切从零开始，从乡村开始，从识字和算术开始。</w:t>
      </w:r>
      <w:r>
        <w:rPr>
          <w:lang w:eastAsia="zh-CN"/>
        </w:rPr>
        <w:br/>
      </w:r>
      <w:r>
        <w:rPr>
          <w:lang w:eastAsia="zh-CN"/>
        </w:rPr>
        <w:t>　　尽可能的帮助每一个孩子实现梦想。从那股求知的欲望开始，从那份学习的拼劲开始，从那向往的眼神开始。想想这些孩子，他们需要我们的手。今后，我要以他们为榜样，让他们的精神时时刻刻鞭策激励我自己。面对压力、困难绝不退缩、不逃避，要将其化为工作的动力，勇往直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在提升自身文化修养、教学能力的同时，更要时刻想着孩子们。要在务实求真的工作中，力求创新，让每一位孩子都享受学习的乐趣，让他们在我的沐浴下，健康快乐的成长!</w:t>
      </w:r>
      <w:r>
        <w:rPr>
          <w:lang w:eastAsia="zh-CN"/>
        </w:rPr>
        <w:br/>
      </w:r>
      <w:r>
        <w:rPr>
          <w:lang w:eastAsia="zh-CN"/>
        </w:rPr>
        <w:t xml:space="preserve">    2024最美乡村教师心得体会范文 篇14 </w:t>
      </w:r>
      <w:r>
        <w:rPr>
          <w:lang w:eastAsia="zh-CN"/>
        </w:rPr>
        <w:br/>
      </w:r>
      <w:r>
        <w:rPr>
          <w:lang w:eastAsia="zh-CN"/>
        </w:rPr>
        <w:t>　　教师是一份神圣的职业，而教书是一份良心工程，在美丽乡村，做好一份“工程“不容易！</w:t>
      </w:r>
      <w:r>
        <w:rPr>
          <w:lang w:eastAsia="zh-CN"/>
        </w:rPr>
        <w:br/>
      </w:r>
      <w:r>
        <w:rPr>
          <w:lang w:eastAsia="zh-CN"/>
        </w:rPr>
        <w:t>　　观看最美乡村教师纪录片之后，感触颇深，从他们身上看到了榜样的力量，今后，我会站在榜样的肩膀上，严格要求自己，做一名“四有三者”好老师。</w:t>
      </w:r>
      <w:r>
        <w:rPr>
          <w:lang w:eastAsia="zh-CN"/>
        </w:rPr>
        <w:br/>
      </w:r>
      <w:r>
        <w:rPr>
          <w:lang w:eastAsia="zh-CN"/>
        </w:rPr>
        <w:t>　　一、育好人，教好书。</w:t>
      </w:r>
      <w:r>
        <w:rPr>
          <w:lang w:eastAsia="zh-CN"/>
        </w:rPr>
        <w:br/>
      </w:r>
      <w:r>
        <w:rPr>
          <w:lang w:eastAsia="zh-CN"/>
        </w:rPr>
        <w:t>　　一年级的孩子是一张白板，老师在孩子们的眼中占据着十分重要的位置，老师应该培养孩子们养成良好的学习习惯和良好品德，千教万教，教人求真，千学万学，学做真人，只有孩子们正确认识自己，才能在人生道路上越走越精彩。</w:t>
      </w:r>
      <w:r>
        <w:rPr>
          <w:lang w:eastAsia="zh-CN"/>
        </w:rPr>
        <w:br/>
      </w:r>
      <w:r>
        <w:rPr>
          <w:lang w:eastAsia="zh-CN"/>
        </w:rPr>
        <w:t>　　二、为人师表，以身作则</w:t>
      </w:r>
      <w:r>
        <w:rPr>
          <w:lang w:eastAsia="zh-CN"/>
        </w:rPr>
        <w:br/>
      </w:r>
      <w:r>
        <w:rPr>
          <w:lang w:eastAsia="zh-CN"/>
        </w:rPr>
        <w:t>　　做好孩子们的榜样作用，一年级的孩子模仿能力比较强，作为一名人民教师，容不得丁点马虎，要求孩子们做到的自己必须先做到，己所不欲勿施于人。</w:t>
      </w:r>
      <w:r>
        <w:rPr>
          <w:lang w:eastAsia="zh-CN"/>
        </w:rPr>
        <w:br/>
      </w:r>
      <w:r>
        <w:rPr>
          <w:lang w:eastAsia="zh-CN"/>
        </w:rPr>
        <w:t>　　三、既来之，则安之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既然选择了教书这份职业，就应该做好本职工作，热爱教育事业，在工作岗位上再接再厉，用爱心、细心、恒心、责任心、耐心做一份有温度、有厚度、有长度、有宽度的教育。不是因为班里的孩子可爱才喜欢，而是因为喜欢，他们才变得可爱。用爱心让留守儿童和困境儿童找到归属感。这部分孩子内心充满孤独、性格孤僻，没有安全感和归属感，用行动感化他们，用爱鼓舞他们；用恒心坚定信念。努力成为孩子们走出大山的垫脚石，不做他们成长路上的绊脚石。积极参加各种培训，并将所学到的知识运用到实际生活中来。人一之，我十之，咬定青山不放松，不达目的不罢休；用耐心解决孩子们在学习和生活中的困难。做他们最忠实的听众，聆听他们心灵深处的呼唤；用责任心和细心处理班级遇到的酸甜苦辣咸。让孩子们在一个和谐的环境中学习成长。</w:t>
      </w:r>
      <w:r>
        <w:rPr>
          <w:lang w:eastAsia="zh-CN"/>
        </w:rPr>
        <w:br/>
      </w:r>
      <w:r>
        <w:rPr>
          <w:lang w:eastAsia="zh-CN"/>
        </w:rPr>
        <w:t>　　四、终身学习</w:t>
      </w:r>
      <w:r>
        <w:rPr>
          <w:lang w:eastAsia="zh-CN"/>
        </w:rPr>
        <w:br/>
      </w:r>
      <w:r>
        <w:rPr>
          <w:lang w:eastAsia="zh-CN"/>
        </w:rPr>
        <w:t>　　不断通过各种途径提升自己，珍惜每一次校内校外培训，并将学习结果运用到实际中来。如果今天的老师继续用昨天的知识教今天的学生，那明天的学生必将生活在过去，所以，我们今天的老师拥有一桶水、一池水是远远不够的，我们必须要拥有一股源源不断的活水，把自己变成一台发电机，才能给孩子们满满的正能量。所以，活到老、学到老是我们不可遗失信念。通过实地培训与网络培训、校内与校外培训相结合，不断给自己充电，反复实践、磨合，寻求最好的自己，也为偏远山区的孩子们奉献自己的一份微薄之力。</w:t>
      </w:r>
      <w:r>
        <w:rPr>
          <w:lang w:eastAsia="zh-CN"/>
        </w:rPr>
        <w:br/>
      </w:r>
      <w:r>
        <w:rPr>
          <w:lang w:eastAsia="zh-CN"/>
        </w:rPr>
        <w:t>　　未来，我希望通过自己的努力，尤其是珍惜乡村青年教师社会公益计划网络培训学习机会，不断学习，给自己充电，向优秀教师看齐，向身边的优秀模范看起，努力成为一名“四者三有”好老师，为乡村教育事业奉献出一份微薄之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从教以来，我一直坚守着自己的教育理念，我们不应该急功近利，要对学生心灵的成长负责；永远对学生保持微笑，不要把自己的不良情绪传染给学生，他们是一湖美丽的净水；分数不是衡量学生的唯一标准；每天坚持看书、学习，因为我知道只有自己有一桶水，才能给学生一杯水。在工作中我树立了正确的儿童观，教师和学生都是人，人与人之间应该平等对待、相互尊重、不歧视、辱骂、变相体罚学生，学生的权益应当受到法律的保护。因年龄的差距，继承我国传统美德，所以，我选择了用爱心、耐心、责任心、细心、恒心对待每一名学生，让他们无后顾之忧的学习。在教育教学中，由于学生个体差异的不同，我采取了因材施教的教学方法。</w:t>
      </w:r>
      <w:r>
        <w:rPr>
          <w:lang w:eastAsia="zh-CN"/>
        </w:rPr>
        <w:br/>
      </w:r>
      <w:r>
        <w:rPr>
          <w:lang w:eastAsia="zh-CN"/>
        </w:rPr>
        <w:t>　　在日常教学中，我把每一名学生当成自己的弟弟妹妹来看待。遇到自己情绪低落时，在上课之前调整好心态，不将自己的负面情绪带给学生带入课堂，在教学中，根据学生个体差异，分层教学，分层布置作业，课后对学生进行分层辅导，尽管这些费精力花心思，看到学生的进步这些苦与累早已烟消云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班上学生家庭条件不一，给学习带来的影响也不一样，对于这样的情况我给了他们各种各样的关爱。面对缺少关爱的学生，我采取了“谈心辅导”法，在交流中深层次的了解他们，让他们敞开心扉，打开心结，达到积极乐观地生活学习的目的；面对调皮叛逆的学生，用自己最真诚的心、用实际行动去感化他们，让他们从根本上转变自己的观念和态度；面对学困生，用鼓励、奖励去勉励他们，用各种游戏使他们对学习感兴趣，俗话说“兴趣是学习最好的老师”。此外，利用课外活动时间，我组织了“珠行千里”、“翻纸牌”、“抢板凳”等一系列活动，目的上让学生在快乐中学习，在学习中成长。</w:t>
      </w:r>
      <w:r>
        <w:rPr>
          <w:lang w:eastAsia="zh-CN"/>
        </w:rPr>
        <w:br/>
      </w:r>
      <w:r>
        <w:rPr>
          <w:lang w:eastAsia="zh-CN"/>
        </w:rPr>
        <w:t>　　努力并没有让我失望，我们班的学生在各个方面都有了突飞猛进的进步，学习兴趣浓了，道德素质提高了，学习成绩进步了。他们不再像以前那样破罐子破摔，如今他们变了，学习态度端正，养成了良好的学习习惯，人情味儿浓了。</w:t>
      </w:r>
      <w:r>
        <w:rPr>
          <w:lang w:eastAsia="zh-CN"/>
        </w:rPr>
        <w:br/>
      </w:r>
      <w:r>
        <w:rPr>
          <w:lang w:eastAsia="zh-CN"/>
        </w:rPr>
        <w:t>　　如今我成了学生们尊敬、爱戴的好老师，在他们心里，我付出的爱不比他们的父母少，所以，孩子们从心底把我当成了他们的亲人。随着时间的推移，和学生的相处越来越融洽，从最初的陌生到现在的熟悉，这些成就都离不开老师和学生的共同努力。</w:t>
      </w:r>
      <w:r>
        <w:rPr>
          <w:lang w:eastAsia="zh-CN"/>
        </w:rPr>
        <w:br/>
      </w:r>
      <w:r>
        <w:rPr>
          <w:lang w:eastAsia="zh-CN"/>
        </w:rPr>
        <w:t xml:space="preserve">    2024最美乡村教师心得体会范文 篇15 </w:t>
      </w:r>
      <w:r>
        <w:rPr>
          <w:lang w:eastAsia="zh-CN"/>
        </w:rPr>
        <w:br/>
      </w:r>
      <w:r>
        <w:rPr>
          <w:lang w:eastAsia="zh-CN"/>
        </w:rPr>
        <w:t>　　当看完由由中央电视台和光明日报社联合主办的寻找最美乡村教师201_大型公益活动，我感触颇深。这次活动经过近三个月的寻访和事迹展播，在社会上引发了强烈反响;通过新闻媒体，了解到，在我国330多万乡村教师承担着5200多万乡村中小学的教育任务，而我却正是在今年九月份刚进入乡村教师中的一名初中体育教师。</w:t>
      </w:r>
      <w:r>
        <w:rPr>
          <w:lang w:eastAsia="zh-CN"/>
        </w:rPr>
        <w:br/>
      </w:r>
      <w:r>
        <w:rPr>
          <w:lang w:eastAsia="zh-CN"/>
        </w:rPr>
        <w:t>　　今年，大学刚毕业的我，来到了我市的一个乡村学校担任专职体育教师，刚走出校门的我，从学生转变为教师，开始很迷茫，经过各种的培训与学习，让我对教师这个职业，产生了浓厚的责任感;特别是在这次《寻找最美乡村教师》活动中，透过镜头，他们的一言一行，一举一动，让我更坚定了自己的使命。</w:t>
      </w:r>
      <w:r>
        <w:rPr>
          <w:lang w:eastAsia="zh-CN"/>
        </w:rPr>
        <w:br/>
      </w:r>
    </w:p>
    <w:p w:rsidR="001B1F19" w14:textId="27C3F48A">
      <w:pPr>
        <w:rPr>
          <w:rFonts w:hint="eastAsia"/>
          <w:lang w:eastAsia="zh-CN"/>
        </w:rPr>
      </w:pPr>
      <w:r>
        <w:rPr>
          <w:lang w:eastAsia="zh-CN"/>
        </w:rPr>
        <w:t>　　最美乡村教师的义举正是对爱岗敬业、忠于职守的崇高品质和心系学生、爱生如子的高尚师德的最好诠释，在他们身上印证了平凡中的非凡、普通中的崇高，为我们树立了可亲可敬的榜样。《中国青年报》的评论员说:向他们致敬，他们的留守和坚守给被边缘化、被抛弃的乡村留下了希望。在以城市为中心&amp;发展语境中，所有优质资源都在流向城市，青壮年到城市打工，农村娃娃读大学往大城市挤，乡村只留下空心化的贫瘠身躯，留守在乡村的被悲情地称作留守儿童、留守妇女、留守老人。在这种情况下，那些留守在乡村的老师背影就显得特别伟岸和高大。</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https://d.book118.com/475141001243011102</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5141001243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