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活动的总结范文</w:t>
      </w:r>
    </w:p>
    <w:p>
      <w:pPr>
        <w:spacing w:before="100" w:after="200" w:line="360" w:lineRule="auto"/>
        <w:ind w:firstLine="576"/>
        <w:jc w:val="left"/>
      </w:pPr>
      <w:r>
        <w:rPr>
          <w:rFonts w:ascii="宋体" w:eastAsia="宋体" w:hAnsi="宋体"/>
          <w:sz w:val="28"/>
        </w:rPr>
        <w:t>今天，我参加了乡举办的在xx的读书活动，听了五一班的王老师的课，老师上课有层次，先让学生学习序部分，接着学习书中的容，赏析文章精彩片段，整个过程有梯度，可看出老师着实准备了，我唯一感到上课缺乏生动，生的积极性没调动起来，如何解决这问题，使课堂效果更理想些，我想从以下方面来说。</w:t>
      </w:r>
    </w:p>
    <w:p>
      <w:pPr>
        <w:spacing w:before="100" w:after="200" w:line="360" w:lineRule="auto"/>
        <w:jc w:val="left"/>
      </w:pPr>
      <w:r>
        <w:rPr>
          <w:rFonts w:ascii="宋体 (中文正文)" w:eastAsia="宋体" w:hAnsi="宋体 (中文正文)"/>
          <w:b/>
          <w:sz w:val="28"/>
        </w:rPr>
        <w:t>一、老师应注意适时适当的评价</w:t>
      </w:r>
    </w:p>
    <w:p>
      <w:pPr>
        <w:spacing w:before="100" w:after="200" w:line="360" w:lineRule="auto"/>
        <w:ind w:firstLine="576"/>
        <w:jc w:val="left"/>
      </w:pPr>
      <w:r>
        <w:rPr>
          <w:rFonts w:ascii="宋体" w:eastAsia="宋体" w:hAnsi="宋体"/>
          <w:sz w:val="28"/>
        </w:rPr>
        <w:t>别人讲话，其他的人应注意听，并有所思考，上课时更应如此，并积极发表建议，老师更应如此，老师不仅对生的知识点做准确的判断，更应发挥主导作用，激发学生的学习的潜能，而作适时适当的评价是必不可少的，老师的评价语言或是激励性的，或是启发性的，或是思考性的，或是鼓励性的，总之只要我们站在学生的角度出发，将有别样的收获。</w:t>
      </w:r>
    </w:p>
    <w:p>
      <w:pPr>
        <w:spacing w:before="100" w:after="200" w:line="360" w:lineRule="auto"/>
        <w:jc w:val="left"/>
      </w:pPr>
      <w:r>
        <w:rPr>
          <w:rFonts w:ascii="宋体 (中文正文)" w:eastAsia="宋体" w:hAnsi="宋体 (中文正文)"/>
          <w:b/>
          <w:sz w:val="28"/>
        </w:rPr>
        <w:t>二、落实学生的主体地位</w:t>
      </w:r>
    </w:p>
    <w:p>
      <w:pPr>
        <w:spacing w:before="100" w:after="200" w:line="360" w:lineRule="auto"/>
        <w:ind w:firstLine="576"/>
        <w:jc w:val="left"/>
      </w:pPr>
      <w:r>
        <w:rPr>
          <w:rFonts w:ascii="宋体" w:eastAsia="宋体" w:hAnsi="宋体"/>
          <w:sz w:val="28"/>
        </w:rPr>
        <w:t>课堂上提出师为主到，生为主体已多年，这是有科学依据的，但实际教学中落实情况却并不如此，经常是师讲得多，生说的少；老师是演员，生是听众，因此课堂气氛死气沉沉。而一切优课都是学生潜能自由发挥的课堂，是积极性参与的课堂，是学生小脸发红，眼神都想说话的。课堂，这样的课堂就要求我们教学方式，问题设计须站在学生的角度，根据他们的年龄特点，性格兴趣特点来安排。我们设计的问题要有一石激起千层浪的感觉，不能师总是抓住不放，让他们充分发挥，表现自己，真正成为课堂的主人。</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从今年6月初开始，我段开展了“铁路走向市场”大讨论活动。此次活动旨在推动全段科学发展、创新发展、和谐发展，激发全干部职工立足当前，着眼长远，以铁路货运组织为龙头，带动“铁路走向市场”，形成创新的浓厚氛围，结合我段实际，把”铁路走向市场”作为推动全段安全发展的动力源泉，作为破解难题的思想武器，以思想的新解放促进发展新跨越，为我段深入全面推进货运组织营造积极向上的思想舆论环境和学习氛围。</w:t>
      </w:r>
    </w:p>
    <w:p>
      <w:pPr>
        <w:spacing w:before="100" w:after="200" w:line="360" w:lineRule="auto"/>
        <w:ind w:firstLine="576"/>
        <w:jc w:val="left"/>
      </w:pPr>
      <w:r>
        <w:rPr>
          <w:rFonts w:ascii="宋体" w:eastAsia="宋体" w:hAnsi="宋体"/>
          <w:sz w:val="28"/>
        </w:rPr>
        <w:t>在这次”铁路走向市场”大讨论活动中，我段根据铁总和路局党委的整体部署，围绕“货运当先锋、安全经营比贡献”主题实践活动，深入开展以货运组织为主要内容的“铁路走向市场”大讨论活动。通过深入细致的思想工作，拓宽了交流沟通的渠道，全面掌握和分析职工在过程中的思想状况，准确把握干部职工的思想误区、认识盲点、模糊观念，及时发现倾向性思想问题，找准原因、妥善处置、化解风险，正面引导干部职工认清货运势在必行，没有退路；认清只有深化才能实现铁路可持续发展，才能提高经济效益，增加职工收入。切实做到坚持货运组织不动摇、坚持培养凯工人才不动摇、坚持争创山区铁路一流工务段的思想不动摇、坚持以服务山区铁路为最大光荣不动摇，精心打造凯工企业文化，创建凯工安全品牌，深入开展大讨论活动。同时，加强领导，精心组织，统筹兼顾，注重实效，确保活动健康有序、扎实有效地推进，取得了实实在在的成效。</w:t>
      </w:r>
    </w:p>
    <w:p>
      <w:pPr>
        <w:spacing w:before="100" w:after="200" w:line="360" w:lineRule="auto"/>
        <w:jc w:val="left"/>
      </w:pPr>
      <w:r>
        <w:rPr>
          <w:rFonts w:ascii="宋体 (中文正文)" w:eastAsia="宋体" w:hAnsi="宋体 (中文正文)"/>
          <w:b/>
          <w:sz w:val="28"/>
        </w:rPr>
        <w:t>一、主要工作</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活动伊始，我段随即成立了以书书记和段长任组长，其他领导干部作为副组长的活动领导小组，制定了《xx工务段党委关于加强铁路货运组织中宣传工作的实施意见》，并召开动员会对“铁路走向市场”大讨论活动进行深入动员。进一步动员全体干部职工提高对活动必要性和重要性的认识，增强参与学习活动的自觉性和主动性。同时紧扣“四个转变”，强化宣传教育。各级干部利用安全大检查谈心时机，以宣讲解读“四个转变”的基本内涵、重要意义和落实措施为重点，面对面向一线施工、管理人员宣讲经营形势，传递经营压力，凝聚思想共识。引导干部职工把“四个转变”作为工作理念、行为准则和工作要求，植根于思想深处，贯彻到推进的全过程，营造了全员支持拥护的浓厚氛围。</w:t>
      </w:r>
    </w:p>
    <w:p>
      <w:pPr>
        <w:spacing w:before="100" w:after="200" w:line="360" w:lineRule="auto"/>
        <w:ind w:firstLine="576"/>
        <w:jc w:val="left"/>
      </w:pPr>
      <w:r>
        <w:rPr>
          <w:rFonts w:ascii="宋体" w:eastAsia="宋体" w:hAnsi="宋体"/>
          <w:sz w:val="28"/>
        </w:rPr>
        <w:t>一是突出重点部位，分层开展讨论。段党委结合实际，按照“人人有话题、层层有课题”的思路，在前期紧扣货运组织全面实施，组织开展全员讨论的基础上，围绕段在深化过程中出现的新情况新问题，划分段领导班子、车间和科室领导层及机关中层干部、全体干部职工三个层面细化讨论课题，做到边实践、边讨论。领导班子成员，重点围绕如何转变思想观念、转变管理模式、创新经营方式、增强企业竞争能力等展开讨论，确保工作不断档、业务不弱化、思想不停滞、管理无盲区。车间、科室领导层及机关中层干部，重点围绕如何尽职尽责，贯彻落实好全段各项经营发展措施展开讨论。全体干部职工，重点围绕货运后自身应该承担哪些责任，能献哪些良策，能做哪些贡献展开讨论，积极引导干部职工打破思想桎梏，转变思想观念，进一步增强了干部职工的安全意识、服务意识、效率意识和效益意识。</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二是建设企业文化，助力货运。紧扣货运组织和“铁路走向市场”的新形势、新要求及段经营实际，全面梳理、总结和提炼经营理念，从管理和作业层面入手，加强理念教育、整章建制、学习培训、管理考核，不断引领干部职工养成诚实守信、依法合规的经营行为。同时，积极作为大兴调研之风按计划组织实施调研，是我段调查研究的中心工作。我们以防止两种倾向做好调查研究：第一，防止作秀式调研，走马观花、浮光掠影，结果往往听不到真话，得不到实情；第二，防止代劳式调研，满足于听汇报看材料，不愿意下真功夫、苦功夫、细功夫，结果必然找不出问题，拿不出实招。力戒浅尝辄止、偏听偏信，力求深入扎实，透过现象认清本质，通过偶然发现必然。活动至今近三个月时间，我段上报领导班子成员学习调研文章11篇调研文章，报刊台网采用我段新闻信息7篇。</w:t>
      </w:r>
    </w:p>
    <w:p>
      <w:pPr>
        <w:spacing w:before="100" w:after="200" w:line="360" w:lineRule="auto"/>
        <w:jc w:val="left"/>
      </w:pPr>
      <w:r>
        <w:rPr>
          <w:rFonts w:ascii="宋体 (中文正文)" w:eastAsia="宋体" w:hAnsi="宋体 (中文正文)"/>
          <w:b/>
          <w:sz w:val="28"/>
        </w:rPr>
        <w:t>二、主要成效</w:t>
      </w:r>
    </w:p>
    <w:p>
      <w:pPr>
        <w:spacing w:before="100" w:after="200" w:line="360" w:lineRule="auto"/>
        <w:ind w:firstLine="576"/>
        <w:jc w:val="left"/>
      </w:pPr>
      <w:r>
        <w:rPr>
          <w:rFonts w:ascii="宋体" w:eastAsia="宋体" w:hAnsi="宋体"/>
          <w:sz w:val="28"/>
        </w:rPr>
        <w:t>“铁路走向市场”大讨论活动开展以来，全段上下精神面貌有了新的改观。工作效率得到进一步加强，工作作风有了新的转变，各科室、车间服务意识、创新意识进一步增强，工作的积极性、主动性、创造性进一步增强。体现在：</w:t>
      </w:r>
    </w:p>
    <w:p>
      <w:pPr>
        <w:spacing w:before="100" w:after="200" w:line="360" w:lineRule="auto"/>
        <w:ind w:firstLine="576"/>
        <w:jc w:val="left"/>
      </w:pPr>
      <w:r>
        <w:rPr>
          <w:rFonts w:ascii="宋体" w:eastAsia="宋体" w:hAnsi="宋体"/>
          <w:sz w:val="28"/>
        </w:rPr>
        <w:t>1、统一了全体干部职工思想，对“铁路走向市场”的重要性和必要性有了深刻地认识。通过全面动员和反复学习，全体干部职工真切感到了开展”铁路走向市场”大讨论活动的紧迫性和极端重要性，解决了两个不良倾向：一是大家都认为有必要“铁路走向市场”，但都认为自己的思想已经很解放，意识不到自己思想上保守的地方；二是没有结合实际工作去助推“铁路走向市场”，讲起“铁路走向市场”振振有辞，但工作思路没有变化，工作成效没有改善。全体干部职工排除了一切思想干扰，全身心地投入到活动中，把段党委的统一部署要求逐步变成自觉行动。通过学习，大家对理论学习的自觉性进一步增强，理想信念更加坚定，对执行党的路线方针政策更加坚决有力；促进了思想大解放，创新意识、革命事业心和责任感的不断增强，激发了大家谋发展、想创业、创成业的信心。</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2、提高了干部职工整体素质。通过近三个月的学习讨论，干部职工接受了一次内容丰富、全面系统的政治理论和业务知识学习。通过这次学习讨论，干部职工克服了无所作为的思想，自觉抵制那些只喜欢当评论员、未能客观地评价工作成绩的不良倾向；增强了开拓创新精神，对待工作中问题，不再过分强调客观困难，而是主动开动脑筋、钻研政策，找出工作的突破口；摒弃了自满思想，自觉将工作放在新的发展形势中去比较、去认识；增强了顾全大局的意识，自觉把工作的落脚点放在有利于发展上，把主要精力放在为各族群众谋利益上，在搞好常规工作的同时，不断创新为民服务方式。</w:t>
      </w:r>
    </w:p>
    <w:p>
      <w:pPr>
        <w:spacing w:before="100" w:after="200" w:line="360" w:lineRule="auto"/>
        <w:ind w:firstLine="576"/>
        <w:jc w:val="left"/>
      </w:pPr>
      <w:r>
        <w:rPr>
          <w:rFonts w:ascii="宋体" w:eastAsia="宋体" w:hAnsi="宋体"/>
          <w:sz w:val="28"/>
        </w:rPr>
        <w:t>3、坚持以人为本，提高后勤保障、管理水平。为干部职工提供优质服务。以人为本，就是把人民群众的利益作为一切工作的出发点和落脚点，以人为本是我们党立党为公、执政为民的本质体现。从“铁路走向市场”的学习，分析我段后勤管理中存在的问题，剖析根源所在，困难所在，进一步提出解决可行方案，具体到通过后勤工作来高质量地为生产一线、干部职工服务。时下正值高温酷暑天气，生产现场的每一处都被热浪覆盖，特别生产一线的高温更是令人窒息。段工会按照段党委要求，为尽可能地解决职工的后顾之忧，让职工能安心、静心地工作。结合实际，到生产一线进行慰问，为职工送去一份凉爽，深受一线职工欢迎。</w:t>
      </w:r>
    </w:p>
    <w:p>
      <w:pPr>
        <w:spacing w:before="100" w:after="200" w:line="360" w:lineRule="auto"/>
        <w:jc w:val="left"/>
      </w:pPr>
      <w:r>
        <w:rPr>
          <w:rFonts w:ascii="宋体 (中文正文)" w:eastAsia="宋体" w:hAnsi="宋体 (中文正文)"/>
          <w:b/>
          <w:sz w:val="28"/>
        </w:rPr>
        <w:t>三、方法措施</w:t>
      </w:r>
    </w:p>
    <w:p>
      <w:pPr>
        <w:spacing w:before="100" w:after="200" w:line="360" w:lineRule="auto"/>
        <w:ind w:firstLine="576"/>
        <w:jc w:val="left"/>
      </w:pPr>
      <w:r>
        <w:rPr>
          <w:rFonts w:ascii="宋体" w:eastAsia="宋体" w:hAnsi="宋体"/>
          <w:sz w:val="28"/>
        </w:rPr>
        <w:t>如何结合本次“铁路走向市场”大讨论的契机，取得实效，结合我段的实际，我们在以后的工作中将扎扎实实抓好三个方面的工作：</w:t>
      </w:r>
    </w:p>
    <w:p>
      <w:pPr>
        <w:spacing w:before="100" w:after="200" w:line="360" w:lineRule="auto"/>
        <w:ind w:firstLine="576"/>
        <w:jc w:val="left"/>
      </w:pPr>
      <w:r>
        <w:rPr>
          <w:rFonts w:ascii="宋体" w:eastAsia="宋体" w:hAnsi="宋体"/>
          <w:sz w:val="28"/>
        </w:rPr>
        <w:t>一、是激活干部职工的思想。要通过学习讨论，查问题、找差距、激发干部职工的思想活力，形成人人动脑筋想办法，个个转变观念谋发展的局面，使领导和干部，干部和职工思维互动，同步调推进“铁路走向市场”大讨论。要通过各种形式的座谈会使大家认识“铁路走向市场”的重大意义，并将其统一到加快凯工发展，争创山区一流工务段目标上来。</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二、是敢于转变工作作风。我们在工作的过程中，面临着各种考验，通过讨论学习，认真总结，积极主动解决认识上的问题，转变工作作风，提高自己的职业道德和职业素养。在为生产一线职工服务的过程中，既要灵活多变，又要把握好原则性。同时，方法要能够开拓创新，破除旧思想、旧观念，经常深入到实际工作中去，与职工拉近距离，热情的解决他们在工作学习中存在的问题。</w:t>
      </w:r>
    </w:p>
    <w:p>
      <w:pPr>
        <w:spacing w:before="100" w:after="200" w:line="360" w:lineRule="auto"/>
        <w:ind w:firstLine="576"/>
        <w:jc w:val="left"/>
      </w:pPr>
      <w:r>
        <w:rPr>
          <w:rFonts w:ascii="宋体" w:eastAsia="宋体" w:hAnsi="宋体"/>
          <w:sz w:val="28"/>
        </w:rPr>
        <w:t>三、要勤于学习。引导和带动全段干部职工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spacing w:before="100" w:after="200" w:line="360" w:lineRule="auto"/>
        <w:ind w:firstLine="576"/>
        <w:jc w:val="left"/>
      </w:pPr>
      <w:r>
        <w:rPr>
          <w:rFonts w:ascii="宋体" w:eastAsia="宋体" w:hAnsi="宋体"/>
          <w:sz w:val="28"/>
        </w:rPr>
        <w:t>自己的友情遇到危机伤心难过的时候，孙柏霖同学作为班长抽出时间主动找其谈心，听她诉苦，最终让她走出了阴影，从来不敢说出自己的感激的她，真诚的向孙柏霖同学表达了谢意;晚上熬夜时室友王璐的一句“廖二，早点睡。”让她很感动;因为事情多，煌婷主动帮其打水让她很温暖;对电脑一窍不通的她遇到难题倩娴抛下自己的事情来帮忙让她很开心;作为团支书，有着那么多的同学支持和理解，尤其是在我们的活动出现问题时大家积极主动牺牲自己为班级做贡献，这一切都是支撑着她坚定的走下去的力量!</w:t>
      </w:r>
    </w:p>
    <w:p>
      <w:pPr>
        <w:spacing w:before="100" w:after="200" w:line="360" w:lineRule="auto"/>
        <w:ind w:firstLine="576"/>
        <w:jc w:val="left"/>
      </w:pPr>
      <w:r>
        <w:rPr>
          <w:rFonts w:ascii="宋体" w:eastAsia="宋体" w:hAnsi="宋体"/>
          <w:sz w:val="28"/>
        </w:rPr>
        <w:t>杨旭同学第二个上台，他表达了对自己的三位室友的感激之情，黄炜燊每天载着他上学，赵心福同学为他做恋爱军师，最终追到了赛赛;孙柏霖在工作上给他指导……</w:t>
      </w:r>
    </w:p>
    <w:p>
      <w:pPr>
        <w:spacing w:before="100" w:after="200" w:line="360" w:lineRule="auto"/>
        <w:ind w:firstLine="576"/>
        <w:jc w:val="left"/>
      </w:pPr>
      <w:r>
        <w:rPr>
          <w:rFonts w:ascii="宋体" w:eastAsia="宋体" w:hAnsi="宋体"/>
          <w:sz w:val="28"/>
        </w:rPr>
        <w:t>同学们踊跃上台说出了自己的感动，没有了拘谨，只剩真诚，平时很少将感动说出口，今天，终于把爱说出口了，说的最多的是室友们的点滴，不乏感谢室友们的不杀之恩，却也在说笑中看到了同学们更上一层楼的亲密!</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○2为每个同学发一张贴好邮票的明信片，让他们写下自己的感动和感激作为感恩节的礼物寄给对方</w:t>
      </w:r>
    </w:p>
    <w:p>
      <w:pPr>
        <w:spacing w:before="100" w:after="200" w:line="360" w:lineRule="auto"/>
        <w:ind w:firstLine="576"/>
        <w:jc w:val="left"/>
      </w:pPr>
      <w:r>
        <w:rPr>
          <w:rFonts w:ascii="宋体" w:eastAsia="宋体" w:hAnsi="宋体"/>
          <w:sz w:val="28"/>
        </w:rPr>
        <w:t>道完了对身边人的感激，展望即将来临的感恩节，组织委员为大家发贴好邮票的明信片，让大家写下对远方挚友的感激和祝福。</w:t>
      </w:r>
    </w:p>
    <w:p>
      <w:pPr>
        <w:spacing w:before="100" w:after="200" w:line="360" w:lineRule="auto"/>
        <w:ind w:firstLine="576"/>
        <w:jc w:val="left"/>
      </w:pPr>
      <w:r>
        <w:rPr>
          <w:rFonts w:ascii="宋体" w:eastAsia="宋体" w:hAnsi="宋体"/>
          <w:sz w:val="28"/>
        </w:rPr>
        <w:t>报答爱，爱，从未间断</w:t>
      </w:r>
    </w:p>
    <w:p>
      <w:pPr>
        <w:spacing w:before="100" w:after="200" w:line="360" w:lineRule="auto"/>
        <w:ind w:firstLine="576"/>
        <w:jc w:val="left"/>
      </w:pPr>
      <w:r>
        <w:rPr>
          <w:rFonts w:ascii="宋体" w:eastAsia="宋体" w:hAnsi="宋体"/>
          <w:sz w:val="28"/>
        </w:rPr>
        <w:t>○1让同学们用水彩笔绘出自己的手印，印在大纸上成心形，请嘉宾在中间位置留言</w:t>
      </w:r>
    </w:p>
    <w:p>
      <w:pPr>
        <w:spacing w:before="100" w:after="200" w:line="360" w:lineRule="auto"/>
        <w:ind w:firstLine="576"/>
        <w:jc w:val="left"/>
      </w:pPr>
      <w:r>
        <w:rPr>
          <w:rFonts w:ascii="宋体" w:eastAsia="宋体" w:hAnsi="宋体"/>
          <w:sz w:val="28"/>
        </w:rPr>
        <w:t>○2请同学们在横幅上留下自己的心愿和祝福及报答爱的方式</w:t>
      </w:r>
    </w:p>
    <w:p>
      <w:pPr>
        <w:spacing w:before="100" w:after="200" w:line="360" w:lineRule="auto"/>
        <w:ind w:firstLine="576"/>
        <w:jc w:val="left"/>
      </w:pPr>
      <w:r>
        <w:rPr>
          <w:rFonts w:ascii="宋体" w:eastAsia="宋体" w:hAnsi="宋体"/>
          <w:sz w:val="28"/>
        </w:rPr>
        <w:t>最后，到达班会的尾期，团支书组织同学们用水彩画下自己的手印，写下祝福语，成长路上，朋友,有你真好!</w:t>
      </w:r>
    </w:p>
    <w:p>
      <w:pPr>
        <w:spacing w:before="100" w:after="200" w:line="360" w:lineRule="auto"/>
        <w:ind w:firstLine="576"/>
        <w:jc w:val="left"/>
      </w:pPr>
      <w:r>
        <w:rPr>
          <w:rFonts w:ascii="宋体" w:eastAsia="宋体" w:hAnsi="宋体"/>
          <w:sz w:val="28"/>
        </w:rPr>
        <w:t>经过20xx年半年多的学习，了解了电商、新零售、短视频、财会等行业的知识，开拓了视野，学会了多角度看问题。也发现了很多自我的不足，期望再20xx年再接再厉，能接触到更多行业的、热点的、实用的新观点和知识。</w:t>
      </w:r>
    </w:p>
    <w:p>
      <w:pPr>
        <w:spacing w:before="100" w:after="200" w:line="360" w:lineRule="auto"/>
        <w:jc w:val="left"/>
      </w:pPr>
      <w:r>
        <w:rPr>
          <w:rFonts w:ascii="宋体 (中文正文)" w:eastAsia="宋体" w:hAnsi="宋体 (中文正文)"/>
          <w:sz w:val="28"/>
        </w:rPr>
        <w:t>20xx年的提议：</w:t>
      </w:r>
    </w:p>
    <w:p>
      <w:pPr>
        <w:spacing w:before="100" w:after="200" w:line="360" w:lineRule="auto"/>
        <w:ind w:firstLine="576"/>
        <w:jc w:val="left"/>
      </w:pPr>
      <w:r>
        <w:rPr>
          <w:rFonts w:ascii="宋体" w:eastAsia="宋体" w:hAnsi="宋体"/>
          <w:sz w:val="28"/>
        </w:rPr>
        <w:t>1、提议分小组学习，每个人学习的目的、个人爱好、达成期望都不一样，少数服从多数长期下来会拉低整体的学习热情，提议分小组学习，自由分组后小组内按照共同的学习目的选课学习；</w:t>
      </w:r>
    </w:p>
    <w:p>
      <w:pPr>
        <w:spacing w:before="100" w:after="200" w:line="360" w:lineRule="auto"/>
        <w:ind w:firstLine="576"/>
        <w:jc w:val="left"/>
      </w:pPr>
      <w:r>
        <w:rPr>
          <w:rFonts w:ascii="宋体" w:eastAsia="宋体" w:hAnsi="宋体"/>
          <w:sz w:val="28"/>
        </w:rPr>
        <w:t>2、每月固定学习次数不固定每次上课时间，小组自由调配学习时间，学习次数固定但不限定，能够超量学习；</w:t>
      </w:r>
    </w:p>
    <w:p>
      <w:pPr>
        <w:spacing w:before="100" w:after="200" w:line="360" w:lineRule="auto"/>
        <w:ind w:firstLine="576"/>
        <w:jc w:val="left"/>
      </w:pPr>
      <w:r>
        <w:rPr>
          <w:rFonts w:ascii="宋体" w:eastAsia="宋体" w:hAnsi="宋体"/>
          <w:sz w:val="28"/>
        </w:rPr>
        <w:t>3、增加外部学习机会，增加一些参加行业论坛、沙龙、讲座等等外部学习的机会。</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安全部在上级主管部门及公司的正确领导下，坚持“安全第一，预防为主，综合治理”的安全生产方针，完善公司各项安全管理制度，规范统一施工现场安全资料管理，并且定期性地开展了安全生产检查活动，通过加强建筑施工安全生产管理工作，完善和落实了一系列安全管理措施，加强对各项目部的监管，使各项工作取得了一定的成效。</w:t>
      </w:r>
    </w:p>
    <w:p>
      <w:pPr>
        <w:spacing w:before="100" w:after="200" w:line="360" w:lineRule="auto"/>
        <w:jc w:val="left"/>
      </w:pPr>
      <w:r>
        <w:rPr>
          <w:rFonts w:ascii="宋体 (中文正文)" w:eastAsia="宋体" w:hAnsi="宋体 (中文正文)"/>
          <w:b/>
          <w:sz w:val="28"/>
        </w:rPr>
        <w:t>一、以宣传、教育为本，提高全员安全意识</w:t>
      </w:r>
    </w:p>
    <w:p>
      <w:pPr>
        <w:spacing w:before="100" w:after="200" w:line="360" w:lineRule="auto"/>
        <w:ind w:firstLine="576"/>
        <w:jc w:val="left"/>
      </w:pPr>
      <w:r>
        <w:rPr>
          <w:rFonts w:ascii="宋体" w:eastAsia="宋体" w:hAnsi="宋体"/>
          <w:sz w:val="28"/>
        </w:rPr>
        <w:t>1、工程开复工“三级安全教育”活动开展率100%；为进一步加强安全生产管理工作，安全部着重检查并督导各项目部及时对每名职工进行“三级安全教育”，加大对特殊工种持证情况的检查和专业知识培训及考试工作，检查各项目部落实了安全技术交底情况。</w:t>
      </w:r>
    </w:p>
    <w:p>
      <w:pPr>
        <w:spacing w:before="100" w:after="200" w:line="360" w:lineRule="auto"/>
        <w:ind w:firstLine="576"/>
        <w:jc w:val="left"/>
      </w:pPr>
      <w:r>
        <w:rPr>
          <w:rFonts w:ascii="宋体" w:eastAsia="宋体" w:hAnsi="宋体"/>
          <w:sz w:val="28"/>
        </w:rPr>
        <w:t>2、积极组织开展安全生产宣传活动，在本年度安全生产月的前期，安全部召集下属各项目部专职安全员进行工作部署并提出要求，要求各项目部施工现场醒目位置悬挂大型安全生产口号，加强安全生产月的职工安全教育。通过这些组织教育工作，极大的强化了公司全体员工的安全意识。</w:t>
      </w:r>
    </w:p>
    <w:p>
      <w:pPr>
        <w:spacing w:before="100" w:after="200" w:line="360" w:lineRule="auto"/>
        <w:jc w:val="left"/>
      </w:pPr>
      <w:r>
        <w:rPr>
          <w:rFonts w:ascii="宋体 (中文正文)" w:eastAsia="宋体" w:hAnsi="宋体 (中文正文)"/>
          <w:b/>
          <w:sz w:val="28"/>
        </w:rPr>
        <w:t>二、加大安全生产检查确保公司安全生产工作顺利进行</w:t>
      </w:r>
    </w:p>
    <w:p>
      <w:pPr>
        <w:spacing w:before="100" w:after="200" w:line="360" w:lineRule="auto"/>
        <w:ind w:firstLine="576"/>
        <w:jc w:val="left"/>
      </w:pPr>
      <w:r>
        <w:rPr>
          <w:rFonts w:ascii="宋体" w:eastAsia="宋体" w:hAnsi="宋体"/>
          <w:sz w:val="28"/>
        </w:rPr>
        <w:t>1、今年安全部在每星期进行一次安全生产检查的基础上，还先后进行了“脚手架工程、大型机械安全、防物体打击、防高处坠落、临时用电情况和安全资料管理”的安全专项检查。</w:t>
      </w:r>
    </w:p>
    <w:p>
      <w:pPr>
        <w:spacing w:before="100" w:after="200" w:line="360" w:lineRule="auto"/>
        <w:ind w:firstLine="576"/>
        <w:jc w:val="left"/>
      </w:pPr>
      <w:r>
        <w:rPr>
          <w:rFonts w:ascii="宋体" w:eastAsia="宋体" w:hAnsi="宋体"/>
          <w:sz w:val="28"/>
        </w:rPr>
        <w:t>2、本年度截至目前安全部共计开展检查，先后督促各项目部排查隐患，检查覆盖面包括公司所有在建工程的施工现场安全生产、文明施工、特殊工种持证情况及安全资料的管理。</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3、通过定期检查和针对性检查，在一定程度上提高了我公司的安全管理水平，有效地防范和遏制了安全事故的发生。安全部还要求各项目部对下属施工班组严格要求，严格落实了奖惩制度。</w:t>
      </w:r>
    </w:p>
    <w:p>
      <w:pPr>
        <w:spacing w:before="100" w:after="200" w:line="360" w:lineRule="auto"/>
        <w:jc w:val="left"/>
      </w:pPr>
      <w:r>
        <w:rPr>
          <w:rFonts w:ascii="宋体 (中文正文)" w:eastAsia="宋体" w:hAnsi="宋体 (中文正文)"/>
          <w:b/>
          <w:sz w:val="28"/>
        </w:rPr>
        <w:t>三、健全完善安全生产责任制和目标管理体系</w:t>
      </w:r>
    </w:p>
    <w:p>
      <w:pPr>
        <w:spacing w:before="100" w:after="200" w:line="360" w:lineRule="auto"/>
        <w:ind w:firstLine="576"/>
        <w:jc w:val="left"/>
      </w:pPr>
      <w:r>
        <w:rPr>
          <w:rFonts w:ascii="宋体" w:eastAsia="宋体" w:hAnsi="宋体"/>
          <w:sz w:val="28"/>
        </w:rPr>
        <w:t>安全部在成立之初制订了公司安全生产责任制及安全管理目标，并要求各项目部结合公司制定的责任制及管理目标，分解制定各项目部的安全管理目标，完善项目安全生产责任制；并将公司安全管理方面的管理制度，下发各项目部参考执行。</w:t>
      </w:r>
    </w:p>
    <w:p>
      <w:pPr>
        <w:spacing w:before="100" w:after="200" w:line="360" w:lineRule="auto"/>
        <w:ind w:firstLine="576"/>
        <w:jc w:val="left"/>
      </w:pPr>
      <w:r>
        <w:rPr>
          <w:rFonts w:ascii="宋体" w:eastAsia="宋体" w:hAnsi="宋体"/>
          <w:sz w:val="28"/>
        </w:rPr>
        <w:t>为贯彻执行师质监局发[20xx]14号《转发〈关于组织开展20xx年“5.20世界计量日”宣传活动〉的通知》的文件精神，认真开展好“5.20世界计量日”宣传活动，反映计量在社会接济中的重要作用，我团对本次活动高度重视，紧紧围绕活动主题，以“日常生活中的计量”为主线、“搞好计量工作，促进经济发展”作为中心思想，突出活动的重点。现将活动情况汇报如下。</w:t>
      </w:r>
    </w:p>
    <w:p>
      <w:pPr>
        <w:spacing w:before="100" w:after="200" w:line="360" w:lineRule="auto"/>
        <w:jc w:val="left"/>
      </w:pPr>
      <w:r>
        <w:rPr>
          <w:rFonts w:ascii="宋体 (中文正文)" w:eastAsia="宋体" w:hAnsi="宋体 (中文正文)"/>
          <w:b/>
          <w:sz w:val="28"/>
        </w:rPr>
        <w:t>一、领导重视、精心组织</w:t>
      </w:r>
    </w:p>
    <w:p>
      <w:pPr>
        <w:spacing w:before="100" w:after="200" w:line="360" w:lineRule="auto"/>
        <w:ind w:firstLine="576"/>
        <w:jc w:val="left"/>
      </w:pPr>
      <w:r>
        <w:rPr>
          <w:rFonts w:ascii="宋体" w:eastAsia="宋体" w:hAnsi="宋体"/>
          <w:sz w:val="28"/>
        </w:rPr>
        <w:t>我团接到“5.20世界计量日”宣传活动的通知后，领导对本次活动高度重视，立刻组织召开活动布置会议。我团从实际情况出发，选择计量器具使用较密集的农贸市场作为宣传的重点，通过5月19日一天的准备，共复印《中华人民共和国计量法实施细则》、《中华人民共和国标准化实施条例》共12余份以及“5.20世界计量日”、“计量在您身边”、“计量与医疗、计量与环境、计量与商贸、计量与安全”宣传标语条幅15余条。</w:t>
      </w:r>
    </w:p>
    <w:p>
      <w:pPr>
        <w:spacing w:before="100" w:after="200" w:line="360" w:lineRule="auto"/>
        <w:jc w:val="left"/>
      </w:pPr>
      <w:r>
        <w:rPr>
          <w:rFonts w:ascii="宋体 (中文正文)" w:eastAsia="宋体" w:hAnsi="宋体 (中文正文)"/>
          <w:b/>
          <w:sz w:val="28"/>
        </w:rPr>
        <w:t>二、实施情况</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5月19日，在团机关大楼用电子屏幕打出了“充分发挥计量资源优势，共同抓好计量监督管理”和“抓计量、促节能、增效益、为人民服务”的横幅。安办全体人员一起行动，在团农贸市场进行“5.20世界计量日”宣传活动，发放宣传材料12余份，粘贴标语15余条并对农贸市场使用的计量器具(标称、台称、电子称等)进行了检查。</w:t>
      </w:r>
    </w:p>
    <w:p>
      <w:pPr>
        <w:spacing w:before="100" w:after="200" w:line="360" w:lineRule="auto"/>
        <w:ind w:firstLine="576"/>
        <w:jc w:val="left"/>
      </w:pPr>
      <w:r>
        <w:rPr>
          <w:rFonts w:ascii="宋体" w:eastAsia="宋体" w:hAnsi="宋体"/>
          <w:sz w:val="28"/>
        </w:rPr>
        <w:t>通过开展本次宣传活动，使广大经营者增强了法律意识了解了相关的法律、法规、提高了对计量公平的直觉性，切实维护了消费者的合法权益，推动了社会诚信的良性发展。</w:t>
      </w:r>
    </w:p>
    <w:p>
      <w:pPr>
        <w:spacing w:before="100" w:after="200" w:line="360" w:lineRule="auto"/>
        <w:ind w:firstLine="576"/>
        <w:jc w:val="left"/>
      </w:pPr>
      <w:r>
        <w:rPr>
          <w:rFonts w:ascii="宋体" w:eastAsia="宋体" w:hAnsi="宋体"/>
          <w:sz w:val="28"/>
        </w:rPr>
        <w:t>岁月如水悄然流逝，生命如歌娓娓动听。又是一学年期末的盛夏，回顾这一学期少先队工作的点点滴滴，有辛苦也有快乐，有付出也有收获。本学期的少先队工作在校领导的指导下，紧密结合学校总体教育工作，努力配合政教处德育工作，积极开展少先队主体活动。开展丰富有益的各项活动，充分发挥少先队的组织优势，拓展校外少先队工作领域，为少年儿童的健康成长提供切实有效的服务。现将本学期少先队工作总结如下：</w:t>
      </w:r>
    </w:p>
    <w:p>
      <w:pPr>
        <w:spacing w:before="100" w:after="200" w:line="360" w:lineRule="auto"/>
        <w:jc w:val="left"/>
      </w:pPr>
      <w:r>
        <w:rPr>
          <w:rFonts w:ascii="宋体 (中文正文)" w:eastAsia="宋体" w:hAnsi="宋体 (中文正文)"/>
          <w:b/>
          <w:sz w:val="28"/>
        </w:rPr>
        <w:t>一、以榜样的力量感染队员</w:t>
      </w:r>
    </w:p>
    <w:p>
      <w:pPr>
        <w:spacing w:before="100" w:after="200" w:line="360" w:lineRule="auto"/>
        <w:ind w:firstLine="576"/>
        <w:jc w:val="left"/>
      </w:pPr>
      <w:r>
        <w:rPr>
          <w:rFonts w:ascii="宋体" w:eastAsia="宋体" w:hAnsi="宋体"/>
          <w:sz w:val="28"/>
        </w:rPr>
        <w:t>辅导员自身的素质对创设良好的班集体，全面提高学生素质，具有举足轻重的作用。要规范学生的行为，首先要规范自己的行为;提高学生的素质，首先要提高自身的素质。在教育工作中，能真正做到为人师表，率先垂范。要求学生做到的，自己带头做到;要求学生讲文明礼貌，自己首先做到尊重每一位学生人格;教育他们热爱班级，搞好团结;在学习上，要求学生书写认真工整，并加以督促。我时刻注意自己的一言一行，努力成为学生学习的榜样，成为学生愿和我讲知心话的朋友。</w:t>
      </w:r>
    </w:p>
    <w:p>
      <w:pPr>
        <w:spacing w:before="100" w:after="200" w:line="360" w:lineRule="auto"/>
        <w:jc w:val="left"/>
      </w:pPr>
      <w:r>
        <w:rPr>
          <w:rFonts w:ascii="宋体 (中文正文)" w:eastAsia="宋体" w:hAnsi="宋体 (中文正文)"/>
          <w:b/>
          <w:sz w:val="28"/>
        </w:rPr>
        <w:t>三、重视对学生的法制、安全教育</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生命属于我们每个人只有一次。作为辅导员我深感责任重大，时刻牢记要让每位学生平平安安上学来，安安全全回家去。时常利用队会课对学生进行法制安全教育。还利用宣传画、录像、知识讲座对队员进行防溺水、防震、防火等教育。在学校组织的防震、防火演练活动中，我们精心组织，严密部署带领队员有序撤离教室。从而成功的对队员进行了体验教育。同时还加强队员的卫生意识教育。遇到身体不舒服，不要乱服药，要找医生看病;饭前饭后都要洗手;夏天到了要勤洗澡、勤换衣服讲究个人卫生，养成良好的卫生习惯。</w:t>
      </w:r>
    </w:p>
    <w:p>
      <w:pPr>
        <w:spacing w:before="100" w:after="200" w:line="360" w:lineRule="auto"/>
        <w:jc w:val="left"/>
      </w:pPr>
      <w:r>
        <w:rPr>
          <w:rFonts w:ascii="宋体 (中文正文)" w:eastAsia="宋体" w:hAnsi="宋体 (中文正文)"/>
          <w:b/>
          <w:sz w:val="28"/>
        </w:rPr>
        <w:t>四、重视各项比赛，增强班级的凝聚力</w:t>
      </w:r>
    </w:p>
    <w:p>
      <w:pPr>
        <w:spacing w:before="100" w:after="200" w:line="360" w:lineRule="auto"/>
        <w:ind w:firstLine="576"/>
        <w:jc w:val="left"/>
      </w:pPr>
      <w:r>
        <w:rPr>
          <w:rFonts w:ascii="宋体" w:eastAsia="宋体" w:hAnsi="宋体"/>
          <w:sz w:val="28"/>
        </w:rPr>
        <w:t>比赛是最能检验一个班级的凝聚力情况。这学期学校举办重大的比赛有运动会、绘画比赛，艺术节汇报演出、弟子规诵读比赛、演讲比赛、跳绳比赛等，我带领学生积极参加，均获得第一名的好成绩。这些活动的开展尤其是运动会增强了中队的凝聚力，增强了学生们的集体观念和荣誉感。</w:t>
      </w:r>
    </w:p>
    <w:p>
      <w:pPr>
        <w:spacing w:before="100" w:after="200" w:line="360" w:lineRule="auto"/>
        <w:ind w:firstLine="576"/>
        <w:jc w:val="left"/>
      </w:pPr>
      <w:r>
        <w:rPr>
          <w:rFonts w:ascii="宋体" w:eastAsia="宋体" w:hAnsi="宋体"/>
          <w:sz w:val="28"/>
        </w:rPr>
        <w:t>人文科学学院青年志愿者协会活动策划部组织去大庆血站献血的活动，旨在充分利用大学生的爱心和青春活力，为社会贡献自己的一份力量，并提高大学生自身的社会实践能力。</w:t>
      </w:r>
    </w:p>
    <w:p>
      <w:pPr>
        <w:spacing w:before="100" w:after="200" w:line="360" w:lineRule="auto"/>
        <w:jc w:val="left"/>
      </w:pPr>
      <w:r>
        <w:rPr>
          <w:rFonts w:ascii="宋体 (中文正文)" w:eastAsia="宋体" w:hAnsi="宋体 (中文正文)"/>
          <w:b/>
          <w:sz w:val="28"/>
        </w:rPr>
        <w:t>一、活动主题：珍爱生命，牵手感恩</w:t>
      </w:r>
    </w:p>
    <w:p>
      <w:pPr>
        <w:spacing w:before="100" w:after="200" w:line="360" w:lineRule="auto"/>
        <w:ind w:firstLine="576"/>
        <w:jc w:val="left"/>
      </w:pPr>
      <w:r>
        <w:rPr>
          <w:rFonts w:ascii="宋体" w:eastAsia="宋体" w:hAnsi="宋体"/>
          <w:sz w:val="28"/>
        </w:rPr>
        <w:t>二、主办单位：人文科学学院青年志愿者协会活动策划部三、活动时间：11月25日下午1：304：00四、活动地点：大庆市中心血站</w:t>
      </w:r>
    </w:p>
    <w:p>
      <w:pPr>
        <w:spacing w:before="100" w:after="200" w:line="360" w:lineRule="auto"/>
        <w:jc w:val="left"/>
      </w:pPr>
      <w:r>
        <w:rPr>
          <w:rFonts w:ascii="宋体 (中文正文)" w:eastAsia="宋体" w:hAnsi="宋体 (中文正文)"/>
          <w:b/>
          <w:sz w:val="28"/>
        </w:rPr>
        <w:t>五、参加人员：人文科学学院青协全体人员和志愿无偿献血的同学</w:t>
      </w:r>
    </w:p>
    <w:p>
      <w:pPr>
        <w:spacing w:before="100" w:after="200" w:line="360" w:lineRule="auto"/>
        <w:jc w:val="left"/>
      </w:pPr>
      <w:r>
        <w:rPr>
          <w:rFonts w:ascii="宋体 (中文正文)" w:eastAsia="宋体" w:hAnsi="宋体 (中文正文)"/>
          <w:sz w:val="28"/>
        </w:rPr>
        <w:t>六、活动安排：</w:t>
      </w:r>
    </w:p>
    <w:p>
      <w:pPr>
        <w:spacing w:before="100" w:after="200" w:line="360" w:lineRule="auto"/>
        <w:ind w:firstLine="576"/>
        <w:jc w:val="left"/>
      </w:pPr>
      <w:r>
        <w:rPr>
          <w:rFonts w:ascii="宋体" w:eastAsia="宋体" w:hAnsi="宋体"/>
          <w:sz w:val="28"/>
        </w:rPr>
        <w:t>1、关于本次“大庆市血站义务献血活动”的通知和讨论；</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（1）活动策划部部长负责通知安排本次献血活动相关事宜；</w:t>
      </w:r>
    </w:p>
    <w:p>
      <w:pPr>
        <w:spacing w:before="100" w:after="200" w:line="360" w:lineRule="auto"/>
        <w:ind w:firstLine="576"/>
        <w:jc w:val="left"/>
      </w:pPr>
      <w:r>
        <w:rPr>
          <w:rFonts w:ascii="宋体" w:eastAsia="宋体" w:hAnsi="宋体"/>
          <w:sz w:val="28"/>
        </w:rPr>
        <w:t>（2）活动策划部副部长负责策划活动具体细节，并编拟本次活动策划书；</w:t>
      </w:r>
    </w:p>
    <w:p>
      <w:pPr>
        <w:spacing w:before="100" w:after="200" w:line="360" w:lineRule="auto"/>
        <w:ind w:firstLine="576"/>
        <w:jc w:val="left"/>
      </w:pPr>
      <w:r>
        <w:rPr>
          <w:rFonts w:ascii="宋体" w:eastAsia="宋体" w:hAnsi="宋体"/>
          <w:sz w:val="28"/>
        </w:rPr>
        <w:t>（3）活动策划部干事负责宣传本次义务献血活动；</w:t>
      </w:r>
    </w:p>
    <w:p>
      <w:pPr>
        <w:spacing w:before="100" w:after="200" w:line="360" w:lineRule="auto"/>
        <w:ind w:firstLine="576"/>
        <w:jc w:val="left"/>
      </w:pPr>
      <w:r>
        <w:rPr>
          <w:rFonts w:ascii="宋体" w:eastAsia="宋体" w:hAnsi="宋体"/>
          <w:sz w:val="28"/>
        </w:rPr>
        <w:t>（4）其他各部负责协商和完善具体工作环节。</w:t>
      </w:r>
    </w:p>
    <w:p>
      <w:pPr>
        <w:spacing w:before="100" w:after="200" w:line="360" w:lineRule="auto"/>
        <w:ind w:firstLine="576"/>
        <w:jc w:val="left"/>
      </w:pPr>
      <w:r>
        <w:rPr>
          <w:rFonts w:ascii="宋体" w:eastAsia="宋体" w:hAnsi="宋体"/>
          <w:sz w:val="28"/>
        </w:rPr>
        <w:t>1、召开青协活动策划部小组会议，传达本次活动主旨，安排活动具体事宜；</w:t>
      </w:r>
    </w:p>
    <w:p>
      <w:pPr>
        <w:spacing w:before="100" w:after="200" w:line="360" w:lineRule="auto"/>
        <w:ind w:firstLine="576"/>
        <w:jc w:val="left"/>
      </w:pPr>
      <w:r>
        <w:rPr>
          <w:rFonts w:ascii="宋体" w:eastAsia="宋体" w:hAnsi="宋体"/>
          <w:sz w:val="28"/>
        </w:rPr>
        <w:t>2、由青协活动策划部负责提前通知参加人员活动的具体时间和安排，确保所有参加活动人员的安全。</w:t>
      </w:r>
    </w:p>
    <w:p>
      <w:pPr>
        <w:spacing w:before="100" w:after="200" w:line="360" w:lineRule="auto"/>
        <w:jc w:val="left"/>
      </w:pPr>
      <w:r>
        <w:rPr>
          <w:rFonts w:ascii="宋体 (中文正文)" w:eastAsia="宋体" w:hAnsi="宋体 (中文正文)"/>
          <w:b/>
          <w:sz w:val="28"/>
        </w:rPr>
        <w:t>七、活动内容</w:t>
      </w:r>
    </w:p>
    <w:p>
      <w:pPr>
        <w:spacing w:before="100" w:after="200" w:line="360" w:lineRule="auto"/>
        <w:ind w:firstLine="576"/>
        <w:jc w:val="left"/>
      </w:pPr>
      <w:r>
        <w:rPr>
          <w:rFonts w:ascii="宋体" w:eastAsia="宋体" w:hAnsi="宋体"/>
          <w:sz w:val="28"/>
        </w:rPr>
        <w:t>1、组织带领参加活动的人员前往大庆市中心血站，注意维持途中秩序，保证路上安全；</w:t>
      </w:r>
    </w:p>
    <w:p>
      <w:pPr>
        <w:spacing w:before="100" w:after="200" w:line="360" w:lineRule="auto"/>
        <w:ind w:firstLine="576"/>
        <w:jc w:val="left"/>
      </w:pPr>
      <w:r>
        <w:rPr>
          <w:rFonts w:ascii="宋体" w:eastAsia="宋体" w:hAnsi="宋体"/>
          <w:sz w:val="28"/>
        </w:rPr>
        <w:t>2、协助血站工作人员组织献血人员认真填表、体检、化验血样和献血，维持好活动现场的秩序；</w:t>
      </w:r>
    </w:p>
    <w:p>
      <w:pPr>
        <w:spacing w:before="100" w:after="200" w:line="360" w:lineRule="auto"/>
        <w:ind w:firstLine="576"/>
        <w:jc w:val="left"/>
      </w:pPr>
      <w:r>
        <w:rPr>
          <w:rFonts w:ascii="宋体" w:eastAsia="宋体" w:hAnsi="宋体"/>
          <w:sz w:val="28"/>
        </w:rPr>
        <w:t>3、组织同学们有秩序的进行献血；</w:t>
      </w:r>
    </w:p>
    <w:p>
      <w:pPr>
        <w:spacing w:before="100" w:after="200" w:line="360" w:lineRule="auto"/>
        <w:ind w:firstLine="576"/>
        <w:jc w:val="left"/>
      </w:pPr>
      <w:r>
        <w:rPr>
          <w:rFonts w:ascii="宋体" w:eastAsia="宋体" w:hAnsi="宋体"/>
          <w:sz w:val="28"/>
        </w:rPr>
        <w:t>4、安排献血人员献血后适当休息；</w:t>
      </w:r>
    </w:p>
    <w:p>
      <w:pPr>
        <w:spacing w:before="100" w:after="200" w:line="360" w:lineRule="auto"/>
        <w:ind w:firstLine="576"/>
        <w:jc w:val="left"/>
      </w:pPr>
      <w:r>
        <w:rPr>
          <w:rFonts w:ascii="宋体" w:eastAsia="宋体" w:hAnsi="宋体"/>
          <w:sz w:val="28"/>
        </w:rPr>
        <w:t>5、清点人数，组织带领活动参加人员安全有序返校。</w:t>
      </w:r>
    </w:p>
    <w:p>
      <w:pPr>
        <w:spacing w:before="100" w:after="200" w:line="360" w:lineRule="auto"/>
        <w:jc w:val="left"/>
      </w:pPr>
      <w:r>
        <w:rPr>
          <w:rFonts w:ascii="宋体 (中文正文)" w:eastAsia="宋体" w:hAnsi="宋体 (中文正文)"/>
          <w:sz w:val="28"/>
        </w:rPr>
        <w:t>八、活动效果：</w:t>
      </w:r>
    </w:p>
    <w:p>
      <w:pPr>
        <w:spacing w:before="100" w:after="200" w:line="360" w:lineRule="auto"/>
        <w:ind w:firstLine="576"/>
        <w:jc w:val="left"/>
      </w:pPr>
      <w:r>
        <w:rPr>
          <w:rFonts w:ascii="宋体" w:eastAsia="宋体" w:hAnsi="宋体"/>
          <w:sz w:val="28"/>
        </w:rPr>
        <w:t>1、活动中同学表现积极主动，活动中大家都自觉遵守纪律，服从安排，展现了当代大学生的精神风貌；</w:t>
      </w:r>
    </w:p>
    <w:p>
      <w:pPr>
        <w:spacing w:before="100" w:after="200" w:line="360" w:lineRule="auto"/>
        <w:ind w:firstLine="576"/>
        <w:jc w:val="left"/>
      </w:pPr>
      <w:r>
        <w:rPr>
          <w:rFonts w:ascii="宋体" w:eastAsia="宋体" w:hAnsi="宋体"/>
          <w:sz w:val="28"/>
        </w:rPr>
        <w:t>2、同学们发扬了无私奉献的精神，体现了社会责任感；3、通过本次献血活动，普及了同学们的献血知识，扫除了之前对献血的误区；</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https://d.book118.com/475220233241011123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75220233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