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安全年度工作计划</w:t>
      </w:r>
    </w:p>
    <w:p>
      <w:pPr>
        <w:spacing w:before="100" w:after="200" w:line="360" w:lineRule="auto"/>
        <w:ind w:firstLine="576"/>
        <w:jc w:val="left"/>
      </w:pPr>
      <w:r>
        <w:rPr>
          <w:rFonts w:ascii="宋体" w:eastAsia="宋体" w:hAnsi="宋体"/>
          <w:sz w:val="28"/>
        </w:rPr>
        <w:t>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spacing w:before="100" w:after="200" w:line="360" w:lineRule="auto"/>
        <w:jc w:val="left"/>
      </w:pPr>
      <w:r>
        <w:rPr>
          <w:rFonts w:ascii="宋体 (中文正文)" w:eastAsia="宋体" w:hAnsi="宋体 (中文正文)"/>
          <w:b/>
          <w:sz w:val="28"/>
        </w:rPr>
        <w:t>一、认真学习公司安全生产管理规定，完善安全生产责任制</w:t>
      </w:r>
    </w:p>
    <w:p>
      <w:pPr>
        <w:spacing w:before="100" w:after="200" w:line="360" w:lineRule="auto"/>
        <w:ind w:firstLine="576"/>
        <w:jc w:val="left"/>
      </w:pPr>
      <w:r>
        <w:rPr>
          <w:rFonts w:ascii="宋体" w:eastAsia="宋体" w:hAnsi="宋体"/>
          <w:sz w:val="28"/>
        </w:rPr>
        <w:t>1、认真贯彻执行公司下发的各种安全生产文件，及时将公司有关安全会议精神贯彻落实，传达到每一位员工，增强员工安全生产意识。</w:t>
      </w:r>
    </w:p>
    <w:p>
      <w:pPr>
        <w:spacing w:before="100" w:after="200" w:line="360" w:lineRule="auto"/>
        <w:ind w:firstLine="576"/>
        <w:jc w:val="left"/>
      </w:pPr>
      <w:r>
        <w:rPr>
          <w:rFonts w:ascii="宋体" w:eastAsia="宋体" w:hAnsi="宋体"/>
          <w:sz w:val="28"/>
        </w:rPr>
        <w:t>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spacing w:before="100" w:after="200" w:line="360" w:lineRule="auto"/>
        <w:ind w:firstLine="576"/>
        <w:jc w:val="left"/>
      </w:pPr>
      <w:r>
        <w:rPr>
          <w:rFonts w:ascii="宋体" w:eastAsia="宋体" w:hAnsi="宋体"/>
          <w:sz w:val="28"/>
        </w:rPr>
        <w:t>3、定期召开安全生产会议，总结安全生产工作，针对存在的安全隐患制定整改与预防措施，传达安全生产方面的文件，布置有关安全工作。</w:t>
      </w:r>
    </w:p>
    <w:p>
      <w:pPr>
        <w:spacing w:before="100" w:after="200" w:line="360" w:lineRule="auto"/>
        <w:ind w:firstLine="576"/>
        <w:jc w:val="left"/>
      </w:pPr>
      <w:r>
        <w:rPr>
          <w:rFonts w:ascii="宋体" w:eastAsia="宋体" w:hAnsi="宋体"/>
          <w:sz w:val="28"/>
        </w:rPr>
        <w:t>二、加强宣传教育工作，确保公司安全培训取得实效，切实提高员工的安全知识水平，增强员工的安全生产忧患意识，保证生产安全顺利地进行</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1、每月在完成生产任务后，利用生产空闲时间对职工进行相应的安全知识培训，熟悉、掌握必要的安全技术知识和自我防护知识，做好职工安全培训记录。</w:t>
      </w:r>
    </w:p>
    <w:p>
      <w:pPr>
        <w:spacing w:before="100" w:after="200" w:line="360" w:lineRule="auto"/>
        <w:ind w:firstLine="576"/>
        <w:jc w:val="left"/>
      </w:pPr>
      <w:r>
        <w:rPr>
          <w:rFonts w:ascii="宋体" w:eastAsia="宋体" w:hAnsi="宋体"/>
          <w:sz w:val="28"/>
        </w:rPr>
        <w:t>2、积极配合公司及有关职能部门对从业人员按国家规定开展专业安全技术培训工作，已持有相关资格证书的职工要定期进行学习，做到持证上岗。</w:t>
      </w:r>
    </w:p>
    <w:p>
      <w:pPr>
        <w:spacing w:before="100" w:after="200" w:line="360" w:lineRule="auto"/>
        <w:ind w:firstLine="576"/>
        <w:jc w:val="left"/>
      </w:pPr>
      <w:r>
        <w:rPr>
          <w:rFonts w:ascii="宋体" w:eastAsia="宋体" w:hAnsi="宋体"/>
          <w:sz w:val="28"/>
        </w:rPr>
        <w:t>3、正确使用劳动卫生防护用品，预防生产作业中的伤害。</w:t>
      </w:r>
    </w:p>
    <w:p>
      <w:pPr>
        <w:spacing w:before="100" w:after="200" w:line="360" w:lineRule="auto"/>
        <w:ind w:firstLine="576"/>
        <w:jc w:val="left"/>
      </w:pPr>
      <w:r>
        <w:rPr>
          <w:rFonts w:ascii="宋体" w:eastAsia="宋体" w:hAnsi="宋体"/>
          <w:sz w:val="28"/>
        </w:rPr>
        <w:t>4、加强事故处理防范，在突发事故中正确熟练地采取自救和互救措施。将伤害控制在最小程度。</w:t>
      </w:r>
    </w:p>
    <w:p>
      <w:pPr>
        <w:spacing w:before="100" w:after="200" w:line="360" w:lineRule="auto"/>
        <w:ind w:firstLine="576"/>
        <w:jc w:val="left"/>
      </w:pPr>
      <w:r>
        <w:rPr>
          <w:rFonts w:ascii="宋体" w:eastAsia="宋体" w:hAnsi="宋体"/>
          <w:sz w:val="28"/>
        </w:rPr>
        <w:t>三、狠抓安全生产管理，严格执行各项安全规章制度和安全操作规程，确保安全文明生产，定期进行安全自查，落实隐患整改责任及措施。</w:t>
      </w:r>
    </w:p>
    <w:p>
      <w:pPr>
        <w:spacing w:before="100" w:after="200" w:line="360" w:lineRule="auto"/>
        <w:ind w:firstLine="576"/>
        <w:jc w:val="left"/>
      </w:pPr>
      <w:r>
        <w:rPr>
          <w:rFonts w:ascii="宋体" w:eastAsia="宋体" w:hAnsi="宋体"/>
          <w:sz w:val="28"/>
        </w:rPr>
        <w:t>1、继续建立健全安全生产设施台帐，定期检修保养，定期检测，确保相关证件齐全。</w:t>
      </w:r>
    </w:p>
    <w:p>
      <w:pPr>
        <w:spacing w:before="100" w:after="200" w:line="360" w:lineRule="auto"/>
        <w:ind w:firstLine="576"/>
        <w:jc w:val="left"/>
      </w:pPr>
      <w:r>
        <w:rPr>
          <w:rFonts w:ascii="宋体" w:eastAsia="宋体" w:hAnsi="宋体"/>
          <w:sz w:val="28"/>
        </w:rPr>
        <w:t>2、将安全隐患列入安全隐患台帐，及时制定整改措施，落实整改责任，无能力整改的要立即向上级部门报告，研究、制定、落实整改责任及措施。建立单位安全自查记录及安全整改记录。</w:t>
      </w:r>
    </w:p>
    <w:p>
      <w:pPr>
        <w:spacing w:before="100" w:after="200" w:line="360" w:lineRule="auto"/>
        <w:ind w:firstLine="576"/>
        <w:jc w:val="left"/>
      </w:pPr>
      <w:r>
        <w:rPr>
          <w:rFonts w:ascii="宋体" w:eastAsia="宋体" w:hAnsi="宋体"/>
          <w:sz w:val="28"/>
        </w:rPr>
        <w:t>20xx年公司安全生产工作又进入了新的一年挑战任务，在抓生产、促效益的同时抓好安全生产基础工作，积极维护公司利益，确保员工生命财产安全，为建设“20xx年度公司安全零事故”奠定坚实的基础。</w:t>
      </w:r>
    </w:p>
    <w:p>
      <w:pPr>
        <w:spacing w:before="100" w:after="200" w:line="360" w:lineRule="auto"/>
        <w:ind w:firstLine="576"/>
        <w:jc w:val="left"/>
      </w:pPr>
      <w:r>
        <w:rPr>
          <w:rFonts w:ascii="宋体" w:eastAsia="宋体" w:hAnsi="宋体"/>
          <w:sz w:val="28"/>
        </w:rPr>
        <w:t>为了认真贯彻落实《中华人民共和国安全生产法》，强化安全生产意识，落实安全生产责任，实现安全生产目标，保障员工生产生活安全，为服务区创造一个安全稳定的发展环境，特拟定2022年安全生产工作计划</w:t>
      </w:r>
    </w:p>
    <w:p>
      <w:pPr>
        <w:spacing w:before="100" w:after="200" w:line="360" w:lineRule="auto"/>
        <w:jc w:val="left"/>
      </w:pPr>
      <w:r>
        <w:rPr>
          <w:rFonts w:ascii="宋体 (中文正文)" w:eastAsia="宋体" w:hAnsi="宋体 (中文正文)"/>
          <w:b/>
          <w:sz w:val="28"/>
        </w:rPr>
        <w:t>一、总体要求</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服务区安全生产状况的进一步稳定好转。</w:t>
      </w:r>
    </w:p>
    <w:p>
      <w:pPr>
        <w:spacing w:before="100" w:after="200" w:line="360" w:lineRule="auto"/>
        <w:jc w:val="left"/>
      </w:pPr>
      <w:r>
        <w:rPr>
          <w:rFonts w:ascii="宋体 (中文正文)" w:eastAsia="宋体" w:hAnsi="宋体 (中文正文)"/>
          <w:b/>
          <w:sz w:val="28"/>
        </w:rPr>
        <w:t>二、主要目标</w:t>
      </w:r>
    </w:p>
    <w:p>
      <w:pPr>
        <w:spacing w:before="100" w:after="200" w:line="360" w:lineRule="auto"/>
        <w:ind w:firstLine="576"/>
        <w:jc w:val="left"/>
      </w:pPr>
      <w:r>
        <w:rPr>
          <w:rFonts w:ascii="宋体" w:eastAsia="宋体" w:hAnsi="宋体"/>
          <w:sz w:val="28"/>
        </w:rPr>
        <w:t>一是服务区安全生产状况稳定好转，火灾事故为零，重大伤亡事故为零，伍佰元以上工伤率为零，伍佰元以下工伤率在1%以，治安案件发生率1%以下。</w:t>
      </w:r>
    </w:p>
    <w:p>
      <w:pPr>
        <w:spacing w:before="100" w:after="200" w:line="360" w:lineRule="auto"/>
        <w:ind w:firstLine="576"/>
        <w:jc w:val="left"/>
      </w:pPr>
      <w:r>
        <w:rPr>
          <w:rFonts w:ascii="宋体" w:eastAsia="宋体" w:hAnsi="宋体"/>
          <w:sz w:val="28"/>
        </w:rPr>
        <w:t>二是重点部门的安全状况明显改善，发生损失在1万元以上的事故为零，食物中毒率为零，商品过期发生率为零。</w:t>
      </w:r>
    </w:p>
    <w:p>
      <w:pPr>
        <w:spacing w:before="100" w:after="200" w:line="360" w:lineRule="auto"/>
        <w:ind w:firstLine="576"/>
        <w:jc w:val="left"/>
      </w:pPr>
      <w:r>
        <w:rPr>
          <w:rFonts w:ascii="宋体" w:eastAsia="宋体" w:hAnsi="宋体"/>
          <w:sz w:val="28"/>
        </w:rPr>
        <w:t>三是进一步建立健全服务区安全生产监督管理体制和工作机制，安全生产工作建设取得新的进展。</w:t>
      </w:r>
    </w:p>
    <w:p>
      <w:pPr>
        <w:spacing w:before="100" w:after="200" w:line="360" w:lineRule="auto"/>
        <w:jc w:val="left"/>
      </w:pPr>
      <w:r>
        <w:rPr>
          <w:rFonts w:ascii="宋体 (中文正文)" w:eastAsia="宋体" w:hAnsi="宋体 (中文正文)"/>
          <w:b/>
          <w:sz w:val="28"/>
        </w:rPr>
        <w:t>三、具体安排</w:t>
      </w:r>
    </w:p>
    <w:p>
      <w:pPr>
        <w:spacing w:before="100" w:after="200" w:line="360" w:lineRule="auto"/>
        <w:ind w:firstLine="576"/>
        <w:jc w:val="left"/>
      </w:pPr>
      <w:r>
        <w:rPr>
          <w:rFonts w:ascii="宋体" w:eastAsia="宋体" w:hAnsi="宋体"/>
          <w:sz w:val="28"/>
        </w:rPr>
        <w:t>1、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spacing w:before="100" w:after="200" w:line="360" w:lineRule="auto"/>
        <w:ind w:firstLine="576"/>
        <w:jc w:val="left"/>
      </w:pPr>
      <w:r>
        <w:rPr>
          <w:rFonts w:ascii="宋体" w:eastAsia="宋体" w:hAnsi="宋体"/>
          <w:sz w:val="28"/>
        </w:rPr>
        <w:t>2、第三季度：加强食品安全管理，重点加强对餐厅、超市安全和消防安全的检查、整治工作开展防事故保平安，保畅通，交通安全夏季战役工作开展第三季度安全生产工作检查</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3、第四季度：开展火灾隐患普查整治工作做好“国庆、中秋”期间安全生产和稳定工作开展第四季度安全生产工作检查及年终考核安排春节期间各项安全生产检查工作。</w:t>
      </w:r>
    </w:p>
    <w:p>
      <w:pPr>
        <w:spacing w:before="100" w:after="200" w:line="360" w:lineRule="auto"/>
        <w:ind w:firstLine="576"/>
        <w:jc w:val="left"/>
      </w:pPr>
      <w:r>
        <w:rPr>
          <w:rFonts w:ascii="宋体" w:eastAsia="宋体" w:hAnsi="宋体"/>
          <w:sz w:val="28"/>
        </w:rPr>
        <w:t>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spacing w:before="100" w:after="200" w:line="360" w:lineRule="auto"/>
        <w:jc w:val="left"/>
      </w:pPr>
      <w:r>
        <w:rPr>
          <w:rFonts w:ascii="宋体 (中文正文)" w:eastAsia="宋体" w:hAnsi="宋体 (中文正文)"/>
          <w:sz w:val="28"/>
        </w:rPr>
        <w:t>一、全年安全生产目标：</w:t>
      </w:r>
    </w:p>
    <w:p>
      <w:pPr>
        <w:spacing w:before="100" w:after="200" w:line="360" w:lineRule="auto"/>
        <w:ind w:firstLine="576"/>
        <w:jc w:val="left"/>
      </w:pPr>
      <w:r>
        <w:rPr>
          <w:rFonts w:ascii="宋体" w:eastAsia="宋体" w:hAnsi="宋体"/>
          <w:sz w:val="28"/>
        </w:rPr>
        <w:t>零伤亡、零事故、零损失</w:t>
      </w:r>
    </w:p>
    <w:p>
      <w:pPr>
        <w:spacing w:before="100" w:after="200" w:line="360" w:lineRule="auto"/>
        <w:jc w:val="left"/>
      </w:pPr>
      <w:r>
        <w:rPr>
          <w:rFonts w:ascii="宋体 (中文正文)" w:eastAsia="宋体" w:hAnsi="宋体 (中文正文)"/>
          <w:b/>
          <w:sz w:val="28"/>
        </w:rPr>
        <w:t>二、提升安全管理水平，完善安全管理基础</w:t>
      </w:r>
    </w:p>
    <w:p>
      <w:pPr>
        <w:spacing w:before="100" w:after="200" w:line="360" w:lineRule="auto"/>
        <w:ind w:firstLine="576"/>
        <w:jc w:val="left"/>
      </w:pPr>
      <w:r>
        <w:rPr>
          <w:rFonts w:ascii="宋体" w:eastAsia="宋体" w:hAnsi="宋体"/>
          <w:sz w:val="28"/>
        </w:rPr>
        <w:t>以公司20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spacing w:before="100" w:after="200" w:line="360" w:lineRule="auto"/>
        <w:jc w:val="left"/>
      </w:pPr>
      <w:r>
        <w:rPr>
          <w:rFonts w:ascii="宋体 (中文正文)" w:eastAsia="宋体" w:hAnsi="宋体 (中文正文)"/>
          <w:b/>
          <w:sz w:val="28"/>
        </w:rPr>
        <w:t>三、牢固树立“安全第一生命至上”的安全思想意识，高度重视安全生产工作</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spacing w:before="100" w:after="200" w:line="360" w:lineRule="auto"/>
        <w:jc w:val="left"/>
      </w:pPr>
      <w:r>
        <w:rPr>
          <w:rFonts w:ascii="宋体 (中文正文)" w:eastAsia="宋体" w:hAnsi="宋体 (中文正文)"/>
          <w:b/>
          <w:sz w:val="28"/>
        </w:rPr>
        <w:t>四、深入开展好安全生产专项整治工作</w:t>
      </w:r>
    </w:p>
    <w:p>
      <w:pPr>
        <w:spacing w:before="100" w:after="200" w:line="360" w:lineRule="auto"/>
        <w:ind w:firstLine="576"/>
        <w:jc w:val="left"/>
      </w:pPr>
      <w:r>
        <w:rPr>
          <w:rFonts w:ascii="宋体" w:eastAsia="宋体" w:hAnsi="宋体"/>
          <w:sz w:val="28"/>
        </w:rPr>
        <w:t>根据公司安全生产现状，确定出20年安全生产工作的重点单位、重点部位，完善各类事故处理应急预案，加大危险源的监控和管理力度。严格按照新《安全生产法》、等法律法规规定强化专项整治。</w:t>
      </w:r>
    </w:p>
    <w:p>
      <w:pPr>
        <w:spacing w:before="100" w:after="200" w:line="360" w:lineRule="auto"/>
        <w:ind w:firstLine="576"/>
        <w:jc w:val="left"/>
      </w:pPr>
      <w:r>
        <w:rPr>
          <w:rFonts w:ascii="宋体" w:eastAsia="宋体" w:hAnsi="宋体"/>
          <w:sz w:val="28"/>
        </w:rPr>
        <w:t>1.认真开展公司级月度安全检查和专项安全检查，部门、班组每月进行一次安全检查，班组坚持班中的安全检查，并要求部门、班组领导及管理人员加强日常安全检查，。</w:t>
      </w:r>
    </w:p>
    <w:p>
      <w:pPr>
        <w:spacing w:before="100" w:after="200" w:line="360" w:lineRule="auto"/>
        <w:ind w:firstLine="576"/>
        <w:jc w:val="left"/>
      </w:pPr>
      <w:r>
        <w:rPr>
          <w:rFonts w:ascii="宋体" w:eastAsia="宋体" w:hAnsi="宋体"/>
          <w:sz w:val="28"/>
        </w:rPr>
        <w:t>2.加强对危险场所的管理工作，等重要部位的安全防范，做好专项整治工作。</w:t>
      </w:r>
    </w:p>
    <w:p>
      <w:pPr>
        <w:spacing w:before="100" w:after="200" w:line="360" w:lineRule="auto"/>
        <w:ind w:firstLine="576"/>
        <w:jc w:val="left"/>
      </w:pPr>
      <w:r>
        <w:rPr>
          <w:rFonts w:ascii="宋体" w:eastAsia="宋体" w:hAnsi="宋体"/>
          <w:sz w:val="28"/>
        </w:rPr>
        <w:t>3.加强对岗位现场的安全管理，及时查处违章指挥，违章操作等现象，最大限度降低各类事故的发生，确保公司生产工作正常运行。</w:t>
      </w:r>
    </w:p>
    <w:p>
      <w:pPr>
        <w:spacing w:before="100" w:after="200" w:line="360" w:lineRule="auto"/>
        <w:ind w:firstLine="576"/>
        <w:jc w:val="left"/>
      </w:pPr>
      <w:r>
        <w:rPr>
          <w:rFonts w:ascii="宋体" w:eastAsia="宋体" w:hAnsi="宋体"/>
          <w:sz w:val="28"/>
        </w:rPr>
        <w:t>4.对查出的事故隐患，要按照“三定四不推”原则，及时组织整改，暂不能整改的，要做好安全防范措施;</w:t>
      </w:r>
    </w:p>
    <w:p>
      <w:pPr>
        <w:spacing w:before="100" w:after="200" w:line="360" w:lineRule="auto"/>
        <w:jc w:val="left"/>
      </w:pPr>
      <w:r>
        <w:rPr>
          <w:rFonts w:ascii="宋体 (中文正文)" w:eastAsia="宋体" w:hAnsi="宋体 (中文正文)"/>
          <w:b/>
          <w:sz w:val="28"/>
        </w:rPr>
        <w:t>五、继续做好员工安全教育培训和宣传工作，提高全员安全综合素质</w:t>
      </w:r>
    </w:p>
    <w:p>
      <w:pPr>
        <w:spacing w:before="100" w:after="200" w:line="360" w:lineRule="auto"/>
        <w:ind w:firstLine="576"/>
        <w:jc w:val="left"/>
      </w:pPr>
      <w:r>
        <w:rPr>
          <w:rFonts w:ascii="宋体" w:eastAsia="宋体" w:hAnsi="宋体"/>
          <w:sz w:val="28"/>
        </w:rPr>
        <w:t>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1.安全培训，首先是安全意识培训，其次才是安全技能培训，而培养员工与管理层的合作态度，又被放在安全意识教育之前，也就是靠培养员工的合作态度来逐渐培养其安全意识。</w:t>
      </w:r>
    </w:p>
    <w:p>
      <w:pPr>
        <w:spacing w:before="100" w:after="200" w:line="360" w:lineRule="auto"/>
        <w:ind w:firstLine="576"/>
        <w:jc w:val="left"/>
      </w:pPr>
      <w:r>
        <w:rPr>
          <w:rFonts w:ascii="宋体" w:eastAsia="宋体" w:hAnsi="宋体"/>
          <w:sz w:val="28"/>
        </w:rPr>
        <w:t>2.督促部门、班组开好安全会;适时提供安全信息和安全指导工作。使员工的安全意识不断提高和加强，做好人的本质安全管理工作。</w:t>
      </w:r>
    </w:p>
    <w:p>
      <w:pPr>
        <w:spacing w:before="100" w:after="200" w:line="360" w:lineRule="auto"/>
        <w:ind w:firstLine="576"/>
        <w:jc w:val="left"/>
      </w:pPr>
      <w:r>
        <w:rPr>
          <w:rFonts w:ascii="宋体" w:eastAsia="宋体" w:hAnsi="宋体"/>
          <w:sz w:val="28"/>
        </w:rPr>
        <w:t>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spacing w:before="100" w:after="200" w:line="360" w:lineRule="auto"/>
        <w:ind w:firstLine="576"/>
        <w:jc w:val="left"/>
      </w:pPr>
      <w:r>
        <w:rPr>
          <w:rFonts w:ascii="宋体" w:eastAsia="宋体" w:hAnsi="宋体"/>
          <w:sz w:val="28"/>
        </w:rPr>
        <w:t>4.认真组织学习和贯彻执行总公司下发的关于安全生产的文件精神，不断规范和强化安全生产宣传工作。</w:t>
      </w:r>
    </w:p>
    <w:p>
      <w:pPr>
        <w:spacing w:before="100" w:after="200" w:line="360" w:lineRule="auto"/>
        <w:ind w:firstLine="576"/>
        <w:jc w:val="left"/>
      </w:pPr>
      <w:r>
        <w:rPr>
          <w:rFonts w:ascii="宋体" w:eastAsia="宋体" w:hAnsi="宋体"/>
          <w:sz w:val="28"/>
        </w:rPr>
        <w:t>5.深入开展好“安全月”和活动。提高员工遵纪守法的自觉性，增强安全意识和自我保护意识;</w:t>
      </w:r>
    </w:p>
    <w:p>
      <w:pPr>
        <w:spacing w:before="100" w:after="200" w:line="360" w:lineRule="auto"/>
        <w:jc w:val="left"/>
      </w:pPr>
      <w:r>
        <w:rPr>
          <w:rFonts w:ascii="宋体 (中文正文)" w:eastAsia="宋体" w:hAnsi="宋体 (中文正文)"/>
          <w:b/>
          <w:sz w:val="28"/>
        </w:rPr>
        <w:t>六、建立健全基层安全管理制度，全面开展安全绩效考核管理工作。</w:t>
      </w:r>
    </w:p>
    <w:p>
      <w:pPr>
        <w:spacing w:before="100" w:after="200" w:line="360" w:lineRule="auto"/>
        <w:ind w:firstLine="576"/>
        <w:jc w:val="left"/>
      </w:pPr>
      <w:r>
        <w:rPr>
          <w:rFonts w:ascii="宋体" w:eastAsia="宋体" w:hAnsi="宋体"/>
          <w:sz w:val="28"/>
        </w:rPr>
        <w:t>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spacing w:before="100" w:after="200" w:line="360" w:lineRule="auto"/>
        <w:ind w:firstLine="576"/>
        <w:jc w:val="left"/>
      </w:pPr>
      <w:r>
        <w:rPr>
          <w:rFonts w:ascii="宋体" w:eastAsia="宋体" w:hAnsi="宋体"/>
          <w:sz w:val="28"/>
        </w:rPr>
        <w:t>综上所述:公司安全部20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一、培训目标</w:t>
      </w:r>
    </w:p>
    <w:p>
      <w:pPr>
        <w:spacing w:before="100" w:after="200" w:line="360" w:lineRule="auto"/>
        <w:ind w:firstLine="576"/>
        <w:jc w:val="left"/>
      </w:pPr>
      <w:r>
        <w:rPr>
          <w:rFonts w:ascii="宋体" w:eastAsia="宋体" w:hAnsi="宋体"/>
          <w:sz w:val="28"/>
        </w:rPr>
        <w:t>为了提高员工专业操作技能和安全防范知识，增强员工综合素质，在原有知识面的基础上不断向员工灌输新知识、新理念，以拓宽员工的知识面，从而更好地工作。现依据工作目标、工作职责、员工需求等制定20xx年度培训计划。</w:t>
      </w:r>
    </w:p>
    <w:p>
      <w:pPr>
        <w:spacing w:before="100" w:after="200" w:line="360" w:lineRule="auto"/>
        <w:jc w:val="left"/>
      </w:pPr>
      <w:r>
        <w:rPr>
          <w:rFonts w:ascii="宋体 (中文正文)" w:eastAsia="宋体" w:hAnsi="宋体 (中文正文)"/>
          <w:b/>
          <w:sz w:val="28"/>
        </w:rPr>
        <w:t>二、培训项目</w:t>
      </w:r>
    </w:p>
    <w:p>
      <w:pPr>
        <w:spacing w:before="100" w:after="200" w:line="360" w:lineRule="auto"/>
        <w:ind w:firstLine="576"/>
        <w:jc w:val="left"/>
      </w:pPr>
      <w:r>
        <w:rPr>
          <w:rFonts w:ascii="宋体" w:eastAsia="宋体" w:hAnsi="宋体"/>
          <w:sz w:val="28"/>
        </w:rPr>
        <w:t>1、国家法律法规培训学习；</w:t>
      </w:r>
    </w:p>
    <w:p>
      <w:pPr>
        <w:spacing w:before="100" w:after="200" w:line="360" w:lineRule="auto"/>
        <w:ind w:firstLine="576"/>
        <w:jc w:val="left"/>
      </w:pPr>
      <w:r>
        <w:rPr>
          <w:rFonts w:ascii="宋体" w:eastAsia="宋体" w:hAnsi="宋体"/>
          <w:sz w:val="28"/>
        </w:rPr>
        <w:t>2、标准、卫生等文件知识培训。</w:t>
      </w:r>
    </w:p>
    <w:p>
      <w:pPr>
        <w:spacing w:before="100" w:after="200" w:line="360" w:lineRule="auto"/>
        <w:ind w:firstLine="576"/>
        <w:jc w:val="left"/>
      </w:pPr>
      <w:r>
        <w:rPr>
          <w:rFonts w:ascii="宋体" w:eastAsia="宋体" w:hAnsi="宋体"/>
          <w:sz w:val="28"/>
        </w:rPr>
        <w:t>3、安全、沟通、虫控、等方面的培训。</w:t>
      </w:r>
    </w:p>
    <w:p>
      <w:pPr>
        <w:spacing w:before="100" w:after="200" w:line="360" w:lineRule="auto"/>
        <w:jc w:val="left"/>
      </w:pPr>
      <w:r>
        <w:rPr>
          <w:rFonts w:ascii="宋体 (中文正文)" w:eastAsia="宋体" w:hAnsi="宋体 (中文正文)"/>
          <w:sz w:val="28"/>
        </w:rPr>
        <w:t>三、培训大纲表：</w:t>
      </w:r>
    </w:p>
    <w:p>
      <w:pPr>
        <w:spacing w:before="100" w:after="200" w:line="360" w:lineRule="auto"/>
        <w:ind w:firstLine="576"/>
        <w:jc w:val="left"/>
      </w:pPr>
      <w:r>
        <w:rPr>
          <w:rFonts w:ascii="宋体" w:eastAsia="宋体" w:hAnsi="宋体"/>
          <w:sz w:val="28"/>
        </w:rPr>
        <w:t>序号培训目的培训内容培训人培训地点受培训人</w:t>
      </w:r>
    </w:p>
    <w:p>
      <w:pPr>
        <w:spacing w:before="100" w:after="200" w:line="360" w:lineRule="auto"/>
        <w:ind w:firstLine="576"/>
        <w:jc w:val="left"/>
      </w:pPr>
      <w:r>
        <w:rPr>
          <w:rFonts w:ascii="宋体" w:eastAsia="宋体" w:hAnsi="宋体"/>
          <w:sz w:val="28"/>
        </w:rPr>
        <w:t>1、掌握食品安全、公共场所卫生知识食品安全学、健康饮食、公共场所量化分级管理xxx待定新入职员工</w:t>
      </w:r>
    </w:p>
    <w:p>
      <w:pPr>
        <w:spacing w:before="100" w:after="200" w:line="360" w:lineRule="auto"/>
        <w:ind w:firstLine="576"/>
        <w:jc w:val="left"/>
      </w:pPr>
      <w:r>
        <w:rPr>
          <w:rFonts w:ascii="宋体" w:eastAsia="宋体" w:hAnsi="宋体"/>
          <w:sz w:val="28"/>
        </w:rPr>
        <w:t>2、认真学习食品验收规范和食品安全操作规范，提高员工的对食品安全知识的掌握度，确保不发生食物中毒食品安全法、采购索证索票规定、餐饮服务企业食品安全操作规范等xxx待定厨房新入职员工、部分老员工</w:t>
      </w:r>
    </w:p>
    <w:p>
      <w:pPr>
        <w:spacing w:before="100" w:after="200" w:line="360" w:lineRule="auto"/>
        <w:jc w:val="left"/>
      </w:pPr>
      <w:r>
        <w:rPr>
          <w:rFonts w:ascii="宋体 (中文正文)" w:eastAsia="宋体" w:hAnsi="宋体 (中文正文)"/>
          <w:b/>
          <w:sz w:val="28"/>
        </w:rPr>
        <w:t>四、培训方式</w:t>
      </w:r>
    </w:p>
    <w:p>
      <w:pPr>
        <w:spacing w:before="100" w:after="200" w:line="360" w:lineRule="auto"/>
        <w:ind w:firstLine="576"/>
        <w:jc w:val="left"/>
      </w:pPr>
      <w:r>
        <w:rPr>
          <w:rFonts w:ascii="宋体" w:eastAsia="宋体" w:hAnsi="宋体"/>
          <w:sz w:val="28"/>
        </w:rPr>
        <w:t>1、组织人员集中书面培训；</w:t>
      </w:r>
    </w:p>
    <w:p>
      <w:pPr>
        <w:spacing w:before="100" w:after="200" w:line="360" w:lineRule="auto"/>
        <w:ind w:firstLine="576"/>
        <w:jc w:val="left"/>
      </w:pPr>
      <w:r>
        <w:rPr>
          <w:rFonts w:ascii="宋体" w:eastAsia="宋体" w:hAnsi="宋体"/>
          <w:sz w:val="28"/>
        </w:rPr>
        <w:t>2、现场实际教学等方式。</w:t>
      </w:r>
    </w:p>
    <w:p>
      <w:pPr>
        <w:spacing w:before="100" w:after="200" w:line="360" w:lineRule="auto"/>
        <w:jc w:val="left"/>
      </w:pPr>
      <w:r>
        <w:rPr>
          <w:rFonts w:ascii="宋体 (中文正文)" w:eastAsia="宋体" w:hAnsi="宋体 (中文正文)"/>
          <w:b/>
          <w:sz w:val="28"/>
        </w:rPr>
        <w:t>五、培训考核方式</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1、现场提问评估；</w:t>
      </w:r>
    </w:p>
    <w:p>
      <w:pPr>
        <w:spacing w:before="100" w:after="200" w:line="360" w:lineRule="auto"/>
        <w:ind w:firstLine="576"/>
        <w:jc w:val="left"/>
      </w:pPr>
      <w:r>
        <w:rPr>
          <w:rFonts w:ascii="宋体" w:eastAsia="宋体" w:hAnsi="宋体"/>
          <w:sz w:val="28"/>
        </w:rPr>
        <w:t>2、实际操作评估；</w:t>
      </w:r>
    </w:p>
    <w:p>
      <w:pPr>
        <w:spacing w:before="100" w:after="200" w:line="360" w:lineRule="auto"/>
        <w:ind w:firstLine="576"/>
        <w:jc w:val="left"/>
      </w:pPr>
      <w:r>
        <w:rPr>
          <w:rFonts w:ascii="宋体" w:eastAsia="宋体" w:hAnsi="宋体"/>
          <w:sz w:val="28"/>
        </w:rPr>
        <w:t>3、考试。</w:t>
      </w:r>
    </w:p>
    <w:p>
      <w:pPr>
        <w:spacing w:before="100" w:after="200" w:line="360" w:lineRule="auto"/>
        <w:ind w:firstLine="576"/>
        <w:jc w:val="left"/>
      </w:pPr>
      <w:r>
        <w:rPr>
          <w:rFonts w:ascii="宋体" w:eastAsia="宋体" w:hAnsi="宋体"/>
          <w:sz w:val="28"/>
        </w:rPr>
        <w:t>本学期我班共有幼儿37名，其中男孩23名，女孩14名，每一个孩子都是家庭的未来和新希望，让他们平安、健康、快乐地成长是我们一直刻在心上的职责。本班幼儿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spacing w:before="100" w:after="200" w:line="360" w:lineRule="auto"/>
        <w:ind w:firstLine="576"/>
        <w:jc w:val="left"/>
      </w:pPr>
      <w:r>
        <w:rPr>
          <w:rFonts w:ascii="宋体" w:eastAsia="宋体" w:hAnsi="宋体"/>
          <w:sz w:val="28"/>
        </w:rPr>
        <w:t>1、生活安全</w:t>
      </w:r>
    </w:p>
    <w:p>
      <w:pPr>
        <w:spacing w:before="100" w:after="200" w:line="360" w:lineRule="auto"/>
        <w:ind w:firstLine="576"/>
        <w:jc w:val="left"/>
      </w:pPr>
      <w:r>
        <w:rPr>
          <w:rFonts w:ascii="宋体" w:eastAsia="宋体" w:hAnsi="宋体"/>
          <w:sz w:val="28"/>
        </w:rPr>
        <w:t>全面考虑小班幼儿年龄特点，尊重小班幼儿身心发展的规律，在安全的意识渗透下，为幼儿提供健康、丰富的生活和活动环境，满足幼儿多方面、差异性的发展需要。</w:t>
      </w:r>
    </w:p>
    <w:p>
      <w:pPr>
        <w:spacing w:before="100" w:after="200" w:line="360" w:lineRule="auto"/>
        <w:ind w:firstLine="576"/>
        <w:jc w:val="left"/>
      </w:pPr>
      <w:r>
        <w:rPr>
          <w:rFonts w:ascii="宋体" w:eastAsia="宋体" w:hAnsi="宋体"/>
          <w:sz w:val="28"/>
        </w:rPr>
        <w:t>（1）坚持每天晨午检，保证幼儿不带危险物品入园，如发现要及时没收，并教育幼儿，和与其家长沟通。</w:t>
      </w:r>
    </w:p>
    <w:p>
      <w:pPr>
        <w:spacing w:before="100" w:after="200" w:line="360" w:lineRule="auto"/>
        <w:ind w:firstLine="576"/>
        <w:jc w:val="left"/>
      </w:pPr>
      <w:r>
        <w:rPr>
          <w:rFonts w:ascii="宋体" w:eastAsia="宋体" w:hAnsi="宋体"/>
          <w:sz w:val="28"/>
        </w:rPr>
        <w:t>（2）坚持每天为幼儿量体温，体温超过37.50摄氏度不入园。</w:t>
      </w:r>
    </w:p>
    <w:p>
      <w:pPr>
        <w:spacing w:before="100" w:after="200" w:line="360" w:lineRule="auto"/>
        <w:ind w:firstLine="576"/>
        <w:jc w:val="left"/>
      </w:pPr>
      <w:r>
        <w:rPr>
          <w:rFonts w:ascii="宋体" w:eastAsia="宋体" w:hAnsi="宋体"/>
          <w:sz w:val="28"/>
        </w:rPr>
        <w:t>（3）把好幼儿服药关，药一定要放在幼儿够不到的地方，并写好幼儿姓名。根据家长的服用要求，确保服药及时、准确，严禁错服、漏服现象的发生。</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spacing w:before="100" w:after="200" w:line="360" w:lineRule="auto"/>
        <w:ind w:firstLine="576"/>
        <w:jc w:val="left"/>
      </w:pPr>
      <w:r>
        <w:rPr>
          <w:rFonts w:ascii="宋体" w:eastAsia="宋体" w:hAnsi="宋体"/>
          <w:sz w:val="28"/>
        </w:rPr>
        <w:t>（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spacing w:before="100" w:after="200" w:line="360" w:lineRule="auto"/>
        <w:ind w:firstLine="576"/>
        <w:jc w:val="left"/>
      </w:pPr>
      <w:r>
        <w:rPr>
          <w:rFonts w:ascii="宋体" w:eastAsia="宋体" w:hAnsi="宋体"/>
          <w:sz w:val="28"/>
        </w:rPr>
        <w:t>2、进餐、午睡安全</w:t>
      </w:r>
    </w:p>
    <w:p>
      <w:pPr>
        <w:spacing w:before="100" w:after="200" w:line="360" w:lineRule="auto"/>
        <w:ind w:firstLine="576"/>
        <w:jc w:val="left"/>
      </w:pPr>
      <w:r>
        <w:rPr>
          <w:rFonts w:ascii="宋体" w:eastAsia="宋体" w:hAnsi="宋体"/>
          <w:sz w:val="28"/>
        </w:rPr>
        <w:t>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spacing w:before="100" w:after="200" w:line="360" w:lineRule="auto"/>
        <w:ind w:firstLine="576"/>
        <w:jc w:val="left"/>
      </w:pPr>
      <w:r>
        <w:rPr>
          <w:rFonts w:ascii="宋体" w:eastAsia="宋体" w:hAnsi="宋体"/>
          <w:sz w:val="28"/>
        </w:rPr>
        <w:t>3、活动安全</w:t>
      </w:r>
    </w:p>
    <w:p>
      <w:pPr>
        <w:spacing w:before="100" w:after="200" w:line="360" w:lineRule="auto"/>
        <w:ind w:firstLine="576"/>
        <w:jc w:val="left"/>
      </w:pPr>
      <w:r>
        <w:rPr>
          <w:rFonts w:ascii="宋体" w:eastAsia="宋体" w:hAnsi="宋体"/>
          <w:sz w:val="28"/>
        </w:rPr>
        <w:t>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spacing w:before="100" w:after="200" w:line="360" w:lineRule="auto"/>
        <w:ind w:firstLine="576"/>
        <w:jc w:val="left"/>
      </w:pPr>
      <w:r>
        <w:rPr>
          <w:rFonts w:ascii="宋体" w:eastAsia="宋体" w:hAnsi="宋体"/>
          <w:sz w:val="28"/>
        </w:rPr>
        <w:t>4、接送安全</w:t>
      </w:r>
    </w:p>
    <w:p>
      <w:pPr>
        <w:spacing w:before="100" w:after="200" w:line="360" w:lineRule="auto"/>
        <w:ind w:firstLine="576"/>
        <w:jc w:val="left"/>
      </w:pPr>
      <w:r>
        <w:rPr>
          <w:rFonts w:ascii="宋体" w:eastAsia="宋体" w:hAnsi="宋体"/>
          <w:sz w:val="28"/>
        </w:rPr>
        <w:t>5、家园共安全</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6、简单自救方法</w:t>
      </w:r>
    </w:p>
    <w:p>
      <w:pPr>
        <w:spacing w:before="100" w:after="200" w:line="360" w:lineRule="auto"/>
        <w:ind w:firstLine="576"/>
        <w:jc w:val="left"/>
      </w:pPr>
      <w:r>
        <w:rPr>
          <w:rFonts w:ascii="宋体" w:eastAsia="宋体" w:hAnsi="宋体"/>
          <w:sz w:val="28"/>
        </w:rPr>
        <w:t>时时刻刻提醒自己，提醒孩子，沿着计划的大方向，注重细节，适时地在实际情况下进行调节，我们相信一定可以让我们的孩子健康、快乐地成长。</w:t>
      </w:r>
    </w:p>
    <w:p>
      <w:pPr>
        <w:spacing w:before="100" w:after="200" w:line="360" w:lineRule="auto"/>
        <w:ind w:firstLine="576"/>
        <w:jc w:val="left"/>
      </w:pPr>
      <w:r>
        <w:rPr>
          <w:rFonts w:ascii="宋体" w:eastAsia="宋体" w:hAnsi="宋体"/>
          <w:sz w:val="28"/>
        </w:rPr>
        <w:t>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spacing w:before="100" w:after="200" w:line="360" w:lineRule="auto"/>
        <w:ind w:firstLine="576"/>
        <w:jc w:val="left"/>
      </w:pPr>
      <w:r>
        <w:rPr>
          <w:rFonts w:ascii="宋体" w:eastAsia="宋体" w:hAnsi="宋体"/>
          <w:sz w:val="28"/>
        </w:rPr>
        <w:t>20xx年主要工作如下：</w:t>
      </w:r>
    </w:p>
    <w:p>
      <w:pPr>
        <w:spacing w:before="100" w:after="200" w:line="360" w:lineRule="auto"/>
        <w:ind w:firstLine="576"/>
        <w:jc w:val="left"/>
      </w:pPr>
      <w:r>
        <w:rPr>
          <w:rFonts w:ascii="宋体" w:eastAsia="宋体" w:hAnsi="宋体"/>
          <w:sz w:val="28"/>
        </w:rPr>
        <w:t>1、加强每日安全巡检工作，对容易发生事故的岗位，重点检查，做到每日检查一次，临时用电、易燃物品也做到每日检查，发现隐患及时整改，对达不到压力灭火器进行统一更换</w:t>
      </w:r>
    </w:p>
    <w:p>
      <w:pPr>
        <w:spacing w:before="100" w:after="200" w:line="360" w:lineRule="auto"/>
        <w:ind w:firstLine="576"/>
        <w:jc w:val="left"/>
      </w:pPr>
      <w:r>
        <w:rPr>
          <w:rFonts w:ascii="宋体" w:eastAsia="宋体" w:hAnsi="宋体"/>
          <w:sz w:val="28"/>
        </w:rPr>
        <w:t>2、加强文明施工管理，对所有施工作业内的材料、卫生，要求材料分类堆放整齐、卫生专人清理，做到工完、料静、场地清。</w:t>
      </w:r>
    </w:p>
    <w:p>
      <w:pPr>
        <w:spacing w:before="100" w:after="200" w:line="360" w:lineRule="auto"/>
        <w:ind w:firstLine="576"/>
        <w:jc w:val="left"/>
      </w:pPr>
      <w:r>
        <w:rPr>
          <w:rFonts w:ascii="宋体" w:eastAsia="宋体" w:hAnsi="宋体"/>
          <w:sz w:val="28"/>
        </w:rPr>
        <w:t>3、做好现场5S工作，所有设备均指定负责人。</w:t>
      </w:r>
    </w:p>
    <w:p>
      <w:pPr>
        <w:spacing w:before="100" w:after="200" w:line="360" w:lineRule="auto"/>
        <w:jc w:val="left"/>
      </w:pPr>
      <w:r>
        <w:rPr>
          <w:rFonts w:ascii="宋体 (中文正文)" w:eastAsia="宋体" w:hAnsi="宋体 (中文正文)"/>
          <w:sz w:val="28"/>
        </w:rPr>
        <w:t>存在的不足：</w:t>
      </w:r>
    </w:p>
    <w:p>
      <w:pPr>
        <w:spacing w:before="100" w:after="200" w:line="360" w:lineRule="auto"/>
        <w:ind w:firstLine="576"/>
        <w:jc w:val="left"/>
      </w:pPr>
      <w:r>
        <w:rPr>
          <w:rFonts w:ascii="宋体" w:eastAsia="宋体" w:hAnsi="宋体"/>
          <w:sz w:val="28"/>
        </w:rPr>
        <w:t>1、在安全生产、文明施工中存在的问题：部分安全资料不完整，施工现场用电乱拉乱接，对施工现场监管要求不严，标准不高。</w:t>
      </w:r>
    </w:p>
    <w:p>
      <w:pPr>
        <w:spacing w:before="100" w:after="200" w:line="360" w:lineRule="auto"/>
        <w:ind w:firstLine="576"/>
        <w:jc w:val="left"/>
      </w:pPr>
      <w:r>
        <w:rPr>
          <w:rFonts w:ascii="宋体" w:eastAsia="宋体" w:hAnsi="宋体"/>
          <w:sz w:val="28"/>
        </w:rPr>
        <w:t>2、对专业知识学习的积极性不够，工作细心度和责任心不够，时常在一些工作上出现错误。主要是思想解放程度还不够，组织沟通能力上还略有欠缺。</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3、涉及的工作多样复杂，需要时间学习</w:t>
      </w:r>
    </w:p>
    <w:p>
      <w:pPr>
        <w:spacing w:before="100" w:after="200" w:line="360" w:lineRule="auto"/>
        <w:ind w:firstLine="576"/>
        <w:jc w:val="left"/>
      </w:pPr>
      <w:r>
        <w:rPr>
          <w:rFonts w:ascii="宋体" w:eastAsia="宋体" w:hAnsi="宋体"/>
          <w:sz w:val="28"/>
        </w:rPr>
        <w:t>4、工作中不够大胆，需要在不断的学习过程中改变工作方法，不断创新完善，</w:t>
      </w:r>
    </w:p>
    <w:p>
      <w:pPr>
        <w:spacing w:before="100" w:after="200" w:line="360" w:lineRule="auto"/>
        <w:ind w:firstLine="576"/>
        <w:jc w:val="left"/>
      </w:pPr>
      <w:r>
        <w:rPr>
          <w:rFonts w:ascii="宋体" w:eastAsia="宋体" w:hAnsi="宋体"/>
          <w:sz w:val="28"/>
        </w:rPr>
        <w:t>5、年即将结束，虽然这一年在抓安全生产、文明施工方面做了一些工作。取得了一点成绩，积累了一些经验，但仍存在着不少问题。随着20xx年的到来，今后在工作中我一定认真总结经验，克服不足，努力把工作做的更好。</w:t>
      </w:r>
    </w:p>
    <w:p>
      <w:pPr>
        <w:spacing w:before="100" w:after="200" w:line="360" w:lineRule="auto"/>
        <w:jc w:val="left"/>
      </w:pPr>
      <w:r>
        <w:rPr>
          <w:rFonts w:ascii="宋体 (中文正文)" w:eastAsia="宋体" w:hAnsi="宋体 (中文正文)"/>
          <w:sz w:val="28"/>
        </w:rPr>
        <w:t>明年工作计划：</w:t>
      </w:r>
    </w:p>
    <w:p>
      <w:pPr>
        <w:spacing w:before="100" w:after="200" w:line="360" w:lineRule="auto"/>
        <w:ind w:firstLine="576"/>
        <w:jc w:val="left"/>
      </w:pPr>
      <w:r>
        <w:rPr>
          <w:rFonts w:ascii="宋体" w:eastAsia="宋体" w:hAnsi="宋体"/>
          <w:sz w:val="28"/>
        </w:rPr>
        <w:t>1、认真学习，努力提高自身素质及工作能力，尽职、尽责地完成本职工作</w:t>
      </w:r>
    </w:p>
    <w:p>
      <w:pPr>
        <w:spacing w:before="100" w:after="200" w:line="360" w:lineRule="auto"/>
        <w:ind w:firstLine="576"/>
        <w:jc w:val="left"/>
      </w:pPr>
      <w:r>
        <w:rPr>
          <w:rFonts w:ascii="宋体" w:eastAsia="宋体" w:hAnsi="宋体"/>
          <w:sz w:val="28"/>
        </w:rPr>
        <w:t>2、发扬吃苦耐劳的精神，不怕吃苦，主动找事干，尽快适合工作环境，积极主动的投入工作中去，在复杂的工作中磨练意志，增长才干。</w:t>
      </w:r>
    </w:p>
    <w:p>
      <w:pPr>
        <w:spacing w:before="100" w:after="200" w:line="360" w:lineRule="auto"/>
        <w:ind w:firstLine="576"/>
        <w:jc w:val="left"/>
      </w:pPr>
      <w:r>
        <w:rPr>
          <w:rFonts w:ascii="宋体" w:eastAsia="宋体" w:hAnsi="宋体"/>
          <w:sz w:val="28"/>
        </w:rPr>
        <w:t>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spacing w:before="100" w:after="200" w:line="360" w:lineRule="auto"/>
        <w:ind w:firstLine="576"/>
        <w:jc w:val="left"/>
      </w:pPr>
      <w:r>
        <w:rPr>
          <w:rFonts w:ascii="宋体" w:eastAsia="宋体" w:hAnsi="宋体"/>
          <w:sz w:val="28"/>
        </w:rPr>
        <w:t>4、当好安全员。对各项违章和出现的问题，及时提出合理化整改和解决办法，配合各部门领导完成下达的任务。</w:t>
      </w:r>
    </w:p>
    <w:p>
      <w:pPr>
        <w:spacing w:before="100" w:after="200" w:line="360" w:lineRule="auto"/>
        <w:ind w:firstLine="576"/>
        <w:jc w:val="left"/>
      </w:pPr>
      <w:r>
        <w:rPr>
          <w:rFonts w:ascii="宋体" w:eastAsia="宋体" w:hAnsi="宋体"/>
          <w:sz w:val="28"/>
        </w:rPr>
        <w:t>总之，近一年来，我做了一定的工作，也取得了一些成绩，但离要求有一定差距，我将不断地总结经验，加强学习，更新观念，提高各方面的工作能力。以对工作、对事业高度负责的态度，脚踏实地，尽职尽责地做好各项工作。</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为了认真贯彻落实《中华人民共和国安全生产法》，强化安全生产意识，落实安全生产责任，实现安全生产目标，保障员工生产生活安全，为服务区创造一个安全稳定的发展环境，特拟定20xx年安全生产工作计划。</w:t>
      </w:r>
    </w:p>
    <w:p>
      <w:pPr>
        <w:spacing w:before="100" w:after="200" w:line="360" w:lineRule="auto"/>
        <w:jc w:val="left"/>
      </w:pPr>
      <w:r>
        <w:rPr>
          <w:rFonts w:ascii="宋体 (中文正文)" w:eastAsia="宋体" w:hAnsi="宋体 (中文正文)"/>
          <w:b/>
          <w:sz w:val="28"/>
        </w:rPr>
        <w:t>一、总体要求</w:t>
      </w:r>
    </w:p>
    <w:p>
      <w:pPr>
        <w:spacing w:before="100" w:after="200" w:line="360" w:lineRule="auto"/>
        <w:ind w:firstLine="576"/>
        <w:jc w:val="left"/>
      </w:pPr>
      <w:r>
        <w:rPr>
          <w:rFonts w:ascii="宋体" w:eastAsia="宋体" w:hAnsi="宋体"/>
          <w:sz w:val="28"/>
        </w:rPr>
        <w:t>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治，推动服务区加强基础工作，依法强化监督管理，努力实现服务区安全生产状况的进一步稳定好转。</w:t>
      </w:r>
    </w:p>
    <w:p>
      <w:pPr>
        <w:spacing w:before="100" w:after="200" w:line="360" w:lineRule="auto"/>
        <w:jc w:val="left"/>
      </w:pPr>
      <w:r>
        <w:rPr>
          <w:rFonts w:ascii="宋体 (中文正文)" w:eastAsia="宋体" w:hAnsi="宋体 (中文正文)"/>
          <w:b/>
          <w:sz w:val="28"/>
        </w:rPr>
        <w:t>二、主要目标</w:t>
      </w:r>
    </w:p>
    <w:p>
      <w:pPr>
        <w:spacing w:before="100" w:after="200" w:line="360" w:lineRule="auto"/>
        <w:ind w:firstLine="576"/>
        <w:jc w:val="left"/>
      </w:pPr>
      <w:r>
        <w:rPr>
          <w:rFonts w:ascii="宋体" w:eastAsia="宋体" w:hAnsi="宋体"/>
          <w:sz w:val="28"/>
        </w:rPr>
        <w:t>一是服务区安全生产状况稳定好转，火灾事故为零，重大伤亡事故为零，伍佰元以上工伤率为零，伍佰元以下工伤率在1%以，治安案件发生率1%以下。</w:t>
      </w:r>
    </w:p>
    <w:p>
      <w:pPr>
        <w:spacing w:before="100" w:after="200" w:line="360" w:lineRule="auto"/>
        <w:ind w:firstLine="576"/>
        <w:jc w:val="left"/>
      </w:pPr>
      <w:r>
        <w:rPr>
          <w:rFonts w:ascii="宋体" w:eastAsia="宋体" w:hAnsi="宋体"/>
          <w:sz w:val="28"/>
        </w:rPr>
        <w:t>二是重点部门的安全状况明显改善，发生损失在1万元以上的事故为零，食物中毒率为零，商品过期发生率为零。</w:t>
      </w:r>
    </w:p>
    <w:p>
      <w:pPr>
        <w:spacing w:before="100" w:after="200" w:line="360" w:lineRule="auto"/>
        <w:ind w:firstLine="576"/>
        <w:jc w:val="left"/>
      </w:pPr>
      <w:r>
        <w:rPr>
          <w:rFonts w:ascii="宋体" w:eastAsia="宋体" w:hAnsi="宋体"/>
          <w:sz w:val="28"/>
        </w:rPr>
        <w:t>三是进一步建立健全服务区安全生产监督管理体制和工作机制，安全生产工作建设取得新的进展。</w:t>
      </w:r>
    </w:p>
    <w:p>
      <w:pPr>
        <w:spacing w:before="100" w:after="200" w:line="360" w:lineRule="auto"/>
        <w:jc w:val="left"/>
      </w:pPr>
      <w:r>
        <w:rPr>
          <w:rFonts w:ascii="宋体 (中文正文)" w:eastAsia="宋体" w:hAnsi="宋体 (中文正文)"/>
          <w:b/>
          <w:sz w:val="28"/>
        </w:rPr>
        <w:t>三、具体安排</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1、第一季度：制定20xx年安全生产工作计划调。安全生产领导小组成员，完善各成员职责开展第一季度安全生产工作检查搞好春节期间节假日值班，加强安全巡查管理。</w:t>
      </w:r>
    </w:p>
    <w:p>
      <w:pPr>
        <w:spacing w:before="100" w:after="200" w:line="360" w:lineRule="auto"/>
        <w:ind w:firstLine="576"/>
        <w:jc w:val="left"/>
      </w:pPr>
      <w:r>
        <w:rPr>
          <w:rFonts w:ascii="宋体" w:eastAsia="宋体" w:hAnsi="宋体"/>
          <w:sz w:val="28"/>
        </w:rPr>
        <w:t>2、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spacing w:before="100" w:after="200" w:line="360" w:lineRule="auto"/>
        <w:ind w:firstLine="576"/>
        <w:jc w:val="left"/>
      </w:pPr>
      <w:r>
        <w:rPr>
          <w:rFonts w:ascii="宋体" w:eastAsia="宋体" w:hAnsi="宋体"/>
          <w:sz w:val="28"/>
        </w:rPr>
        <w:t>3、第三季度：加强食品安全管理，重点加强对餐厅、超市安全和消防安全的检查。治工作开展防事故保平安，保畅通，交通安全夏季战役工作，开展第三季度安全生产工作检查。</w:t>
      </w:r>
    </w:p>
    <w:p>
      <w:pPr>
        <w:spacing w:before="100" w:after="200" w:line="360" w:lineRule="auto"/>
        <w:ind w:firstLine="576"/>
        <w:jc w:val="left"/>
      </w:pPr>
      <w:r>
        <w:rPr>
          <w:rFonts w:ascii="宋体" w:eastAsia="宋体" w:hAnsi="宋体"/>
          <w:sz w:val="28"/>
        </w:rPr>
        <w:t>4、第四季度：开展火灾隐患普查。治工作做好“国庆、中秋”期间安全生产和稳定工作开展第四季度安全生产工作检查及年终考核安排春节期间各项安全生产检查工作。</w:t>
      </w:r>
    </w:p>
    <w:p>
      <w:pPr>
        <w:spacing w:before="100" w:after="200" w:line="360" w:lineRule="auto"/>
        <w:ind w:firstLine="576"/>
        <w:jc w:val="left"/>
      </w:pPr>
      <w:r>
        <w:rPr>
          <w:rFonts w:ascii="宋体" w:eastAsia="宋体" w:hAnsi="宋体"/>
          <w:sz w:val="28"/>
        </w:rPr>
        <w:t>1..吃不洁净、变味发霉的食物；进餐时注意带刺带骨食物安全，以及乘热菜热汤时的安全事项。</w:t>
      </w:r>
    </w:p>
    <w:p>
      <w:pPr>
        <w:spacing w:before="100" w:after="200" w:line="360" w:lineRule="auto"/>
        <w:ind w:firstLine="576"/>
        <w:jc w:val="left"/>
      </w:pPr>
      <w:r>
        <w:rPr>
          <w:rFonts w:ascii="宋体" w:eastAsia="宋体" w:hAnsi="宋体"/>
          <w:sz w:val="28"/>
        </w:rPr>
        <w:t>2.坚持每一天午检，防止幼儿带异物入寝室，防止异物进入耳、鼻、口的现象发生。中午不论谁值班，必须要加倍照看好幼儿，不忽视午休的幼儿，尤其是服药幼儿。巡视幼儿是否有不良的睡眠习惯，如蒙头并及时纠正。</w:t>
      </w:r>
    </w:p>
    <w:p>
      <w:pPr>
        <w:spacing w:before="100" w:after="200" w:line="360" w:lineRule="auto"/>
        <w:ind w:firstLine="576"/>
        <w:jc w:val="left"/>
      </w:pPr>
      <w:r>
        <w:rPr>
          <w:rFonts w:ascii="宋体" w:eastAsia="宋体" w:hAnsi="宋体"/>
          <w:sz w:val="28"/>
        </w:rPr>
        <w:t>3.严格执行卫生安全消毒制度，保证教室每一天开窗通风、持续干净；保证桌椅的安全、卫生；</w:t>
      </w:r>
    </w:p>
    <w:p>
      <w:pPr>
        <w:spacing w:before="100" w:after="200" w:line="360" w:lineRule="auto"/>
        <w:ind w:firstLine="576"/>
        <w:jc w:val="left"/>
      </w:pPr>
      <w:r>
        <w:rPr>
          <w:rFonts w:ascii="宋体" w:eastAsia="宋体" w:hAnsi="宋体"/>
          <w:sz w:val="28"/>
        </w:rPr>
        <w:t>4.定期消毒玩具保证幼儿的水杯和毛巾每一天清洗消毒；</w:t>
      </w:r>
    </w:p>
    <w:p>
      <w:pPr>
        <w:spacing w:before="100" w:after="200" w:line="360" w:lineRule="auto"/>
        <w:ind w:firstLine="576"/>
        <w:jc w:val="left"/>
      </w:pPr>
      <w:r>
        <w:rPr>
          <w:rFonts w:ascii="宋体" w:eastAsia="宋体" w:hAnsi="宋体"/>
          <w:sz w:val="28"/>
        </w:rPr>
        <w:t>5.保证午睡室干净、并按时消毒，利用太阳无尽的能量，在天气好的时候晾晒被褥，及时预防传染病的发生。严格书写交接记录，日常消毒记录。</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为了砂石厂安全生产，特制定相关制度如下：</w:t>
      </w:r>
    </w:p>
    <w:p>
      <w:pPr>
        <w:spacing w:before="100" w:after="200" w:line="360" w:lineRule="auto"/>
        <w:jc w:val="left"/>
      </w:pPr>
      <w:r>
        <w:rPr>
          <w:rFonts w:ascii="宋体 (中文正文)" w:eastAsia="宋体" w:hAnsi="宋体 (中文正文)"/>
          <w:b/>
          <w:sz w:val="28"/>
        </w:rPr>
        <w:t>一、安全生产责任制度</w:t>
      </w:r>
    </w:p>
    <w:p>
      <w:pPr>
        <w:spacing w:before="100" w:after="200" w:line="360" w:lineRule="auto"/>
        <w:ind w:firstLine="576"/>
        <w:jc w:val="left"/>
      </w:pPr>
      <w:r>
        <w:rPr>
          <w:rFonts w:ascii="宋体" w:eastAsia="宋体" w:hAnsi="宋体"/>
          <w:sz w:val="28"/>
        </w:rPr>
        <w:t>为保证安全生产、明确义务、责任到人，特制定以下安全生产责任制度：</w:t>
      </w:r>
    </w:p>
    <w:p>
      <w:pPr>
        <w:spacing w:before="100" w:after="200" w:line="360" w:lineRule="auto"/>
        <w:ind w:firstLine="576"/>
        <w:jc w:val="left"/>
      </w:pPr>
      <w:r>
        <w:rPr>
          <w:rFonts w:ascii="宋体" w:eastAsia="宋体" w:hAnsi="宋体"/>
          <w:sz w:val="28"/>
        </w:rPr>
        <w:t>1、砂石场负责人负责本砂石场的安全生产责任，保证安全经费的投入，协调各下属部门责任人的工作。</w:t>
      </w:r>
    </w:p>
    <w:p>
      <w:pPr>
        <w:spacing w:before="100" w:after="200" w:line="360" w:lineRule="auto"/>
        <w:ind w:firstLine="576"/>
        <w:jc w:val="left"/>
      </w:pPr>
      <w:r>
        <w:rPr>
          <w:rFonts w:ascii="宋体" w:eastAsia="宋体" w:hAnsi="宋体"/>
          <w:sz w:val="28"/>
        </w:rPr>
        <w:t>2、砂石场安全员负责监督管理本砂石场的安全生产事宜，检查落实各项安全措施的落实。</w:t>
      </w:r>
    </w:p>
    <w:p>
      <w:pPr>
        <w:spacing w:before="100" w:after="200" w:line="360" w:lineRule="auto"/>
        <w:ind w:firstLine="576"/>
        <w:jc w:val="left"/>
      </w:pPr>
      <w:r>
        <w:rPr>
          <w:rFonts w:ascii="宋体" w:eastAsia="宋体" w:hAnsi="宋体"/>
          <w:sz w:val="28"/>
        </w:rPr>
        <w:t>3、生产管理人员负责本生产区的安全生产工作，保证安全生产正常进行。</w:t>
      </w:r>
    </w:p>
    <w:p>
      <w:pPr>
        <w:spacing w:before="100" w:after="200" w:line="360" w:lineRule="auto"/>
        <w:ind w:firstLine="576"/>
        <w:jc w:val="left"/>
      </w:pPr>
      <w:r>
        <w:rPr>
          <w:rFonts w:ascii="宋体" w:eastAsia="宋体" w:hAnsi="宋体"/>
          <w:sz w:val="28"/>
        </w:rPr>
        <w:t>4、班组长负责本班组的安全生产工作，保证本班组安全生产。</w:t>
      </w:r>
    </w:p>
    <w:p>
      <w:pPr>
        <w:spacing w:before="100" w:after="200" w:line="360" w:lineRule="auto"/>
        <w:ind w:firstLine="576"/>
        <w:jc w:val="left"/>
      </w:pPr>
      <w:r>
        <w:rPr>
          <w:rFonts w:ascii="宋体" w:eastAsia="宋体" w:hAnsi="宋体"/>
          <w:sz w:val="28"/>
        </w:rPr>
        <w:t>5、电工负责本砂石场的用电安全责任，保证砂石场的用电安全。</w:t>
      </w:r>
    </w:p>
    <w:p>
      <w:pPr>
        <w:spacing w:before="100" w:after="200" w:line="360" w:lineRule="auto"/>
        <w:ind w:firstLine="576"/>
        <w:jc w:val="left"/>
      </w:pPr>
      <w:r>
        <w:rPr>
          <w:rFonts w:ascii="宋体" w:eastAsia="宋体" w:hAnsi="宋体"/>
          <w:sz w:val="28"/>
        </w:rPr>
        <w:t>6、特种作业人员对自己担负的作业工作负安全生产责任，保证特种作业的安全。</w:t>
      </w:r>
    </w:p>
    <w:p>
      <w:pPr>
        <w:spacing w:before="100" w:after="200" w:line="360" w:lineRule="auto"/>
        <w:ind w:firstLine="576"/>
        <w:jc w:val="left"/>
      </w:pPr>
      <w:r>
        <w:rPr>
          <w:rFonts w:ascii="宋体" w:eastAsia="宋体" w:hAnsi="宋体"/>
          <w:sz w:val="28"/>
        </w:rPr>
        <w:t>7、各机械设备操作人员对自己操作的各项设备负安全生产责任，保证机械设备正常安全运转。</w:t>
      </w:r>
    </w:p>
    <w:p>
      <w:pPr>
        <w:spacing w:before="100" w:after="200" w:line="360" w:lineRule="auto"/>
        <w:ind w:firstLine="576"/>
        <w:jc w:val="left"/>
      </w:pPr>
      <w:r>
        <w:rPr>
          <w:rFonts w:ascii="宋体" w:eastAsia="宋体" w:hAnsi="宋体"/>
          <w:sz w:val="28"/>
        </w:rPr>
        <w:t>8、职工在生产工作中，对自己的安全负责，保证自己在工作中遵章守纪，不出现安全生产事故。</w:t>
      </w:r>
    </w:p>
    <w:p>
      <w:pPr>
        <w:spacing w:before="100" w:after="200" w:line="360" w:lineRule="auto"/>
        <w:jc w:val="left"/>
      </w:pPr>
      <w:r>
        <w:rPr>
          <w:rFonts w:ascii="宋体 (中文正文)" w:eastAsia="宋体" w:hAnsi="宋体 (中文正文)"/>
          <w:b/>
          <w:sz w:val="28"/>
        </w:rPr>
        <w:t>二、现场安全管理制度</w:t>
      </w:r>
    </w:p>
    <w:p>
      <w:pPr>
        <w:spacing w:before="100" w:after="200" w:line="360" w:lineRule="auto"/>
        <w:ind w:firstLine="576"/>
        <w:jc w:val="left"/>
      </w:pPr>
      <w:r>
        <w:rPr>
          <w:rFonts w:ascii="宋体" w:eastAsia="宋体" w:hAnsi="宋体"/>
          <w:sz w:val="28"/>
        </w:rPr>
        <w:t>为保证砂石场正常生产，现场安全遵循以下规定：</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1、按照有关规定，清理生产现场，对特殊部位、危险岗位、区域设置明显的安全警示牌和警戒线。</w:t>
      </w:r>
    </w:p>
    <w:p>
      <w:pPr>
        <w:spacing w:before="100" w:after="200" w:line="360" w:lineRule="auto"/>
        <w:ind w:firstLine="576"/>
        <w:jc w:val="left"/>
      </w:pPr>
      <w:r>
        <w:rPr>
          <w:rFonts w:ascii="宋体" w:eastAsia="宋体" w:hAnsi="宋体"/>
          <w:sz w:val="28"/>
        </w:rPr>
        <w:t>2、生产管理负责人必须严格按照《安全生产法》和有关技术规定、制度安排生产，杜绝违章指挥。</w:t>
      </w:r>
    </w:p>
    <w:p>
      <w:pPr>
        <w:spacing w:before="100" w:after="200" w:line="360" w:lineRule="auto"/>
        <w:ind w:firstLine="576"/>
        <w:jc w:val="left"/>
      </w:pPr>
      <w:r>
        <w:rPr>
          <w:rFonts w:ascii="宋体" w:eastAsia="宋体" w:hAnsi="宋体"/>
          <w:sz w:val="28"/>
        </w:rPr>
        <w:t>3、班组长依据生产要求，严格按照有关安全生产规定、制度，安排本班组生产，保证安全。</w:t>
      </w:r>
    </w:p>
    <w:p>
      <w:pPr>
        <w:spacing w:before="100" w:after="200" w:line="360" w:lineRule="auto"/>
        <w:ind w:firstLine="576"/>
        <w:jc w:val="left"/>
      </w:pPr>
      <w:r>
        <w:rPr>
          <w:rFonts w:ascii="宋体" w:eastAsia="宋体" w:hAnsi="宋体"/>
          <w:sz w:val="28"/>
        </w:rPr>
        <w:t>4、职工要严格按照工作规程，安全制度工作，杜绝违规冒险作业，拒绝违章指挥。</w:t>
      </w:r>
    </w:p>
    <w:p>
      <w:pPr>
        <w:spacing w:before="100" w:after="200" w:line="360" w:lineRule="auto"/>
        <w:ind w:firstLine="576"/>
        <w:jc w:val="left"/>
      </w:pPr>
      <w:r>
        <w:rPr>
          <w:rFonts w:ascii="宋体" w:eastAsia="宋体" w:hAnsi="宋体"/>
          <w:sz w:val="28"/>
        </w:rPr>
        <w:t>5、特种作业人员必须严格遵守国家有关法规、技术规定，安全完成各项工作。</w:t>
      </w:r>
    </w:p>
    <w:p>
      <w:pPr>
        <w:spacing w:before="100" w:after="200" w:line="360" w:lineRule="auto"/>
        <w:ind w:firstLine="576"/>
        <w:jc w:val="left"/>
      </w:pPr>
      <w:r>
        <w:rPr>
          <w:rFonts w:ascii="宋体" w:eastAsia="宋体" w:hAnsi="宋体"/>
          <w:sz w:val="28"/>
        </w:rPr>
        <w:t>6、现场工作人员必须按照岗位要求，穿着符合安全生产条件的服饰，佩戴使用各种安全防护器械。</w:t>
      </w:r>
    </w:p>
    <w:p>
      <w:pPr>
        <w:spacing w:before="100" w:after="200" w:line="360" w:lineRule="auto"/>
        <w:ind w:firstLine="576"/>
        <w:jc w:val="left"/>
      </w:pPr>
      <w:r>
        <w:rPr>
          <w:rFonts w:ascii="宋体" w:eastAsia="宋体" w:hAnsi="宋体"/>
          <w:sz w:val="28"/>
        </w:rPr>
        <w:t>7、生产管理人员、班组长要加强现场巡视，及时发现安全隐患，纠正违规冒险作业。</w:t>
      </w:r>
    </w:p>
    <w:p>
      <w:pPr>
        <w:spacing w:before="100" w:after="200" w:line="360" w:lineRule="auto"/>
        <w:ind w:firstLine="576"/>
        <w:jc w:val="left"/>
      </w:pPr>
      <w:r>
        <w:rPr>
          <w:rFonts w:ascii="宋体" w:eastAsia="宋体" w:hAnsi="宋体"/>
          <w:sz w:val="28"/>
        </w:rPr>
        <w:t>8、砂石场安全员对生产现场随时进行安全检查，发现整改事故隐患，纠正处罚违规人员。</w:t>
      </w:r>
    </w:p>
    <w:p>
      <w:pPr>
        <w:spacing w:before="100" w:after="200" w:line="360" w:lineRule="auto"/>
        <w:jc w:val="left"/>
      </w:pPr>
      <w:r>
        <w:rPr>
          <w:rFonts w:ascii="宋体 (中文正文)" w:eastAsia="宋体" w:hAnsi="宋体 (中文正文)"/>
          <w:b/>
          <w:sz w:val="28"/>
        </w:rPr>
        <w:t>三、现场安全检查制度</w:t>
      </w:r>
    </w:p>
    <w:p>
      <w:pPr>
        <w:spacing w:before="100" w:after="200" w:line="360" w:lineRule="auto"/>
        <w:ind w:firstLine="576"/>
        <w:jc w:val="left"/>
      </w:pPr>
      <w:r>
        <w:rPr>
          <w:rFonts w:ascii="宋体" w:eastAsia="宋体" w:hAnsi="宋体"/>
          <w:sz w:val="28"/>
        </w:rPr>
        <w:t>为保证生产经营正常进行，砂石场实行每天现场安全检查制度，检查分班前、班中、班后3次：</w:t>
      </w:r>
    </w:p>
    <w:p>
      <w:pPr>
        <w:spacing w:before="100" w:after="200" w:line="360" w:lineRule="auto"/>
        <w:ind w:firstLine="576"/>
        <w:jc w:val="left"/>
      </w:pPr>
      <w:r>
        <w:rPr>
          <w:rFonts w:ascii="宋体" w:eastAsia="宋体" w:hAnsi="宋体"/>
          <w:sz w:val="28"/>
        </w:rPr>
        <w:t>1、检查当班安全责任人是否按职责要求在生产现场监督指挥。</w:t>
      </w:r>
    </w:p>
    <w:p>
      <w:pPr>
        <w:spacing w:before="100" w:after="200" w:line="360" w:lineRule="auto"/>
        <w:ind w:firstLine="576"/>
        <w:jc w:val="left"/>
      </w:pPr>
      <w:r>
        <w:rPr>
          <w:rFonts w:ascii="宋体" w:eastAsia="宋体" w:hAnsi="宋体"/>
          <w:sz w:val="28"/>
        </w:rPr>
        <w:t>2、检查工作人员是否按规章制度、操作规程工作。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3、检查现场作业人员是否按规定正确佩戴使用劳动保护用品。</w:t>
      </w:r>
    </w:p>
    <w:p>
      <w:pPr>
        <w:spacing w:before="100" w:after="200" w:line="360" w:lineRule="auto"/>
        <w:ind w:firstLine="576"/>
        <w:jc w:val="left"/>
      </w:pPr>
      <w:r>
        <w:rPr>
          <w:rFonts w:ascii="宋体" w:eastAsia="宋体" w:hAnsi="宋体"/>
          <w:sz w:val="28"/>
        </w:rPr>
        <w:t>4、检查现场工作中的机械、电器设备运转是否安全，安全装置是否齐全。</w:t>
      </w:r>
    </w:p>
    <w:p>
      <w:pPr>
        <w:spacing w:before="100" w:after="200" w:line="360" w:lineRule="auto"/>
        <w:ind w:firstLine="576"/>
        <w:jc w:val="left"/>
      </w:pPr>
      <w:r>
        <w:rPr>
          <w:rFonts w:ascii="宋体" w:eastAsia="宋体" w:hAnsi="宋体"/>
          <w:sz w:val="28"/>
        </w:rPr>
        <w:t>5、检查工作场地、操作面是否符合国家有关技术规定、要求。</w:t>
      </w:r>
    </w:p>
    <w:p>
      <w:pPr>
        <w:spacing w:before="100" w:after="200" w:line="360" w:lineRule="auto"/>
        <w:ind w:firstLine="576"/>
        <w:jc w:val="left"/>
      </w:pPr>
      <w:r>
        <w:rPr>
          <w:rFonts w:ascii="宋体" w:eastAsia="宋体" w:hAnsi="宋体"/>
          <w:sz w:val="28"/>
        </w:rPr>
        <w:t>6、检查工作现场周围、上下是否存在安全隐患。</w:t>
      </w:r>
    </w:p>
    <w:p>
      <w:pPr>
        <w:spacing w:before="100" w:after="200" w:line="360" w:lineRule="auto"/>
        <w:ind w:firstLine="576"/>
        <w:jc w:val="left"/>
      </w:pPr>
      <w:r>
        <w:rPr>
          <w:rFonts w:ascii="宋体" w:eastAsia="宋体" w:hAnsi="宋体"/>
          <w:sz w:val="28"/>
        </w:rPr>
        <w:t>7、检查落实已经要求整改的隐患是否已进行整改，整改是否完全彻底，符合要求。</w:t>
      </w:r>
    </w:p>
    <w:p>
      <w:pPr>
        <w:spacing w:before="100" w:after="200" w:line="360" w:lineRule="auto"/>
        <w:ind w:firstLine="576"/>
        <w:jc w:val="left"/>
      </w:pPr>
      <w:r>
        <w:rPr>
          <w:rFonts w:ascii="宋体" w:eastAsia="宋体" w:hAnsi="宋体"/>
          <w:sz w:val="28"/>
        </w:rPr>
        <w:t>8、检查中发现重大事故隐患，要立即停产，划定警戒区，撤出工作人员，并向上级报告。</w:t>
      </w:r>
    </w:p>
    <w:p>
      <w:pPr>
        <w:spacing w:before="100" w:after="200" w:line="360" w:lineRule="auto"/>
        <w:jc w:val="left"/>
      </w:pPr>
      <w:r>
        <w:rPr>
          <w:rFonts w:ascii="宋体 (中文正文)" w:eastAsia="宋体" w:hAnsi="宋体 (中文正文)"/>
          <w:b/>
          <w:sz w:val="28"/>
        </w:rPr>
        <w:t>四、安全生产例会制度</w:t>
      </w:r>
    </w:p>
    <w:p>
      <w:pPr>
        <w:spacing w:before="100" w:after="200" w:line="360" w:lineRule="auto"/>
        <w:ind w:firstLine="576"/>
        <w:jc w:val="left"/>
      </w:pPr>
      <w:r>
        <w:rPr>
          <w:rFonts w:ascii="宋体" w:eastAsia="宋体" w:hAnsi="宋体"/>
          <w:sz w:val="28"/>
        </w:rPr>
        <w:t>例会是安全生产的信息窗口，砂石场职工要努力学习安全生产知识，牢固树立安全生产思想观念：</w:t>
      </w:r>
    </w:p>
    <w:p>
      <w:pPr>
        <w:spacing w:before="100" w:after="200" w:line="360" w:lineRule="auto"/>
        <w:ind w:firstLine="576"/>
        <w:jc w:val="left"/>
      </w:pPr>
      <w:r>
        <w:rPr>
          <w:rFonts w:ascii="宋体" w:eastAsia="宋体" w:hAnsi="宋体"/>
          <w:sz w:val="28"/>
        </w:rPr>
        <w:t>1、班组当班开工时，班组长根据现场情况，向本班组职工说明安全生产工作的要求，注意事项。</w:t>
      </w:r>
    </w:p>
    <w:p>
      <w:pPr>
        <w:spacing w:before="100" w:after="200" w:line="360" w:lineRule="auto"/>
        <w:ind w:firstLine="576"/>
        <w:jc w:val="left"/>
      </w:pPr>
      <w:r>
        <w:rPr>
          <w:rFonts w:ascii="宋体" w:eastAsia="宋体" w:hAnsi="宋体"/>
          <w:sz w:val="28"/>
        </w:rPr>
        <w:t>2、班组本班日完工时，本班职工应共同对本班日的安全生产工作进行总结，向下班提供注意事项。</w:t>
      </w:r>
    </w:p>
    <w:p>
      <w:pPr>
        <w:spacing w:before="100" w:after="200" w:line="360" w:lineRule="auto"/>
        <w:ind w:firstLine="576"/>
        <w:jc w:val="left"/>
      </w:pPr>
      <w:r>
        <w:rPr>
          <w:rFonts w:ascii="宋体" w:eastAsia="宋体" w:hAnsi="宋体"/>
          <w:sz w:val="28"/>
        </w:rPr>
        <w:t>3、班组每周组织一次全班组职工总结会，总结本周安全生产工作经验教训，表扬先进，鞭策后进。</w:t>
      </w:r>
    </w:p>
    <w:p>
      <w:pPr>
        <w:spacing w:before="100" w:after="200" w:line="360" w:lineRule="auto"/>
        <w:ind w:firstLine="576"/>
        <w:jc w:val="left"/>
      </w:pPr>
      <w:r>
        <w:rPr>
          <w:rFonts w:ascii="宋体" w:eastAsia="宋体" w:hAnsi="宋体"/>
          <w:sz w:val="28"/>
        </w:rPr>
        <w:t>4、砂石场每月召开一次全体职工例会，总结本月安全生产工作经验教训，培训安全生产法规常识。</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5、重大安全隐患整改后，砂石场及时召开现场会，总结分析成因，制定预防改进措施。</w:t>
      </w:r>
    </w:p>
    <w:p>
      <w:pPr>
        <w:spacing w:before="100" w:after="200" w:line="360" w:lineRule="auto"/>
        <w:ind w:firstLine="576"/>
        <w:jc w:val="left"/>
      </w:pPr>
      <w:r>
        <w:rPr>
          <w:rFonts w:ascii="宋体" w:eastAsia="宋体" w:hAnsi="宋体"/>
          <w:sz w:val="28"/>
        </w:rPr>
        <w:t>6、砂石场半年召开一次全体职工总结会。总结半年安全生产工作，表扬先进安全生产工作人员。</w:t>
      </w:r>
    </w:p>
    <w:p>
      <w:pPr>
        <w:spacing w:before="100" w:after="200" w:line="360" w:lineRule="auto"/>
        <w:ind w:firstLine="576"/>
        <w:jc w:val="left"/>
      </w:pPr>
      <w:r>
        <w:rPr>
          <w:rFonts w:ascii="宋体" w:eastAsia="宋体" w:hAnsi="宋体"/>
          <w:sz w:val="28"/>
        </w:rPr>
        <w:t>7、砂石场年末召开一次全体职工总结会，总结本年度安全生产工作，学习国家有关法规，按照砂石场责任制兑现奖惩。对下年安全工作做出计划安排。</w:t>
      </w:r>
    </w:p>
    <w:p>
      <w:pPr>
        <w:spacing w:before="100" w:after="200" w:line="360" w:lineRule="auto"/>
        <w:jc w:val="left"/>
      </w:pPr>
      <w:r>
        <w:rPr>
          <w:rFonts w:ascii="宋体 (中文正文)" w:eastAsia="宋体" w:hAnsi="宋体 (中文正文)"/>
          <w:b/>
          <w:sz w:val="28"/>
        </w:rPr>
        <w:t>五、安全生产奖惩制度</w:t>
      </w:r>
    </w:p>
    <w:p>
      <w:pPr>
        <w:spacing w:before="100" w:after="200" w:line="360" w:lineRule="auto"/>
        <w:ind w:firstLine="576"/>
        <w:jc w:val="left"/>
      </w:pPr>
      <w:r>
        <w:rPr>
          <w:rFonts w:ascii="宋体" w:eastAsia="宋体" w:hAnsi="宋体"/>
          <w:sz w:val="28"/>
        </w:rPr>
        <w:t>砂石场实行安全生产责任奖惩制度，保证生产经营安全正常运行：</w:t>
      </w:r>
    </w:p>
    <w:p>
      <w:pPr>
        <w:spacing w:before="100" w:after="200" w:line="360" w:lineRule="auto"/>
        <w:ind w:firstLine="576"/>
        <w:jc w:val="left"/>
      </w:pPr>
      <w:r>
        <w:rPr>
          <w:rFonts w:ascii="宋体" w:eastAsia="宋体" w:hAnsi="宋体"/>
          <w:sz w:val="28"/>
        </w:rPr>
        <w:t>1、砂石场在日常安全生产管理工作中，对违规、冒险作业实行现场处罚制度。</w:t>
      </w:r>
    </w:p>
    <w:p>
      <w:pPr>
        <w:spacing w:before="100" w:after="200" w:line="360" w:lineRule="auto"/>
        <w:ind w:firstLine="576"/>
        <w:jc w:val="left"/>
      </w:pPr>
      <w:r>
        <w:rPr>
          <w:rFonts w:ascii="宋体" w:eastAsia="宋体" w:hAnsi="宋体"/>
          <w:sz w:val="28"/>
        </w:rPr>
        <w:t>2、砂石场职工生产中必须正确佩戴安全帽等保护用品，否则现场进行处罚。</w:t>
      </w:r>
    </w:p>
    <w:p>
      <w:pPr>
        <w:spacing w:before="100" w:after="200" w:line="360" w:lineRule="auto"/>
        <w:ind w:firstLine="576"/>
        <w:jc w:val="left"/>
      </w:pPr>
      <w:r>
        <w:rPr>
          <w:rFonts w:ascii="宋体" w:eastAsia="宋体" w:hAnsi="宋体"/>
          <w:sz w:val="28"/>
        </w:rPr>
        <w:t>3、对在安全生产管理工作中，忠于职守，成绩显著的安全生产管理人员，砂石场给予表扬和经济奖励。</w:t>
      </w:r>
    </w:p>
    <w:p>
      <w:pPr>
        <w:spacing w:before="100" w:after="200" w:line="360" w:lineRule="auto"/>
        <w:ind w:firstLine="576"/>
        <w:jc w:val="left"/>
      </w:pPr>
      <w:r>
        <w:rPr>
          <w:rFonts w:ascii="宋体" w:eastAsia="宋体" w:hAnsi="宋体"/>
          <w:sz w:val="28"/>
        </w:rPr>
        <w:t>4、对为安全生产工作做出特殊贡献的职工和人员，砂石场根据贡献大小给予特殊奖励。</w:t>
      </w:r>
    </w:p>
    <w:p>
      <w:pPr>
        <w:spacing w:before="100" w:after="200" w:line="360" w:lineRule="auto"/>
        <w:ind w:firstLine="576"/>
        <w:jc w:val="left"/>
      </w:pPr>
      <w:r>
        <w:rPr>
          <w:rFonts w:ascii="宋体" w:eastAsia="宋体" w:hAnsi="宋体"/>
          <w:sz w:val="28"/>
        </w:rPr>
        <w:t>5、对安全生产监督工作管理不到位、工作不落实、防范管理不严、措施不硬，使砂石场存在事故隐患的责任人给予经济处罚。</w:t>
      </w:r>
    </w:p>
    <w:p>
      <w:pPr>
        <w:spacing w:before="100" w:after="200" w:line="360" w:lineRule="auto"/>
        <w:ind w:firstLine="576"/>
        <w:jc w:val="left"/>
      </w:pPr>
      <w:r>
        <w:rPr>
          <w:rFonts w:ascii="宋体" w:eastAsia="宋体" w:hAnsi="宋体"/>
          <w:sz w:val="28"/>
        </w:rPr>
        <w:t>6、砂石场遵循效益优先，兼顾公平，先考核，后兑现奖励的原则。</w:t>
      </w:r>
    </w:p>
    <w:p>
      <w:pPr>
        <w:spacing w:before="100" w:after="200" w:line="360" w:lineRule="auto"/>
        <w:ind w:firstLine="576"/>
        <w:jc w:val="left"/>
      </w:pPr>
      <w:r>
        <w:rPr>
          <w:rFonts w:ascii="宋体" w:eastAsia="宋体" w:hAnsi="宋体"/>
          <w:sz w:val="28"/>
        </w:rPr>
        <w:t>7、对违章指挥，诱发安全事故造成人员伤亡或重大经济损失的责任人，报有关部门进行惩处。</w:t>
      </w:r>
    </w:p>
    <w:p>
      <w:pPr>
        <w:spacing w:before="100" w:after="200" w:line="360" w:lineRule="auto"/>
        <w:jc w:val="left"/>
      </w:pPr>
      <w:r>
        <w:rPr>
          <w:rFonts w:ascii="宋体 (中文正文)" w:eastAsia="宋体" w:hAnsi="宋体 (中文正文)"/>
          <w:b/>
          <w:sz w:val="28"/>
        </w:rPr>
        <w:t>六、从业人员安全教育培训考核制度</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https://d.book118.com/475342122020011110</w:t>
        </w:r>
      </w:hyperlink>
    </w:p>
    <w:p>
      <w:pPr>
        <w:spacing w:before="100" w:after="200" w:line="360" w:lineRule="auto"/>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7534212202001111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