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宋体" w:eastAsia="宋体" w:hAnsi="宋体"/>
          <w:b/>
          <w:color w:val="FF0000"/>
          <w:sz w:val="28"/>
        </w:rPr>
        <w:t>2024年儿科主治医师考试综合试题及答案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1、患者面色萎黄，神疲乏力，气短懒言，食少便溏，月经淋漓不断，经血色淡，舌淡无苔，脉沉细无力。其病机是(　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A.脾不统血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B.脾肾阳虚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C.气血两虚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D.脾肺气虚。E,肝血不足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【解析】脾不统血证：各种慢性出血，如便血、尿血、吐血、鼻衄、紫斑，妇女月经过多、崩漏，面色萎黄或苍白无华，食少便塘，神疲乏力，气短懒言，舌淡苔白，脉细无力。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2、[题干]急性上呼吸道感染90%以上由病毒引起，常见的病毒是()。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A.鼻病毒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B.呼吸道合胞病毒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C.流感病毒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D.腺病毒。E,以上都是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3、[题干]儿童幽门螺杆菌所致的局部病变较多的是()。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A.结节性胃炎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B.出血性胃炎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C.胃溃疡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D.局部黏膜糜烂。E,局部黏膜充血、水肿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4、[题干]主要用四唑氮蓝染料试验诊断的疾病是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A.补体缺陷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B.固有免疫缺陷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C.以抗体缺陷为主的免疫缺陷病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D.严重联合免疫缺陷病。E,吞噬细胞功能缺陷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四唑氮蓝试验可作为CGD的筛查实验，也可用作筛查女性X-连锁EGA携带者。患者化学发光试验阴性，女性携带者仅产生中等量的化学发光物。此外，采用流式细胞仪通过超氧离子的产生以测定氧化酶的活性，可用于CGD的诊断。慢性肉芽肿病(CGD)为一种少见的原发性吞噬细胞功能缺陷病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5、[题干]对于可疑性营养性巨幼RBC性贫血，最好的确诊杰法是(　　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A.血象检查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https://d.book118.com/476000031025010051</w:t>
        </w:r>
      </w:hyperlink>
    </w:p>
    <w:p>
      <w:pPr>
        <w:spacing w:line="360" w:lineRule="auto"/>
        <w:ind w:firstLine="432"/>
        <w:jc w:val="left"/>
      </w:pPr>
    </w:p>
    <w:sectPr w:rsidSect="00034616">
      <w:type w:val="nextPage"/>
      <w:pgSz w:w="12240" w:h="15840"/>
      <w:pgMar w:top="1440" w:right="1800" w:bottom="1440" w:left="1800" w:header="720" w:footer="720" w:gutter="0"/>
      <w:pgNumType w:start="2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476000031025010051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