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教师读书心得体会500字（32篇）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教师读书心得体会500字（精选32篇）</w:t>
      </w:r>
      <w:r>
        <w:rPr>
          <w:lang w:eastAsia="zh-CN"/>
        </w:rPr>
        <w:br/>
      </w:r>
      <w:r>
        <w:rPr>
          <w:lang w:eastAsia="zh-CN"/>
        </w:rPr>
        <w:t xml:space="preserve">    教师读书心得体会500字 篇1 </w:t>
      </w:r>
      <w:r>
        <w:rPr>
          <w:lang w:eastAsia="zh-CN"/>
        </w:rPr>
        <w:br/>
      </w:r>
      <w:r>
        <w:rPr>
          <w:lang w:eastAsia="zh-CN"/>
        </w:rPr>
        <w:t>　　花儿争芳斗艳，是春天的幸福;婴儿的啼哭，是方为人父人母的幸福;那么教师的幸福又是什么呢?是学生的琅琅书声，还是后进生的一次小小的进步?我想都是，但我认为教师的最大的幸福应该是心平气和的读书。</w:t>
      </w:r>
      <w:r>
        <w:rPr>
          <w:lang w:eastAsia="zh-CN"/>
        </w:rPr>
        <w:br/>
      </w:r>
      <w:r>
        <w:rPr>
          <w:lang w:eastAsia="zh-CN"/>
        </w:rPr>
        <w:t>　　高尔基说：“书籍是人类进步的阶梯。”对于我们教师而言，要学的东西太多，而我知道的东西又太少了。有人说，教给学生一杯水，教师应该有一桶水。这话固然有道理，但一桶水如不再添，也有用尽的时候。我认为，教师不仅要有一桶水，而且要有“自来水”、“长流水”。“问渠哪得清如许，为有源头活水来”，“是固教然后知困，学然后知不足也”。因此，在教学中，书本是无言的老师，读书是我教学中最大的乐趣。</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常读书使我明白了许多新道理：教学不再是简单的知识灌输、移植的过程，应当是学习主体(学生)和教育主体(教师，包括环境“人——环境”系统。学生将不再是知识的容器，而是自主知识的习得者。面对知识更新周期日益缩短的时代，教师必须彻底改变过去那种把教师知识的储藏和传授给学生的知识比为“一桶水”与“一杯水”的陈旧观念，而要努力使自己的大脑知识储量成为一条生生不息的河流，筛滤旧有，活化新知，积淀学养。一个教师，不在于他读了多少书和教了多少年书，而在于他用心读了多少书和教了多少书。用心教、创新教与重复教的效果有天渊之别。</w:t>
      </w:r>
      <w:r>
        <w:rPr>
          <w:lang w:eastAsia="zh-CN"/>
        </w:rPr>
        <w:br/>
      </w:r>
      <w:r>
        <w:rPr>
          <w:lang w:eastAsia="zh-CN"/>
        </w:rPr>
        <w:t>　　教书和读书生活，使人感悟出了人生的真谛：教师的人生，应该有创新精神。年年春草绿，年年草不同。我们要做“代表先进文化方向”的创新型教师，爱岗敬业是创新型教师应具备的首要条件。他不但具有无私奉献的师魂，诚实正直的师德，全面发展的师观，教书育人的师能，严谨求实的师风，而且还应具有开拓进取的锐气，蓬勃向上的朝气，勇于拼搏的英气，甘愿奉献的“傻”气，自强不息的骨气。吾以培养新世纪之英才，振兴中华为己任，虽生活清贫，但仍以春蚕的精神、红烛的风格、蜜蜂的作风、绿叶的品格和孺子牛的志向，奋力拼搏，无私奉献。</w:t>
      </w:r>
      <w:r>
        <w:rPr>
          <w:lang w:eastAsia="zh-CN"/>
        </w:rPr>
        <w:br/>
      </w:r>
      <w:r>
        <w:rPr>
          <w:lang w:eastAsia="zh-CN"/>
        </w:rPr>
        <w:t>　　常读书和常思考，使我勇于和善于对自己的教育教学作出严格的反省和内省，既要不惮于正视自己之短，努力探究补救途径，更要擅于总结自己的或同行的成功经验，从中提炼出可供借鉴的精华，为理论的突破夯实根基。我愿把追求完美的教学艺术作为一种人生目标，把自己生命的浪花融入祖国的教育教学改革的大潮之中。</w:t>
      </w:r>
      <w:r>
        <w:rPr>
          <w:lang w:eastAsia="zh-CN"/>
        </w:rPr>
        <w:br/>
      </w:r>
      <w:r>
        <w:rPr>
          <w:lang w:eastAsia="zh-CN"/>
        </w:rPr>
        <w:t xml:space="preserve">    教师读书心得体会500字 篇2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物理课程教育的核心是要学生获取物理知识和实际能力，达到相应的国家对公民素质的基本要求。学习是学生自己获取知识应用知识解决问题的学习活动。物理科学的学习就是这样一个能动的学习过程，在这一过程中，学生描述事物、提出问题、阐明解释，验证这些解释并与其他同学交流这些观点，由此学生们构建起过硬的科学知识体系，用知识解决新的问题，学习怎样清晰的交流并建立起批判的、逻辑的思维技能。</w:t>
      </w:r>
      <w:r>
        <w:rPr>
          <w:lang w:eastAsia="zh-CN"/>
        </w:rPr>
        <w:br/>
      </w:r>
      <w:r>
        <w:rPr>
          <w:lang w:eastAsia="zh-CN"/>
        </w:rPr>
        <w:t>　　要使学生的物理课程学习达到这一目标即实现课程教学的价值，物理课程评价的过程就显得极为重要。</w:t>
      </w:r>
      <w:r>
        <w:rPr>
          <w:lang w:eastAsia="zh-CN"/>
        </w:rPr>
        <w:br/>
      </w:r>
      <w:r>
        <w:rPr>
          <w:lang w:eastAsia="zh-CN"/>
        </w:rPr>
        <w:t>　　1、目的：</w:t>
      </w:r>
      <w:r>
        <w:rPr>
          <w:lang w:eastAsia="zh-CN"/>
        </w:rPr>
        <w:br/>
      </w:r>
      <w:r>
        <w:rPr>
          <w:lang w:eastAsia="zh-CN"/>
        </w:rPr>
        <w:t>　　让学生成为一个主动的探索者和学习者，一个训练有素的思考者。</w:t>
      </w:r>
      <w:r>
        <w:rPr>
          <w:lang w:eastAsia="zh-CN"/>
        </w:rPr>
        <w:br/>
      </w:r>
      <w:r>
        <w:rPr>
          <w:lang w:eastAsia="zh-CN"/>
        </w:rPr>
        <w:t>　　2、功能：</w:t>
      </w:r>
      <w:r>
        <w:rPr>
          <w:lang w:eastAsia="zh-CN"/>
        </w:rPr>
        <w:br/>
      </w:r>
      <w:r>
        <w:rPr>
          <w:lang w:eastAsia="zh-CN"/>
        </w:rPr>
        <w:t>　　（1）诊断性功能</w:t>
      </w:r>
      <w:r>
        <w:rPr>
          <w:lang w:eastAsia="zh-CN"/>
        </w:rPr>
        <w:br/>
      </w:r>
      <w:r>
        <w:rPr>
          <w:lang w:eastAsia="zh-CN"/>
        </w:rPr>
        <w:t>　　物理课程评价的诊断性功能对教师的教学、学生的学习具有强烈的指导性作用。</w:t>
      </w:r>
      <w:r>
        <w:rPr>
          <w:lang w:eastAsia="zh-CN"/>
        </w:rPr>
        <w:br/>
      </w:r>
      <w:r>
        <w:rPr>
          <w:lang w:eastAsia="zh-CN"/>
        </w:rPr>
        <w:t>　　（2）调节性功能</w:t>
      </w:r>
      <w:r>
        <w:rPr>
          <w:lang w:eastAsia="zh-CN"/>
        </w:rPr>
        <w:br/>
      </w:r>
      <w:r>
        <w:rPr>
          <w:lang w:eastAsia="zh-CN"/>
        </w:rPr>
        <w:t>　　在教学过程中进行物理课程评价，其反馈信息不断的对施教者起到一个参考系的作用。通过在教学过程中不断进行物理课程评价，施教者可以在物理课程中对已有的教学方案设计和实施过程不断作出调整，使自己的教学活动更接近学生的实际情况。同时评价的反馈信息对于学生充分利用课程学习以获取知识和能力具有独特的指导作用。</w:t>
      </w:r>
      <w:r>
        <w:rPr>
          <w:lang w:eastAsia="zh-CN"/>
        </w:rPr>
        <w:br/>
      </w:r>
      <w:r>
        <w:rPr>
          <w:lang w:eastAsia="zh-CN"/>
        </w:rPr>
        <w:t>　　（3）激励和反思功能</w:t>
      </w:r>
      <w:r>
        <w:rPr>
          <w:lang w:eastAsia="zh-CN"/>
        </w:rPr>
        <w:br/>
      </w:r>
      <w:r>
        <w:rPr>
          <w:lang w:eastAsia="zh-CN"/>
        </w:rPr>
        <w:t>　　（4）鉴定和选拔功能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选拔不同特长的学生按照适合自己的方向发展，正体现了教育的平等。社会发展需要多规格、多层次的人才，公平合理的选拔的选拔人才是社会进步的标志。</w:t>
      </w:r>
      <w:r>
        <w:rPr>
          <w:lang w:eastAsia="zh-CN"/>
        </w:rPr>
        <w:br/>
      </w:r>
      <w:r>
        <w:rPr>
          <w:lang w:eastAsia="zh-CN"/>
        </w:rPr>
        <w:t>　　课程改革要求我们面对每一个学生，使每一个学生在原有的基础上都得到发展。但这并不意味着我们要否定学生间客观存在的差异，不同的学习基础、不同的学习能力，不同的学习成效是客观存在的。既然学生的学习存在如此多的差异，那么对每个学生的物理学习给予公正的、实事求是的评判是完全必要的，这将帮助学生总结学习活动的成绩，找到差距，为继续发展确定努力的方向。</w:t>
      </w:r>
      <w:r>
        <w:rPr>
          <w:lang w:eastAsia="zh-CN"/>
        </w:rPr>
        <w:br/>
      </w:r>
      <w:r>
        <w:rPr>
          <w:lang w:eastAsia="zh-CN"/>
        </w:rPr>
        <w:t>　　因此，现代物理课程评价目标就是要突破重接受轻发展、重积累轻创造的评价倾向，使物理教学和学习按照课程改革的要求健康发展。</w:t>
      </w:r>
      <w:r>
        <w:rPr>
          <w:lang w:eastAsia="zh-CN"/>
        </w:rPr>
        <w:br/>
      </w:r>
      <w:r>
        <w:rPr>
          <w:lang w:eastAsia="zh-CN"/>
        </w:rPr>
        <w:t xml:space="preserve">    教师读书心得体会500字 篇3 </w:t>
      </w:r>
      <w:r>
        <w:rPr>
          <w:lang w:eastAsia="zh-CN"/>
        </w:rPr>
        <w:br/>
      </w:r>
      <w:r>
        <w:rPr>
          <w:lang w:eastAsia="zh-CN"/>
        </w:rPr>
        <w:t>　　我感觉《如何说，孩子才肯学》是一本有趣而有意义的书。它既适合家长同样也适合教师。中间一个个鲜活的案例在我的教育教学中也时常出现。当发现自己的处理方式与之相同时，心中一阵欣喜。当发现自己的解决方法完全错误时，在反思的同时更庆幸自己找到了科学的解决办法。我突然发现孩子与大人的世界是那样的不同，主观的将自己的想法强加与孩子显得是那样愚蠢与低效。我读书的心得体会如下：</w:t>
      </w:r>
      <w:r>
        <w:rPr>
          <w:lang w:eastAsia="zh-CN"/>
        </w:rPr>
        <w:br/>
      </w:r>
      <w:r>
        <w:rPr>
          <w:lang w:eastAsia="zh-CN"/>
        </w:rPr>
        <w:t>　　第一章，接纳孩子的情绪在全书中最为重要，是后续沟通的基础。它提出了几个观点：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1、不要否定学生的情绪（当情绪被否定的时候，学生容易失去勇气）</w:t>
      </w:r>
      <w:r>
        <w:rPr>
          <w:lang w:eastAsia="zh-CN"/>
        </w:rPr>
        <w:br/>
      </w:r>
      <w:r>
        <w:rPr>
          <w:lang w:eastAsia="zh-CN"/>
        </w:rPr>
        <w:t>　　2、不要随意批评和忠告（老师出于好意，但学生在批评的环境中很难去考虑问题并承担责任）</w:t>
      </w:r>
      <w:r>
        <w:rPr>
          <w:lang w:eastAsia="zh-CN"/>
        </w:rPr>
        <w:br/>
      </w:r>
      <w:r>
        <w:rPr>
          <w:lang w:eastAsia="zh-CN"/>
        </w:rPr>
        <w:t>　　3、不要概括和解释（当孩子情绪低落的时候，你的解释他很难听进去，也就很难奏效）</w:t>
      </w:r>
      <w:r>
        <w:rPr>
          <w:lang w:eastAsia="zh-CN"/>
        </w:rPr>
        <w:br/>
      </w:r>
      <w:r>
        <w:rPr>
          <w:lang w:eastAsia="zh-CN"/>
        </w:rPr>
        <w:t>　　4、不要忽视学生的情绪，即便制止不能接受的行为时，也要先接纳学生的情绪、愿望并作出反应。第二章，合作更详细说明了吸引孩子合作的七个技巧。</w:t>
      </w:r>
      <w:r>
        <w:rPr>
          <w:lang w:eastAsia="zh-CN"/>
        </w:rPr>
        <w:br/>
      </w:r>
      <w:r>
        <w:rPr>
          <w:lang w:eastAsia="zh-CN"/>
        </w:rPr>
        <w:t>　　书中体现出的：“无论孩子什么地方做的不好或者不对，甚至有侵犯性的行为，他的行为我们可以制止，但他的情绪，或者说感情需要被接纳。但我们接纳的只是他的情绪，并非他的行为。”这一观点我印象很深刻。因为在我自己教育孩子的过程中我常常不顾及他们的感受，劈头盖脸的就是批评。虽然短时间内出现的不良现象减少。但这是一个指标不治本的做法。孩子毕竟是孩子，单方面的批评很难引导孩子自我反省。只有孩子自己意识到自己的错误，问题才能从根本上解决。我们要设身处地的站在孩子的角度去想一想，去听一听，去安抚他们的情绪，这样孩子才能真正感受到你对他的关心而不仅仅只是冰冷的命令。</w:t>
      </w:r>
      <w:r>
        <w:rPr>
          <w:lang w:eastAsia="zh-CN"/>
        </w:rPr>
        <w:br/>
      </w:r>
      <w:r>
        <w:rPr>
          <w:lang w:eastAsia="zh-CN"/>
        </w:rPr>
        <w:t xml:space="preserve">    教师读书心得体会500字 篇4 </w:t>
      </w:r>
      <w:r>
        <w:rPr>
          <w:lang w:eastAsia="zh-CN"/>
        </w:rPr>
        <w:br/>
      </w:r>
      <w:r>
        <w:rPr>
          <w:lang w:eastAsia="zh-CN"/>
        </w:rPr>
        <w:t>　　教育者的使命就是让孩子各方面和谐发展，这种和谐发展的前提是对每一个学生个性的尊重，</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。轻轻地读着这句话，我内心对前苏联教育家苏霍姆林斯基的钦佩油然而生。尽管如今的教育形势与他所在的时代发生了很大的变化，但他的闪光的教育思想、精练的语言，对今天的教师而言，丝毫不过时。</w:t>
      </w:r>
      <w:r>
        <w:rPr>
          <w:lang w:eastAsia="zh-CN"/>
        </w:rPr>
        <w:br/>
      </w:r>
      <w:r>
        <w:rPr>
          <w:lang w:eastAsia="zh-CN"/>
        </w:rPr>
        <w:t>　　苏霍姆林斯基将自己30多年的教育实践经验凝聚在《给教师的建议》这本教育巨著中。书中作者以建议的新颖形式，恳切地与读者谈心，使人听来毫无刻板、说教之感。读着此书，就好像有一位智者站在面前，他循循善诱，给我排忧解难，给我指点迷津;又犹如一位和蔼可亲而又博学的老者，在我遇到困难的时候及时给我帮助，让我充满信心</w:t>
      </w:r>
      <w:r>
        <w:rPr>
          <w:lang w:eastAsia="zh-CN"/>
        </w:rPr>
        <w:br/>
      </w:r>
      <w:r>
        <w:rPr>
          <w:lang w:eastAsia="zh-CN"/>
        </w:rPr>
        <w:t>　　书中讲了一个故事，让我记忆犹新：一位有三十年教龄的历史教师上了一节公开课，来听课的人很多，他们本来都打算在课堂教学进行中间写点记录，以便像往常一样听完课后提些意见的，可是他们听得入了迷，竟连记录都忘记了。他们坐在那里，屏息静气地听，完全被这位历史老师的课吸引住了，就跟自己也变成学生一样。课后有听课的老师请教他：您花了多少时间来备这节课?他说：对这节课，我准备了一辈子。而且，总的来说，对每一节课，我都是用终生的时间来备课的。不过，对这个课题的直接准备，或者说现场准备，只用了大约十五分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初听这句话，我十分诧异，因为很多教师，包括自己在内，每次在上公开课前都已经将一堂课的教案背得滚瓜烂熟，准备的时间，可能是几个星期，几个月，但往往不需要所谓的一辈子的时间。课堂完全按照预设的过程有条不紊地进行，却忽视了课堂是一个生成的过程。一节课用一辈子来准备，他说的就是积累：文化的积累、知识的积累、思想的积累、技巧的积累。只有这样，才有可能上出一堂好课。</w:t>
      </w:r>
      <w:r>
        <w:rPr>
          <w:lang w:eastAsia="zh-CN"/>
        </w:rPr>
        <w:br/>
      </w:r>
      <w:r>
        <w:rPr>
          <w:lang w:eastAsia="zh-CN"/>
        </w:rPr>
        <w:t>　　读大师平凡朴实的语言，如品香茗，默默引领着我们的教育思想。那串串宝典般的教育心得，如降甘霖，时时启迪着我们的教育智慧。</w:t>
      </w:r>
      <w:r>
        <w:rPr>
          <w:lang w:eastAsia="zh-CN"/>
        </w:rPr>
        <w:br/>
      </w:r>
      <w:r>
        <w:rPr>
          <w:lang w:eastAsia="zh-CN"/>
        </w:rPr>
        <w:t xml:space="preserve">    教师读书心得体会500字 篇5 </w:t>
      </w:r>
      <w:r>
        <w:rPr>
          <w:lang w:eastAsia="zh-CN"/>
        </w:rPr>
        <w:br/>
      </w:r>
      <w:r>
        <w:rPr>
          <w:lang w:eastAsia="zh-CN"/>
        </w:rPr>
        <w:t>　　生活在二十一世纪的人类处于一个快生活环境，尤其是居住在上海这座现代都市中的我们。</w:t>
      </w:r>
      <w:r>
        <w:rPr>
          <w:lang w:eastAsia="zh-CN"/>
        </w:rPr>
        <w:br/>
      </w:r>
      <w:r>
        <w:rPr>
          <w:lang w:eastAsia="zh-CN"/>
        </w:rPr>
        <w:t>　　早晨，我们熙熙攘攘地挤在各式交通中，地铁一列一列飞驰而过，汽车一辆接一辆驰过。汽车“嘟嘟”的急促鸣笛声代表人门一天繁忙生活的开始。办公楼里，职员门飞快打着各类报告;学校中，学生门在纸上写字“沙沙”声格外急促……</w:t>
      </w:r>
      <w:r>
        <w:rPr>
          <w:lang w:eastAsia="zh-CN"/>
        </w:rPr>
        <w:br/>
      </w:r>
      <w:r>
        <w:rPr>
          <w:lang w:eastAsia="zh-CN"/>
        </w:rPr>
        <w:t>　　人们忙于自己的生活，他们忙着工作，忙着学习。同样在这样一个快节奏城市中的我，作为学生忙于“两点一线”的紧张生活。</w:t>
      </w:r>
      <w:r>
        <w:rPr>
          <w:lang w:eastAsia="zh-CN"/>
        </w:rPr>
        <w:br/>
      </w:r>
      <w:r>
        <w:rPr>
          <w:lang w:eastAsia="zh-CN"/>
        </w:rPr>
        <w:t>　　《瓦尔登湖》书中向我们展示了一个离我们现在很遥远的慢生活，它使我向往。梭罗在瓦尔登湖滨自己动手建造了一间小屋，在那儿住了两年。他在那种蔬菜，在那儿阅读，在那不焦不燥、井然有序地生活着。《瓦尔登湖》中的一切都静谧而美好，这种慢生活与我们大有不同，是我们所不能尝试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在梭罗看来，大多数人只是花费时间获取衣、食、住所，而非精神慰藉，因而并没有真正生活。这说的不就是我们吗?我们为了活而活，为了生而生，大片大片时间都用于获取物质。但有了足够条件后又因“上进心”而继续花大把时间索取。等到人老珠黄，却发现自己没有了解过这大千世界。</w:t>
      </w:r>
      <w:r>
        <w:rPr>
          <w:lang w:eastAsia="zh-CN"/>
        </w:rPr>
        <w:br/>
      </w:r>
      <w:r>
        <w:rPr>
          <w:lang w:eastAsia="zh-CN"/>
        </w:rPr>
        <w:t>　　我们能不能像梭罗在《瓦尔登湖》中那样“忙里偷闲”一下呢?减少些没有必要的、没有意义的工作，在一个清晨欣赏一下朝阳的活力，在一个午后蜷在沙发边吭食“精神食粮”书本……去看看这个充满生机的世界的美丽。不是这个世界没有美丽，是你没有慢慢地，细细地欣赏这个世界。</w:t>
      </w:r>
      <w:r>
        <w:rPr>
          <w:lang w:eastAsia="zh-CN"/>
        </w:rPr>
        <w:br/>
      </w:r>
      <w:r>
        <w:rPr>
          <w:lang w:eastAsia="zh-CN"/>
        </w:rPr>
        <w:t xml:space="preserve">    教师读书心得体会500字 篇6 </w:t>
      </w:r>
      <w:r>
        <w:rPr>
          <w:lang w:eastAsia="zh-CN"/>
        </w:rPr>
        <w:br/>
      </w:r>
      <w:r>
        <w:rPr>
          <w:lang w:eastAsia="zh-CN"/>
        </w:rPr>
        <w:t>　　读了《开放的小学数学教学》这本书，我受益匪浅，郑毓信作为一名哲学教授，以其独有的视角直面小学数学教学中的种种现象，并进行了深刻的剖析。《开放的`小学数学教学》就是指小学数学教师应当保持头脑的开放性，在任何时候都不应该墨守成规，迷信盲从，而应坚持独立思考，努力学习各种新的理论思想与教学方法，积极地去进行新的探索，而这些正是我所缺失的。以下几点看法：</w:t>
      </w:r>
      <w:r>
        <w:rPr>
          <w:lang w:eastAsia="zh-CN"/>
        </w:rPr>
        <w:br/>
      </w:r>
      <w:r>
        <w:rPr>
          <w:lang w:eastAsia="zh-CN"/>
        </w:rPr>
        <w:t>　　(一)教师的素养是决定课堂有效性的重要因素</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文中提到了这样的一个案例，给我的触动很大。在《可能性》一课中，摸球是常用的一个环节。常规的设计是先摸球再根据摸到的两种球的数量比较，得出：口袋里那种颜色的球多，摸到的可能性越大。而郑教授认为，在摸球之前，教师可设计这样一个情境：向学生出示两个口袋并告诉他们里面分别装有一定数量的粉球和黄球，其中一个黄球较多，另一个粉球较多，但两者的总数是一样的。而我们设计教学活动时往往忽略了这一点。浮在表面的东西多一些，不是不想去深入地挖掘，而是能力有限，想不到。还有关于“情境设置的标准”不应仅仅有益于调动学生的积极性，还应在课程的进一步开展中自始至终发挥一定的导向作用，沟通“日常数学”与“学校数学”的联系。</w:t>
      </w:r>
      <w:r>
        <w:rPr>
          <w:lang w:eastAsia="zh-CN"/>
        </w:rPr>
        <w:br/>
      </w:r>
      <w:r>
        <w:rPr>
          <w:lang w:eastAsia="zh-CN"/>
        </w:rPr>
        <w:t>　　反思自己的课堂设计，浮在表面的东西多一些，不是不想去深入地挖掘，而是能力有限，想不到。还是李正太老师的观点，一节课的质量很大程度上取决于设计的质量，一句话提高教师学科素养是提高课堂课堂有效性的重要因素。</w:t>
      </w:r>
      <w:r>
        <w:rPr>
          <w:lang w:eastAsia="zh-CN"/>
        </w:rPr>
        <w:br/>
      </w:r>
      <w:r>
        <w:rPr>
          <w:lang w:eastAsia="zh-CN"/>
        </w:rPr>
        <w:t>　　(二)数学教学中处处有“哲学”</w:t>
      </w:r>
      <w:r>
        <w:rPr>
          <w:lang w:eastAsia="zh-CN"/>
        </w:rPr>
        <w:br/>
      </w:r>
      <w:r>
        <w:rPr>
          <w:lang w:eastAsia="zh-CN"/>
        </w:rPr>
        <w:t>　　一个优秀教师应当具有自己的独立思考能力，而不应盲目的去追随潮流，或是满足于在任何时候总能充当学习的样板。“最大读书心得是什么?许多事情，过去有过。许多问题，前人想过。许多办法，曾经用过。许多错误，屡屡犯过…懂得先前的事情，起码不至于轻信，不至于盲从”。</w:t>
      </w:r>
      <w:r>
        <w:rPr>
          <w:lang w:eastAsia="zh-CN"/>
        </w:rPr>
        <w:br/>
      </w:r>
      <w:r>
        <w:rPr>
          <w:lang w:eastAsia="zh-CN"/>
        </w:rPr>
        <w:t>　　数学不止是一种有趣的活动，仅仅使数学变得有趣起来并不能保证数学学习一定能够获得成功。因为，数学上的成功还需要艰苦的工作。课堂上在相应的活动或情境背后关于数学的东西，才是我们教学的关注点，才是我们教师需要努力发掘的。只有关注到了，挖掘出来了，数学课堂才有“数学味”。这就是我们数学教师应该努力的方向!</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当我看完这本书，最大的体会就是自己的浅薄，只有努力学习，积极探索，深刻反思，及时改进，才会不断的提高。</w:t>
      </w:r>
      <w:r>
        <w:rPr>
          <w:lang w:eastAsia="zh-CN"/>
        </w:rPr>
        <w:br/>
      </w:r>
      <w:r>
        <w:rPr>
          <w:lang w:eastAsia="zh-CN"/>
        </w:rPr>
        <w:t xml:space="preserve">    教师读书心得体会500字 篇7 </w:t>
      </w:r>
      <w:r>
        <w:rPr>
          <w:lang w:eastAsia="zh-CN"/>
        </w:rPr>
        <w:br/>
      </w:r>
      <w:r>
        <w:rPr>
          <w:lang w:eastAsia="zh-CN"/>
        </w:rPr>
        <w:t>　　著名教育家叶圣陶先生曾经说过这样一句话：什么是教育，简单一句话，就是要养成良好的习惯。作为一名教育工作者，12年前我就在书本中读过这句话，从教12年后，我对这句话才有了更深层、更具体的理解。</w:t>
      </w:r>
      <w:r>
        <w:rPr>
          <w:lang w:eastAsia="zh-CN"/>
        </w:rPr>
        <w:br/>
      </w:r>
      <w:r>
        <w:rPr>
          <w:lang w:eastAsia="zh-CN"/>
        </w:rPr>
        <w:t>　　举个简单的例子，我曾经教过一个叫芳芳的小朋友，聪明伶俐，但由于长辈的溺爱，从小养成了好动、蛮横的坏习惯，有点偏执。在课堂上坐不住，一点不满意就大哭大闹，让老师无法上课，更不会和同学们交往，让人觉得又可气，又可怜。刚开学时连笔也不会拿，坐的歪歪扭扭，捏着笔尖，写的字就像螃蟹爪，弯弯曲曲，毛毛刺刺的，书包里乱七八糟，连一支能用的铅笔都没有，崭新的课本角都蜷了，上面画的满满的，连田字格里的生字都看不清了。</w:t>
      </w:r>
      <w:r>
        <w:rPr>
          <w:lang w:eastAsia="zh-CN"/>
        </w:rPr>
        <w:br/>
      </w:r>
      <w:r>
        <w:rPr>
          <w:lang w:eastAsia="zh-CN"/>
        </w:rPr>
        <w:t>　　后来我和她的家长的多次沟通，共同制定了一个办法：在学校，只要能坐好，握笔姿势正确，就画一面小红旗；写好一个笔画，老师就大力表扬；在家里，家长每天拿出20分钟，手把手地、一笔一画地教她写字。如果能一次坚持坐好、写好10分钟，就满足孩子一个愿望，例如看10分钟的动画片、讲一个故事、做孩子感兴趣的游戏</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半年的时间过去了，你再也看不到那个邋遢、多动、蛮横无理的芳芳了。课堂上的芳芳平心静气地端坐着，听课认真、回答问题积极；特别是写字的时候，只见她头正、肩平，嘴里默念三个一一尺、一寸、一拳头，这一切做好了，再一笔一画地描红、仿影、临贴，起、行、顿、收，写起字来抑扬顿挫，好象进入了忘我的境地。她作业本上红圈圈越来越多，书包里整整齐齐，新书上干干净净</w:t>
      </w:r>
      <w:r>
        <w:rPr>
          <w:lang w:eastAsia="zh-CN"/>
        </w:rPr>
        <w:br/>
      </w:r>
      <w:r>
        <w:rPr>
          <w:lang w:eastAsia="zh-CN"/>
        </w:rPr>
        <w:t>　　她的爸爸激动地告诉老师，是良好的写字习惯改变了孩子的性格，也改善了孩子的生活。</w:t>
      </w:r>
      <w:r>
        <w:rPr>
          <w:lang w:eastAsia="zh-CN"/>
        </w:rPr>
        <w:br/>
      </w:r>
      <w:r>
        <w:rPr>
          <w:lang w:eastAsia="zh-CN"/>
        </w:rPr>
        <w:t>　　由此可见，习惯的力量是巨大的，世界上最可怕的力量是习惯，最宝贵的财富也是习惯。</w:t>
      </w:r>
      <w:r>
        <w:rPr>
          <w:lang w:eastAsia="zh-CN"/>
        </w:rPr>
        <w:br/>
      </w:r>
      <w:r>
        <w:rPr>
          <w:lang w:eastAsia="zh-CN"/>
        </w:rPr>
        <w:t>　　人生仿佛是一场好习惯和坏习惯的拉锯战，假如没有好习惯，你将很难成功。习惯是选择出来的，不是天生养成的，当你改变自己的习惯时，你改变的是你自己的人生。</w:t>
      </w:r>
      <w:r>
        <w:rPr>
          <w:lang w:eastAsia="zh-CN"/>
        </w:rPr>
        <w:br/>
      </w:r>
      <w:r>
        <w:rPr>
          <w:lang w:eastAsia="zh-CN"/>
        </w:rPr>
        <w:t xml:space="preserve">    教师读书心得体会500字 篇8 </w:t>
      </w:r>
      <w:r>
        <w:rPr>
          <w:lang w:eastAsia="zh-CN"/>
        </w:rPr>
        <w:br/>
      </w:r>
      <w:r>
        <w:rPr>
          <w:lang w:eastAsia="zh-CN"/>
        </w:rPr>
        <w:t>　　在这短暂的一个假期里，我读到了平时没看过的书，读书成了我日常生活的一部分。在这一个假期里，我感觉收获颇丰。以下就是我这一假期来读书的心得。</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常言道："茶亦醉人何必酒，书能香我不需花。"我们渴望读书，渴望获得知识，但是我们却常常会有这样的疑惑：我们就应如何读书?自古以来，人们获取知识的途径多种多样，而读书作为其中一种既普通又直接但却十分有效的求知方法沿用至今。作为教师，从书本中获取知识就显得尤其重要。人类创造的知识财富，如同浩瀚的海洋，博大精深。作为我们教师需要加强各方面的修养来提高自我。所以我们理应多读书，用书来净化心灵，用书中的知识充实自我。同时我们也应抛弃古时旧的求知理念，什么"书中自有黄金屋"等等，都不足取。</w:t>
      </w:r>
      <w:r>
        <w:rPr>
          <w:lang w:eastAsia="zh-CN"/>
        </w:rPr>
        <w:br/>
      </w:r>
      <w:r>
        <w:rPr>
          <w:lang w:eastAsia="zh-CN"/>
        </w:rPr>
        <w:t>　　为了使读书到达更好的效果，我除了善于动脑，找到所读文章的“眼睛”，心领神会之外，还写读书笔记和读后感。当然读书要有好的效果，思考是最重要的，但是正如俗话所说："好记性不如烂笔头"，把思考的结果整理出来，写成笔记和感想，既有助于思考，也能够帮忙我们记忆思考的结果，便于日后比较、综合、分析。如果所读的书是自我的书，我还在书的空白处写下自我看法、疑问、评论等，或做一些记号。它会加强我们对文章的理解、记忆，作文时如果要参考、模仿渡过的文章，有没有做过评注的，效果大不一样。</w:t>
      </w:r>
      <w:r>
        <w:rPr>
          <w:lang w:eastAsia="zh-CN"/>
        </w:rPr>
        <w:br/>
      </w:r>
      <w:r>
        <w:rPr>
          <w:lang w:eastAsia="zh-CN"/>
        </w:rPr>
        <w:t>　　常听学生家长说“我家的孩子只听老师的，老师的话简直比圣旨还灵，回到家里就谁的话都不听了。”在研读中，我想到了学生的向师性，这是一种纯洁的完美的心理品质，我们当教师的要好好地利用和开发。在教学中，我有意或无意中出了这个那个错，学生都会及时地为我指出，这样不仅仅师生之间的关系逐渐融洽，班级气氛也极为活跃。</w:t>
      </w:r>
      <w:r>
        <w:rPr>
          <w:lang w:eastAsia="zh-CN"/>
        </w:rPr>
        <w:br/>
      </w:r>
      <w:r>
        <w:rPr>
          <w:lang w:eastAsia="zh-CN"/>
        </w:rPr>
        <w:t xml:space="preserve">    教师读书心得体会500字 篇9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前几天拜读了肖川的《做一个有思想的教师》一书，文中解答了人生、教育教学中的很多疑惑，触颇深。我深深地体会到，要做有思想的教师，首先要乐于接受思想。而接受思想最简单的是阅读别人的书籍，尤其是大师的书籍，让阅读成为每位教师的习惯，成为与别人进行心灵碰撞的自由领地，成为自己不断进步的阶梯。</w:t>
      </w:r>
      <w:r>
        <w:rPr>
          <w:lang w:eastAsia="zh-CN"/>
        </w:rPr>
        <w:br/>
      </w:r>
      <w:r>
        <w:rPr>
          <w:lang w:eastAsia="zh-CN"/>
        </w:rPr>
        <w:t>　　反之，没有博览群书，只能就教材讲教材，就内容讲内容，就试题讲试题，课堂会因此而单调乏味，死气沉沉；没有阅读，就难有深层次的思考，而自身思想的匮乏，展现于学生面前，就只能是面目枯槁，甚至容貌可憎。所以说，阅读是教师获取思想的源头活水的最佳。</w:t>
      </w:r>
      <w:r>
        <w:rPr>
          <w:lang w:eastAsia="zh-CN"/>
        </w:rPr>
        <w:br/>
      </w:r>
      <w:r>
        <w:rPr>
          <w:lang w:eastAsia="zh-CN"/>
        </w:rPr>
        <w:t>　　要做有思想的教师，关键是要在反思中进步。从自己的教育教学实践中得出有效的和反面教训，从经验中出规律性的东西，将经验抽象成理论。不积小流，无以成江海，不积跬步，无以致千里。作为教师应当学会反思，注意积累一点一滴的经验，不断地工作，不断地总结，不断地发展，使自己逐步向创新型教师迈进。要做有思想的教师，还要学会引领学生的心灵和精神。从对课程内容的发掘，到教学策略的选择，从对问题的设计，到课堂气氛的营造，甚至用什么语言，背后都蕴藏着一种思想底蕴，平时只是不觉得罢了。</w:t>
      </w:r>
      <w:r>
        <w:rPr>
          <w:lang w:eastAsia="zh-CN"/>
        </w:rPr>
        <w:br/>
      </w:r>
      <w:r>
        <w:rPr>
          <w:lang w:eastAsia="zh-CN"/>
        </w:rPr>
        <w:t>　　教师的思想对学生的熏陶，也是非常关键的，思想可以熏陶学生学习、熏陶学生做人。静下心来仔细想想，要想做一名有思想的教师真的很难，这需要自己不断地去学习和思考。</w:t>
      </w:r>
      <w:r>
        <w:rPr>
          <w:lang w:eastAsia="zh-CN"/>
        </w:rPr>
        <w:br/>
      </w:r>
      <w:r>
        <w:rPr>
          <w:lang w:eastAsia="zh-CN"/>
        </w:rPr>
        <w:t xml:space="preserve">    教师读书心得体会500字 篇10 </w:t>
      </w:r>
      <w:r>
        <w:rPr>
          <w:lang w:eastAsia="zh-CN"/>
        </w:rPr>
        <w:br/>
      </w:r>
      <w:r>
        <w:rPr>
          <w:lang w:eastAsia="zh-CN"/>
        </w:rPr>
        <w:t>　　近日，我读了《塑造教师：教师如何避免易犯的25个错误》一书，感到这本书是一本难得的好书。</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塑造教师：教师如何避免易犯的25个错误》一书中，著名的美国教育心理学家卡罗林博士，收集了职前教师们回忆的近200个在学生时代所经历的最不愉悦，且记忆犹新的事件。这些事件，涉及幼儿园、中小学以及大学的学生生活，包括班级管理、学生活动、课堂教学、成绩评定、师生交往等等方面，内容丰富，举例生动形象，真实地反映凝固了教师在教育管理中易出现的种种错误。读着这本书，如身临其境，从所举教师的错误当中，思索着，对照着，是一种很好的学习。特别是从这些案例中进一步理解了学生的感受，又一次站在学生的视角审视我们的许多教育现象和处理方法。</w:t>
      </w:r>
      <w:r>
        <w:rPr>
          <w:lang w:eastAsia="zh-CN"/>
        </w:rPr>
        <w:br/>
      </w:r>
      <w:r>
        <w:rPr>
          <w:lang w:eastAsia="zh-CN"/>
        </w:rPr>
        <w:t>　　这本书更吸引我的是，在每一个案例后都有“处方”的形式，对发生的事件给予分析，帮助读者找出问题的根本。这些分析根据人的心理发展的理论，提出许多现代教育理念，强调了对学生的尊重、理解，关注、欣赏、支持、帮助，突出了作为教师应有的对学生真诚的爱。诸如：“当你身出一个手指指责别人的时候，剩下的四个手指其实在指责自己”，“优秀的教师，善于挖掘不擅长表现的学生其他方面的优点”，“通情达理的老师会注意黑板礼节——尊重学生、理解学生上黑板做题时的感受”等等。</w:t>
      </w:r>
      <w:r>
        <w:rPr>
          <w:lang w:eastAsia="zh-CN"/>
        </w:rPr>
        <w:br/>
      </w:r>
      <w:r>
        <w:rPr>
          <w:lang w:eastAsia="zh-CN"/>
        </w:rPr>
        <w:t>　　做教育教学工作几年来的我看完这本书，我觉得教师的言行直接影响着学生的成功与失败，表扬学生还是批评学生，促进学生进步还是抑制学生发展，是我们教师应该思考的问题。想想自己也许在不经意间我的言语伤害了孩子，我却不知道。这本书中介绍的知识能让我恢复平静，保持心理平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教育是生命的火炬，是智慧的桥梁，是通向文明的阶梯；教育事业是一项激动人心的事业，它为我们提供了实现理想、激发智慧的宏大舞台；为实现师生双方的生命价值、获得内在的幸福提供了无限空间。</w:t>
      </w:r>
      <w:r>
        <w:rPr>
          <w:lang w:eastAsia="zh-CN"/>
        </w:rPr>
        <w:br/>
      </w:r>
      <w:r>
        <w:rPr>
          <w:lang w:eastAsia="zh-CN"/>
        </w:rPr>
        <w:t>　　我们教师肩负着课程改革的历史重任，新课程的理念要内化为我们教师的教学行为，需要漫长的路要走。从根本上改变我们教师的教学观念，教学行为，将是一场持久的攻坚战。因此，我们必须随时对自己的工作及专业能力的发展进行评估，树立终身学习的意识，保持开放的心态，把学校视为学习的场所，在实践中学习，不断对自己的教育教学进行研究、反思，对自己的知识与经验进行重组。</w:t>
      </w:r>
      <w:r>
        <w:rPr>
          <w:lang w:eastAsia="zh-CN"/>
        </w:rPr>
        <w:br/>
      </w:r>
      <w:r>
        <w:rPr>
          <w:lang w:eastAsia="zh-CN"/>
        </w:rPr>
        <w:t>　　用新理念提升教学的品质；用新理念重塑教师的行为；用新理念改变学习的方式。</w:t>
      </w:r>
      <w:r>
        <w:rPr>
          <w:lang w:eastAsia="zh-CN"/>
        </w:rPr>
        <w:br/>
      </w:r>
      <w:r>
        <w:rPr>
          <w:lang w:eastAsia="zh-CN"/>
        </w:rPr>
        <w:t xml:space="preserve">    教师读书心得体会500字 篇11 </w:t>
      </w:r>
      <w:r>
        <w:rPr>
          <w:lang w:eastAsia="zh-CN"/>
        </w:rPr>
        <w:br/>
      </w:r>
      <w:r>
        <w:rPr>
          <w:lang w:eastAsia="zh-CN"/>
        </w:rPr>
        <w:t>　　我很庆幸自我是一名教师，因为教师这个职业能够获得千万人的信任，拥有千百人的爱戴，因为教师能够真正体验到人生历程中最宝贵的真情。</w:t>
      </w:r>
      <w:r>
        <w:rPr>
          <w:lang w:eastAsia="zh-CN"/>
        </w:rPr>
        <w:br/>
      </w:r>
      <w:r>
        <w:rPr>
          <w:lang w:eastAsia="zh-CN"/>
        </w:rPr>
        <w:t>　　十年的教学生涯，让我逐渐体会到了作为一名教师的快乐，让我体味到了当教师的崇高，也让我领悟到了作为教师的成功的真谛――走近书本，就是完善生命。教师的快乐，来自读书。</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古代著名教育家孔子以教学相长、诲人不倦为乐，最后让他的仁政思想得以传承;孟子以师不必贤于弟子，弟子不必不如师为原则，因材施教，最后成大器;荀子推崇青，取之于蓝而青于蓝为理念，学以致用，锲而不舍;韩愈以业精于勤、师意不师辞为宗旨，著《师说》，驳道统;还有柏拉图用音乐是求心灵的美善的教育思想，写了著名的《理想国》;亚里士多德从理论理性的学说出发，提出了文雅之说;夸美纽斯的《大教学论》更是资料丰富，高瞻远瞩;而杜威的学说教育即生活、学校即社会更加前卫;苏霍姆林斯基的《育人三部曲》更是心灵的艺术。还有陶行知、朱永新、李镇西、魏书生等等。这些教育家，他们在教育工作中的研究与发现，让他们获得了最大的成功与快乐，而这正是他们走近学生所获得的硕果。读了这些理论著作以后，我的心更加透彻了，因为对这些经验的汲取，使我更自信的走近我的学生，让我更自觉地去研究我的学生，去发现他们身上的优点，寻找与学生交流与沟通的桥梁，从而把学生的纯真的心灵开启，把学生智慧的火花点燃。每当接到学生的喜报时，或者看到学生的进步时，我就有一种收获硕果的快慰。个性是在课堂中，我常与学生一齐做同样的事，</w:t>
      </w:r>
      <w:r>
        <w:rPr>
          <w:lang w:eastAsia="zh-CN"/>
        </w:rPr>
        <w:br/>
      </w:r>
      <w:r>
        <w:rPr>
          <w:lang w:eastAsia="zh-CN"/>
        </w:rPr>
        <w:t>　　甚至是率先垂范，做学生的榜样。比如我的倾情的示范朗读，我的感情丰富的下水文，都赢得了学生热烈的掌声，也拉近了我和学生在课堂中的距离。</w:t>
      </w:r>
      <w:r>
        <w:rPr>
          <w:lang w:eastAsia="zh-CN"/>
        </w:rPr>
        <w:br/>
      </w:r>
      <w:r>
        <w:rPr>
          <w:lang w:eastAsia="zh-CN"/>
        </w:rPr>
        <w:t>　　虽然此刻的我还如此渺小，缺乏陶行知先生那种拼命的工作热情，没有苏霍姆林斯基的那种敏锐的眼光，更没有孔子的聪慧心智，但我已尝到了教书育人工作中的真谛!读书是一种精神上的陶冶。</w:t>
      </w:r>
      <w:r>
        <w:rPr>
          <w:lang w:eastAsia="zh-CN"/>
        </w:rPr>
        <w:br/>
      </w:r>
      <w:r>
        <w:rPr>
          <w:lang w:eastAsia="zh-CN"/>
        </w:rPr>
        <w:t xml:space="preserve">    教师读书心得体会500字 篇12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书籍是知识的海洋。阅读对每个人都很重要。它甚至可以影响人们的生活。阅读可以改变一个人的道德，改善一个人的思想，锻造一个人的灵魂。通过阅读，我们了解生活的真谛，陶冶情操。坚持阅读是教师的最低专业底线，尤其是在这样一个学习社会化的时代。只有阅读才能超越“工匠”的局限，不断提高自己，提高生活品位，促进专业发展。阅读可以促进教师的精神成长。</w:t>
      </w:r>
      <w:r>
        <w:rPr>
          <w:lang w:eastAsia="zh-CN"/>
        </w:rPr>
        <w:br/>
      </w:r>
      <w:r>
        <w:rPr>
          <w:lang w:eastAsia="zh-CN"/>
        </w:rPr>
        <w:t>　　人们，最可怕的是灵魂的空虚和精神的萎缩。由于生存的压力和物质利益的诱惑，每个人都把目光和精力转向了外部世界，不再关注自己的内心世界。结果，灵魂在萎缩和空虚，世界上只剩下一个忙碌的身体。对于一个人来说，没有什么比这更悲哀的了。避免陷入这一困境的最可行方法更可悲情境是阅读。</w:t>
      </w:r>
      <w:r>
        <w:rPr>
          <w:lang w:eastAsia="zh-CN"/>
        </w:rPr>
        <w:br/>
      </w:r>
      <w:r>
        <w:rPr>
          <w:lang w:eastAsia="zh-CN"/>
        </w:rPr>
        <w:t>　　书籍将使教师不再愿意平庸庸俗。书籍中那些充满活力和智慧的大师们的言辞和超然的情感将使我们变得极其开放、灵活、开放、乐观和豁达。一个远离书籍的人，无论他如何刻意地包装书籍，总是很难做到潇洒。只有通过书籍的渗透，才能超越自我，发展自我。</w:t>
      </w:r>
      <w:r>
        <w:rPr>
          <w:lang w:eastAsia="zh-CN"/>
        </w:rPr>
        <w:br/>
      </w:r>
      <w:r>
        <w:rPr>
          <w:lang w:eastAsia="zh-CN"/>
        </w:rPr>
        <w:t>　　当我们独处时，享受阅读的乐趣，享受阅读带来的优雅和风度，当我们创造教学生活和生活时，享受阅读的魅力。这时，会有一种奇怪的感觉：书中金色的.思想和奇妙的智慧是支撑生命和生命的一部分。苏霍姆林斯基说：“这是一场灾难；对书籍力量的无限信念是我的教育信念的真正含义之一从某种意义上说，一个教育家的成长史就是他的阅读史。作为传承文化的使者，教师必须通过阅读来发展和超越自己。</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阅读可以让教师成长专业智慧。阅读是课程改革的需要。新课程的实施对教师素质提出了尖锐而有力的挑战。新课程不再像传统课程那样统一、机械、常规。它很少灵活，但有许多不确定性。如果你不阅读，你就不了解当今教育观念的巨大变化、教育形势的快速发展、你的教学观念落后的程度以及你过去的教学是多么的悲哀和可笑。只要你读了它，你就会有一种“柳暗花明”的感觉，你的心就会更加明亮。</w:t>
      </w:r>
      <w:r>
        <w:rPr>
          <w:lang w:eastAsia="zh-CN"/>
        </w:rPr>
        <w:br/>
      </w:r>
      <w:r>
        <w:rPr>
          <w:lang w:eastAsia="zh-CN"/>
        </w:rPr>
        <w:t>　　阅读《教育改革理论》、《优秀教师教学经验总结》、《哲学、文学、历史、科学》等，在与大师、优秀教师的对话中反思自我概念、自我教育和教学实践，把阅读与思考结合起来，阅读与教学、阅读与研究等。如果你读更多的书，提高你的理解力，你将有一个实践的方向。有了信心和力量，你就能让你的教学充满智慧和创造的魔力。教育需要知识渊博的教师。教育应该培养聪明的人才，只有知识渊博的教师才能培养聪明的学生。</w:t>
      </w:r>
      <w:r>
        <w:rPr>
          <w:lang w:eastAsia="zh-CN"/>
        </w:rPr>
        <w:br/>
      </w:r>
      <w:r>
        <w:rPr>
          <w:lang w:eastAsia="zh-CN"/>
        </w:rPr>
        <w:t xml:space="preserve">    教师读书心得体会500字 篇13 </w:t>
      </w:r>
      <w:r>
        <w:rPr>
          <w:lang w:eastAsia="zh-CN"/>
        </w:rPr>
        <w:br/>
      </w:r>
      <w:r>
        <w:rPr>
          <w:lang w:eastAsia="zh-CN"/>
        </w:rPr>
        <w:t>　　谈到教师，人们经常会说教师这个工作好，轻松、待遇也高；朋友们说，教师是个光辉的职业，你可别误人子弟；家人们说做老师脾气要好，你这脾气要改改了；俗话说：“春蚕到死丝方尽，蜡炬成灰泪始干。”很多时候，大家对我们职业的评价都是多余神圣化。这些大帽子扣在自己的头上，瞬间让自己觉得亚历山大。</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读了朱永新先生的《致教师》后，前言就颠覆了以前对教师的形象比喻，更具人性。在他眼里，教师不是春蚕，不是蜡烛；不是一个隐喻与一个标本，更不是灵魂工程师，教师就是教师，每天都在平凡与神圣中穿行，他生命的价值在于“以现在求证未来，让生命幸福完整”。“幸福”在哪里呢？朱先生说，它在创造中，在服务中，在研究中，在分享中。因为创造、服务、研究与分享的教育“幸福”，每一个普通的时刻，都会焕发不一样的光彩，每一个平凡的日子，我们都能与幸福相伴。他这样说“职业”：教师是一个能够把人的创造力、想象力等全部能量与智慧发挥到极限的、永远没有止境的职业。教师面对的是最深的世界——人的心灵。他们存在着无限的可能性。他这样说“信仰”：信仰造就的乐观，是生命中的太阳，任何境况下的人生都会因此温暖明亮，并指引着生命中的明亮那方。他这样说“理想”：当理想遭遇现实，总会有碰撞，总会有较量，否则，理想如何能够称之为理想？教育与理想是一对孪生兄弟。</w:t>
      </w:r>
      <w:r>
        <w:rPr>
          <w:lang w:eastAsia="zh-CN"/>
        </w:rPr>
        <w:br/>
      </w:r>
      <w:r>
        <w:rPr>
          <w:lang w:eastAsia="zh-CN"/>
        </w:rPr>
        <w:t>　　教育，是必要的乌托邦。他说“教师的专业成长”，将以阅读为基础的“专业引领模式”，以写作为基础的“研究反思模式”与“以同伴互动为基础的教育生态模式”喻之为教师成长之“吉祥三宝”。他说，每个人的一生都是一个生命的叙事，在时光中创造那个更好的自己。时间抓起来是黄金，抓不起就是流水。</w:t>
      </w:r>
      <w:r>
        <w:rPr>
          <w:lang w:eastAsia="zh-CN"/>
        </w:rPr>
        <w:br/>
      </w:r>
      <w:r>
        <w:rPr>
          <w:lang w:eastAsia="zh-CN"/>
        </w:rPr>
        <w:t xml:space="preserve">    教师读书心得体会500字 篇14 </w:t>
      </w:r>
      <w:r>
        <w:rPr>
          <w:lang w:eastAsia="zh-CN"/>
        </w:rPr>
        <w:br/>
      </w:r>
      <w:r>
        <w:rPr>
          <w:lang w:eastAsia="zh-CN"/>
        </w:rPr>
        <w:t>　　这是一本老书了，书的环衬上购买日期显示是20__年2月，五年多了，这本书在大学毕业前我读过至少两遍了，也许是那时年少，工作几年之后今日重读却别有感慨。</w:t>
      </w:r>
      <w:r>
        <w:rPr>
          <w:lang w:eastAsia="zh-CN"/>
        </w:rPr>
        <w:br/>
      </w:r>
    </w:p>
    <w:p w:rsidR="001B1F19" w14:textId="27C3F48A">
      <w:pPr>
        <w:rPr>
          <w:rFonts w:hint="eastAsia"/>
          <w:lang w:eastAsia="zh-CN"/>
        </w:rPr>
      </w:pPr>
      <w:r>
        <w:rPr>
          <w:lang w:eastAsia="zh-CN"/>
        </w:rPr>
        <w:t>　　幸福是一个很大的标题，但在毕淑敏老师的笔下却从生活微尘中折射出来，在这里有内心的独白，有外表的描述，有神情的变化，有……各种各样，形形色色的人生占据着你的视角，它会慢慢地在你的心理滋生一种名为幸福的概念。</w:t>
      </w:r>
      <w:r>
        <w:rPr>
          <w:lang w:eastAsia="zh-CN"/>
        </w:rPr>
        <w:br/>
      </w:r>
      <w:r>
        <w:rPr>
          <w:lang w:eastAsia="zh-CN"/>
        </w:rPr>
        <w:t>　　其实幸不幸福只在于你自己的感受，同样的一件事，你觉得它是幸福的那它就是幸福的，如果你觉得它是不幸的那它就不会是幸福的。举一个例子来说吧，当一个人饿了很久，突然吃上一顿饱饭的时候，或许在他看来那就是幸福，当你停下忙碌的工作，偶尔抬头望向天空的时候，或许那就是幸福。一个微笑，一声问候、甚至一声责骂都可能是幸福。知足常乐，会让你感到很多的幸福。</w:t>
      </w:r>
      <w:r>
        <w:rPr>
          <w:lang w:eastAsia="zh-CN"/>
        </w:rPr>
        <w:br/>
      </w:r>
      <w:r>
        <w:rPr>
          <w:lang w:eastAsia="zh-CN"/>
        </w:rPr>
        <w:t>　　有些人经常在为自己身上发生的各种事情而烦恼，其实这样大可不必，有时候你把你所烦恼的事情一一列出来，写出解决的办法，回头再一看，自己想象中的那些烦恼已经烟消云散了。</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https://d.book118.com/476014015015010053</w:t>
        </w:r>
      </w:hyperlink>
    </w:p>
    <w:p w:rsidR="001B1F19">
      <w:pPr>
        <w:rPr>
          <w:rFonts w:hint="eastAsia"/>
          <w:lang w:eastAsia="zh-CN"/>
        </w:rPr>
      </w:pPr>
    </w:p>
    <w:sectPr>
      <w:type w:val="nextPage"/>
      <w:pgSz w:w="11906" w:h="16838"/>
      <w:pgMar w:top="1440" w:right="1800" w:bottom="1440" w:left="1800" w:header="851" w:footer="992" w:gutter="0"/>
      <w:pgNumType w:start="20"/>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476014015015010053"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