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2024家长委员会发言稿（34篇）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2024家长委员会发言稿（精选34篇）</w:t>
      </w:r>
      <w:r>
        <w:rPr>
          <w:lang w:eastAsia="zh-CN"/>
        </w:rPr>
        <w:br/>
      </w:r>
      <w:r>
        <w:rPr>
          <w:lang w:eastAsia="zh-CN"/>
        </w:rPr>
        <w:t xml:space="preserve">    2024家长委员会发言稿 篇1 </w:t>
      </w:r>
      <w:r>
        <w:rPr>
          <w:lang w:eastAsia="zh-CN"/>
        </w:rPr>
        <w:br/>
      </w:r>
      <w:r>
        <w:rPr>
          <w:lang w:eastAsia="zh-CN"/>
        </w:rPr>
        <w:t>　　尊敬的各位校，各位老师，各位家长：</w:t>
      </w:r>
      <w:r>
        <w:rPr>
          <w:lang w:eastAsia="zh-CN"/>
        </w:rPr>
        <w:br/>
      </w:r>
      <w:r>
        <w:rPr>
          <w:lang w:eastAsia="zh-CN"/>
        </w:rPr>
        <w:t>　　大家好！</w:t>
      </w:r>
      <w:r>
        <w:rPr>
          <w:lang w:eastAsia="zh-CN"/>
        </w:rPr>
        <w:br/>
      </w:r>
      <w:r>
        <w:rPr>
          <w:lang w:eastAsia="zh-CN"/>
        </w:rPr>
        <w:t>　　我是二年级四班家长，名叫，很荣幸能作为家长代表在此发言。</w:t>
      </w:r>
      <w:r>
        <w:rPr>
          <w:lang w:eastAsia="zh-CN"/>
        </w:rPr>
        <w:br/>
      </w:r>
      <w:r>
        <w:rPr>
          <w:lang w:eastAsia="zh-CN"/>
        </w:rPr>
        <w:t>　　首先，请允许我代表各位家长，向关心我们孩子成长的各位校、各位老师，表示由衷的感谢！同时，也感谢学校给我这个时机与大家交流。今天，我想与的是我在二四班家长委员会效劳中的一些体会。</w:t>
      </w:r>
      <w:r>
        <w:rPr>
          <w:lang w:eastAsia="zh-CN"/>
        </w:rPr>
        <w:br/>
      </w:r>
      <w:r>
        <w:rPr>
          <w:lang w:eastAsia="zh-CN"/>
        </w:rPr>
        <w:t>　　孩子们入学已经整整一年，他们从幼儿园里的小宝贝成功地转型为一名学生，在学校里收获知识，德智体美劳都有长足的开展与进步，这里饱含学校的督导、老师尽心教导、各位家长的全力配合。在大家的共同的努力下，我们的孩子已经适应学校的学习生活，顺利升入二年级，并荣耀地成为少先队员。</w:t>
      </w:r>
      <w:r>
        <w:rPr>
          <w:lang w:eastAsia="zh-CN"/>
        </w:rPr>
        <w:br/>
      </w:r>
    </w:p>
    <w:p w:rsidR="001B1F19" w14:textId="0AE8485B">
      <w:pPr>
        <w:pStyle w:val="Heading1"/>
        <w:jc w:val="center"/>
        <w:rPr>
          <w:rFonts w:hint="eastAsia"/>
          <w:lang w:eastAsia="zh-CN"/>
        </w:rPr>
      </w:pPr>
      <w:r>
        <w:rPr>
          <w:sz w:val="44"/>
          <w:lang w:eastAsia="zh-CN"/>
        </w:rPr>
        <w:t>2024家长委员会发言稿（34篇）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2024家长委员会发言稿（精选34篇）</w:t>
      </w:r>
      <w:r>
        <w:rPr>
          <w:lang w:eastAsia="zh-CN"/>
        </w:rPr>
        <w:br/>
      </w:r>
      <w:r>
        <w:rPr>
          <w:lang w:eastAsia="zh-CN"/>
        </w:rPr>
        <w:t xml:space="preserve">    2024家长委员会发言稿 篇1 </w:t>
      </w:r>
      <w:r>
        <w:rPr>
          <w:lang w:eastAsia="zh-CN"/>
        </w:rPr>
        <w:br/>
      </w:r>
      <w:r>
        <w:rPr>
          <w:lang w:eastAsia="zh-CN"/>
        </w:rPr>
        <w:t>　　尊敬的各位校，各位老师，各位家长：</w:t>
      </w:r>
      <w:r>
        <w:rPr>
          <w:lang w:eastAsia="zh-CN"/>
        </w:rPr>
        <w:br/>
      </w:r>
      <w:r>
        <w:rPr>
          <w:lang w:eastAsia="zh-CN"/>
        </w:rPr>
        <w:t>　　大家好！</w:t>
      </w:r>
      <w:r>
        <w:rPr>
          <w:lang w:eastAsia="zh-CN"/>
        </w:rPr>
        <w:br/>
      </w:r>
      <w:r>
        <w:rPr>
          <w:lang w:eastAsia="zh-CN"/>
        </w:rPr>
        <w:t>　　我是二年级四班家长，名叫，很荣幸能作为家长代表在此发言。</w:t>
      </w:r>
      <w:r>
        <w:rPr>
          <w:lang w:eastAsia="zh-CN"/>
        </w:rPr>
        <w:br/>
      </w:r>
      <w:r>
        <w:rPr>
          <w:lang w:eastAsia="zh-CN"/>
        </w:rPr>
        <w:t>　　首先，请允许我代表各位家长，向关心我们孩子成长的各位校、各位老师，表示由衷的感谢！同时，也感谢学校给我这个时机与大家交流。今天，我想与的是我在二四班家长委员会效劳中的一些体会。</w:t>
      </w:r>
      <w:r>
        <w:rPr>
          <w:lang w:eastAsia="zh-CN"/>
        </w:rPr>
        <w:br/>
      </w:r>
      <w:r>
        <w:rPr>
          <w:lang w:eastAsia="zh-CN"/>
        </w:rPr>
        <w:t>　　孩子们入学已经整整一年，他们从幼儿园里的小宝贝成功地转型为一名学生，在学校里收获知识，德智体美劳都有长足的开展与进步，这里饱含学校的督导、老师尽心教导、各位家长的全力配合。在大家的共同的努力下，我们的孩子已经适应学校的学习生活，顺利升入二年级，并荣耀地成为少先队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记得入学第一天，学校给我们上一节课，其中一个理念对我们影响很深：“家、校不是对立的，我们是站在同一个战壕里的战友，我们有共同的目的———培养我们的孩子〞。确实，刚刚跨入校门的孩子，不仅需要学校老师的努力，还需要家长全力配合。为密切家、校联系，我们在班主任老师和全体家长的支持下，自发组织成立四班家长委员会。以为家长效劳、学生效劳、班级效劳为宗旨，互敬互爱、齐心协力共建和谐班集体为目的，为四班孩子们的健康成长共同努力、无私奉献。</w:t>
      </w:r>
      <w:r>
        <w:rPr>
          <w:lang w:eastAsia="zh-CN"/>
        </w:rPr>
        <w:br/>
      </w:r>
      <w:r>
        <w:rPr>
          <w:lang w:eastAsia="zh-CN"/>
        </w:rPr>
        <w:t>　　成立家长委员会的初期，我们还没有工作制度，也没有经验可以借鉴，但我们知道，家长委员会的作用绝不是站在学校的对立面替家长指责学校工作的出气筒，也不是站在家长的对立面成为学校的传音筒。我们的任务是建立双方沟通的桥梁，疏导矛盾，凝聚力量，为促进班级的开展、孩子的进步，全心全意效劳。概括地讲，应该是六个字：沟通、理解、促进。沟通是理解的开始，理解是促进的根底。一是沟通。沟通让家长对学校、老师有更多的支持和理解，学校、老师的教学工作因此更加有的放矢。二是理解。理解让家、校气氛融洽，三十二个小家庭会聚成为一个大家庭，互重、互爱、互助，产生强劲的凝聚力和向心力。家、校双方处于团结、和谐、共进的良好局面。三是促进。通过家委会的工作，促进家、校双方在充分沟通与理解中寻找更好的教育契机，从而使孩子们得到家长与学校的双重关注，更有利于孩子们的健康成长与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为加强沟通，我们的家长委员会在每学期始、末都会召开一次家长委员会议，经验与缺乏，听取班主任老师本学期的教学，解学校近期教学重点与方向，这是进行有效沟通的重要环节。在解学校的教学重点与方向之后，家长委员会负责向家长宣传与解释，让广阔家长更加容易解学校教学目的与要求，理解各项教学活动的内涵，促进家、校同步教育，在教育孩子上达成目标共识。〔例如：成长记录册〕积极参与学校及班级的各种活动，带动各位家长的积极性，营造良好的气氛，为取得最正确活动效果创造条件。</w:t>
      </w:r>
      <w:r>
        <w:rPr>
          <w:lang w:eastAsia="zh-CN"/>
        </w:rPr>
        <w:br/>
      </w:r>
      <w:r>
        <w:rPr>
          <w:lang w:eastAsia="zh-CN"/>
        </w:rPr>
        <w:t>　　当然，沟通是双向的，家长委员会多渠道，广泛听取各位家长对学校、班级工作的反映和要求，及时把家长的意见和建议反响到学校、班级，与老师一起认真研究，寻求解决方法，并逐一反响。</w:t>
      </w:r>
      <w:r>
        <w:rPr>
          <w:lang w:eastAsia="zh-CN"/>
        </w:rPr>
        <w:br/>
      </w:r>
      <w:r>
        <w:rPr>
          <w:lang w:eastAsia="zh-CN"/>
        </w:rPr>
        <w:t>　　家长委员会成立一年来，我们做一些力所能及的工作，虽然琐碎也微缺乏道，却得到老师与家长的理解、支持和认可。班里的`事情家长们都会积极地参与，出谋划策；家长有困难，也会得到一呼百应的帮助。这样良好的气氛，让我们有足够的信心继续做好效劳工作，成为学校的得力助手、家长的好帮手。</w:t>
      </w:r>
      <w:r>
        <w:rPr>
          <w:lang w:eastAsia="zh-CN"/>
        </w:rPr>
        <w:br/>
      </w:r>
      <w:r>
        <w:rPr>
          <w:lang w:eastAsia="zh-CN"/>
        </w:rPr>
        <w:t>　　为标准和加强家长委员会的各项工作，9月，家长委员会召开专题会议，会议提出要建章立制，明确委员会的工作职责及分工，加强队伍建设，逐步完善工作流程。为更好地效劳班级，二四班的家长委员会做着积极的探索与尝试，希望在今后的学习生活中，能够充分发挥桥梁纽带作用，让班级与家庭共同和谐开展。</w:t>
      </w:r>
      <w:r>
        <w:rPr>
          <w:lang w:eastAsia="zh-CN"/>
        </w:rPr>
        <w:br/>
      </w:r>
      <w:r>
        <w:rPr>
          <w:lang w:eastAsia="zh-CN"/>
        </w:rPr>
        <w:t>　　有感而发，已经说很多，有不确之处，还请指正。在此，我再次向大力支持四班家长委员会的各位校、老师以及各位四班的家长表示真诚的感谢，祝愿大家身体健康、工作顺利！祝愿所有的孩子学习进步！生活愉快！谢谢大家！</w:t>
      </w:r>
      <w:r>
        <w:rPr>
          <w:lang w:eastAsia="zh-CN"/>
        </w:rPr>
        <w:br/>
      </w:r>
      <w:r>
        <w:rPr>
          <w:lang w:eastAsia="zh-CN"/>
        </w:rPr>
        <w:t xml:space="preserve">    2024家长委员会发言稿 篇2 </w:t>
      </w:r>
      <w:r>
        <w:rPr>
          <w:lang w:eastAsia="zh-CN"/>
        </w:rPr>
        <w:br/>
      </w:r>
      <w:r>
        <w:rPr>
          <w:lang w:eastAsia="zh-CN"/>
        </w:rPr>
        <w:t>　　尊敬的老师，各位家长：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大家好 ! 我是一 (1) 班妈妈。首先非常感谢班主任曹老师给予我这么好的一个机会，让我与大家在一起探讨教育孩子的问题。也非常感谢各位老师对精心培养。孩子在校的一点一滴进步都渗透着老师辛勤的汗水。在此，请允许我代表在座的家长们，对辛勤工作的老师们说声：“谢谢你们，你们辛苦了。”</w:t>
      </w:r>
      <w:r>
        <w:rPr>
          <w:lang w:eastAsia="zh-CN"/>
        </w:rPr>
        <w:br/>
      </w:r>
      <w:r>
        <w:rPr>
          <w:lang w:eastAsia="zh-CN"/>
        </w:rPr>
        <w:t>　　一、对孩子多一些表扬和鼓励有人说：</w:t>
      </w:r>
      <w:r>
        <w:rPr>
          <w:lang w:eastAsia="zh-CN"/>
        </w:rPr>
        <w:br/>
      </w:r>
      <w:r>
        <w:rPr>
          <w:lang w:eastAsia="zh-CN"/>
        </w:rPr>
        <w:t>　　“好孩子是夸出来的”。我非常赞同这个观点。只要孩子有点滴进步，都要及时表扬，让她有成就感，促使他再接再厉，退步时也尽量不要当面数落她。也不要拿自己孩子和别人孩子做对比。现在我回家时，女儿总能把拖鞋递给我。吃东西时总让我先吃。我总是会说：“哟，我们家囡囡长在了，知道疼妈妈了。”女儿听了，总会美滋滋的.，下次会更勤快。我们每个孩子身上都有很多的闪光点。家长如果经常表扬鼓励孩子，孩子一定会有出色的表现。</w:t>
      </w:r>
      <w:r>
        <w:rPr>
          <w:lang w:eastAsia="zh-CN"/>
        </w:rPr>
        <w:br/>
      </w:r>
      <w:r>
        <w:rPr>
          <w:lang w:eastAsia="zh-CN"/>
        </w:rPr>
        <w:t>　　二、培养孩子自觉性，养成好习惯尊敬的各位家长：</w:t>
      </w:r>
      <w:r>
        <w:rPr>
          <w:lang w:eastAsia="zh-CN"/>
        </w:rPr>
        <w:br/>
      </w:r>
      <w:r>
        <w:rPr>
          <w:lang w:eastAsia="zh-CN"/>
        </w:rPr>
        <w:t>　　大家上午好</w:t>
      </w:r>
      <w:r>
        <w:rPr>
          <w:lang w:eastAsia="zh-CN"/>
        </w:rPr>
        <w:t xml:space="preserve"> !密切家校联系，加强家校合作，是现代学校和学校教育发展的必然趋势，让家长参与学校管理，让家长监督学校办学行为是现代民主办学的基本要求，我们建立和完善家长委员会就是为了表明我们民主开放办学的决心和信心。就是为了坚持家校沟通与合作，让家长充分参与学校管理，有效体现家长对学校教育教学工作的知情权、评议权、参与权和监督权</w:t>
      </w:r>
      <w:r>
        <w:rPr>
          <w:lang w:eastAsia="zh-CN"/>
        </w:rPr>
        <w:t xml:space="preserve"> ;</w:t>
      </w:r>
      <w:r>
        <w:rPr>
          <w:lang w:eastAsia="zh-CN"/>
        </w:rPr>
        <w:t xml:space="preserve"> 完善学校、家庭、社会三位一体的教育体系，营造良好的教育环境</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深入推进素质教育，促进学生的全面发展。从孩子们的张张笑脸可以看出，他们的身心是愉悦的，他们的学习生活是充实的，孩子们真正成为了学校的主人，学校也真正成为了他们学习的乐园。</w:t>
      </w:r>
      <w:r>
        <w:rPr>
          <w:lang w:eastAsia="zh-CN"/>
        </w:rPr>
        <w:br/>
      </w:r>
      <w:r>
        <w:rPr>
          <w:lang w:eastAsia="zh-CN"/>
        </w:rPr>
        <w:t xml:space="preserve">    2024家长委员会发言稿 篇3 </w:t>
      </w:r>
      <w:r>
        <w:rPr>
          <w:lang w:eastAsia="zh-CN"/>
        </w:rPr>
        <w:br/>
      </w:r>
      <w:r>
        <w:rPr>
          <w:lang w:eastAsia="zh-CN"/>
        </w:rPr>
        <w:t>　　尊敬的老师、各位家长：</w:t>
      </w:r>
      <w:r>
        <w:rPr>
          <w:lang w:eastAsia="zh-CN"/>
        </w:rPr>
        <w:br/>
      </w:r>
      <w:r>
        <w:rPr>
          <w:lang w:eastAsia="zh-CN"/>
        </w:rPr>
        <w:t>　　大家好！</w:t>
      </w:r>
      <w:r>
        <w:rPr>
          <w:lang w:eastAsia="zh-CN"/>
        </w:rPr>
        <w:br/>
      </w:r>
      <w:r>
        <w:rPr>
          <w:lang w:eastAsia="zh-CN"/>
        </w:rPr>
        <w:t>　　我是咱班（二年级八班）_同学的家长，我叫陈杰。承蒙老师的厚爱和各位的信任，我非常荣幸地当选为我们班这一届的家长委员会主任。在这里，请允许我向各位表示深深的敬意和衷心的感谢！尽管我能力有限，但为了孩子健康快乐的成长，我还是带着一份喜悦，带着一份感激，责无旁贷地接下了这份神圣的使命。同时也感谢双语学校，为加强家校共建，继续为我们搭建了家长委员会这个平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细算起来，我们的孩子在双语学校也有将近一年半的时间了，在这段时间里，就我个人来说，对学校也有了新的认识。看到学校的`教学思想、育人宗旨、校区建设都非常有特色，我也为我当初的正确选择而高兴。简单来说，我之所以为我的孩子选择这个学校，就是因为我对这个学校有信心。我们孩子的老师，象班主任原老师，数学王老师等，都是年轻的老教师，有着无私的爱心和丰富的授课经验，我的孩子去年就跟着这些老师上课，从孩子的口中和与老师一年多的交流，我个人感觉，家长们普遍担心的势利、世故、为师不表的现象，在我们班这些老师的身上是不存在的，这些老师值得我们信任，更值得我们去学习。我们的孩子和这些老师集聚在一起，组成了一个强大的集体，这个集体就是现在的二年级八班，我们都有自己的事业，对于老师和孩子们来说，这个班级就是他们事业，我们都要为这个班级做后盾，尽已所能贡献力量。</w:t>
      </w:r>
      <w:r>
        <w:rPr>
          <w:lang w:eastAsia="zh-CN"/>
        </w:rPr>
        <w:br/>
      </w:r>
      <w:r>
        <w:rPr>
          <w:lang w:eastAsia="zh-CN"/>
        </w:rPr>
        <w:t>　　各位家长，为了孩子的未来，我们有责任有义务承担好家校共建这份光荣的任务，携手将“家长委员会”打造成双语教育教学工作的“智囊团”，充分发挥桥梁纽带作用，共同维护学校形象，大力宣传学校品牌，努力提高学校的公信度，使我们的学校更具活力和人文精神，为我们的孩子创造一个更好学习环境。</w:t>
      </w:r>
      <w:r>
        <w:rPr>
          <w:lang w:eastAsia="zh-CN"/>
        </w:rPr>
        <w:br/>
      </w:r>
      <w:r>
        <w:rPr>
          <w:lang w:eastAsia="zh-CN"/>
        </w:rPr>
        <w:t>　　俗话说：“十年树木，百年树人”。教育培养孩子，是一个系统而复杂的过程，单靠一方面力量，难以取得良好的教育效果，必须家庭、学校、社会等各方面力量通力合作。在小学阶段，家庭和学校是孩子健康成长的两个重要课堂。只有把这两个课堂很好的结合起来，我们才能够更好的了解孩子，更好地为他们提供一些帮助。因此，借助家长委员会这个平台，在座的每位家长委员都要发挥上传下达的作用，对于家长向学校提出的建议、想法和要求及时向学校反馈，协助学校找出相应的解决办法；对于学校向家长提出的目标要求和任务，我们要表示全力支持和配合，并通过多种渠道和方式传递给其他家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最后请老师和家长们放心，我们家长委员会将秉承“督导、帮助、反馈、建议”的工作方针，尽力做好这项工作。在此，我本人也代表家长委员会表个态：作为主任，我将积极与大家沟通、交流，认真工作。我们坚信，在老师的无私付出和各位家长的通力协作下，我们的学校会越来越好，我们的班级会越来越好，我们的孩子更会越来越好。</w:t>
      </w:r>
      <w:r>
        <w:rPr>
          <w:lang w:eastAsia="zh-CN"/>
        </w:rPr>
        <w:br/>
      </w:r>
      <w:r>
        <w:rPr>
          <w:lang w:eastAsia="zh-CN"/>
        </w:rPr>
        <w:t>　　谢谢大家！</w:t>
      </w:r>
      <w:r>
        <w:rPr>
          <w:lang w:eastAsia="zh-CN"/>
        </w:rPr>
        <w:br/>
      </w:r>
      <w:r>
        <w:rPr>
          <w:lang w:eastAsia="zh-CN"/>
        </w:rPr>
        <w:t xml:space="preserve">    2024家长委员会发言稿 篇4 </w:t>
      </w:r>
      <w:r>
        <w:rPr>
          <w:lang w:eastAsia="zh-CN"/>
        </w:rPr>
        <w:br/>
      </w:r>
      <w:r>
        <w:rPr>
          <w:lang w:eastAsia="zh-CN"/>
        </w:rPr>
        <w:t>　　尊敬的各位、老师，家长朋友们：</w:t>
      </w:r>
      <w:r>
        <w:rPr>
          <w:lang w:eastAsia="zh-CN"/>
        </w:rPr>
        <w:br/>
      </w:r>
      <w:r>
        <w:rPr>
          <w:lang w:eastAsia="zh-CN"/>
        </w:rPr>
        <w:t>　　大家下午！</w:t>
      </w:r>
      <w:r>
        <w:rPr>
          <w:lang w:eastAsia="zh-CN"/>
        </w:rPr>
        <w:br/>
      </w:r>
      <w:r>
        <w:rPr>
          <w:lang w:eastAsia="zh-CN"/>
        </w:rPr>
        <w:t>　　首先请允许做一下我：我是（一年级二班）妈妈，现在工作。能参加今天的活动感到非常荣幸，感谢__学校给我们了这样一个良的交流机会。借此机会，我想对__学校的和老师们表达一个家长由衷的谢意，感谢你们为孩子们的成长所付出的辛勤劳动！谢谢！</w:t>
      </w:r>
      <w:r>
        <w:rPr>
          <w:lang w:eastAsia="zh-CN"/>
        </w:rPr>
        <w:br/>
      </w:r>
      <w:r>
        <w:rPr>
          <w:lang w:eastAsia="zh-CN"/>
        </w:rPr>
        <w:t>　　大家知道，__学校有完备的教育设施，有先进的教育理念和管理制度，更有优秀敬业的教师队伍，我为我的孩子能在这样优秀的学校里学习感到自豪。今天学校组织家长委员会的竞选活动，本身就是学校规办学、管理创新的一项重要举措，为我们家长学习先进教育经验、积极参与学校活动了良平台，也必将为我们做一个更合格、更出色的家长打下良基础。我想，我今天参加家长委员会竞选主要基于以下两点：</w:t>
      </w:r>
      <w:r>
        <w:rPr>
          <w:lang w:eastAsia="zh-CN"/>
        </w:rPr>
        <w:br/>
      </w:r>
      <w:r>
        <w:rPr>
          <w:lang w:eastAsia="zh-CN"/>
        </w:rPr>
        <w:t>　　1.我有丰富的教育教学经验。我已经当了十几年教师，孩子的爸爸是大学教师，我们两对学生的教育有比较深的体会，虽然我们面对的教育对象是不同的，但教育是相通的，我们愿意把积累的经验和，并想通过参与家长委员会的'活动不断积累，继续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我有做家长委员会工作的信心和决心。自从孩子上幼儿园以来，我一直积极参加各种活动，积极投身家园共建活动中，我想今后我也会积极参加家长委员会组织的各项活动，并且有做学校交给的各项任务的能力，让家长委员会真正发挥联系学校和家庭的桥梁和纽带作用。</w:t>
      </w:r>
      <w:r>
        <w:rPr>
          <w:lang w:eastAsia="zh-CN"/>
        </w:rPr>
        <w:br/>
      </w:r>
      <w:r>
        <w:rPr>
          <w:lang w:eastAsia="zh-CN"/>
        </w:rPr>
        <w:t>　　无论能否当选，我都将积极履行职责，协调和利用各方面的资源，凝聚各方面力量为孩子们的成长搭建更广阔的平台；要谦虚、耐心地听取各方面的意见，积极调动广大师生、家长的参与意识，广泛地汇聚各类有益、合理的建议和倡议积极协助学校开展各类教育活动，为形成学校、课堂、家庭统一的良性和谐的大环境而努力，为孩子们的健康成长，为__学校的发展贡献绵薄之力。</w:t>
      </w:r>
      <w:r>
        <w:rPr>
          <w:lang w:eastAsia="zh-CN"/>
        </w:rPr>
        <w:br/>
      </w:r>
      <w:r>
        <w:rPr>
          <w:lang w:eastAsia="zh-CN"/>
        </w:rPr>
        <w:t>　　各位老师，各位家长，让我们共同努力，为孩子们的成长成才创造更加优越的环境，为__学校创造新的辉煌共同努力吧！谢谢大家！</w:t>
      </w:r>
      <w:r>
        <w:rPr>
          <w:lang w:eastAsia="zh-CN"/>
        </w:rPr>
        <w:br/>
      </w:r>
      <w:r>
        <w:rPr>
          <w:lang w:eastAsia="zh-CN"/>
        </w:rPr>
        <w:t xml:space="preserve">    2024家长委员会发言稿 篇5 </w:t>
      </w:r>
      <w:r>
        <w:rPr>
          <w:lang w:eastAsia="zh-CN"/>
        </w:rPr>
        <w:br/>
      </w:r>
      <w:r>
        <w:rPr>
          <w:lang w:eastAsia="zh-CN"/>
        </w:rPr>
        <w:t>　　家长代表：</w:t>
      </w:r>
      <w:r>
        <w:rPr>
          <w:lang w:eastAsia="zh-CN"/>
        </w:rPr>
        <w:br/>
      </w:r>
      <w:r>
        <w:rPr>
          <w:lang w:eastAsia="zh-CN"/>
        </w:rPr>
        <w:t>　　教育集团20__级家长委员会正式成立了，我代表学校表示热烈祝贺！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孩子是祖国的未来，民族的希望。全面提高孩子的综合素质，造就德智体美劳全面发展的栋梁之材，是学校和家长义不容辞的责任和共同的目标。要实现这一共同目标，学校和家庭必须对学生实施同步、双向的教育，做到家校密切合作，齐抓共管，二者缺一不可。为实现这一共同目标，本校在开展了“以德为纲，全面发展”的德育系统工程教育，既有远期的总体规划，又有近期的具体目标、安排。实施三年，初见成效。要使这项庞大的系统工程卓建成效，只靠学校一方难于胜任，急切需要家长的密切配合，为此学校决定成立新一届家长委员会，并给于高度的关心和重视。为成立班级家长委员会，学校发了致家长一封信，广大家长积极赞同和支持，通过公正、民主的推荐选拔，在座的各位成了家长委员会的成员。家长委员会的工作得到了你们的重视和支持。大家的重视，形成了一个强大的合力，为有效地开展家长委员会的工作，奠定了良好的基础。</w:t>
      </w:r>
      <w:r>
        <w:rPr>
          <w:lang w:eastAsia="zh-CN"/>
        </w:rPr>
        <w:br/>
      </w:r>
      <w:r>
        <w:rPr>
          <w:lang w:eastAsia="zh-CN"/>
        </w:rPr>
        <w:t>　　家长委员会的代表，占了全校学生家长的1/20，是家长中的佼佼者，我们不应辜负学校的期望和家长们的信赖，要全心全意履行家长委员会的各项职责。我们虽然工作繁忙，但是也应该抽出时间，勤到班级看看，勤和孩子们谈心，勤和家长们联系，勤和老师沟通，勤与校长对话，为学校营造良好的教育教学环境，为学校创设优良的育人氛围，我们应该满腔热忱地热心为孩子们服务，化解矛盾，创建良好的班风；做家长委员会工作，要付出一定的时间和精力，我们应该具有无私奉献的精神，献出一片爱心；我们应该积极参与班级、学校组织的一些重要活动，双方紧密配合，共担教育重任。总之，家长委员会是学校与家长，家长与学校之间建立的相互依托、相互信赖的桥梁和纽带，我们要切实发挥好桥梁和纽带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学校家长委员会已经成立，我们绝不能让它形同虚设，一定要真抓实干，让它有名有实。这全靠各位成员的高度责任感，认真履行职责，群策群力，勤恳工作。我们希望各家长委员会成员在探索、创新、发展中创出辉煌的业绩，与学校合作实现我们共同的目标，让孩子们在体验中健康成长，在明德中成人，在博学中成才！</w:t>
      </w:r>
      <w:r>
        <w:rPr>
          <w:lang w:eastAsia="zh-CN"/>
        </w:rPr>
        <w:br/>
      </w:r>
      <w:r>
        <w:rPr>
          <w:lang w:eastAsia="zh-CN"/>
        </w:rPr>
        <w:t xml:space="preserve">    2024家长委员会发言稿 篇6 </w:t>
      </w:r>
      <w:r>
        <w:rPr>
          <w:lang w:eastAsia="zh-CN"/>
        </w:rPr>
        <w:br/>
      </w:r>
      <w:r>
        <w:rPr>
          <w:lang w:eastAsia="zh-CN"/>
        </w:rPr>
        <w:t>　　尊敬的老师、各位家长，亲爱的同学们：</w:t>
      </w:r>
      <w:r>
        <w:rPr>
          <w:lang w:eastAsia="zh-CN"/>
        </w:rPr>
        <w:br/>
      </w:r>
      <w:r>
        <w:rPr>
          <w:lang w:eastAsia="zh-CN"/>
        </w:rPr>
        <w:t>　　大家下午好!</w:t>
      </w:r>
      <w:r>
        <w:rPr>
          <w:lang w:eastAsia="zh-CN"/>
        </w:rPr>
        <w:br/>
      </w:r>
      <w:r>
        <w:rPr>
          <w:lang w:eastAsia="zh-CN"/>
        </w:rPr>
        <w:t>　　我是。很荣幸，今天能在这里发言。首先，我代表全体同学对各位家长的到来表示热烈的欢迎。</w:t>
      </w:r>
      <w:r>
        <w:rPr>
          <w:lang w:eastAsia="zh-CN"/>
        </w:rPr>
        <w:br/>
      </w:r>
      <w:r>
        <w:rPr>
          <w:lang w:eastAsia="zh-CN"/>
        </w:rPr>
        <w:t>　　我们班是一个大家庭，生活在这样一个幸福的大家庭里，我们从心底里感到快乐。每天我们都朝气蓬勃，操场上有我们嘹亮的口号声，教室里有我们朗朗的读书声。有人说高中是一段苦旅，但在这苦旅中我们发现苦中有甜，因为我们寒窗苦读近十载，有许许多多慈母般爱抚我们、严父般要求我们的好老师;有我们团结互助，共同进步的同学，让我们感觉学校犹如家一般温暖。</w:t>
      </w:r>
      <w:r>
        <w:rPr>
          <w:lang w:eastAsia="zh-CN"/>
        </w:rPr>
        <w:br/>
      </w:r>
      <w:r>
        <w:rPr>
          <w:lang w:eastAsia="zh-CN"/>
        </w:rPr>
        <w:t>　　从开学到现在，十五班一直是优秀的代名词。现在依旧如此，我们班无论在学习成绩上还是日常行为规范上，都在全年级名列前茅。这充分说明我们的同学在用实际行动来证明我们确实长大了!在学习方面确实有不少付出，才会得到如此丰厚的回报。</w:t>
      </w:r>
      <w:r>
        <w:rPr>
          <w:lang w:eastAsia="zh-CN"/>
        </w:rPr>
        <w:br/>
      </w:r>
      <w:r>
        <w:rPr>
          <w:lang w:eastAsia="zh-CN"/>
        </w:rPr>
        <w:t>　　在日常行为规范问题上，我们班更是显示出了应有的良好的班风、班纪以及同学们良好的精神面貌，无论大小评比，十五班总会在优秀之列。当然，这一切都离不开班主任高老师的苦心教导和严格要求，使我们养成了较好的行为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历史老师是一位非常敬业，风趣幽默且极富激情的老师，大家也都很喜欢他。语文张老师是一位很有耐心，也很细心的老师。正是这样一大批优秀的老师带领着我们求知、学习，我们才会有今天喜人的成绩，我们才有自信能在未来高考中获得成功。她们都是那样热爱着他们的工作，对我们也是尽心尽责。像__老师，这三位老师真的很伟大，不仅担任班主任，还肩负着几个班的教学任务，但这一点也没有影响到他们的教学质量。其实，每个老师都在为我们的学业付出着，奋斗着。相信在他们的引导下，我们的学业定能更上一层楼!</w:t>
      </w:r>
      <w:r>
        <w:rPr>
          <w:lang w:eastAsia="zh-CN"/>
        </w:rPr>
        <w:br/>
      </w:r>
      <w:r>
        <w:rPr>
          <w:lang w:eastAsia="zh-CN"/>
        </w:rPr>
        <w:t>　　班级的建设不仅不能缺少老师的付出，大家的努力也是必不可少的。在这半学期中，我们班的班委会同学工作尽心尽力。比如团委宣传委员何洛同学为我们设计制作学习园地，在每次校团委组织的活动中积极号召同学参与，取得优异成绩。值日组长__同学能够在做好自己份内工作的'同时，多次主动帮助其他同学工作，得到全班同学的肯定，十分值得我们每位同学学习。</w:t>
      </w:r>
      <w:r>
        <w:rPr>
          <w:lang w:eastAsia="zh-CN"/>
        </w:rPr>
        <w:br/>
      </w:r>
      <w:r>
        <w:rPr>
          <w:lang w:eastAsia="zh-CN"/>
        </w:rPr>
        <w:t>　　但是，在榜样的面前，还是有许多同学显示出了自己的不足。比如在自习课上交头接耳，影响自习纪律、不按时完成作业。这些同学中，有许多并没有尽自己最大的努力去学习，还有极大的潜力可挖。</w:t>
      </w:r>
      <w:r>
        <w:rPr>
          <w:lang w:eastAsia="zh-CN"/>
        </w:rPr>
        <w:br/>
      </w:r>
      <w:r>
        <w:rPr>
          <w:lang w:eastAsia="zh-CN"/>
        </w:rPr>
        <w:t>　　所以，我们同样希望这些同学的家长能够更好地起到督促作用，能使这些暂时落后的同学尽快跟上班级的节奏，更好地融入到我们这个优秀的集体中来。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尊敬的各位家长：我们班过去的辉煌，已经成为历史。相信，在今后两年多的时间里，在我们全体老师、同学以及各位家长的共同努力下，我们一定会交上一份满意的答卷!谢谢!</w:t>
      </w:r>
      <w:r>
        <w:rPr>
          <w:lang w:eastAsia="zh-CN"/>
        </w:rPr>
        <w:br/>
      </w:r>
      <w:r>
        <w:rPr>
          <w:lang w:eastAsia="zh-CN"/>
        </w:rPr>
        <w:t xml:space="preserve">    2024家长委员会发言稿 篇7 </w:t>
      </w:r>
      <w:r>
        <w:rPr>
          <w:lang w:eastAsia="zh-CN"/>
        </w:rPr>
        <w:br/>
      </w:r>
      <w:r>
        <w:rPr>
          <w:lang w:eastAsia="zh-CN"/>
        </w:rPr>
        <w:t>　　尊敬的校领导、老师、家长朋友们：</w:t>
      </w:r>
      <w:r>
        <w:rPr>
          <w:lang w:eastAsia="zh-CN"/>
        </w:rPr>
        <w:br/>
      </w:r>
      <w:r>
        <w:rPr>
          <w:lang w:eastAsia="zh-CN"/>
        </w:rPr>
        <w:t>　　首先，我代表家长委员会对新一届家长委员表示热烈欢迎！有你们的参与，我们的队伍更有朝气了、更有活力了、更有后劲了！</w:t>
      </w:r>
      <w:r>
        <w:rPr>
          <w:lang w:eastAsia="zh-CN"/>
        </w:rPr>
        <w:br/>
      </w:r>
      <w:r>
        <w:rPr>
          <w:lang w:eastAsia="zh-CN"/>
        </w:rPr>
        <w:t>　　今天，我们在这里听取校方对合理化建议的答复，探讨下一阶段家长委员会的工作，统一思想，参教议教，各抒己见，共同推动学校各项工作再上新台阶、再创新辉煌。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要完善家校合作育人机制。倡导家校共育，形成教育合力。规范和强化家长委员会建设，发挥家长委员会在参与学校民主管理、调动社会资源支持和服务学校教育工作、引领家庭教育中的重要作用。通过教育行政部门、社团组织、学校等多种渠道，强化家庭教育培训，提升家长教育能力。各级政府要逐步设立专项资金，开展家庭教育培训，奖励家庭教育工作先进学校，推动区域内家庭教育有效开展。可以说，家长会员会的继续发展壮大，上级有政策、家长有期盼、学校有响应，我们信心十足。虽然已取得了明显成效，但由于时间短、经验少，还有一些需要进一步完善的地方：家校之间信息沟通得不足，学校对家长单向灌输得多，双向互动得少；家长对家校合作重要性的认识不足，参与态度也比较消极，有的家长认为自己没有权利参与学校教育，有的家长畏惧与教师合作，认为自己缺乏教育的方法和知识，更多的家长是学校让干什么就干什么，习惯于听从教师的安排。我相信，经过我们的共同努力，这些问题必将会在今后工作中得到有效解决，家长委员会必将成为全市教育改革中的新亮点，孩子们必将在学校家长的共同关爱下茁壮成长。</w:t>
      </w:r>
      <w:r>
        <w:rPr>
          <w:lang w:eastAsia="zh-CN"/>
        </w:rPr>
        <w:br/>
      </w:r>
      <w:r>
        <w:rPr>
          <w:lang w:eastAsia="zh-CN"/>
        </w:rPr>
        <w:t>　　应该说，在座的每一位委员都跟我一样，得到了学校领导和老师的高度信任，信任我们有能力、有爱心，信任我们能够担当起这一重任。虽然这个职务没有级别，没有报酬，但它是最荣光的职务。主要体现在“四个需要”上。</w:t>
      </w:r>
      <w:r>
        <w:rPr>
          <w:lang w:eastAsia="zh-CN"/>
        </w:rPr>
        <w:br/>
      </w:r>
      <w:r>
        <w:rPr>
          <w:lang w:eastAsia="zh-CN"/>
        </w:rPr>
        <w:t>　　一、参与到家长委员会中来，是家长参教议教的需要。如今的父母大多只有一个孩子，孩子还有爷爷奶奶、姥姥姥爷等直系亲戚，基本上六个以上的大人关注一个小孩，于是都希望自己的孩子成为“人中的龙、人中的凤”，所以对于孩子的教育都倾注的大量的心血，对于孩子的成长寄与厚望。在这种情况下，家长越来越关注学校教育，越来越希望能够参与学校的各种活动中。应合广大家长的所思、所盼，桃园中学及时成立了家长委员会，为家长搭建与学校沟通的平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二、参与到家长委员会中来，是孩子健康成长的需要。家长对学校教育的参与，对学生终生都会有重要影响。首先，家长的参与和学生的学业成绩之间有着紧密的联系。不论家长的贫富、身份背景及受教育程度如何，只要亲自参与到孩子的学习中，与孩子共进步、同成长，孩子的学业成绩就很优异。（有的家长与孩子一起读书、背书、一起唱歌，一起探讨问题）其次，家长参与学生的德育教育有着紧密联系。家长参与孩子的教育，学生的不良行为诸如嗜酒、暴力、反社会之类的行为将会大幅度的下降。我们家长委员不只是参与了，而是积极参与、广泛地参与，我们的孩子从中更会受益的。第三，家长参与学生人身安全有着紧密联系。可以说，社会安全最重要的是人身安全，最让人牵挂揪心的是孩子安全，国家自上而下特别重视了校园安全，安排了大批警察在校园周围。但大家每次来接送孩子的时候也看到了，那么多的学生、那么乱的环境，那么几个警察能够看得过来吗？如果咱们家长委员加入这支队伍中，在接送孩子时，也佩戴上学校统一发的红袖章，那效果会怎么样？不法分子看到那么多执勤的人，还敢靠近？去年，有的家长参与了孩子们的远足活动和文艺体育活动，担当起了学生们的卫士，值得推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参与到家长委员会中来，是家长之间沟通的需要。（现在，许多家长都看明白了一个问题，挣多少钱是多，做多大的官是大，都奔四十的人了，只要家庭平平安安，孩子健康成长就行了。咱们能为孩子做点什么？除了生活上关心，还有什么好的方法，这就需要家长之间的沟通）。当前，推进家庭教育健康发展，需要一大批家庭教育的指导者，这支队伍的组成光靠学校教师是远远不够的，而在广大家长委员中，有一大批家庭教育热心人，一大批家庭教育的成功者，他们的现身说法，会让每个家庭的教育都得到启发和提高。参与到家长委员会中，谈论教子经验，使家长获得了一些成功的经验，尝试了有效的家教方法。另外，有时可能有些话想跟学校老师诉说，有些事想跟学校领导反映，可又不能当面说，家长委员就成了全体家长利益的“代言人”。（很多家长沟通时说起：孩子的近视眼问题、写字姿势问题、哪一家的乒乓球教得好，学校投影仪问题，有很多家长合作，有的送，有的接。前几天走丢了孩子，就是因为沟通不好的结果）</w:t>
      </w:r>
      <w:r>
        <w:rPr>
          <w:lang w:eastAsia="zh-CN"/>
        </w:rPr>
        <w:br/>
      </w:r>
      <w:r>
        <w:rPr>
          <w:lang w:eastAsia="zh-CN"/>
        </w:rPr>
        <w:t>　　四、参与到家长委员会中来，是学校可持续发展的需要。许多发达国家和地区的实践证明，家长是学校教育的学习者，是学校活动的自愿支持者，是学校办学行为的决策参与者。让家长参与到学校的教育管理中来，共同为中小学生的成长把脉，是学校工作的迫切需要。实践证明，与家长合作愉快的学校，教师士气高，能得到家长的好评；有家长参与的学校，其教育活动优胜于同类没有家长参与的学校的教育活动，学校声望提高。</w:t>
      </w:r>
      <w:r>
        <w:rPr>
          <w:lang w:eastAsia="zh-CN"/>
        </w:rPr>
        <w:br/>
      </w:r>
      <w:r>
        <w:rPr>
          <w:lang w:eastAsia="zh-CN"/>
        </w:rPr>
        <w:t>　　关于如何担任一名合格的家长委员，一是用“心”，惦记着；二是用“脑”，思考着（出主意）；三是用“眼”，关注着（中央、省、市、学校关于教育）；四是用“嘴”，宣传着（家长向学校提出的建议、想法和要求及时向学校反馈，协助学校找出相应的解决办法；对于学校向家长提出的目标要求和任务，我们要表示全力支持和配合，并通过多种渠道和方式传递给其他家长）；五是用“耳”，倾听着（社会上也有很多人想支持学校，但苦于没有途径。）；六是用“腿”，勤跑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相信，家长委员们能够用自己的实际行动参与到北台小学教育教学工作中，我也相信，北台小学能够不断加强教师队伍建设，不断提高办学水平。只要我们精诚合作，心往一处想，劲往一处使，北台小学的教育事业一定会蒸蒸日上，我们的孩子们一定会健康成长，一定能够赢在起跑线上。</w:t>
      </w:r>
      <w:r>
        <w:rPr>
          <w:lang w:eastAsia="zh-CN"/>
        </w:rPr>
        <w:br/>
      </w:r>
      <w:r>
        <w:rPr>
          <w:lang w:eastAsia="zh-CN"/>
        </w:rPr>
        <w:t xml:space="preserve">    2024家长委员会发言稿 篇8 </w:t>
      </w:r>
      <w:r>
        <w:rPr>
          <w:lang w:eastAsia="zh-CN"/>
        </w:rPr>
        <w:br/>
      </w:r>
      <w:r>
        <w:rPr>
          <w:lang w:eastAsia="zh-CN"/>
        </w:rPr>
        <w:t>　　尊敬的各位老师、家长朋友们：</w:t>
      </w:r>
      <w:r>
        <w:rPr>
          <w:lang w:eastAsia="zh-CN"/>
        </w:rPr>
        <w:br/>
      </w:r>
      <w:r>
        <w:rPr>
          <w:lang w:eastAsia="zh-CN"/>
        </w:rPr>
        <w:t>　　大家好!</w:t>
      </w:r>
      <w:r>
        <w:rPr>
          <w:lang w:eastAsia="zh-CN"/>
        </w:rPr>
        <w:br/>
      </w:r>
      <w:r>
        <w:rPr>
          <w:lang w:eastAsia="zh-CN"/>
        </w:rPr>
        <w:t>　　本人名叫，是六（2）班_同学的家长。在这里首先感谢学校、老师给予我这么好的一个机会，感谢大家的信任与厚爱,我很荣幸地成为本校的家委会成员之一，能站在这里和大家共同探讨孩子的成长教育相关事宜。我们选择了忠信小学，事实证明我们的选择是正确的，通过近年的教育，我们的孩子逐渐成熟起来，老师们落落大方的举止、生活朴实的作风、勤奋好学的精神，潜移默化地影响着我们的孩子，让他（她）们在这里养成良好的学习和生活习惯，正是由于老师们对孩子的无私奉献和谆谆教导，使每个孩子都有了可喜的进步。在此，我代表与会的各位家长对各位老师的辛勤教育表示衷心的感谢！ 为了履行好家委会的职责，我想要重点做好以下几个方面的工作：</w:t>
      </w:r>
      <w:r>
        <w:rPr>
          <w:lang w:eastAsia="zh-CN"/>
        </w:rPr>
        <w:br/>
      </w:r>
      <w:r>
        <w:rPr>
          <w:lang w:eastAsia="zh-CN"/>
        </w:rPr>
        <w:t>　　1、真诚沟通。</w:t>
      </w:r>
      <w:r>
        <w:rPr>
          <w:lang w:eastAsia="zh-CN"/>
        </w:rPr>
        <w:br/>
      </w:r>
      <w:r>
        <w:rPr>
          <w:lang w:eastAsia="zh-CN"/>
        </w:rPr>
        <w:t>　　将家长委员会建成一座桥梁，成为学校、老师、家长和学生四方受益的一个组织，在互相理解，相互尊重的基础上，建立学校、家长、孩子之间真诚的信息渠道。多参与了解将学校的教育近况反映到大多数家庭，同时将家长们的普遍意见和看法及时反馈给学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2、加强协调。</w:t>
      </w:r>
      <w:r>
        <w:rPr>
          <w:lang w:eastAsia="zh-CN"/>
        </w:rPr>
        <w:br/>
      </w:r>
      <w:r>
        <w:rPr>
          <w:lang w:eastAsia="zh-CN"/>
        </w:rPr>
        <w:t>　　对于学校教育管理工作上的一些安排，家长委员会要抱着实事求是的态度，认为正确的'大力支持，认为有误的，直言反映，把事实反馈给家长委员会，由家委会反馈给各位家长。家委会要加强协调，在学校、老师、家长、孩子之间营造和谐、信任的气氛。</w:t>
      </w:r>
      <w:r>
        <w:rPr>
          <w:lang w:eastAsia="zh-CN"/>
        </w:rPr>
        <w:br/>
      </w:r>
      <w:r>
        <w:rPr>
          <w:lang w:eastAsia="zh-CN"/>
        </w:rPr>
        <w:t>　　3、出谋划策。</w:t>
      </w:r>
      <w:r>
        <w:rPr>
          <w:lang w:eastAsia="zh-CN"/>
        </w:rPr>
        <w:br/>
      </w:r>
      <w:r>
        <w:rPr>
          <w:lang w:eastAsia="zh-CN"/>
        </w:rPr>
        <w:t>　　家长委员会的成员，要代表家长们关心学校，为学校开展素质教育活动出谋划策，提供力所能及的支持和帮助，家长委员会配合学校，多组织各种活动，调动孩子、家长参与到学校教育中，让教育不仅仅限于孩子对知识的学习，而在于德智体全面的发展，让每一个孩子在忠信小学都能留下美好记忆，交下更多的朋友，在老师和家长的共同努力、关心和帮助下，快乐、阳光的成长。</w:t>
      </w:r>
      <w:r>
        <w:rPr>
          <w:lang w:eastAsia="zh-CN"/>
        </w:rPr>
        <w:br/>
      </w:r>
      <w:r>
        <w:rPr>
          <w:lang w:eastAsia="zh-CN"/>
        </w:rPr>
        <w:t>　　4、做好表率。</w:t>
      </w:r>
      <w:r>
        <w:rPr>
          <w:lang w:eastAsia="zh-CN"/>
        </w:rPr>
        <w:br/>
      </w:r>
      <w:r>
        <w:rPr>
          <w:lang w:eastAsia="zh-CN"/>
        </w:rPr>
        <w:t>　　家庭教育是学校教育的重要补充，我们家长是孩子的第一任老师，所以，我们以言传身教潜移默化地影响、引导孩子树立正确的待人接物之道，良好的生活学习习惯。</w:t>
      </w:r>
      <w:r>
        <w:rPr>
          <w:lang w:eastAsia="zh-CN"/>
        </w:rPr>
        <w:br/>
      </w:r>
      <w:r>
        <w:rPr>
          <w:lang w:eastAsia="zh-CN"/>
        </w:rPr>
        <w:t xml:space="preserve">    2024家长委员会发言稿 篇9 </w:t>
      </w:r>
      <w:r>
        <w:rPr>
          <w:lang w:eastAsia="zh-CN"/>
        </w:rPr>
        <w:br/>
      </w:r>
      <w:r>
        <w:rPr>
          <w:lang w:eastAsia="zh-CN"/>
        </w:rPr>
        <w:t>　　恭敬的滨河学校领导、家委会成员及家长伴侣们：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大家晚上好!我是滨河学校一(2)班妈妈，很荣幸今日能在这里与大家一起参加竞选，我要竞选的是一班级家委会的班级委员及校委会康体部，希翼得到大家的支持!首先在此十分谢谢滨河学校给我们大家提供了这样一个难得的学习、沟通的`机会。此刻我的情绪很感动，既高兴又忐忑。</w:t>
      </w:r>
      <w:r>
        <w:rPr>
          <w:lang w:eastAsia="zh-CN"/>
        </w:rPr>
        <w:br/>
      </w:r>
      <w:r>
        <w:rPr>
          <w:lang w:eastAsia="zh-CN"/>
        </w:rPr>
        <w:t>　　先说说我为什么参选吧，最主要的目的就是为了孩子给我们全部的家长做一个乐观的表率。体贴孩子，由我做起!我的优势是：</w:t>
      </w:r>
      <w:r>
        <w:rPr>
          <w:lang w:eastAsia="zh-CN"/>
        </w:rPr>
        <w:br/>
      </w:r>
      <w:r>
        <w:rPr>
          <w:lang w:eastAsia="zh-CN"/>
        </w:rPr>
        <w:t>　　一、我时光充足，刚辞完职趁着还没与社会脱节的热乎劲儿，好好的为我们的孩子家长服务;</w:t>
      </w:r>
      <w:r>
        <w:rPr>
          <w:lang w:eastAsia="zh-CN"/>
        </w:rPr>
        <w:br/>
      </w:r>
      <w:r>
        <w:rPr>
          <w:lang w:eastAsia="zh-CN"/>
        </w:rPr>
        <w:t>　　二、我有热烈，从小打到我都属于文艺长处生，试试弥漫着激情，高校毕业后又在服务窗口工作了十三年，有耐心做好各种交流工作;</w:t>
      </w:r>
      <w:r>
        <w:rPr>
          <w:lang w:eastAsia="zh-CN"/>
        </w:rPr>
        <w:br/>
      </w:r>
      <w:r>
        <w:rPr>
          <w:lang w:eastAsia="zh-CN"/>
        </w:rPr>
        <w:t>　　三、我有精力，能全力协作小学的各项活动，机动灵便的完场小学暂时安排的各项任务;四、也是最重要的，我有爱心，怎么说我也是当下最流行的八零后母亲，对于教导和认知是最能感同身受的，从小我们所受的教导就是与人为善，做人诚挚，常怀一颗感恩之心，教师们的辛劳与不易，孩子们的自尊与天性，都应当得到我们的敬重与爱惜。</w:t>
      </w:r>
      <w:r>
        <w:rPr>
          <w:lang w:eastAsia="zh-CN"/>
        </w:rPr>
        <w:br/>
      </w:r>
      <w:r>
        <w:rPr>
          <w:lang w:eastAsia="zh-CN"/>
        </w:rPr>
        <w:t>　　加入家委会后，请各位信任：我要努力做到，协作小学、教师对同学的爱，联合家长对子女的爱，将我们大家的爱整合在一起，形成教导的合力，让我们的孩子健康成长，欢乐学习!</w:t>
      </w:r>
      <w:r>
        <w:rPr>
          <w:lang w:eastAsia="zh-CN"/>
        </w:rPr>
        <w:br/>
      </w:r>
      <w:r>
        <w:rPr>
          <w:lang w:eastAsia="zh-CN"/>
        </w:rPr>
        <w:t>　　最好祝我们的滨河学校越办越好!我们的滨小家教会永久朝气蓬勃!</w:t>
      </w:r>
      <w:r>
        <w:rPr>
          <w:lang w:eastAsia="zh-CN"/>
        </w:rPr>
        <w:br/>
      </w:r>
      <w:r>
        <w:rPr>
          <w:lang w:eastAsia="zh-CN"/>
        </w:rPr>
        <w:t xml:space="preserve">    2024家长委员会发言稿 篇10 </w:t>
      </w:r>
      <w:r>
        <w:rPr>
          <w:lang w:eastAsia="zh-CN"/>
        </w:rPr>
        <w:br/>
      </w:r>
      <w:r>
        <w:rPr>
          <w:lang w:eastAsia="zh-CN"/>
        </w:rPr>
        <w:t>　　尊敬的各位老师、家长朋友们：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大家好我叫，是一（四）班_同学的家长。在这里首先感谢学校、老师给予我这么好的一个机会，感谢大家的信任与厚爱我很荣幸地成为本班的家委会成员之一，能站在这里和大家共同探讨孩子的成长教育相关事宜。</w:t>
      </w:r>
      <w:r>
        <w:rPr>
          <w:lang w:eastAsia="zh-CN"/>
        </w:rPr>
        <w:br/>
      </w:r>
      <w:r>
        <w:rPr>
          <w:lang w:eastAsia="zh-CN"/>
        </w:rPr>
        <w:t>　　时间过得很快。孩子们初入校门时的无所适从还历历在目，一晃两个月去了。在班主任厉老师的辛劳下，每个孩子都有了可喜的进步。老师通过校讯通每天传达着当天的学习内容和作业，给我们家长提供了很大的方便，让我们有针对性的辅导孩子作业，更清楚的掌握孩子们的情况，老师们工作的认真和负责让我们做家长的深感惭愧，在此，我代表入会的各位家长对各位老师的辛勤教育表示衷心的感谢！</w:t>
      </w:r>
      <w:r>
        <w:rPr>
          <w:lang w:eastAsia="zh-CN"/>
        </w:rPr>
        <w:br/>
      </w:r>
      <w:r>
        <w:rPr>
          <w:lang w:eastAsia="zh-CN"/>
        </w:rPr>
        <w:t>　　更要感谢孩子们！因为他们，我们54个家庭汇聚在了一起；成为一个大家庭与我们息息相关，我们家委会更是要为这个大家庭贡献一份力量。</w:t>
      </w:r>
      <w:r>
        <w:rPr>
          <w:lang w:eastAsia="zh-CN"/>
        </w:rPr>
        <w:br/>
      </w:r>
      <w:r>
        <w:rPr>
          <w:lang w:eastAsia="zh-CN"/>
        </w:rPr>
        <w:t>　　家委会将重点做好以下几个方面的工作：</w:t>
      </w:r>
      <w:r>
        <w:rPr>
          <w:lang w:eastAsia="zh-CN"/>
        </w:rPr>
        <w:br/>
      </w:r>
      <w:r>
        <w:rPr>
          <w:lang w:eastAsia="zh-CN"/>
        </w:rPr>
        <w:t>　　1、真诚沟通。</w:t>
      </w:r>
      <w:r>
        <w:rPr>
          <w:lang w:eastAsia="zh-CN"/>
        </w:rPr>
        <w:br/>
      </w:r>
      <w:r>
        <w:rPr>
          <w:lang w:eastAsia="zh-CN"/>
        </w:rPr>
        <w:t>　　将家长委员会建成一座桥梁，成为学校、老师、家长和学生四方受益的一个组织，在互相理解，相互尊重的基础上，建立学校、家长、孩子之间真诚的信息渠道。多参与了解将学校的教育近况反映到大多数家庭，同时将家长们的普遍意见和看法及时反馈给学校。班级群，为全体家长创建了这个相互交流的平台。希望家长能在这里充分地交流，分享经验和快乐。</w:t>
      </w:r>
      <w:r>
        <w:rPr>
          <w:lang w:eastAsia="zh-CN"/>
        </w:rPr>
        <w:br/>
      </w:r>
      <w:r>
        <w:rPr>
          <w:lang w:eastAsia="zh-CN"/>
        </w:rPr>
        <w:t>　　2、加强协调。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对于学校教育管理工作上的一些安排，家长委员会要抱着实事求是的态度，认为正确的大力支持，例如校讯通每天记录孩子们的学习内容和每天布置的作业，像这样的我们就应该全力支持。认为有误的，直言反映。家委会成员要加强协调，在学校、老师、家长、孩子之间营造和谐、信任的气氛。</w:t>
      </w:r>
      <w:r>
        <w:rPr>
          <w:lang w:eastAsia="zh-CN"/>
        </w:rPr>
        <w:br/>
      </w:r>
      <w:r>
        <w:rPr>
          <w:lang w:eastAsia="zh-CN"/>
        </w:rPr>
        <w:t>　　3、出谋划策。</w:t>
      </w:r>
      <w:r>
        <w:rPr>
          <w:lang w:eastAsia="zh-CN"/>
        </w:rPr>
        <w:br/>
      </w:r>
      <w:r>
        <w:rPr>
          <w:lang w:eastAsia="zh-CN"/>
        </w:rPr>
        <w:t>　　为班级开展素质教育活动出谋划策，提供力所能及的支持和帮助，家长委员会配合学校，多组织各种活动，调动孩子、家长参与到学校教育中，让教育不仅仅限于孩子对知识的学习，而在于德智体全面的发展，让我们携起手来，共同努力把一年级四班建设好，让每一个孩子在这里都能留下美好记忆，在老师和家长的共同努力、关心和帮助下，快乐、阳光的茁壮成长。</w:t>
      </w:r>
      <w:r>
        <w:rPr>
          <w:lang w:eastAsia="zh-CN"/>
        </w:rPr>
        <w:br/>
      </w:r>
      <w:r>
        <w:rPr>
          <w:lang w:eastAsia="zh-CN"/>
        </w:rPr>
        <w:t>　　4、建立班级分组管理。</w:t>
      </w:r>
      <w:r>
        <w:rPr>
          <w:lang w:eastAsia="zh-CN"/>
        </w:rPr>
        <w:br/>
      </w:r>
      <w:r>
        <w:rPr>
          <w:lang w:eastAsia="zh-CN"/>
        </w:rPr>
        <w:t>　　每一位家委会成员对应10位家长，以便紧急事情以电话、短信的方式及时向全体家长通知。</w:t>
      </w:r>
      <w:r>
        <w:rPr>
          <w:lang w:eastAsia="zh-CN"/>
        </w:rPr>
        <w:br/>
      </w:r>
      <w:r>
        <w:rPr>
          <w:lang w:eastAsia="zh-CN"/>
        </w:rPr>
        <w:t>　　5、做好表率。</w:t>
      </w:r>
      <w:r>
        <w:rPr>
          <w:lang w:eastAsia="zh-CN"/>
        </w:rPr>
        <w:br/>
      </w:r>
      <w:r>
        <w:rPr>
          <w:lang w:eastAsia="zh-CN"/>
        </w:rPr>
        <w:t>　　家庭教育是学校教育的重要补充，我们家长是孩子的'第一任老师，所以，我们以言传身教潜移默化地影响、引导孩子树立正确的待人接物之道，良好的生活学习习惯。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们没有经验，但是我们不缺少热情；我们没有制度，但是我们不缺乏自律。我们所有的努力都是为了孩子们生活得更快乐，但是我们偶尔也会感觉心有余而力不足，更重要的是我们这个大家庭里人才济济，肯定有更多的家长愿意也有能力更好地为班级服务，家委会的’工作有大家支持肯定会更上一层楼。</w:t>
      </w:r>
      <w:r>
        <w:rPr>
          <w:lang w:eastAsia="zh-CN"/>
        </w:rPr>
        <w:br/>
      </w:r>
      <w:r>
        <w:rPr>
          <w:lang w:eastAsia="zh-CN"/>
        </w:rPr>
        <w:t>　　家长委员会努力为学校教育营造良好的外部环境积极配合本年级学生开展的活动，请老师和家长们放心，我们家长委员会将秉承“督导、帮助、反馈、建议”的工作方针，全力做好这项工作。在此，我本人也代表家长委员会表个态：作为主任，我将积极与大家沟通、交流，认真工作。我们坚信，在老师的无私付出和各位家长的通力协作下，我们的学校会越来越好，我们的孩子会越来越好，相信大家的努力会给孩子一个崭新的平台！谢谢大家！</w:t>
      </w:r>
      <w:r>
        <w:rPr>
          <w:lang w:eastAsia="zh-CN"/>
        </w:rPr>
        <w:br/>
      </w:r>
      <w:r>
        <w:rPr>
          <w:lang w:eastAsia="zh-CN"/>
        </w:rPr>
        <w:t xml:space="preserve">    2024家长委员会发言稿 篇11 </w:t>
      </w:r>
      <w:r>
        <w:rPr>
          <w:lang w:eastAsia="zh-CN"/>
        </w:rPr>
        <w:br/>
      </w:r>
      <w:r>
        <w:rPr>
          <w:lang w:eastAsia="zh-CN"/>
        </w:rPr>
        <w:t>　　尊敬的各位领导、老师，家长朋友们：</w:t>
      </w:r>
      <w:r>
        <w:rPr>
          <w:lang w:eastAsia="zh-CN"/>
        </w:rPr>
        <w:br/>
      </w:r>
      <w:r>
        <w:rPr>
          <w:lang w:eastAsia="zh-CN"/>
        </w:rPr>
        <w:t>　　大家下午好！</w:t>
      </w:r>
      <w:r>
        <w:rPr>
          <w:lang w:eastAsia="zh-CN"/>
        </w:rPr>
        <w:br/>
      </w:r>
      <w:r>
        <w:rPr>
          <w:lang w:eastAsia="zh-CN"/>
        </w:rPr>
        <w:t>　　首先请允许做一下我自我介绍：我是妈妈，现在工作。能参加今天的活动感到非常荣幸，感谢__学校给我们提供了这样一个良好的交流机会。借此机会，我想对__学校的领导和老师们表达一个家长由衷的谢意，感谢你们为孩子们的成长所付出的辛勤劳动！谢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大家知道，__学校有完备的教育设施，有先进的教育理念和管理制度，更有优秀敬业的教师队伍，我为我的孩子能在这样优秀的学校里学习感到自豪。今天学校组织家长委员会的竞选活动，本身就是学校规范办学、管理创新的一项重要举措，为我们家长学习先进教育经验、积极参与学校活动提供了良好平台，也必将为我们做一个更合格、更出色的家长打下良好基础。我想，我今天参加家长委员会竞选主要基于以下两点：</w:t>
      </w:r>
      <w:r>
        <w:rPr>
          <w:lang w:eastAsia="zh-CN"/>
        </w:rPr>
        <w:br/>
      </w:r>
      <w:r>
        <w:rPr>
          <w:lang w:eastAsia="zh-CN"/>
        </w:rPr>
        <w:t>　　1.我有丰富的教育教学经验。</w:t>
      </w:r>
      <w:r>
        <w:rPr>
          <w:lang w:eastAsia="zh-CN"/>
        </w:rPr>
        <w:br/>
      </w:r>
      <w:r>
        <w:rPr>
          <w:lang w:eastAsia="zh-CN"/>
        </w:rPr>
        <w:t>　　已经当了十几年教师，孩子的爸爸是大学教师，我们两个人对学生的教育有比较深的体会，虽然我们面对的教育对象是不同的，但教育是相通的，我们愿意把积累的经验和大家分享，并想通过参与家长委员会的活动不断积累，继续提高。</w:t>
      </w:r>
      <w:r>
        <w:rPr>
          <w:lang w:eastAsia="zh-CN"/>
        </w:rPr>
        <w:br/>
      </w:r>
      <w:r>
        <w:rPr>
          <w:lang w:eastAsia="zh-CN"/>
        </w:rPr>
        <w:t>　　2.我有做好家长委员会工作的信心和决心。自从孩子上幼儿园以来，我一直积极参加各种活动，积极投身家园共建活动中，我想今后我也会积极参加家长委员会组织的各项活动，并且有做好学校交给的各项任务的能力，让家长委员会真正发挥好联系学校和家庭的桥梁和纽带作用。</w:t>
      </w:r>
      <w:r>
        <w:rPr>
          <w:lang w:eastAsia="zh-CN"/>
        </w:rPr>
        <w:br/>
      </w:r>
      <w:r>
        <w:rPr>
          <w:lang w:eastAsia="zh-CN"/>
        </w:rPr>
        <w:t>　　无论能否当选，我都将积极履行职责，协调和利用各方面的资源，凝聚各方面力量为孩子们的成长搭建更广阔的平台；要谦虚、耐心地听取各方面的意见，积极调动广大师生、家长的参与意识，广泛地汇聚各类有益、合理的建议和倡议积极协助学校开展好各类教育活动，为形成学校、课堂、家庭统一的`良性和谐的大环境而努力，为孩子们的健康成长，为__学校的发展贡献绵薄之力。各位老师，各位家长，让我们共同努力，为孩子们的成长成才创造更加优越的环境，为__学校创造新的辉煌共同努力吧！谢谢大家！</w:t>
      </w:r>
      <w:r>
        <w:rPr>
          <w:lang w:eastAsia="zh-CN"/>
        </w:rPr>
        <w:br/>
      </w:r>
      <w:r>
        <w:rPr>
          <w:lang w:eastAsia="zh-CN"/>
        </w:rPr>
        <w:t>　　1、班级环境布置家庭化、亲子化，多一些与幼儿自身有关的内容，如：幼儿全家福，生活照，我喜爱的……，活动掠影等。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2、班级管理人情化，在教学活动中老师的身份是朋友、父母，多一些商量、讨论性的语言，少一些命令、训斥性的语言，绝不说讥讽、有伤幼儿人格和自尊的语言。</w:t>
      </w:r>
      <w:r>
        <w:rPr>
          <w:lang w:eastAsia="zh-CN"/>
        </w:rPr>
        <w:br/>
      </w:r>
      <w:r>
        <w:rPr>
          <w:lang w:eastAsia="zh-CN"/>
        </w:rPr>
        <w:t>　　3、家长和老师是平等合作的关系，家长参与班级教学活动的各项管理，并及时提出合理、有益的意见和建议。</w:t>
      </w:r>
      <w:r>
        <w:rPr>
          <w:lang w:eastAsia="zh-CN"/>
        </w:rPr>
        <w:br/>
      </w:r>
      <w:r>
        <w:rPr>
          <w:lang w:eastAsia="zh-CN"/>
        </w:rPr>
        <w:t>　　4、班级老师根据亲子活动教材中内容，适时开办亲子活动，家长积极参与活动全过程，活动中所涉及的材料、</w:t>
      </w:r>
      <w:r>
        <w:rPr>
          <w:lang w:eastAsia="zh-CN"/>
        </w:rPr>
        <w:br/>
      </w:r>
      <w:r>
        <w:rPr>
          <w:lang w:eastAsia="zh-CN"/>
        </w:rPr>
        <w:t xml:space="preserve">    2024家长委员会发言稿 篇12 </w:t>
      </w:r>
      <w:r>
        <w:rPr>
          <w:lang w:eastAsia="zh-CN"/>
        </w:rPr>
        <w:br/>
      </w:r>
      <w:r>
        <w:rPr>
          <w:lang w:eastAsia="zh-CN"/>
        </w:rPr>
        <w:t>　　各位家长：</w:t>
      </w:r>
      <w:r>
        <w:rPr>
          <w:lang w:eastAsia="zh-CN"/>
        </w:rPr>
        <w:br/>
      </w:r>
      <w:r>
        <w:rPr>
          <w:lang w:eastAsia="zh-CN"/>
        </w:rPr>
        <w:t>　　大家好！</w:t>
      </w:r>
      <w:r>
        <w:rPr>
          <w:lang w:eastAsia="zh-CN"/>
        </w:rPr>
        <w:br/>
      </w:r>
      <w:r>
        <w:rPr>
          <w:lang w:eastAsia="zh-CN"/>
        </w:rPr>
        <w:t>　　刚才各科老师们都讲完了，我耽误大家一会时间。作为家长委员会代表跟大家做个汇报，分享一点个人感受，另外还有点事情向大家作一说明。</w:t>
      </w:r>
      <w:r>
        <w:rPr>
          <w:lang w:eastAsia="zh-CN"/>
        </w:rPr>
        <w:br/>
      </w:r>
      <w:r>
        <w:rPr>
          <w:lang w:eastAsia="zh-CN"/>
        </w:rPr>
        <w:t>　　我们家长委员会主要是帮助学校和老师们做一些具体事务，加强家校互通和信息交流，另外，我们还组织家长和孩子们一起搞了一些活动。回想我们这个班刚上七年级的时候是什么样子？到现在，可以说已经发生了天翻覆地的变化。尤其是最后一次搞的拓展活动，效果达到了最好的状态，在拓展结束的时候，所有的孩子们一起围上去和老师拥抱，使整个现场气氛达到了顶峰，令人动容。我们感谢老师们的辛苦付出、感谢家长们的积极配合，感谢我们自己为了孩子的坚持，也感谢孩子们的努力，我们互相协作，做有意义的事情，本身就很重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我们从1数到8，孩子们的初中生涯就只有一年了，我们正在逐步放手，尽管充满着不适、不舍、不忍，但这是自然现象。一路走来，感慨良多。我在教育孩子中的感受和体会有两个，给大家进行如下分享。</w:t>
      </w:r>
      <w:r>
        <w:rPr>
          <w:lang w:eastAsia="zh-CN"/>
        </w:rPr>
        <w:br/>
      </w:r>
      <w:r>
        <w:rPr>
          <w:lang w:eastAsia="zh-CN"/>
        </w:rPr>
        <w:t>　　第一个体会就是在集体中锻炼情商，在团队中训练素质。我在十年前就已经认识到，集体性决定着孩子们的社会性发育水平。我们一名家长代表组织徒步去白洋淀旅行，以锻炼孩子们的意志力。我个人组织了几十个人的考古活动，而且现场真的挖到了宝贝。带着家长和孩子们去北京八大处爬山，老师和我为孩子们组织了两次免费的拓展训练，都是基于这样的考虑。为什么会这样？是因为，现在的孩子比较独立，讲究个性，独生子女的教养方式造成了他们的很多我们所谓的“毛病”。这个不应该怪他们。作为家长，我们应该尽可能地了解一个心灵成长发育的规律，一个个体在成长学习方面的规律，如果不了解这些而去盲目地追求成功、分数，可能会事倍功半、南辕北辙，非常费劲，效果不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当然这方面的规律很多，其中对于他们很重要的一点就是集体活动的缺失导致集体主义缺失，社会性发育会有所不足。所以，要千方百计地营造一些集体性的活动，让他们充分地在集体中展示自己，适应集体、适应与他人的交流、适应他人的存在，减少那种看不惯、不理解、不舒服、受伤害等心理。有研究证明，一个人在成长过程中很多是因为非智力因素影响了他的发展。这里的非智力在这个年龄段主要是与他人关系处理不好引起的。青春是美好的，但是青春期是骚动的，是一个情绪上狂风暴雨的时代，得需要我们小心处理，才能顺利渡过。有的孩子与同学关系处理不好，刚才老师讲了，特别是女生之间耍小心眼，男女间互相表白，有的与家人处理不好关系等等。这个年龄段就是假成熟。是心理发展滞后于身体发展的一种表现。尽管正常，也需要正确引导，才能有更好发展。</w:t>
      </w:r>
      <w:r>
        <w:rPr>
          <w:lang w:eastAsia="zh-CN"/>
        </w:rPr>
        <w:br/>
      </w:r>
      <w:r>
        <w:rPr>
          <w:lang w:eastAsia="zh-CN"/>
        </w:rPr>
        <w:t>　　我们生活中经常会发现这样的人，已经长得非常大了，但是心智发育还很幼稚。所以我们应该尽快提供条件，让孩子们尽量安全渡过青春期这一危险的时期。引导其树立良好观念，正确处理，这样的种子，越早种下越对孩子好。这些种子，需要在集体中去培养和锻炼。现在的时代不同了，如果我们家长再一味地强调一家三口在家里封闭式地培养孩子，我认为这是没有出路的。因为很多的能力离开了集体环境是培养不出来的。人本身就是群居性、社会性的动物，人的成长发展规律决定了人必须尽快地完成社会化过程，情商教育很重要。我认准了在集体中培养孩子的能力这是一件重要而有意义的大事。</w:t>
      </w:r>
      <w:r>
        <w:rPr>
          <w:lang w:eastAsia="zh-CN"/>
        </w:rPr>
        <w:br/>
      </w:r>
      <w:r>
        <w:rPr>
          <w:lang w:eastAsia="zh-CN"/>
        </w:rPr>
        <w:t>　　第二个体会就是要尽快进行孩子们的学习能力、学习方法的教育。这是要早给孩子们种下的第二颗种子。我们应该意识到，很多孩子学习不好，不是因为他智力不足，而是因为方法不科学，他们没有掌握科学的学习方法。学习和其他事情其实是一样的--如果把学习看作和建筑工人砌砖头一样的技术活儿，那么方法至关重要。建筑工人在砌砖头的时候绝对是要讲究技术、效率、方法、技巧的，如果不讲这些，他会很快被工头淘汰掉的！学习难道不一样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学习作为一个“技术活”要掌握哪些方法和技巧呢？我可能会讲的不系统，但可以举一些简单的例子。譬如刚才老师讲的要学会时间管理，先做容易的，再做难的，可是有个同学在这次考试中在两道难题上死抠半天，结果都是错的，反而容易的题目没时间做了，导致了成绩不好。假如她先做容易的，再做难的，可能分数不一定会这样低的。还有，刚才语文老师也讲到了，有的孩子一边打开电脑开着QQ，一边写作业，一会儿有消息，赶快看一下，聊几句闲话，一会儿又响了，这样的方法和习惯肯定是要不得的。有的不知道预习、不复习，那作业肯定效果不好。有的作业应付或干脆不交作业。有的熬夜到晚上十一二点钟，导致第二天上课没精神听不懂。</w:t>
      </w:r>
      <w:r>
        <w:rPr>
          <w:lang w:eastAsia="zh-CN"/>
        </w:rPr>
        <w:br/>
      </w:r>
      <w:r>
        <w:rPr>
          <w:lang w:eastAsia="zh-CN"/>
        </w:rPr>
        <w:t>　　相反，有的孩子就知道抓紧一切时间写作业，课余的时候赶快写点，一点一点往前赶，争分夺秒，结果很快写完了作业，还有时间看会自己喜欢的书，做自己喜欢的事情。早睡早起，一定是很轻松的，形成良性循环。那么，有家长要问了，既然学习方法这么重要，那么我们告诉他不就得了。可是效果往往不好。容易造成和家长的对立，亲子关系紧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有一个朋友，他老是训斥孩子，结果孩子和他很对立。再正确的话也进入不了他的脑子，这就白玩。这是因为伤了他的自尊，半大孩子的自尊心其实很强的。我们的亲子关系就这样一天天地往前赶着走，有矛盾冲突也有关爱关心。尽管看似不合理，但就是真实地存在着，搞的家长纠结甚至焦虑。有一句话叫做现在的家族教育是三个人，三种状态，即“一个缺失的'父亲，一个焦虑的母亲和一个失控的孩子”，很令人深思！现在的孩子已经不是我们当初的环境，他们接触到的社会环境比我们的复杂，学习任务比我们艰巨，我们做家长的需要拿出更多的耐心，做朋友式的沟通，多一些理解，多一些支持，多一些关怀，多一些陪伴，多给他们心灵种下一些正面的种子，少一些负面的说教、埋怨、批评和指责。有些家长甚至当着孩子的面把自己的焦虑或愤懑情绪毫无保留地传达给孩子，这些，都是不合适的，基效果之差是必然的。</w:t>
      </w:r>
      <w:r>
        <w:rPr>
          <w:lang w:eastAsia="zh-CN"/>
        </w:rPr>
        <w:br/>
      </w:r>
      <w:r>
        <w:rPr>
          <w:lang w:eastAsia="zh-CN"/>
        </w:rPr>
        <w:t>　　他们需要的是一个系统的解决方法，更加科学有效。这些方法往往需要我们研究透了，才能通过朋友式的、润物细无声式的方式慢慢教给他们，让他们入脑入心地来体会。如果我们一定要告诉他们方法，可惜我们的方法不一定科学，不一定适合他。更重要的是，他们基本上已经不听我们说教了怎么办呢？这是我们需要了解的！</w:t>
      </w:r>
      <w:r>
        <w:rPr>
          <w:lang w:eastAsia="zh-CN"/>
        </w:rPr>
        <w:br/>
      </w:r>
      <w:r>
        <w:rPr>
          <w:lang w:eastAsia="zh-CN"/>
        </w:rPr>
        <w:t xml:space="preserve">    2024家长委员会发言稿 篇13 </w:t>
      </w:r>
      <w:r>
        <w:rPr>
          <w:lang w:eastAsia="zh-CN"/>
        </w:rPr>
        <w:br/>
      </w:r>
      <w:r>
        <w:rPr>
          <w:lang w:eastAsia="zh-CN"/>
        </w:rPr>
        <w:t>　　各位教师、各位家长伴侣：</w:t>
      </w:r>
      <w:r>
        <w:rPr>
          <w:lang w:eastAsia="zh-CN"/>
        </w:rPr>
        <w:br/>
      </w:r>
      <w:r>
        <w:rPr>
          <w:lang w:eastAsia="zh-CN"/>
        </w:rPr>
        <w:t>　　你们好!我是三小_班级__班家长，十分谢谢三小给我们了这样一个难得的沟通机会，也很荣幸能成为三小家长委员会秘书长的候选人。孩子是家庭的希翼，是祖国的将来，为了孩子美妙的明天，今日我们聚拢在一起。首先请允许我代表各位家长伴侣，向悉心培养我们孩子成长的教师们道一句谢谢，您们辛劳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我们惟独一个孩子，孩子是我们做父母心中的宝物，是我们每一个家庭的希翼。现在，我们把孩子送进了小学，送进了培养人才的摇篮。但不能就此以为我们已经把接力棒交给了小学，由于，这不是4_100米接力赛，我们养育孩子的马拉松才刚刚开头。从孩子一入学校，我就乐观融入年级工作，主动协助教师维持年级纪律、收拾队伍，把收钱、安排宣扬栏、打扫卫生、组织协调年级活动等力所能及的工作做好，得到了大家全都的认可与好评。</w:t>
      </w:r>
      <w:r>
        <w:rPr>
          <w:lang w:eastAsia="zh-CN"/>
        </w:rPr>
        <w:br/>
      </w:r>
      <w:r>
        <w:rPr>
          <w:lang w:eastAsia="zh-CN"/>
        </w:rPr>
        <w:t>　　教导是一份责任，教导是一门艺术，在孩子成长的每一个阶段都不能离开老师的教育，不能缺少家庭的关心。小学教导教学工作离不开社会和家长的各方面支持、关怀和理解。今日，是河口三小开展家长委员会秘书长选举，恰恰为我们家长伴侣搭建了一个与小学、教师互相沟通、互相交流的平台，让我们有机会协作小学一同担当起教导孩子的重任，这是小学对我们的相信，同时，也是我们应当担当的一份责任。作为家长委员会秘书长的候选人，我清晰地熟悉到自己即将担当的`职责和责任，我将尽我所能，仔细做好以下几个方面：</w:t>
      </w:r>
      <w:r>
        <w:rPr>
          <w:lang w:eastAsia="zh-CN"/>
        </w:rPr>
        <w:br/>
      </w:r>
      <w:r>
        <w:rPr>
          <w:lang w:eastAsia="zh-CN"/>
        </w:rPr>
        <w:t>　　1.发挥好桥梁和纽带的作用。我希翼借助家长委员会这个平台，能让家长伴侣们准时明确小学在各个年度或学期的工作，并准时制定家委会工作，乐观协作小学组织开展的各项活动，做好规划、策划、统筹及协调工作，做好家委会各项会议、活动开展的记录和收拾工作，准时家委会工作阅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做好家校交流工作。借助多种方式，收集家长伴侣们对小学教导、教学管理工作的看法和合理化建议，并准时反馈给小学，共同沟通加强小学与家长的交流。交流年级家委会、班级家委会和小学家委会之间的活动信息、沟通活动阅历，多了解一些状况，准时改进家委会工作方式，提高家委会工作水平，促进家校共建、家校共育工作的有序开展。</w:t>
      </w:r>
      <w:r>
        <w:rPr>
          <w:lang w:eastAsia="zh-CN"/>
        </w:rPr>
        <w:br/>
      </w:r>
      <w:r>
        <w:rPr>
          <w:lang w:eastAsia="zh-CN"/>
        </w:rPr>
        <w:t>　　一滴水也应为大海的蔚蓝闪亮自己，一棵树也应为囫囵森林的葱茏漂亮自己。惟独家庭、小学携手协作，才干为孩子们营造良好的成长环境。为了我们孩子绚烂的明天，我情愿尽自己的微薄之力，与大家一同努力前行!各位家长伴侣们，让我们共同努力吧!</w:t>
      </w:r>
      <w:r>
        <w:rPr>
          <w:lang w:eastAsia="zh-CN"/>
        </w:rPr>
        <w:br/>
      </w:r>
      <w:r>
        <w:rPr>
          <w:lang w:eastAsia="zh-CN"/>
        </w:rPr>
        <w:t>　　感谢大家!</w:t>
      </w:r>
      <w:r>
        <w:rPr>
          <w:lang w:eastAsia="zh-CN"/>
        </w:rPr>
        <w:br/>
      </w:r>
      <w:r>
        <w:rPr>
          <w:lang w:eastAsia="zh-CN"/>
        </w:rPr>
        <w:t xml:space="preserve">    2024家长委员会发言稿 篇14 </w:t>
      </w:r>
      <w:r>
        <w:rPr>
          <w:lang w:eastAsia="zh-CN"/>
        </w:rPr>
        <w:br/>
      </w:r>
      <w:r>
        <w:rPr>
          <w:lang w:eastAsia="zh-CN"/>
        </w:rPr>
        <w:t>　　亲爱的家长，你建立单位的领导：</w:t>
      </w:r>
      <w:r>
        <w:rPr>
          <w:lang w:eastAsia="zh-CN"/>
        </w:rPr>
        <w:br/>
      </w:r>
      <w:r>
        <w:rPr>
          <w:lang w:eastAsia="zh-CN"/>
        </w:rPr>
        <w:t>　　下午好！</w:t>
      </w:r>
      <w:r>
        <w:rPr>
          <w:lang w:eastAsia="zh-CN"/>
        </w:rPr>
        <w:br/>
      </w:r>
      <w:r>
        <w:rPr>
          <w:lang w:eastAsia="zh-CN"/>
        </w:rPr>
        <w:t>　　季节进入夏天，领导和家长无论天气炎热，准时到学校参加这次会议，这反映了你对教育和我们学校的支持和关注的工作的关注。在这里，我代表雨山实验学校，向您表示热烈的欢迎和衷心的感谢！</w:t>
      </w:r>
      <w:r>
        <w:rPr>
          <w:lang w:eastAsia="zh-CN"/>
        </w:rPr>
        <w:br/>
      </w:r>
      <w:r>
        <w:rPr>
          <w:lang w:eastAsia="zh-CN"/>
        </w:rPr>
        <w:t>　　教育是个人生活的准备，影响个人的未来和命运。对于个人和家庭，教育决定幸福;教育是国家复兴和社会进步，国家和国家，未来教育成果的基石。它是教育的共同追求，我们是联系在一起的。</w:t>
      </w:r>
      <w:r>
        <w:rPr>
          <w:lang w:eastAsia="zh-CN"/>
        </w:rPr>
        <w:br/>
      </w:r>
      <w:r>
        <w:rPr>
          <w:lang w:eastAsia="zh-CN"/>
        </w:rPr>
        <w:t>　　作为一所学校，教学和教育是我们的责任，教育质量满足人们，建立父母放心的学校质量是我们的目标，为此我们一直在努力，后来成刚校长会向你报告实践和规划。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但我们都知道，教育不仅仅是学校的问题，政府，社会和家庭都有自己的责任。良好的教育成果应该是学校，家庭和社会的结合。其中，家庭教育非常重要。家庭是细胞的社区，父母是孩子的第一个老师，无论家庭是否充分发挥教育功能，不仅是关系对于孩子成长的物质，整个家庭的兴衰，也会影响整个社会的稳定团结，国家的健康发展，古代有孩子不教，父亲过去因此，我国高度重视，家庭教育的照顾和指导，正逐步通过法律和舆论来规范他们子女的教育，家长和老师对下一代教育平等，不允许父母推卸责任和义务教育子孙后代。学校教育的主导作用，不能没有家庭的支持与合作，家庭教育直接影响学校教育的效果。家庭教育是学校教育的必要补充，具有不可替代的作用。</w:t>
      </w:r>
      <w:r>
        <w:rPr>
          <w:lang w:eastAsia="zh-CN"/>
        </w:rPr>
        <w:br/>
      </w:r>
      <w:r>
        <w:rPr>
          <w:lang w:eastAsia="zh-CN"/>
        </w:rPr>
        <w:t>　　这是因为学校教育和家庭教育的重要性，所以我们学校非常重视家长委员会的建设，因为家长委员会是家庭和学校之间沟通的.重要平台，有利于家庭和家庭的形成。学校教育。学生健康成长，创造有利条件，同时有利于提高学校的管理水平。今天，我校20__年的班级，班级和学校三个层次的家庭组织都很健康，在这里，我真诚希望所有成员在这里，真诚承担起自己的职责，更关心学校建设的发展，更多的学校工人为了提出意见和建议，在桥梁和桥梁之间，多做学校和家长，同时，我问学校的各个部门，我们必须尊重和重视委员会的意见和建议，会员的工作提供方便，</w:t>
      </w:r>
      <w:r>
        <w:rPr>
          <w:lang w:eastAsia="zh-CN"/>
        </w:rPr>
        <w:br/>
      </w:r>
      <w:r>
        <w:rPr>
          <w:lang w:eastAsia="zh-CN"/>
        </w:rPr>
        <w:t>　　社会教育也是学生健康成长的一个重要方面。</w:t>
      </w:r>
      <w:r>
        <w:rPr>
          <w:lang w:eastAsia="zh-CN"/>
        </w:rPr>
        <w:br/>
      </w:r>
      <w:r>
        <w:rPr>
          <w:lang w:eastAsia="zh-CN"/>
        </w:rPr>
        <w:t xml:space="preserve">    2024家长委员会发言稿 篇15 </w:t>
      </w:r>
      <w:r>
        <w:rPr>
          <w:lang w:eastAsia="zh-CN"/>
        </w:rPr>
        <w:br/>
      </w:r>
      <w:r>
        <w:rPr>
          <w:lang w:eastAsia="zh-CN"/>
        </w:rPr>
        <w:t>　　尊敬的老师、家长朋友们：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我是五（4）班徐妈妈。首先感谢张校长和学校老师给予我这个机会，在这里和大家共同探讨孩子的成长教育。孩子的每一点进步，都和学校老师的付出和努力密不可分。在此，我代表与会的家长们对各位老师的辛勤培育表示衷心的感谢！面对孩子的教育，我也没有什么经验可谈，我的孩子与其他优秀的同学相比，各方面都还有差距。今天，就暂且抛砖引玉，把我的一些想法和做法交流于大家，以此达到互相学习，取长补短的目的。</w:t>
      </w:r>
      <w:r>
        <w:rPr>
          <w:lang w:eastAsia="zh-CN"/>
        </w:rPr>
        <w:br/>
      </w:r>
      <w:r>
        <w:rPr>
          <w:lang w:eastAsia="zh-CN"/>
        </w:rPr>
        <w:t>　　1、帮助孩子养成良好的学习习惯。</w:t>
      </w:r>
      <w:r>
        <w:rPr>
          <w:lang w:eastAsia="zh-CN"/>
        </w:rPr>
        <w:br/>
      </w:r>
      <w:r>
        <w:rPr>
          <w:lang w:eastAsia="zh-CN"/>
        </w:rPr>
        <w:t>　　跨进学校大门，我就告诉孩子，课堂上一定要专心听讲，课下用静心、认真的态度来完成老师布置的作业。把预习、复习当成是每天必不可少的作业。低年级的家长，一定要督促孩子，帮助他们来完成习惯的培养。持之以恒，一定会带来收获的喜悦。</w:t>
      </w:r>
      <w:r>
        <w:rPr>
          <w:lang w:eastAsia="zh-CN"/>
        </w:rPr>
        <w:br/>
      </w:r>
      <w:r>
        <w:rPr>
          <w:lang w:eastAsia="zh-CN"/>
        </w:rPr>
        <w:t>　　从四年级下学期开始，针对学习中的弱项“数学”，借鉴校信通里优秀家长的好方法，我们又一起制定了“错题集”，分析错误原因，对症下药，以此来杜绝类型错题的再次发生。英语学习，坚持每天早上听20分钟课文或单词，晚上随着点读机进行学习和测验，鼓励孩子多读，多说，多记。语文上，除了学好课本知识外，引导孩子爱上读书，不单单是读名著，还要涉猎科普、数学知识，历史人物传记，努力做到全营养阅读，与书为伴，把读书当做是一种习惯。</w:t>
      </w:r>
      <w:r>
        <w:rPr>
          <w:lang w:eastAsia="zh-CN"/>
        </w:rPr>
        <w:br/>
      </w:r>
      <w:r>
        <w:rPr>
          <w:lang w:eastAsia="zh-CN"/>
        </w:rPr>
        <w:t>　　2、家校联手，共育子女。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孩子安全健康的成长，离不开学校这片沃土，离不开老师的辛勤哺育，更不能缺少家庭的关爱，父母是孩子成长的'第一任老师。隔段时间，我就要主动询问孩子在学校的学习情况，对孩子的每一次进步不吝啬于夸赞、表扬，关注孩子的每一点变化，及时走进孩子心里，了解他的思想动态。针对孩子在学校学习和生活中的某些迷茫和疑惑，及时与老师电话交流，帮助孩子解开心结，与老师携手教会孩子如何学习，如何做人、处事。</w:t>
      </w:r>
      <w:r>
        <w:rPr>
          <w:lang w:eastAsia="zh-CN"/>
        </w:rPr>
        <w:br/>
      </w:r>
      <w:r>
        <w:rPr>
          <w:lang w:eastAsia="zh-CN"/>
        </w:rPr>
        <w:t>　　3、帮助孩子树立自信心。</w:t>
      </w:r>
      <w:r>
        <w:rPr>
          <w:lang w:eastAsia="zh-CN"/>
        </w:rPr>
        <w:br/>
      </w:r>
      <w:r>
        <w:rPr>
          <w:lang w:eastAsia="zh-CN"/>
        </w:rPr>
        <w:t>　　四年级时，我曾为班级的孩子们举办了五期的家庭读书会，我鼓励他大胆参加，展示自我，并有意让他担当主持人，来锻炼胆量。几次历练之后，站在台上，他由开始时目光不敢向前看，到能大胆的直面观众。他还和两位同学参加了学校的“文明礼仪”文艺汇演。获不获奖并不重要，重要的是经历过后，他变得更加自信。上个学期，他又通过竞选成为班长，大队委。我经常告诉他：“相信自己，一定行，你是最棒的。”这样，孩子学习就更有劲头，有目标，也会为今后积极的人生做铺垫。</w:t>
      </w:r>
      <w:r>
        <w:rPr>
          <w:lang w:eastAsia="zh-CN"/>
        </w:rPr>
        <w:br/>
      </w:r>
      <w:r>
        <w:rPr>
          <w:lang w:eastAsia="zh-CN"/>
        </w:rPr>
        <w:t>　　4、经营校信通博客，写博、评博。</w:t>
      </w:r>
      <w:r>
        <w:rPr>
          <w:lang w:eastAsia="zh-CN"/>
        </w:rPr>
        <w:br/>
      </w:r>
      <w:r>
        <w:rPr>
          <w:lang w:eastAsia="zh-CN"/>
        </w:rPr>
        <w:t>　　四年级学期之初，我带着晨蒙一起加入到校信通，之后，我们就在“校信通”这颗奇葩里与天南海北优秀的大小博友们共同学习着，我会为晨蒙收藏优秀的博文来学习，也和他一起走进“小城老师”精彩的周五作文点评，收获着学习的好方法，收获着快乐的友谊。其间，我获得了“家长博腕儿”的荣誉，晨蒙在坚持用心写博的同时，还获得了书香班级活动的“阅读之星”、“学生博腕儿”。成绩已成过去，我们会一如既往耕耘好我们的“博客小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最后，我衷心祝愿西关学校的明天会更好，祝愿所有的老师和家长朋友们身体健康，工作顺利。谢谢大家！</w:t>
      </w:r>
      <w:r>
        <w:rPr>
          <w:lang w:eastAsia="zh-CN"/>
        </w:rPr>
        <w:br/>
      </w:r>
      <w:r>
        <w:rPr>
          <w:lang w:eastAsia="zh-CN"/>
        </w:rPr>
        <w:t xml:space="preserve">    2024家长委员会发言稿 篇16 </w:t>
      </w:r>
      <w:r>
        <w:rPr>
          <w:lang w:eastAsia="zh-CN"/>
        </w:rPr>
        <w:br/>
      </w:r>
      <w:r>
        <w:rPr>
          <w:lang w:eastAsia="zh-CN"/>
        </w:rPr>
        <w:t>　　尊敬的各位家长代表、各位委员、老师们：</w:t>
      </w:r>
      <w:r>
        <w:rPr>
          <w:lang w:eastAsia="zh-CN"/>
        </w:rPr>
        <w:br/>
      </w:r>
      <w:r>
        <w:rPr>
          <w:lang w:eastAsia="zh-CN"/>
        </w:rPr>
        <w:t>　　大家好！</w:t>
      </w:r>
      <w:r>
        <w:rPr>
          <w:lang w:eastAsia="zh-CN"/>
        </w:rPr>
        <w:br/>
      </w:r>
      <w:r>
        <w:rPr>
          <w:lang w:eastAsia="zh-CN"/>
        </w:rPr>
        <w:t>　　今天，我们举行龙山镇中心小学新一届家长委员会成立</w:t>
      </w:r>
      <w:r>
        <w:rPr>
          <w:lang w:eastAsia="zh-CN"/>
        </w:rPr>
        <w:br/>
      </w:r>
      <w:r>
        <w:rPr>
          <w:lang w:eastAsia="zh-CN"/>
        </w:rPr>
        <w:t>　　大会，在此我代表龙山镇中心小学全体师生向各位家长同志的到来表示热烈的欢迎，向一直关心支持学校工作的家长代表，并通过你们向全体学生家长同志们，表示衷心的感谢！</w:t>
      </w:r>
      <w:r>
        <w:rPr>
          <w:lang w:eastAsia="zh-CN"/>
        </w:rPr>
        <w:br/>
      </w:r>
      <w:r>
        <w:rPr>
          <w:lang w:eastAsia="zh-CN"/>
        </w:rPr>
        <w:t>　　家长委员会，就是由本校学生家长代表组成，代表全体家长参与学校民主管理，支持和监督学校做好教育工作的群众性自治组织，是学校联系广大学生家长的桥梁和纽带。家长委员会的宗旨是：坚持家校沟通与合作，让家长充分参与学校管理，有效体现家长对学校教育教学工作的知情权、评议权、参与权和监督权；完善学校、家庭、社会三位一体的教育体系，营造良好的教育环境；深入推进素质教育，促进中小学生的全面发展。</w:t>
      </w:r>
      <w:r>
        <w:rPr>
          <w:lang w:eastAsia="zh-CN"/>
        </w:rPr>
        <w:br/>
      </w:r>
      <w:r>
        <w:rPr>
          <w:lang w:eastAsia="zh-CN"/>
        </w:rPr>
        <w:t>　　建设家长委员会，对于建立学校、家庭与社会教育协同机制，提高家长的教育素养和家庭教育水平，具有重要意义。教师是学校教育的主体，家长也有参与权，除个人对学校教育有知情权、参与权、监督权外，还可以通过家长委员会这个平台组织起来，行使集体教育参与权，促进学校民主管理、支持教育教学，提升家庭教育水平，有利于形成家庭、学校教育的合力，为学生的健康成长创造有利的条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基于以上考虑，我们今天成立家长委员会，希望各位委员认真履行职责，积极配合学校，参与学校管理，家校紧密配合，为更好的培养我们的学生，进一步提高我校的办学水平而共同努力。现在我向各位家长代表、各位委员简单介绍一下我们学校近期的工作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近几年来，在社会各界和广大学生家长同志的大力支持下，学校先后获得了“市级文明单位”、“市卫生工作先进单位”、“市校舍维护管理工作先进单位”、“市三八红旗单位”、“县教育系统行风建设先进单位”、“县机关规范化党支部”、“党风廉政建设示范点”、“素质教育工作先进单位”、“教学示范学校”等荣誉称号。20__年，我校的教学质量取得了前所未有的好成绩，在教育局对全县的学业水平测试中，我校六年级成绩位居全县乡镇第三，这是截至目前我校教学质量最好的一次，其他年级的教学成绩也呈现出稳步推进、整体提高良好态势。同时我校在教育局过程性督导评估中取得了全县乡镇第一的好位次，这充分体现了我校的整体工作步入了规范高效的良性发展轨道。去年，我校被中央文明办、财政部、教育部确定为国家级乡村学校少年宫，我校是莒县第一所被确立的乡村学校少年宫项目学校，我们投资近25万元，配齐各类活动设施设备，成立了美术、音乐、书法等共11个兴趣活动小组，定期开展活动，为学生的健康成长开辟了生动活泼的第二课堂。在县妇联的支持下，我们成立了留守儿童活动中心，投资6万多元，为活动中心配备了活动器材与设施，建立了情感交流室、卫生保健室、多媒体教室等功能室，对留守儿童展开心理咨询、情感疏导，助学帮扶等活动，为留守儿童提供了健康温暖的成长平台。今年，我校被县关工委授予了“全县关心下一代工作示范学校”，这也是我县第一个示范学校。被日照市语委授予日照市第一个“百个小学生朗诵艺术团”对我校普通话推广工作给予了极大的鼓舞和肯定。</w:t>
      </w:r>
      <w:r>
        <w:rPr>
          <w:lang w:eastAsia="zh-CN"/>
        </w:rPr>
        <w:br/>
      </w:r>
      <w:r>
        <w:rPr>
          <w:lang w:eastAsia="zh-CN"/>
        </w:rPr>
        <w:t>　　为解决学生在校期间的加餐为题，我们投资近20万元为柏崖小学建设面积近300平方的伙房1口，投资170多万元为驻地小学建餐厅楼1座，工程正在施工当中，预计阳历年前即可投入使用。我们设立了、音乐、美术、书法教室、微机室、舞蹈教室、图书阅览室，科学探究室、学生实验室等各种功能室，教室里全部安装了电子白板和多媒体，开展各项文体艺术活动和电化教学，有效促进了学生全面发展。教师节期间，莒县电视台来我校就学校现代化教学设施装备使用情况为我们录制了专题节目，在莒县电视台进行了播出宣传。安全、工会、少先队、学前教育等工作，都在原来的基础上有了新的起色和提高。</w:t>
      </w:r>
      <w:r>
        <w:rPr>
          <w:lang w:eastAsia="zh-CN"/>
        </w:rPr>
        <w:br/>
      </w:r>
      <w:r>
        <w:rPr>
          <w:lang w:eastAsia="zh-CN"/>
        </w:rPr>
        <w:t>　　下步工作中，我们本着为学生负责、为家长负责、为社会负责的办学宗旨，继续加大工作力度，加强教师管理和教学质量的提升，带领全体教职工上下团结、扎实工作，奋力拼搏，再创佳绩。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新学年，我们确立了“夯实基础、打造特色、铸造精品、全面提升”学校总体工作思路，要求全体教干教师以教学质量的提升为中心工作，全面打造龙山小学特色教育、精品教育，争取在20__年教育局年终综合督导评估中，进入全县乡镇前三名的位次，以此全面开创我校整体工作的新局面。</w:t>
      </w:r>
      <w:r>
        <w:rPr>
          <w:lang w:eastAsia="zh-CN"/>
        </w:rPr>
        <w:br/>
      </w:r>
      <w:r>
        <w:rPr>
          <w:lang w:eastAsia="zh-CN"/>
        </w:rPr>
        <w:t>　　各位委员，你们是我们学生家长中的优秀代表！</w:t>
      </w:r>
      <w:r>
        <w:rPr>
          <w:lang w:eastAsia="zh-CN"/>
        </w:rPr>
        <w:br/>
      </w:r>
      <w:r>
        <w:rPr>
          <w:lang w:eastAsia="zh-CN"/>
        </w:rPr>
        <w:t>　　各位家长代表，各位委员，相信有你们的关心和支持，有我们全体教师的共同努力，我校的教育教学质量和整体办学水平肯定会有越来越好，也请家长同志放心，我们一定会全力以赴、奋力拼搏，把学校打造成学生最喜欢、家长最放心、社会最满意、设施最安全的场所，让学生快乐学习，健康成长，为孩子一生的幸福奠定坚实的基础。</w:t>
      </w:r>
      <w:r>
        <w:rPr>
          <w:lang w:eastAsia="zh-CN"/>
        </w:rPr>
        <w:br/>
      </w:r>
      <w:r>
        <w:rPr>
          <w:lang w:eastAsia="zh-CN"/>
        </w:rPr>
        <w:t>　　最后，祝大家工作顺利，万事如意！</w:t>
      </w:r>
      <w:r>
        <w:rPr>
          <w:lang w:eastAsia="zh-CN"/>
        </w:rPr>
        <w:br/>
      </w:r>
      <w:r>
        <w:rPr>
          <w:lang w:eastAsia="zh-CN"/>
        </w:rPr>
        <w:t>　　谢谢大家。</w:t>
      </w:r>
      <w:r>
        <w:rPr>
          <w:lang w:eastAsia="zh-CN"/>
        </w:rPr>
        <w:br/>
      </w:r>
      <w:r>
        <w:rPr>
          <w:lang w:eastAsia="zh-CN"/>
        </w:rPr>
        <w:t xml:space="preserve">    2024家长委员会发言稿 篇17 </w:t>
      </w:r>
      <w:r>
        <w:rPr>
          <w:lang w:eastAsia="zh-CN"/>
        </w:rPr>
        <w:br/>
      </w:r>
      <w:r>
        <w:rPr>
          <w:lang w:eastAsia="zh-CN"/>
        </w:rPr>
        <w:t>　　尊敬的老师、家长朋友们：</w:t>
      </w:r>
      <w:r>
        <w:rPr>
          <w:lang w:eastAsia="zh-CN"/>
        </w:rPr>
        <w:br/>
      </w:r>
      <w:r>
        <w:rPr>
          <w:lang w:eastAsia="zh-CN"/>
        </w:rPr>
        <w:t>　　大家下午好！</w:t>
      </w:r>
      <w:r>
        <w:rPr>
          <w:lang w:eastAsia="zh-CN"/>
        </w:rPr>
        <w:br/>
      </w:r>
      <w:r>
        <w:rPr>
          <w:lang w:eastAsia="zh-CN"/>
        </w:rPr>
        <w:t>　　我是妈妈，非常荣幸加入学校开办的家长委员会并参与今天与大家进行关于孩子学习交流这一会议。首先我要感谢学校为我们设立了这样一个平台，让我可以从学习中收获一些教育孩子的经验；同时也要感谢老师对我的信任，我深感责任重大，但我会全力以赴配合学校、配合班级、配合各位委员和老师把这个工作做好。</w:t>
      </w:r>
      <w:r>
        <w:rPr>
          <w:lang w:eastAsia="zh-CN"/>
        </w:rPr>
        <w:br/>
      </w:r>
      <w:r>
        <w:rPr>
          <w:lang w:eastAsia="zh-CN"/>
        </w:rPr>
        <w:t>　　一直以来我觉得自己并不是特别合格的家长，有很多方面还做的不够好，在大家面前与其说经验交流，倒不如说是我们一起共同探讨孩子的成长。时间关系，我不展开讲了，就照本宣科的读一读吧，我认为在孩子成长过程中以下三点是家长们需要注意的：</w:t>
      </w:r>
      <w:r>
        <w:rPr>
          <w:lang w:eastAsia="zh-CN"/>
        </w:rPr>
        <w:br/>
      </w:r>
    </w:p>
    <w:p w:rsidR="001B1F19" w14:textId="27C3F48A">
      <w:pPr>
        <w:rPr>
          <w:rFonts w:hint="eastAsia"/>
          <w:lang w:eastAsia="zh-CN"/>
        </w:rPr>
      </w:pPr>
      <w:r>
        <w:rPr>
          <w:lang w:eastAsia="zh-CN"/>
        </w:rPr>
        <w:t>　　1、给孩子创造一个良好的.家庭学习环境</w:t>
      </w:r>
      <w:r>
        <w:rPr>
          <w:lang w:eastAsia="zh-CN"/>
        </w:rPr>
        <w:br/>
      </w:r>
      <w:r>
        <w:rPr>
          <w:lang w:eastAsia="zh-CN"/>
        </w:rPr>
        <w:t>　　孩子做作业时，我们家长不要看电视、玩电脑、打麻将，应给孩子一个安静、舒适的学习环境。多一点时间和孩子在一起，多一些沟通。每个人都有惰性，孩子贪玩是天性，我们大人也一样，一天工作累下来你也想休息，和朋友们打打牌，聊聊天……所以，对于孩子的贪玩不能一味指责，而是鼓励他快些把手头的作业完成，再去玩。要不定时的检查作业，让孩子知道我们在时刻关注着他。</w:t>
      </w:r>
      <w:r>
        <w:rPr>
          <w:lang w:eastAsia="zh-CN"/>
        </w:rPr>
        <w:br/>
      </w:r>
      <w:r>
        <w:rPr>
          <w:lang w:eastAsia="zh-CN"/>
        </w:rPr>
        <w:t>　　2、培养孩子的自觉性，养成良好的学习习惯</w:t>
      </w:r>
      <w:r>
        <w:rPr>
          <w:lang w:eastAsia="zh-CN"/>
        </w:rPr>
        <w:br/>
      </w:r>
      <w:r>
        <w:rPr>
          <w:lang w:eastAsia="zh-CN"/>
        </w:rPr>
        <w:t>　　要让孩子知道什么是对的、什么是错的。什么时间该做作业，什么时间该去玩乐。要培养从自己的行为习惯做起，克服烦躁、怕苦畏难心理，纠正粗心大意的习惯；生活中按时作息，自己的事自己做，不挑食，不乱花钱，不乱抛乱扔，不以自我为中心，要经得起批评与挫折。要鼓励孩子多参加学校举办的各种活动，增强集体荣誉感和团队协作精神。因为只有在活动中孩子们才能体会到集体的力量和自己真正的快乐！</w:t>
      </w:r>
      <w:r>
        <w:rPr>
          <w:lang w:eastAsia="zh-CN"/>
        </w:rPr>
        <w:br/>
      </w:r>
      <w:r>
        <w:rPr>
          <w:lang w:eastAsia="zh-CN"/>
        </w:rPr>
        <w:t>　　3、积极配合老师和学校</w:t>
      </w:r>
      <w:r>
        <w:rPr>
          <w:lang w:eastAsia="zh-CN"/>
        </w:rPr>
        <w:br/>
      </w:r>
      <w:r>
        <w:rPr>
          <w:lang w:eastAsia="zh-CN"/>
        </w:rPr>
        <w:t>　　加强与学校的联系。家长与老师的沟通，对教育孩子起着重要作用，及时了解孩子在学校的动态，发现问题马上对症下药，让一些不良习惯抹杀在萌芽中。老师是孩子的知识</w:t>
      </w:r>
      <w:r>
        <w:rPr>
          <w:lang w:eastAsia="zh-CN"/>
        </w:rPr>
        <w:br/>
      </w:r>
      <w:r>
        <w:rPr>
          <w:lang w:eastAsia="zh-CN"/>
        </w:rPr>
        <w:t xml:space="preserve">    2024家长委员会发言稿 篇18 </w:t>
      </w:r>
      <w:r>
        <w:rPr>
          <w:lang w:eastAsia="zh-CN"/>
        </w:rPr>
        <w:br/>
      </w:r>
      <w:r>
        <w:rPr>
          <w:lang w:eastAsia="zh-CN"/>
        </w:rPr>
        <w:t>　　尊敬的老师，各位家长：</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https://d.book118.com/476052021012010052</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6052021012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