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定点帮扶工作总结（33篇）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定点帮扶工作总结（通用33篇）</w:t>
      </w:r>
      <w:r>
        <w:rPr>
          <w:lang w:eastAsia="zh-CN"/>
        </w:rPr>
        <w:br/>
      </w:r>
      <w:r>
        <w:rPr>
          <w:lang w:eastAsia="zh-CN"/>
        </w:rPr>
        <w:t xml:space="preserve">    定点帮扶工作总结 篇1 </w:t>
      </w:r>
      <w:r>
        <w:rPr>
          <w:lang w:eastAsia="zh-CN"/>
        </w:rPr>
        <w:br/>
      </w:r>
      <w:r>
        <w:rPr>
          <w:lang w:eastAsia="zh-CN"/>
        </w:rPr>
        <w:t>　　一、帮扶开展情况</w:t>
      </w:r>
      <w:r>
        <w:rPr>
          <w:lang w:eastAsia="zh-CN"/>
        </w:rPr>
        <w:br/>
      </w:r>
      <w:r>
        <w:rPr>
          <w:lang w:eastAsia="zh-CN"/>
        </w:rPr>
        <w:t>　　（一）加强领导，明确工作责任。作为牵头单位，联合含山县人民法院、含山县商务局、光大银行马鞍山分行等单位，共同制定《市生态环境局帮扶团队20__年度工作计划》，建立联络员制度，加强与结对村、结对户的沟通交流，细化资金、政策运用、项目支持和个人结对帮扶等多方面措施，帮助结对村、结对户解决生活难题。</w:t>
      </w:r>
      <w:r>
        <w:rPr>
          <w:lang w:eastAsia="zh-CN"/>
        </w:rPr>
        <w:br/>
      </w:r>
      <w:r>
        <w:rPr>
          <w:lang w:eastAsia="zh-CN"/>
        </w:rPr>
        <w:t>　　（二）多措并举，强化帮扶成效。按照工作要求，联合帮扶团队，共计安排专项帮扶资金6万元，主要用于协助双井村完成年度经济发展规划以及结对村基础设施建设等方面工作，改善村内人居生活环境，提高村民生活幸福度。坚持落实干部职工包户责任，开展调研座谈会，定期深入帮扶村进行走访调研，力所能及地帮助他们解决生产生活困难。扎实宣传产业、教育、自来水改造等乡村振兴相关政策措施以及帮扶工作中的成功经验，让群众感受到农村新变化新气象，不断提升群众满意度获得感。</w:t>
      </w:r>
      <w:r>
        <w:rPr>
          <w:lang w:eastAsia="zh-CN"/>
        </w:rPr>
        <w:br/>
      </w:r>
    </w:p>
    <w:p w:rsidR="001B1F19" w14:textId="0AE8485B">
      <w:pPr>
        <w:pStyle w:val="Heading1"/>
        <w:jc w:val="center"/>
        <w:rPr>
          <w:rFonts w:hint="eastAsia"/>
          <w:lang w:eastAsia="zh-CN"/>
        </w:rPr>
      </w:pPr>
      <w:r>
        <w:rPr>
          <w:sz w:val="44"/>
          <w:lang w:eastAsia="zh-CN"/>
        </w:rPr>
        <w:t>定点帮扶工作总结（33篇）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定点帮扶工作总结（通用33篇）</w:t>
      </w:r>
      <w:r>
        <w:rPr>
          <w:lang w:eastAsia="zh-CN"/>
        </w:rPr>
        <w:br/>
      </w:r>
      <w:r>
        <w:rPr>
          <w:lang w:eastAsia="zh-CN"/>
        </w:rPr>
        <w:t xml:space="preserve">    定点帮扶工作总结 篇1 </w:t>
      </w:r>
      <w:r>
        <w:rPr>
          <w:lang w:eastAsia="zh-CN"/>
        </w:rPr>
        <w:br/>
      </w:r>
      <w:r>
        <w:rPr>
          <w:lang w:eastAsia="zh-CN"/>
        </w:rPr>
        <w:t>　　一、帮扶开展情况</w:t>
      </w:r>
      <w:r>
        <w:rPr>
          <w:lang w:eastAsia="zh-CN"/>
        </w:rPr>
        <w:br/>
      </w:r>
      <w:r>
        <w:rPr>
          <w:lang w:eastAsia="zh-CN"/>
        </w:rPr>
        <w:t>　　（一）加强领导，明确工作责任。作为牵头单位，联合含山县人民法院、含山县商务局、光大银行马鞍山分行等单位，共同制定《市生态环境局帮扶团队20__年度工作计划》，建立联络员制度，加强与结对村、结对户的沟通交流，细化资金、政策运用、项目支持和个人结对帮扶等多方面措施，帮助结对村、结对户解决生活难题。</w:t>
      </w:r>
      <w:r>
        <w:rPr>
          <w:lang w:eastAsia="zh-CN"/>
        </w:rPr>
        <w:br/>
      </w:r>
      <w:r>
        <w:rPr>
          <w:lang w:eastAsia="zh-CN"/>
        </w:rPr>
        <w:t>　　（二）多措并举，强化帮扶成效。按照工作要求，联合帮扶团队，共计安排专项帮扶资金6万元，主要用于协助双井村完成年度经济发展规划以及结对村基础设施建设等方面工作，改善村内人居生活环境，提高村民生活幸福度。坚持落实干部职工包户责任，开展调研座谈会，定期深入帮扶村进行走访调研，力所能及地帮助他们解决生产生活困难。扎实宣传产业、教育、自来水改造等乡村振兴相关政策措施以及帮扶工作中的成功经验，让群众感受到农村新变化新气象，不断提升群众满意度获得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（三）精心组织，解决后顾之忧。根据市关于选派干部有关文件精神，通过谈心谈话、主动慰问等方式，多次走访慰问选派帮扶干部，解决驻村干部在工作实际中遇到的困难，切实做好保障工作。</w:t>
      </w:r>
      <w:r>
        <w:rPr>
          <w:lang w:eastAsia="zh-CN"/>
        </w:rPr>
        <w:br/>
      </w:r>
      <w:r>
        <w:rPr>
          <w:lang w:eastAsia="zh-CN"/>
        </w:rPr>
        <w:t>　　二、帮扶工作成效</w:t>
      </w:r>
      <w:r>
        <w:rPr>
          <w:lang w:eastAsia="zh-CN"/>
        </w:rPr>
        <w:br/>
      </w:r>
      <w:r>
        <w:rPr>
          <w:lang w:eastAsia="zh-CN"/>
        </w:rPr>
        <w:t>　　（一）以项目为抓手，深化发展活力。持续壮大现代农业，大力培育发展特色产业，在草山栽植安吉白茶与龙井100亩，加强管护管理，新上喷灌设施。扩大稻虾养殖规模，利用冬闲时间清淤1.5公里沟渠，修机耕路1公里，完成土方近5000方。电子商务帮扶网点建设功能进一步完善，特色农产品自产自销，群众收入不断增加。</w:t>
      </w:r>
      <w:r>
        <w:rPr>
          <w:lang w:eastAsia="zh-CN"/>
        </w:rPr>
        <w:br/>
      </w:r>
      <w:r>
        <w:rPr>
          <w:lang w:eastAsia="zh-CN"/>
        </w:rPr>
        <w:t>　　（二）以民生为要素，提升发展能力。扎实开展“我为群众办实事”活动，从胡庄村到小朱村共3.22公里的两山理论实践路正式破土动工，总投资400多万元，预计8月底建成通车。投资实施自来水改造工程，助力蔡山嘴村20余户村民完成自来水改造，确保村民安全稳定用水。加高培土3个白蚁坑，准备3000立方预备土，借助2台农机设备，及时抢修排灌电站，全面维修保养4台电机，既保春耕，又做好防汛抗旱准备工作。</w:t>
      </w:r>
      <w:r>
        <w:rPr>
          <w:lang w:eastAsia="zh-CN"/>
        </w:rPr>
        <w:br/>
      </w:r>
      <w:r>
        <w:rPr>
          <w:lang w:eastAsia="zh-CN"/>
        </w:rPr>
        <w:t>　　（三）以党建为引领，激发发展动力。注重发挥基层党组织在乡村振兴中的战斗堡垒作用，驻村工作队用担当精神树立守护村民健康屏障，助力开展多轮全员核酸检测及疫苗接种工作。开展送戏下乡活动，送下一场群众喜爱的庐剧和含弓戏，群众文化生活不断丰富。</w:t>
      </w:r>
      <w:r>
        <w:rPr>
          <w:lang w:eastAsia="zh-CN"/>
        </w:rPr>
        <w:br/>
      </w:r>
      <w:r>
        <w:rPr>
          <w:lang w:eastAsia="zh-CN"/>
        </w:rPr>
        <w:t>　　三、下步工作计划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（一）强化认识，盘活现有资源。切实发挥牵头单位组织协调作用，形成团队内部信息互通，上下级常态对接，定期沟通汇报，行业资源共享，多方协同发力良好局面，确保帮扶措施取得实效。</w:t>
      </w:r>
      <w:r>
        <w:rPr>
          <w:lang w:eastAsia="zh-CN"/>
        </w:rPr>
        <w:br/>
      </w:r>
      <w:r>
        <w:rPr>
          <w:lang w:eastAsia="zh-CN"/>
        </w:rPr>
        <w:t>　　（二）谋划项目，加大落实力度。帮助结对村抓住乡村振兴战略红利，理清发展思路，明确发展方向，做到因地制宜谋项目、巧妙借势选项目、立足长远定项目，推动村集体经济发展再上新台阶。</w:t>
      </w:r>
      <w:r>
        <w:rPr>
          <w:lang w:eastAsia="zh-CN"/>
        </w:rPr>
        <w:br/>
      </w:r>
      <w:r>
        <w:rPr>
          <w:lang w:eastAsia="zh-CN"/>
        </w:rPr>
        <w:t>　　（三）加强宣传，激发内生动力。积极开展乡村振兴政策宣讲，准确讲解新政策新要求，帮助结对户享受政策优惠。开展典型示范宣传，引导广大村民在乡村振兴中唱主角、当主体。</w:t>
      </w:r>
      <w:r>
        <w:rPr>
          <w:lang w:eastAsia="zh-CN"/>
        </w:rPr>
        <w:br/>
      </w:r>
      <w:r>
        <w:rPr>
          <w:lang w:eastAsia="zh-CN"/>
        </w:rPr>
        <w:t>　　（四）聚焦生态，提升人居环境。发挥职能优势，统筹抓好农村环境综合整治和农村道路、沟渠清淤等基础设施建设及村容村貌提升工作，继续巩固安徽省森林村庄创建成果，落实家家户户“门前道路全硬化、门前环境全美化”的目标，改善人居环境，提升村民的幸福感和获得感。</w:t>
      </w:r>
      <w:r>
        <w:rPr>
          <w:lang w:eastAsia="zh-CN"/>
        </w:rPr>
        <w:br/>
      </w:r>
      <w:r>
        <w:rPr>
          <w:lang w:eastAsia="zh-CN"/>
        </w:rPr>
        <w:t xml:space="preserve">    定点帮扶工作总结 篇2 </w:t>
      </w:r>
      <w:r>
        <w:rPr>
          <w:lang w:eastAsia="zh-CN"/>
        </w:rPr>
        <w:br/>
      </w:r>
      <w:r>
        <w:rPr>
          <w:lang w:eastAsia="zh-CN"/>
        </w:rPr>
        <w:t>　　20__年，通过省级机关单位电子科大、川航集团和市、县级机关部门以及非官方组织用心努力，扎实帮扶，我县定点帮扶工作取得了新成效，对推动全县地震灾后恢复重建和经济社会又好又快发展发挥了重要作用。</w:t>
      </w:r>
      <w:r>
        <w:rPr>
          <w:lang w:eastAsia="zh-CN"/>
        </w:rPr>
        <w:br/>
      </w:r>
      <w:r>
        <w:rPr>
          <w:lang w:eastAsia="zh-CN"/>
        </w:rPr>
        <w:t>　　一、省级机关单位定点帮扶状况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年来，通过我办加强衔接、联系，电子科大和川航集团用心到我县开展定点帮扶工作，全年共派出考察人数22人次，其中厅级4人次、处级5人次、处级以下13人次，共落实帮扶项目3个，投入帮扶资金（含以物折资）48.5万元。</w:t>
      </w:r>
      <w:r>
        <w:rPr>
          <w:lang w:eastAsia="zh-CN"/>
        </w:rPr>
        <w:br/>
      </w:r>
      <w:r>
        <w:rPr>
          <w:lang w:eastAsia="zh-CN"/>
        </w:rPr>
        <w:t>　　电子科大今年重点抓了对青川职高的帮扶。一是帮忙师资培训。20__年8月―9月，为青川职高免费培训省级电子商务专业师资1人，20__年8月―10月，为青川职高免费培训国家级电子专业师资1人，共免培训费2万元。二是捐赠教学设施设备，帮忙改善教学条件。20__年8月12日，电子科大国有资产与实验管理处处长兰中文、人事处副处长罗东一行赴青川向青川职高捐赠了80台套旧电脑等价值40余万元的教学仪器设备，并在青川职高举行了捐赠仪式。20__年10月15日，电子科大再次向青川职高捐赠了旧长安普通客车一辆，价值5万元。这些教学设施设备进一步提高了青川职高教学硬件设施水平，较好地解决了学生上计算机课程、汽修专业课程实践难、上机难的.突出矛盾。</w:t>
      </w:r>
      <w:r>
        <w:rPr>
          <w:lang w:eastAsia="zh-CN"/>
        </w:rPr>
        <w:br/>
      </w:r>
      <w:r>
        <w:rPr>
          <w:lang w:eastAsia="zh-CN"/>
        </w:rPr>
        <w:t>　　川航集团今年突出抓了大院回族乡小学的帮扶。20__年5月8日，川航集团纪委书记李明带领集团团委、宣传等部门负责人及青年员工代表一行19人到大院回族乡小学看望慰问该校师生，向该校师生捐赠了价值1.2万元的T恤和0.3万元的纪念品。当天还参观考察了东河口地震遗址公园。</w:t>
      </w:r>
      <w:r>
        <w:rPr>
          <w:lang w:eastAsia="zh-CN"/>
        </w:rPr>
        <w:br/>
      </w:r>
      <w:r>
        <w:rPr>
          <w:lang w:eastAsia="zh-CN"/>
        </w:rPr>
        <w:t>　　二、市、县级机关部门定点帮扶状况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__年，市、县级机关部门主要抓了地震灾后恢复重建帮乡镇、扶贫新村帮扶、“宝电”库区移民村帮扶、少数民族村帮扶等工作，各联系领导和帮扶部门职责人深入到帮扶乡镇、村调查研究，帮忙理清工作思路，制定发展规划，抓好项目落实，为帮扶乡镇、村带给资金、物资、技术、信息等方面的支持，促进了帮扶乡镇、村灾后恢复重建工作和经济社会快速发展。据统计，今年市、县两级123个单位（市级70个、县级53个）共下派蹲点干部545名（市级310名、县级235名）定点帮扶我县地震受灾乡镇、扶贫村、移民村、民族村70个（市、县两级各帮扶乡镇36个、市级帮村70个、县级帮村53个），共无偿帮扶投入609.54万元（市级520.1万元、县级316.64万元），其中，资金609.54万元（市级365.4万元、县级244.14万元）、物资折款227.2万元（市级154.7万元、县级72.5万元），共开展技术培训12646人次（市级7648人次、县级4998人次）。</w:t>
      </w:r>
      <w:r>
        <w:rPr>
          <w:lang w:eastAsia="zh-CN"/>
        </w:rPr>
        <w:br/>
      </w:r>
      <w:r>
        <w:rPr>
          <w:lang w:eastAsia="zh-CN"/>
        </w:rPr>
        <w:t>　　三、非官方社会扶贫状况</w:t>
      </w:r>
      <w:r>
        <w:rPr>
          <w:lang w:eastAsia="zh-CN"/>
        </w:rPr>
        <w:br/>
      </w:r>
      <w:r>
        <w:rPr>
          <w:lang w:eastAsia="zh-CN"/>
        </w:rPr>
        <w:t>　　今年，香港乐施会用心参与我县贫困村灾后恢复重建工作，投资86.8598万元帮扶黄坪乡群丰村、瓦砾乡庙子村建设村通公路8公里，其中群丰村5公里、庙子村3公里，项目已于7月关掉，取得了良好的社会效益，得到了当地老百姓的好评，为两个村灾后恢复重建和经济社会发展以及群众的出行带给了极大的便利。今年我县遭受了“7.16”特大洪灾，香港乐施会得知青川灾情惨重，用心为青川受灾群众献爱心，8月为石坝乡受灾困难群众捐赠大米100吨、清油12吨，价值56.8万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20__年，我县定点帮扶工作虽然取得了必须成效，但也还存在一些问题，主要表此刻：一是少数帮扶部门重视程度不高；二是部门帮扶部门帮扶投入力度不大；三是被帮扶单位主动联系衔接工作较少。</w:t>
      </w:r>
      <w:r>
        <w:rPr>
          <w:lang w:eastAsia="zh-CN"/>
        </w:rPr>
        <w:br/>
      </w:r>
      <w:r>
        <w:rPr>
          <w:lang w:eastAsia="zh-CN"/>
        </w:rPr>
        <w:t xml:space="preserve">    定点帮扶工作总结 篇3 </w:t>
      </w:r>
      <w:r>
        <w:rPr>
          <w:lang w:eastAsia="zh-CN"/>
        </w:rPr>
        <w:br/>
      </w:r>
      <w:r>
        <w:rPr>
          <w:lang w:eastAsia="zh-CN"/>
        </w:rPr>
        <w:t>　　在市委、市政府的正确领导下，在市一体办的直接指导下，在镇党委政府的配合支持下，团市委结合工作实际，对此项工作进行统筹安排，把它作为团市委服务新农村建设和为广大群众办实事、办好事的一项重要工作来抓，开展了一些实质性的工作。现将半年来定点帮扶工作情况汇报如下：</w:t>
      </w:r>
      <w:r>
        <w:rPr>
          <w:lang w:eastAsia="zh-CN"/>
        </w:rPr>
        <w:br/>
      </w:r>
      <w:r>
        <w:rPr>
          <w:lang w:eastAsia="zh-CN"/>
        </w:rPr>
        <w:t>　　一、加强领导给予支持</w:t>
      </w:r>
      <w:r>
        <w:rPr>
          <w:lang w:eastAsia="zh-CN"/>
        </w:rPr>
        <w:br/>
      </w:r>
      <w:r>
        <w:rPr>
          <w:lang w:eastAsia="zh-CN"/>
        </w:rPr>
        <w:t>　　团市委党组始终对定点帮扶工作高度重视。今年年初，团市委多次召开会议进行专题研究，结合村两委今年确定的工作任务，及时明确了帮扶目标，制定了驻村工作台账，同时，协助指导村里进一步梳理了工作思路，理清了经济和各项事业发展的新路子。及时为驻村工作人员安排用车，解决驻村工作人员后顾之忧，团市委还将驻村工作纳入团市委的日常工作当中，驻村工作人员与村干部密切联系，共同商讨前王庄村的`发展等问题。</w:t>
      </w:r>
      <w:r>
        <w:rPr>
          <w:lang w:eastAsia="zh-CN"/>
        </w:rPr>
        <w:br/>
      </w:r>
      <w:r>
        <w:rPr>
          <w:lang w:eastAsia="zh-CN"/>
        </w:rPr>
        <w:t>　　二、调查摸底明确任务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为尽快摸清前王庄村的村情，一是分层次召开座谈会，广泛征求村民意见和建议，深入了解前王庄村的情况。二是深入开展调查研究。为真正摸清前王庄村的实际情况，团市委驻村工作队从个人基本情况、村级组织建设、参与新农村建设、精神文明建设、法律法规了解、家庭教育情况五个方面进行了细致调查。该村村支两委带领全体村民大力加强新农村建设，积极开展村容村貌整治工作、班子团结，战斗力强，干事创业的决心信心坚定。</w:t>
      </w:r>
      <w:r>
        <w:rPr>
          <w:lang w:eastAsia="zh-CN"/>
        </w:rPr>
        <w:br/>
      </w:r>
      <w:r>
        <w:rPr>
          <w:lang w:eastAsia="zh-CN"/>
        </w:rPr>
        <w:t>　　三、协调资金解决问题</w:t>
      </w:r>
      <w:r>
        <w:rPr>
          <w:lang w:eastAsia="zh-CN"/>
        </w:rPr>
        <w:br/>
      </w:r>
      <w:r>
        <w:rPr>
          <w:lang w:eastAsia="zh-CN"/>
        </w:rPr>
        <w:t>　　团市委充分发挥主观能动作用，积极协调资金，动员多方力量，努力解决各个难题，帮助村前王庄加大建设力度，搞好经济发展，及时完成各项工作任务。1、为前王庄村到扶贫办争取省项目扶贫资金30万元。2、资助村贫困户10户；资助贫困学生10名。3、推荐5名前王庄村青年参加为期15天的团省委阳光工程培训，免费到河南科技学院学习种植、养殖等致富知识，为下一步致富打下基础。4、优先推荐村应往届初、高中毕业生到省团校学习，学期3年，学费全免，毕业由省教育厅统一颁发中等职业学校毕业证书并安排工作。</w:t>
      </w:r>
      <w:r>
        <w:rPr>
          <w:lang w:eastAsia="zh-CN"/>
        </w:rPr>
        <w:br/>
      </w:r>
      <w:r>
        <w:rPr>
          <w:lang w:eastAsia="zh-CN"/>
        </w:rPr>
        <w:t>　　四、发挥优势扶贫济困</w:t>
      </w:r>
      <w:r>
        <w:rPr>
          <w:lang w:eastAsia="zh-CN"/>
        </w:rPr>
        <w:br/>
      </w:r>
      <w:r>
        <w:rPr>
          <w:lang w:eastAsia="zh-CN"/>
        </w:rPr>
        <w:t>　　前王庄村地处山区，由于区域差异以及天灾人祸等原因，村里还有一些贫困户。希望工程是团市委的一项品牌工作，利用这种自身优势，团市委关注村里的弱势家庭，帮助他们的孩子完成学业。今年元月份，团市委更是心系村贫困户温暖过冬问题，为村10户贫困家庭送去棉衣棉被等过冬衣物，每户物资价值300多元，总计3000多元。6月份，挑选贫困家庭10户，资助贫困中小学生10人，每人200元，用于生活补助，总计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半年来，团市委高度重视驻村工作，驻村期间为前王庄村做了一些实实在在的工作，但是离市委、政府和市一体办要求还有一些差距，团市委将在下半年的驻村工作尽更大力气、下更大功夫，争取驻村工作取得更大成效。</w:t>
      </w:r>
      <w:r>
        <w:rPr>
          <w:lang w:eastAsia="zh-CN"/>
        </w:rPr>
        <w:br/>
      </w:r>
      <w:r>
        <w:rPr>
          <w:lang w:eastAsia="zh-CN"/>
        </w:rPr>
        <w:t xml:space="preserve">    定点帮扶工作总结 篇4 </w:t>
      </w:r>
      <w:r>
        <w:rPr>
          <w:lang w:eastAsia="zh-CN"/>
        </w:rPr>
        <w:br/>
      </w:r>
      <w:r>
        <w:rPr>
          <w:lang w:eastAsia="zh-CN"/>
        </w:rPr>
        <w:t>　　20__年，区科技局贯彻落实区委区政府关于巩固脱贫攻坚成果同乡村振兴有效衔接工作的部署要求，围绕“两不愁、三保障、一安全”工作标准，扎实开展结对帮扶工作。20__年，区科技局结对帮扶铜山村、干部包保26户78人，其中结合防贫返贫监测系统，新增监测户1户5人；就业工作持续开展，201名帮扶对象实现稳定就业；健康扶贫政策实现全覆盖，医疗保险、意外保险及大病保险无一遗漏；因户施策，一户一策，41户帮扶户实施到户产业项目，预计享受财政奖补4.25万元；铜山茶叶全产业链发展迈出关键一步，铜山有机茶园建设初具规模，年加工茶叶2.5万斤，实现产值500万元。“党建引领、干部带头、党员示范”等党建工作机制持续发力，党建引领和乡村振兴融合推进，“双基”建设持续提升，村内人居环境整治水平居全乡前列，村蛋鸡场营销渠道拓宽、光伏电站运营良好，村有机茶场经营良好，集体经济有望实现10%增长，铜山村基层党组织的凝聚力、战斗力得到有效提升。</w:t>
      </w:r>
      <w:r>
        <w:rPr>
          <w:lang w:eastAsia="zh-CN"/>
        </w:rPr>
        <w:br/>
      </w:r>
      <w:r>
        <w:rPr>
          <w:lang w:eastAsia="zh-CN"/>
        </w:rPr>
        <w:t>　　一、强化组织领导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区科技局始终把“单位包村、干部包户”作为一项政治任务，列入党组议事日程。坚持一把手亲自抓分管领导具体抓，局党组每季度专题研究1次帮扶工作、听取选派干部工作汇报，单位一把手到村走访1次，分管领导到村集中调研2次、帮助解决现实问题2个。制定了《结对帮扶铜山村（20__-20__年）工作规划》和20__年度工作计划，明确了工作目标，强化了工作机制，进一步确保对结对帮扶工作的组织领导。</w:t>
      </w:r>
      <w:r>
        <w:rPr>
          <w:lang w:eastAsia="zh-CN"/>
        </w:rPr>
        <w:br/>
      </w:r>
      <w:r>
        <w:rPr>
          <w:lang w:eastAsia="zh-CN"/>
        </w:rPr>
        <w:t>　　二、强化沟通协调</w:t>
      </w:r>
      <w:r>
        <w:rPr>
          <w:lang w:eastAsia="zh-CN"/>
        </w:rPr>
        <w:br/>
      </w:r>
      <w:r>
        <w:rPr>
          <w:lang w:eastAsia="zh-CN"/>
        </w:rPr>
        <w:t>　　积极发挥市委督查室、区科技局和铜山村党建联盟作用，全面实施“党建+”推进党建工作与常态化疫情防控、人居环境整治等工作深度融合，切实提升铜山村基层党组织建设。发挥区直单位部门优势，协调团区委、区交通局、区农业农村局等部门到村走访调研、解决困难，切实推进部门联动，形成精准帮扶合力。加强与铜山村沟通交流，积极探索发展集体经济的新路径、新项目，精心谋划产业发展项目。积极邀请安徽农科院、皖西学院和包河区科技局到村指导，交流经验，改进工作，整合资源，互帮互惠，提升结对帮扶工作质量。</w:t>
      </w:r>
      <w:r>
        <w:rPr>
          <w:lang w:eastAsia="zh-CN"/>
        </w:rPr>
        <w:br/>
      </w:r>
      <w:r>
        <w:rPr>
          <w:lang w:eastAsia="zh-CN"/>
        </w:rPr>
        <w:t>　　三、落实包保责任</w:t>
      </w:r>
      <w:r>
        <w:rPr>
          <w:lang w:eastAsia="zh-CN"/>
        </w:rPr>
        <w:br/>
      </w:r>
      <w:r>
        <w:rPr>
          <w:lang w:eastAsia="zh-CN"/>
        </w:rPr>
        <w:t>　　全局干部参与包户工作，帮扶户共计26户。帮扶干部与帮扶户均商定了年度帮扶措施，制定了年度帮扶计划，一户一策、精准施策，确保帮扶户能取得实实在在的成效。压实帮扶责任，克服疫情影响、工作调整等因素，采取灵活多样的方式开展走访，确保帮扶工作连续。结合单位优势，组织区内科技特派员、专家教授到村开展特色种养殖技术培训，全村41户到户产业项目均如期实施，并已通过初验。</w:t>
      </w:r>
      <w:r>
        <w:rPr>
          <w:lang w:eastAsia="zh-CN"/>
        </w:rPr>
        <w:br/>
      </w:r>
      <w:r>
        <w:rPr>
          <w:lang w:eastAsia="zh-CN"/>
        </w:rPr>
        <w:t>　　四、严格选派干部管理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严格按照选派干部的管理要求，确保选派干部与单位业务工作脱钩，保障其正常待遇，严格按照选派干部管理有关规定，督促要求选派干落实制度规定，吃住在村，服从管理，廉洁自律。</w:t>
      </w:r>
      <w:r>
        <w:rPr>
          <w:lang w:eastAsia="zh-CN"/>
        </w:rPr>
        <w:br/>
      </w:r>
      <w:r>
        <w:rPr>
          <w:lang w:eastAsia="zh-CN"/>
        </w:rPr>
        <w:t xml:space="preserve">    定点帮扶工作总结 篇5 </w:t>
      </w:r>
      <w:r>
        <w:rPr>
          <w:lang w:eastAsia="zh-CN"/>
        </w:rPr>
        <w:br/>
      </w:r>
      <w:r>
        <w:rPr>
          <w:lang w:eastAsia="zh-CN"/>
        </w:rPr>
        <w:t>　　_年是市委、市政府实施新一轮帮扶工程的第二年。市供销社认真贯彻《市_年—_年定点扶贫工作方案》文件精神，按照市委、市政府和市扶贫开发领导小组的要求，作为与县千步梯村结队的帮扶单位，结合工作实际，牢牢把握统筹城乡发展、构建和谐社会这条主线，以实现农业增效、农民增收为目标，以扶持当地特色产业、抓好农民素质培训为重点，充分发挥供销社为农服务优势，进一步加大帮扶工作力度，落实帮扶举措，真正做到了认识到位、领导到位、措施到位、资金到位、指导到位，达到了年度帮扶的目标，取得了较好的帮扶成效。</w:t>
      </w:r>
      <w:r>
        <w:rPr>
          <w:lang w:eastAsia="zh-CN"/>
        </w:rPr>
        <w:br/>
      </w:r>
      <w:r>
        <w:rPr>
          <w:lang w:eastAsia="zh-CN"/>
        </w:rPr>
        <w:t>　　一、取得的成效</w:t>
      </w:r>
      <w:r>
        <w:rPr>
          <w:lang w:eastAsia="zh-CN"/>
        </w:rPr>
        <w:br/>
      </w:r>
      <w:r>
        <w:rPr>
          <w:lang w:eastAsia="zh-CN"/>
        </w:rPr>
        <w:t>　　通过机关全体干部职工的共同努力，有力地促进了当地产业结构的调整，进一步加快了当地经济从“输血”型向“造血”型的转变，有效地提高了农民的素质和当地的自我发展能力，较好地实现了农业增效、农民增收的目标;进一步加快了当地各项事业的健康发展，群众的生产、生活条件得到了较大的改善;帮助村两委搞好产业发展规划，以县供销社魔芋厂出资，在该村牵头领办县白魔芋种植农民专合社，入社会员达到116名，注册资金达158万元。</w:t>
      </w:r>
      <w:r>
        <w:rPr>
          <w:lang w:eastAsia="zh-CN"/>
        </w:rPr>
        <w:br/>
      </w:r>
      <w:r>
        <w:rPr>
          <w:lang w:eastAsia="zh-CN"/>
        </w:rPr>
        <w:t>　　二、工作措施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是统一思想，加大对帮扶工作的领导。市社党委一班人把对口帮扶工作列入重要议事日程，多次召开专题会议研究部署帮扶工作，及时调整市供销社定点扶贫工作领导小组，明确市社一把手作为帮扶工作的第一责任人，并明确分管领导，落实职能科室和具体人员，确定帮扶目标，完善帮扶机制，做到决心不变、热情不减、工作不松。同时在干部职工大会上对帮扶工作的重要性和紧迫性作了强调，要求机关干部职工真正认识到帮扶工作是推进党的`群众路线工作的具体表现，是保持社会稳定，构建和谐社会的重要举措，也是我们广大干部群众职工的应尽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是突出帮扶重点，全面落实帮扶措施。针对当地农民收入主要来自农业的现状，按照既定帮扶目标，重点抓好产业帮扶，发展当地魔芋、烤烟等特色产业，组建白魔芋种植专合社，做到村有产业发展规划、户有烤烟和白魔芋支柱产业。实现烤烟上1000亩、产量上1000担;白魔芋上1000亩，产值500万元。充分发挥供销社为农服务优势，聘请专家到村上开展白魔芋和烤烟病虫害防治技术培训，提高村民抵御自然灾害的能力，为该村群众脱贫致富创造条件。并且及时落实承诺的帮扶资金，确保帮扶资金及时足额到位。_年，市供销社主要领导、分管领导率相关职能科室同志先后4次深入到千步梯村开展帮扶工作，以实际行动进一步落实全市加快县脱贫达小康会议精神。市社一班人还从有限的工作经费中挤出帮扶资金12500元，用于开展特困户、贫困党员走访慰问，解决贫困户子女入学难问题，进一步改善村委办公条件，夯实党的执政基础。认真落实定点扶贫工作登记制度，在摸清村情的基础上，建立到村帮扶登记制度，将每次进村入户的具体情况逐次逐项进行登记，确保定点扶贫工作落到实处。</w:t>
      </w:r>
      <w:r>
        <w:rPr>
          <w:lang w:eastAsia="zh-CN"/>
        </w:rPr>
        <w:br/>
      </w:r>
      <w:r>
        <w:rPr>
          <w:lang w:eastAsia="zh-CN"/>
        </w:rPr>
        <w:t>　　三是加强与帮扶对象的联络和交流。通过电话、实地指导等形式，市供销社和结对村干部群众经常进行联络和交流。市供销社主要领导和相关人员与县供销社一班人，多次到千步梯村走访，了解情况，产业发展规划进行研究和论证，共同确定发展项目。利用送温暖活动，主动与帮扶对象谈心，宣传党的强农惠农政策，宣传扶贫工作的先进做法、经验和脱贫致富典型，及时帮助他们解决生产生活方面存在的问题和困难，鼓励他们树立克服困难、加快发展的信心和决心。</w:t>
      </w:r>
      <w:r>
        <w:rPr>
          <w:lang w:eastAsia="zh-CN"/>
        </w:rPr>
        <w:br/>
      </w:r>
      <w:r>
        <w:rPr>
          <w:lang w:eastAsia="zh-CN"/>
        </w:rPr>
        <w:t xml:space="preserve">    定点帮扶工作总结 篇6 </w:t>
      </w:r>
      <w:r>
        <w:rPr>
          <w:lang w:eastAsia="zh-CN"/>
        </w:rPr>
        <w:br/>
      </w:r>
      <w:r>
        <w:rPr>
          <w:lang w:eastAsia="zh-CN"/>
        </w:rPr>
        <w:t>　　20__年，我局在县委、县政府的正确领导下，紧密围绕乡村振兴工作统一部署，根据“产业兴旺、生态宜居、乡风文明，治理有效、生活富裕”的工作方针，巩固脱贫攻坚成果、扎实推进振兴乡村战略，加快实现经济又好又快发展。结合驻村实际情况细化精准帮扶措施，切实做到结对帮扶工作到村、到户、到人，确保了扶贫各项工作的扎实有序推进。</w:t>
      </w:r>
      <w:r>
        <w:rPr>
          <w:lang w:eastAsia="zh-CN"/>
        </w:rPr>
        <w:br/>
      </w:r>
      <w:r>
        <w:rPr>
          <w:lang w:eastAsia="zh-CN"/>
        </w:rPr>
        <w:t>　　一、主要做法</w:t>
      </w:r>
      <w:r>
        <w:rPr>
          <w:lang w:eastAsia="zh-CN"/>
        </w:rPr>
        <w:br/>
      </w:r>
      <w:r>
        <w:rPr>
          <w:lang w:eastAsia="zh-CN"/>
        </w:rPr>
        <w:t>　　（一）提高认识、压实帮扶责任。把乡村振兴工作当做局最大政治任务、第一任务来抓。多次召开局党组会、局工作例会，全局上下形成共识，明确帮扶目标，层层压实责任，狠抓乡村振兴效能检查，切实把压力和责任传导到每个帮扶干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制定计划、强化驻村帮扶。制定定点帮扶村工作计划，并按照帮扶计划开展工作，选派2名年轻干部作为龙塘村驻村工作队成员，驻村开展帮扶工作。局领导班子结合“走百村、访千家、入万户”活动多次到村开展走访、座谈工作，了解定点帮扶村在乡村振兴工作中存在的困难和难题，结合实际提供解决方案。</w:t>
      </w:r>
      <w:r>
        <w:rPr>
          <w:lang w:eastAsia="zh-CN"/>
        </w:rPr>
        <w:br/>
      </w:r>
      <w:r>
        <w:rPr>
          <w:lang w:eastAsia="zh-CN"/>
        </w:rPr>
        <w:t>　　（三）发挥优势、推进产业振兴。充分发挥帮扶村产业特色，提升产业振兴作用，帮助贫困人口开展生产自救，积极推进到村、到户产业项目。</w:t>
      </w:r>
      <w:r>
        <w:rPr>
          <w:lang w:eastAsia="zh-CN"/>
        </w:rPr>
        <w:br/>
      </w:r>
      <w:r>
        <w:rPr>
          <w:lang w:eastAsia="zh-CN"/>
        </w:rPr>
        <w:t>　　二、下一步打算</w:t>
      </w:r>
      <w:r>
        <w:rPr>
          <w:lang w:eastAsia="zh-CN"/>
        </w:rPr>
        <w:br/>
      </w:r>
      <w:r>
        <w:rPr>
          <w:lang w:eastAsia="zh-CN"/>
        </w:rPr>
        <w:t>　　一是继续按照县委、县政府的统一部署做好包村帮扶工作，认真落实帮扶包户工作职责，把食品小作坊的整治提升与实施乡村振兴、乡村振兴、污染防治等重大战略有机结合。</w:t>
      </w:r>
      <w:r>
        <w:rPr>
          <w:lang w:eastAsia="zh-CN"/>
        </w:rPr>
        <w:br/>
      </w:r>
      <w:r>
        <w:rPr>
          <w:lang w:eastAsia="zh-CN"/>
        </w:rPr>
        <w:t>　　二是以实现“五大振兴”为目标，努力做好巩固村乡村振兴与乡村振兴的有效衔结、扎实推进振兴乡村战略衔接期间的帮扶工作，逐步改善村容村貌，引导扶持产业发展，使村集体年收入实现稳步增长。</w:t>
      </w:r>
      <w:r>
        <w:rPr>
          <w:lang w:eastAsia="zh-CN"/>
        </w:rPr>
        <w:br/>
      </w:r>
      <w:r>
        <w:rPr>
          <w:lang w:eastAsia="zh-CN"/>
        </w:rPr>
        <w:t>　　三是总结经验，为全面推进乡村振兴建设做出积极贡献。</w:t>
      </w:r>
      <w:r>
        <w:rPr>
          <w:lang w:eastAsia="zh-CN"/>
        </w:rPr>
        <w:br/>
      </w:r>
      <w:r>
        <w:rPr>
          <w:lang w:eastAsia="zh-CN"/>
        </w:rPr>
        <w:t xml:space="preserve">    定点帮扶工作总结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在县委、县政府的领导下,在市扶贫办的指导下，我县按照市委市政府关于做好新一轮定点帮扶工作的要求，认真贯彻落实《__市农村扶贫开发领导小组关于开展第三轮第一批农村扶贫开发工作的通知》(成扶贫领〔20__〕3号)文件精神，制定并落实了《中共__县县委办公室</w:t>
      </w:r>
      <w:r>
        <w:rPr>
          <w:lang w:eastAsia="zh-CN"/>
        </w:rPr>
        <w:t xml:space="preserve"> __县人民政府办公室关于做好20__年农村扶贫开发工作的意见》(郫委办〔20__〕32号)，围绕帮助贫困村脱贫致富这一核心任务，以“开发式扶贫”方针为指导，以基础设施建设和产业发展为重点，以增加贫困村农民收入为目标，深入推进全县定点帮扶工作，着力改善贫困村农民生产生活条件，立足贫困村资源优势，帮助大力发展特色优势产业，通过全县和__市广大干部、群众的共同努力，定点帮扶工作取得了明显成效。现将一年来的工作总结如下：</w:t>
      </w:r>
      <w:r>
        <w:rPr>
          <w:lang w:eastAsia="zh-CN"/>
        </w:rPr>
        <w:br/>
      </w:r>
      <w:r>
        <w:rPr>
          <w:lang w:eastAsia="zh-CN"/>
        </w:rPr>
        <w:t>　　一、高度重视，加强领导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月21日上午，我县在__市召开了20__年定点帮扶工作会议，副县长吴彬、__市副市长李建等参加了会议。会上，县农发局局长幸超对20__年定点帮扶工作进行了安排部署。22个定点帮扶单位与__市11个镇村进行了现场对接。副县长吴彬对帮扶工作提出四点要求：一是要进一步提高对定点帮扶工作的认识，各帮扶单位要高度重视，站在讲政治的角度，以高度的政治责任感、强烈的工作责任心，周密安排、精心组织，千方百计筹措资金做好帮扶工作;二是要想方设法解决贫困群众存在的实际困难，充分利用帮扶单位的行业优势，结合帮扶村实际，通过实用技术、专业技能培训等有效方法，使贫困村群众能掌握一门实用技术，从而提高他们的整体素质和技能水平，拓宽群众的增收渠道;三是要加强定点帮扶工作的组织领导，各帮扶单位要把定点帮扶工作纳入重要议事日程，统筹规划、精心部署、扎实推进，形成“主要领导亲自抓，分管领导具体负责，责任科室明确，人员落实到位”的工作机制，确保各项工作落到实处;四是要实现定点帮扶与区域合作共同推进，利用此次帮扶工作机会，学习、借鉴__市好的做法和成功经验，进一步加强区域合作、加深友谊、努力形成共同发展的良好局面。会议要求各帮扶单位思想上要更加重视、行动上要更加务实、方法上要更加创新，全力确保此轮帮扶任务圆满完成。</w:t>
      </w:r>
      <w:r>
        <w:rPr>
          <w:lang w:eastAsia="zh-CN"/>
        </w:rPr>
        <w:br/>
      </w:r>
      <w:r>
        <w:rPr>
          <w:lang w:eastAsia="zh-CN"/>
        </w:rPr>
        <w:t>　　二、明确任务，落实责任</w:t>
      </w:r>
      <w:r>
        <w:rPr>
          <w:lang w:eastAsia="zh-CN"/>
        </w:rPr>
        <w:br/>
      </w:r>
      <w:r>
        <w:rPr>
          <w:lang w:eastAsia="zh-CN"/>
        </w:rPr>
        <w:t>　　制定了《关于做好20__年农村扶贫开发工作的意见》(郫委办〔20__〕32号)文件，将定点帮扶各项目标分解下达到全县22个成员单位。要求各单位务必高度重视，组织必要的人力、物力和财力，全力以赴完成今年定点帮扶工作;要进一步开展“领导挂点、部门包村、干部帮户”活动，深化完善主要领导负总责、分管领导具体抓、责任落实的帮扶工作责任制，单位主要领导全年到帮扶村不少于2次，分管领导、责任科室每季度不少于2次;要进一步探索扶贫新路，保障资金投入，确保帮扶见实效。</w:t>
      </w:r>
      <w:r>
        <w:rPr>
          <w:lang w:eastAsia="zh-CN"/>
        </w:rPr>
        <w:br/>
      </w:r>
      <w:r>
        <w:rPr>
          <w:lang w:eastAsia="zh-CN"/>
        </w:rPr>
        <w:t>　　三、强化联系，严格督查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为确保此轮帮扶工作有序开展、落到实处，县扶贫办及各帮扶单位多次深入到__市贫困村，就产业发展情况与镇、村进行磋商和交流，掌握制约经济发展的瓶颈所在，积极出谋划策，探索标本兼治、综合开发的路子。在帮扶开展前期，县扶贫办督促各帮扶单位抓紧工作对接、制定帮扶计划、确定帮扶项目，帮助贫困村找准发展出路。在项目实施过程中，县扶贫办切实加强定点帮扶工作的督促检查，密切关注项目进展和扶贫资金的到位、使用情况，并对工作中的问题及时进行协调和解决，有力地推动了帮扶工作的开展。</w:t>
      </w:r>
      <w:r>
        <w:rPr>
          <w:lang w:eastAsia="zh-CN"/>
        </w:rPr>
        <w:br/>
      </w:r>
      <w:r>
        <w:rPr>
          <w:lang w:eastAsia="zh-CN"/>
        </w:rPr>
        <w:t>　　四、措施扎实，成效显著</w:t>
      </w:r>
      <w:r>
        <w:rPr>
          <w:lang w:eastAsia="zh-CN"/>
        </w:rPr>
        <w:br/>
      </w:r>
      <w:r>
        <w:rPr>
          <w:lang w:eastAsia="zh-CN"/>
        </w:rPr>
        <w:t>　　定点帮扶工作中，调查是基础，计划要先行，资金是关键，组织是保障。今年的定点帮扶工作中，我县立足贫困村资源优势，坚持“输血”和“造血”相结合，以基础设施建设和产业结构调整为突破点，扎实开展定点帮扶工作。截止12月10日，共完成帮扶项目24个，到位帮扶资金150.48万元，圆满完成今年的帮扶任务。</w:t>
      </w:r>
      <w:r>
        <w:rPr>
          <w:lang w:eastAsia="zh-CN"/>
        </w:rPr>
        <w:br/>
      </w:r>
      <w:r>
        <w:rPr>
          <w:lang w:eastAsia="zh-CN"/>
        </w:rPr>
        <w:t>　　1.完善基础设施建设。针对贫困村普遍反映的基础建设不足严重制约本村经济发展的情况，各帮扶单位认真研究，制定帮扶计划，投入帮扶资金，帮助贫困村改善基础设施条件。例如，我县环保局和水务局今年投入资金15万元，帮助回龙镇凉风村新建水泥混凝土路1.5公里，整治山坪塘3个，修建蓄水池3口;县交通局今年投入项目资金15万元，帮助水口镇合江村改建10.6公里的烂泥路;县国土局和计生局今年共投入资金10万元，帮助大同乡永兴社区建成村道1公里，整治河道0.2公里，新建农民集中居住区管理类用房1600平方米;县卫生局今年投入资金5万元，帮助油榨乡直台村修建村卫生站一处，目前该项目已启动。20__年，我县在__市贫困村共建成(含改、扩建)道路15.4公里;整治山坪塘3个;整治河道、沟渠0.2公里;新建蓄水池3口，在建农民集中居住区管理类用房1600平方米、村卫生站一处，贫困村发展环境得到了明显改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帮助优化产业结构。为增加农民收入，各帮扶单位会同贫困村就村上如何发挥自身优势，调整农业产业结构进行深入探讨，积极引导农户发展适销对路的项目，走出了一条较为可行的、地区特色鲜明的产业发展路子。例如，我县国土、计生局依托大同乡的'古镇特色发展优势，结合生态旅游开发，筹措资金10万元，帮助永兴社区发展楠木林生态体验旅游项目，打造一、三产业良性互动格局下的乡村体验式旅游品牌，目前该项目的前期规划已经完成，正在开展综合体验园区的招商工作;县国税局今年投入项目资金10万元，帮助水口镇合江村改造低效竹林，种植优质生态漆树500亩，带动全村经济作物种植产业发展，帮助逐步走上生态漆树种植产业化、旅游发展生态化的特色道路;安靖镇今年投入项目资金5万元，帮助临济镇郑航村专门设计符合当地特色的蜀绣旅游产品，结合当地丰富的旅游资源，引导在旅游地开办绣坊、绣庄等方式，就地销售蜀绣产品，增加农民收入;犀浦镇投入7.3万元资金，帮助大同乡盐水村种植金银花100亩;红光镇落实资金5万元，帮助油榨乡直台村发展茶叶、猕猴桃等特色种植业;政府办、古城镇投入10万元资金，帮助大同乡孔家山村在传统名茶种植基础上发展千亩标准化茶园，目前已形成200亩的标准化种植规模;环保局、水务局依托回龙镇“果业协会”，帮助已初步形成的千亩柑橘基地进行品种改良，并充分利用该村生态环境好、空气清新的优势，积极发展生态乡村旅游，目前已建成“三叶会馆”和“凉风山庄”2处示范点。地方特色优势产业的蓬勃发展，为贫困村经济发展注入了新的活力，农民生产、生活水平有了一定提高，贫困村经济可持续发展能力得到提高。</w:t>
      </w:r>
      <w:r>
        <w:rPr>
          <w:lang w:eastAsia="zh-CN"/>
        </w:rPr>
        <w:br/>
      </w:r>
      <w:r>
        <w:rPr>
          <w:lang w:eastAsia="zh-CN"/>
        </w:rPr>
        <w:t>　　3.大力开展扶贫济困活动。充分利用“元旦”、“七一”、“国庆”等节假日开展多种形式的走访慰问活动，帮助困难群众解决一些实际问题。6月28日县委办辛建平主任、张茂副主任带领办公室工作人员，与德源镇领导一起，深入__市大同乡景沟村开展“送温暖、献爱心”活动，走访慰问了10户困难群众，每户送去大米、菜油等生活必需品和慰问金600元。全年共开展大型慰问活动3次，慰问贫困户76户,到位慰问金2.54万元;同时积极开展捐资助学活动，筹集资金2.5万元，帮助贫困村在校中小学生购买文具、书包等学习用品。</w:t>
      </w:r>
      <w:r>
        <w:rPr>
          <w:lang w:eastAsia="zh-CN"/>
        </w:rPr>
        <w:br/>
      </w:r>
      <w:r>
        <w:rPr>
          <w:lang w:eastAsia="zh-CN"/>
        </w:rPr>
        <w:t>　　4.积极开展其他帮扶活动。一是重点抓好劳务技能、干部素质等培训工作，促进贫困村实现充分就业，全年共投入培训费2.94万元，培训332人次;二是积极开展义诊咨询活动，通过举办健康讲座、发放宣传手册等形式，帮助贫困村农民普及健康知识，改变不良的生活和卫生习惯。12月4日，县卫生局邀请中西医结合医院专家一行6人，到油榨乡直台村开展了义诊咨询和健康体检，在近两个小时的义诊活动中，为60余名村民进行诊疗咨询，并发放了100余份健康宣传资料，结合自身优势积极为贫困村服务。</w:t>
      </w:r>
      <w:r>
        <w:rPr>
          <w:lang w:eastAsia="zh-CN"/>
        </w:rPr>
        <w:br/>
      </w:r>
      <w:r>
        <w:rPr>
          <w:lang w:eastAsia="zh-CN"/>
        </w:rPr>
        <w:t xml:space="preserve">    定点帮扶工作总结 篇8 </w:t>
      </w:r>
      <w:r>
        <w:rPr>
          <w:lang w:eastAsia="zh-CN"/>
        </w:rPr>
        <w:br/>
      </w:r>
      <w:r>
        <w:rPr>
          <w:lang w:eastAsia="zh-CN"/>
        </w:rPr>
        <w:t>　　我校的定点帮扶基层单位是英吉沙县城关乡喀拉库孜七村。从20__年3月14日开始，我校按照地委行署的要求实施了帮扶工作。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一、以建立和谐社会，推进社会主义新农村建设为目标部署帮扶工作。</w:t>
      </w:r>
      <w:r>
        <w:rPr>
          <w:lang w:eastAsia="zh-CN"/>
        </w:rPr>
        <w:br/>
      </w:r>
      <w:r>
        <w:rPr>
          <w:lang w:eastAsia="zh-CN"/>
        </w:rPr>
        <w:t>　　20__年3月14日，我校副校长王国有同志、总务科科长张瑞新同志、办公室欧小霜同志受学校党委委托参加了英吉沙县委召开的由地直十六家单位领导参加的定点帮扶整村推进动员大会。会后，王校长一行三人专程来到城关乡，与乡党委潘书记、莎乡长以及其他乡干部、村干部进行了交流，初步了解了七村的基本情况，和村民们在推进社会主义新农村建设中的愿望、实际困难。</w:t>
      </w:r>
      <w:r>
        <w:rPr>
          <w:lang w:eastAsia="zh-CN"/>
        </w:rPr>
        <w:br/>
      </w:r>
      <w:r>
        <w:rPr>
          <w:lang w:eastAsia="zh-CN"/>
        </w:rPr>
        <w:t>　　城关乡位于英吉沙县城内，距喀什有60多公里，有13个自然村、5所小学、101名教师，总人口120__多人，全乡有党委书记、乡长14名领导干部，实行双配制即“4211”工程，七站八所在编干部247人。</w:t>
      </w:r>
      <w:r>
        <w:rPr>
          <w:lang w:eastAsia="zh-CN"/>
        </w:rPr>
        <w:br/>
      </w:r>
      <w:r>
        <w:rPr>
          <w:lang w:eastAsia="zh-CN"/>
        </w:rPr>
        <w:t>　　喀拉库孜七村是城关乡下辖的一个自然村，共有25名党员，其中有6名女党员，分5个村民自治小组，全村186户896人，贫困户达93户，其中最困难的有39户，五保户3户。</w:t>
      </w:r>
      <w:r>
        <w:rPr>
          <w:lang w:eastAsia="zh-CN"/>
        </w:rPr>
        <w:br/>
      </w:r>
      <w:r>
        <w:rPr>
          <w:lang w:eastAsia="zh-CN"/>
        </w:rPr>
        <w:t>　　喀拉库孜七村位于城乡结合处，自从中央对农村中小学实行“两免一补”政策后，农民负担减轻了一些，但增加收入仍是一个问题。四月份，我校党委书记赵新明同志、校长谢林冬同志先后到七村调研，破解难题，研究农民增收办法。最后，根据七村的地理优势和区域优势，与乡党委七村党支部一起确定了头两年帮助七村农民发展设施农业，第三年帮助他们发展养殖业的帮扶思路。</w:t>
      </w:r>
      <w:r>
        <w:rPr>
          <w:lang w:eastAsia="zh-CN"/>
        </w:rPr>
        <w:br/>
      </w:r>
      <w:r>
        <w:rPr>
          <w:lang w:eastAsia="zh-CN"/>
        </w:rPr>
        <w:t>　　二、分阶段实施有效援助。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20__年4月，援助人民币15000元，帮助30多户农民购买塑料薄膜，搭拱棚需要的材料。为帮助七村党支部加强基层组织建设，特赠送电脑、打印机各一台。“六·一”节专程看望了七村的小学生，为他们送去节日礼物、作业本等。冬季特为贫困户、五保户送去价值上仟元的大米、清油。</w:t>
      </w:r>
      <w:r>
        <w:rPr>
          <w:lang w:eastAsia="zh-CN"/>
        </w:rPr>
        <w:br/>
      </w:r>
      <w:r>
        <w:rPr>
          <w:lang w:eastAsia="zh-CN"/>
        </w:rPr>
        <w:t>　　2、20__年，援助15000元帮助七村搭建拱栅和购买建育苗大棚所需的棉被及其保暖材料。11月为城关乡小学送去价值5000元的课桌椅（32套）。20__年元月，为帮助七村解决党员学习无桌椅的实际困难，援助叁仟元，帮助他们购置桌凳。古尔邦节前送去价值3000元的面粉清油，慰问贫困户。</w:t>
      </w:r>
      <w:r>
        <w:rPr>
          <w:lang w:eastAsia="zh-CN"/>
        </w:rPr>
        <w:br/>
      </w:r>
      <w:r>
        <w:rPr>
          <w:lang w:eastAsia="zh-CN"/>
        </w:rPr>
        <w:t>　　3、在20__年至20__年援建的拱棚、育苗棚已发挥作用的基础上，20__年我们资助25000元，帮助他们发展养殖业。三年来，共援助约75000元钱物帮助七村农民增收。</w:t>
      </w:r>
      <w:r>
        <w:rPr>
          <w:lang w:eastAsia="zh-CN"/>
        </w:rPr>
        <w:br/>
      </w:r>
      <w:r>
        <w:rPr>
          <w:lang w:eastAsia="zh-CN"/>
        </w:rPr>
        <w:t>　　三、帮扶工作真正给农民带来实惠。</w:t>
      </w:r>
      <w:r>
        <w:rPr>
          <w:lang w:eastAsia="zh-CN"/>
        </w:rPr>
        <w:br/>
      </w:r>
      <w:r>
        <w:rPr>
          <w:lang w:eastAsia="zh-CN"/>
        </w:rPr>
        <w:t>　　依据帮扶工作的主要思路，20__年至20__年，我校拿出约叁万元帮助喀拉库孜七村发展设施农业。两年间，村里共修建了67座大棚和4座育苗棚，67户人家受益，每年人均增收约238元。20__年实现了人均收入2097元。20__年人均收入达到2988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20__年我校继续援助2.5万元扶贫资金，该村利用第一批1.5万元扶贫资金，统一购买了4000只鸡苗，发展养殖业，使33农民100多口人受益，截止10月份，人均增收80元左右。预计20__年喀拉库孜七村人均收入将达到3600元左右。为了保证冬季把鸡苗送到农户手中，春节前能够上市，我校又资助1万元，帮助村里购买鸡苗。</w:t>
      </w:r>
      <w:r>
        <w:rPr>
          <w:lang w:eastAsia="zh-CN"/>
        </w:rPr>
        <w:br/>
      </w:r>
      <w:r>
        <w:rPr>
          <w:lang w:eastAsia="zh-CN"/>
        </w:rPr>
        <w:t>　　四、开展“大宣传、大揭批、大动员”活动，为实践科学发展观打下基础。</w:t>
      </w:r>
      <w:r>
        <w:rPr>
          <w:lang w:eastAsia="zh-CN"/>
        </w:rPr>
        <w:br/>
      </w:r>
      <w:r>
        <w:rPr>
          <w:lang w:eastAsia="zh-CN"/>
        </w:rPr>
        <w:t>　　根据地区教工委的要求，我校王国有副校长带领有关同志于20__年10月6日来到喀拉库孜七村进行调研，召开了该村部分老党员座谈会，了解基层党支部建设情况、党员干部和各族群众的思想状况，了解农民增收、脱贫致富措施的落实情况。</w:t>
      </w:r>
      <w:r>
        <w:rPr>
          <w:lang w:eastAsia="zh-CN"/>
        </w:rPr>
        <w:br/>
      </w:r>
      <w:r>
        <w:rPr>
          <w:lang w:eastAsia="zh-CN"/>
        </w:rPr>
        <w:t>　　目前，喀拉库孜七村群众思想状况稳定，社会治安状况良好，没有出现过严重的政治事件，没有人参与非法宗教活动和分裂破坏活动。党支部能率领党员抓稳定、促发展，工作有成效。干部群众致力于发展生产，脱贫致富，生活状况有明显好转。村里的贫困户有低保、有补贴，基本能满足温饱。</w:t>
      </w:r>
      <w:r>
        <w:rPr>
          <w:lang w:eastAsia="zh-CN"/>
        </w:rPr>
        <w:br/>
      </w:r>
      <w:r>
        <w:rPr>
          <w:lang w:eastAsia="zh-CN"/>
        </w:rPr>
        <w:t>　　该村连续两年被评为集体经济发展先进村，受到县乡两级表彰；村党支部20__年、20__年都被评为县级先进基层党组织。该村发挥党支部的战斗堡垒作用，抓住社会主义和农村建设的机遇，依靠县、乡各级党委扶贫帮困政策，真正实现了集体经济的大发展，促进了社会稳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党员座谈会上王校长强调：面对当前反分裂斗争的复杂形势，党支部要认真组织党员干部学习、宣传党的民族政策，教育党员认清当前我区发生的一系列恐怖事件的危害，揭露的反动本质和险恶用心，认清其反动性、欺骗性、危害性，用实际行动珍惜目前的大好局面。自觉维护稳定，努力发展生产，并为党支部送去1000元供大宣传、大揭批之用。</w:t>
      </w:r>
      <w:r>
        <w:rPr>
          <w:lang w:eastAsia="zh-CN"/>
        </w:rPr>
        <w:br/>
      </w:r>
      <w:r>
        <w:rPr>
          <w:lang w:eastAsia="zh-CN"/>
        </w:rPr>
        <w:t>　　五、落实科学发展观，促进发展。</w:t>
      </w:r>
      <w:r>
        <w:rPr>
          <w:lang w:eastAsia="zh-CN"/>
        </w:rPr>
        <w:br/>
      </w:r>
      <w:r>
        <w:rPr>
          <w:lang w:eastAsia="zh-CN"/>
        </w:rPr>
        <w:t>　　喀拉库孜七村党支部有凝聚力，党员觉悟高，党群关系融洽。他们决心按照全面协调可持续发展的要求，统筹兼顾，不断壮大经济实力，发展社会事业，推进社会主义新农村建设。</w:t>
      </w:r>
      <w:r>
        <w:rPr>
          <w:lang w:eastAsia="zh-CN"/>
        </w:rPr>
        <w:br/>
      </w:r>
      <w:r>
        <w:rPr>
          <w:lang w:eastAsia="zh-CN"/>
        </w:rPr>
        <w:t>　　在学习实践科学发展观的活动中，我校全体教职工会继续关注关心喀拉库孜七村的社会建设和社会发展，在力所能及的情况下多为农民兄弟做实事，为维护社会稳定做出我们的努力。</w:t>
      </w:r>
      <w:r>
        <w:rPr>
          <w:lang w:eastAsia="zh-CN"/>
        </w:rPr>
        <w:br/>
      </w:r>
      <w:r>
        <w:rPr>
          <w:lang w:eastAsia="zh-CN"/>
        </w:rPr>
        <w:t xml:space="preserve">    定点帮扶工作总结 篇9 </w:t>
      </w:r>
      <w:r>
        <w:rPr>
          <w:lang w:eastAsia="zh-CN"/>
        </w:rPr>
        <w:br/>
      </w:r>
      <w:r>
        <w:rPr>
          <w:lang w:eastAsia="zh-CN"/>
        </w:rPr>
        <w:t>　　今年来,我县以推进城乡一体化，建设社会主义新农村为总揽，以“整村推进、产业扶贫”为重点，以壮大农村集体经济、增加农民收入为目标，深入推进农村扶贫开发工作，着力改善贫困村生产生活条件，大力帮助贫困村发展主导产业，经过全县人民和彭州市贫困村广大干部、群众的共同努力，定点帮扶工作取得了阶段性成效。现将20__年上半年的工作情况总结如下：</w:t>
      </w:r>
      <w:r>
        <w:rPr>
          <w:lang w:eastAsia="zh-CN"/>
        </w:rPr>
        <w:br/>
      </w:r>
      <w:r>
        <w:rPr>
          <w:lang w:eastAsia="zh-CN"/>
        </w:rPr>
        <w:t>　　一、高度重视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月26日，我县在彭州市葛仙山镇召开20__年定点帮扶工作会议，县扶贫办及16个定点帮扶单位参加了会议。会议传达了市扶贫办《关于进一步做好20__年农村扶贫开发工作的通知》（成扶贫办4号）文件精神，并对20__年的定点帮扶工作进行了安排部署。会上，县农工办领导就此项工作提出四点要求：一是要高度重视定点帮扶工作，千方百计筹措资金，抽调必要的人力、物力、财力，确保市委、市政府下达给我县的定点帮扶工作全面完成；二是要进一步发扬积极、友爱的工作作风，深刻体会彭州市灾区人民在5.12大地震中丧失家园，亲人离散的切肤之痛，投入真挚的感情开展工作；三是要进一步创新扶贫机制，拓宽工作思路，以产业扶贫，项目支持为重点，着力增强贫困村的造血功能；四是要进一步明确任务，落实责任，建立起工作互动和跟踪、督查机制，确保帮扶工作取得实效。</w:t>
      </w:r>
      <w:r>
        <w:rPr>
          <w:lang w:eastAsia="zh-CN"/>
        </w:rPr>
        <w:br/>
      </w:r>
      <w:r>
        <w:rPr>
          <w:lang w:eastAsia="zh-CN"/>
        </w:rPr>
        <w:t>　　二、落实责任</w:t>
      </w:r>
      <w:r>
        <w:rPr>
          <w:lang w:eastAsia="zh-CN"/>
        </w:rPr>
        <w:br/>
      </w:r>
      <w:r>
        <w:rPr>
          <w:lang w:eastAsia="zh-CN"/>
        </w:rPr>
        <w:t>　　市上定点帮扶工作任务下达以后，县委、县政府制定了《关于做好20__年农村扶贫开发工作的意见》（郫委办52号），将定点帮扶各项目标分解下达到全县16个定点帮扶成员单位，并纳入县委、县政府重点目标考核内容。要求各定点帮扶单位要进一步创新工作机制，探索扶贫新路，保障资金投入，重点抓好产业扶贫，力争在2020__年末，使贫困村生产生活条件、农业基础实施、农村发展环境得到明显改善。</w:t>
      </w:r>
      <w:r>
        <w:rPr>
          <w:lang w:eastAsia="zh-CN"/>
        </w:rPr>
        <w:br/>
      </w:r>
      <w:r>
        <w:rPr>
          <w:lang w:eastAsia="zh-CN"/>
        </w:rPr>
        <w:t>　　三、严格督查</w:t>
      </w:r>
      <w:r>
        <w:rPr>
          <w:lang w:eastAsia="zh-CN"/>
        </w:rPr>
        <w:br/>
      </w:r>
      <w:r>
        <w:rPr>
          <w:lang w:eastAsia="zh-CN"/>
        </w:rPr>
        <w:t>　　为确保各项工作落到实处，县扶贫办多次组织各帮扶单位及相关技术人员深入到邛崃市8个被帮扶村，就贫困村的产业发展等情况与帮扶镇、村进行磋商和交流；检查帮扶项目的落实和扶贫资金的使用情况，并对帮扶工作中的困难和问题及时进行协调并予以解决，有力地推动了帮扶工作的开展。</w:t>
      </w:r>
      <w:r>
        <w:rPr>
          <w:lang w:eastAsia="zh-CN"/>
        </w:rPr>
        <w:br/>
      </w:r>
      <w:r>
        <w:rPr>
          <w:lang w:eastAsia="zh-CN"/>
        </w:rPr>
        <w:t>　　四、进展顺利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截止20__年6月24日，我县在彭州市确定并正在实施定点帮扶项目16个,到位帮扶资金39万元；慰问贫苦党员、贫困户195户，发放慰问金4.5万元；圆满完成时间过半、任务过办的工作目标。</w:t>
      </w:r>
      <w:r>
        <w:rPr>
          <w:lang w:eastAsia="zh-CN"/>
        </w:rPr>
        <w:br/>
      </w:r>
      <w:r>
        <w:rPr>
          <w:lang w:eastAsia="zh-CN"/>
        </w:rPr>
        <w:t xml:space="preserve">    定点帮扶工作总结 篇10 </w:t>
      </w:r>
      <w:r>
        <w:rPr>
          <w:lang w:eastAsia="zh-CN"/>
        </w:rPr>
        <w:br/>
      </w:r>
      <w:r>
        <w:rPr>
          <w:lang w:eastAsia="zh-CN"/>
        </w:rPr>
        <w:t>　　根据县委、县政府部署和县委办、县政府办文件要求，县科技局20__年被派驻__村进行驻村帮扶工作，现将20__年开展驻村定点扶贫工作情况简要总结如下：</w:t>
      </w:r>
      <w:r>
        <w:rPr>
          <w:lang w:eastAsia="zh-CN"/>
        </w:rPr>
        <w:br/>
      </w:r>
      <w:r>
        <w:rPr>
          <w:lang w:eastAsia="zh-CN"/>
        </w:rPr>
        <w:t>　　一、根据文件要求，我局及时成立了强有力的扶贫驻村工作组，同时进驻扶贫定点村进行调查摸底和开展工作，掌握衙前镇溪口村的基本情况，以使工作组的帮扶工作有的放矢，促进农村经济发展和农民增收。</w:t>
      </w:r>
      <w:r>
        <w:rPr>
          <w:lang w:eastAsia="zh-CN"/>
        </w:rPr>
        <w:br/>
      </w:r>
      <w:r>
        <w:rPr>
          <w:lang w:eastAsia="zh-CN"/>
        </w:rPr>
        <w:t>　　二、根据衙前镇溪口村的实际，制定了扶贫开发规划、定点扶贫年度工作计划和《20__年驻村帮扶承诺书》，并按“年度工作计划”和《帮扶承诺书》内容扎实开展定点帮扶各项工作;按照帮扶承诺书承诺20__年帮扶支助资金1.5万元，改善村级基础设施。</w:t>
      </w:r>
      <w:r>
        <w:rPr>
          <w:lang w:eastAsia="zh-CN"/>
        </w:rPr>
        <w:br/>
      </w:r>
      <w:r>
        <w:rPr>
          <w:lang w:eastAsia="zh-CN"/>
        </w:rPr>
        <w:t>　　三、协助定点扶贫村搞好扶贫开发规划的实施，兴修村组公路3公路，兴修桥梁1座。</w:t>
      </w:r>
      <w:r>
        <w:rPr>
          <w:lang w:eastAsia="zh-CN"/>
        </w:rPr>
        <w:br/>
      </w:r>
      <w:r>
        <w:rPr>
          <w:lang w:eastAsia="zh-CN"/>
        </w:rPr>
        <w:t>　　四、扶助该村冬季作物和毛竹、林木种植管理工作， 20__年扩建和改造毛竹低产林1060余亩，以点带面推动全村木竹产业的'发展;同时帮助和鼓励农户种植甘蓝型油菜，20__年种植油菜700余亩。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五、认真实施党员干部“1+1”帮扶工作，建立党员干部“1+1”帮扶档案，我局党员干部和局机关投入3000余元帮扶该村贫困户7户，在技术和资金等方面给予扶助。</w:t>
      </w:r>
      <w:r>
        <w:rPr>
          <w:lang w:eastAsia="zh-CN"/>
        </w:rPr>
        <w:br/>
      </w:r>
      <w:r>
        <w:rPr>
          <w:lang w:eastAsia="zh-CN"/>
        </w:rPr>
        <w:t>　　六、协助搞好村级各种工作制度建设，做到制度上墙，村务公开;同时帮助培训“双带”型村干部2人。</w:t>
      </w:r>
      <w:r>
        <w:rPr>
          <w:lang w:eastAsia="zh-CN"/>
        </w:rPr>
        <w:br/>
      </w:r>
      <w:r>
        <w:rPr>
          <w:lang w:eastAsia="zh-CN"/>
        </w:rPr>
        <w:t>　　七、充分利用我局优势，结合当地产业实际进行种养殖实用技术培训和劳动力转移培训，累计组织培训班2期，培训人次达到132余人次;同时结合劳动力转移培训组织该村劳务输出，20__年新增劳务输出人员280余人。</w:t>
      </w:r>
      <w:r>
        <w:rPr>
          <w:lang w:eastAsia="zh-CN"/>
        </w:rPr>
        <w:br/>
      </w:r>
      <w:r>
        <w:rPr>
          <w:lang w:eastAsia="zh-CN"/>
        </w:rPr>
        <w:t>　　八、加强工作组成员的自身建设，建立和健全各项制度，工作组成员按要求进村开展帮扶工作，做到“人员到位、精力到位、经费到位、时间到位”;通过这些措施使我局驻村干部帮扶工作取得了一定的成效。</w:t>
      </w:r>
      <w:r>
        <w:rPr>
          <w:lang w:eastAsia="zh-CN"/>
        </w:rPr>
        <w:br/>
      </w:r>
      <w:r>
        <w:rPr>
          <w:lang w:eastAsia="zh-CN"/>
        </w:rPr>
        <w:t xml:space="preserve">    定点帮扶工作总结 篇11 </w:t>
      </w:r>
      <w:r>
        <w:rPr>
          <w:lang w:eastAsia="zh-CN"/>
        </w:rPr>
        <w:br/>
      </w:r>
      <w:r>
        <w:rPr>
          <w:lang w:eastAsia="zh-CN"/>
        </w:rPr>
        <w:t>　　20__年以来，县商务局深入贯彻落实《中共__县委、__县人民政府关于坚决打赢脱贫攻坚战的实施意见》(来发〔20__〕2号)文件精神，按照精准扶贫、精准脱贫工作要求，全面落实商务部门定点扶贫和结对帮扶职责，取得了较好成效，现总结报告如下:</w:t>
      </w:r>
      <w:r>
        <w:rPr>
          <w:lang w:eastAsia="zh-CN"/>
        </w:rPr>
        <w:br/>
      </w:r>
      <w:r>
        <w:rPr>
          <w:lang w:eastAsia="zh-CN"/>
        </w:rPr>
        <w:t>　　一、基本情况</w:t>
      </w:r>
      <w:r>
        <w:rPr>
          <w:lang w:eastAsia="zh-CN"/>
        </w:rPr>
        <w:br/>
      </w:r>
      <w:r>
        <w:rPr>
          <w:lang w:eastAsia="zh-CN"/>
        </w:rPr>
        <w:t>　　按照县委、县政府统一安排，我局负责帮扶雷官镇桥湾村9户帮扶对象，或因病致贫、或因残致贫，家庭生活均比较困难。在全体帮扶干部和雷官镇、桥湾村的共同努力下，截止20__年底，已有6户实现稳步脱贫，3户计划于今年脱贫。</w:t>
      </w:r>
      <w:r>
        <w:rPr>
          <w:lang w:eastAsia="zh-CN"/>
        </w:rPr>
        <w:br/>
      </w:r>
      <w:r>
        <w:rPr>
          <w:lang w:eastAsia="zh-CN"/>
        </w:rPr>
        <w:t>　　二、工作举措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加强工作部署。坚持把扶贫工作作为当前最大、最重要的政治任务，列入年度工作计划，认真筹划，扎实推进。定期组织召开扶贫工作会议，传达省、市、县有关会议精神、文件要求和工作部署，及时分析研究具体措施，确保各项目标任务稳步推进。</w:t>
      </w:r>
      <w:r>
        <w:rPr>
          <w:lang w:eastAsia="zh-CN"/>
        </w:rPr>
        <w:br/>
      </w:r>
      <w:r>
        <w:rPr>
          <w:lang w:eastAsia="zh-CN"/>
        </w:rPr>
        <w:t>　　2、组织大排查大整改。坚持“精准扶贫、一户一策”原则，深入开展“重、补、促”、大排查大整改以及春季攻势、夏季攻势、秋季攻势、脱贫攻坚大排查等专项行动，围绕“六看六确保”基本要求、“七个不落一个不少”具体内容，与桥湾村两委加强对接，全面排查在精准识别、精准退出、政策落实、资金使用、精准帮扶、工作推进与脱贫成效等方面的`短板和薄弱环节。进一步完善贫困户档案，并在此基础上，对原有帮扶措施进行再梳理、再细化，确保帮到点上，帮出成效。</w:t>
      </w:r>
      <w:r>
        <w:rPr>
          <w:lang w:eastAsia="zh-CN"/>
        </w:rPr>
        <w:br/>
      </w:r>
      <w:r>
        <w:rPr>
          <w:lang w:eastAsia="zh-CN"/>
        </w:rPr>
        <w:t>　　3、实施多元化帮扶。加强与雷官镇和桥湾村的工作联系，全体帮扶责任人坚持每月至少进村入户一次，向贫困户宣讲有关扶贫政策，了解他们的现实需求，有针对性地制定具体的帮扶措施，取得显著成效。</w:t>
      </w:r>
      <w:r>
        <w:rPr>
          <w:lang w:eastAsia="zh-CN"/>
        </w:rPr>
        <w:br/>
      </w:r>
      <w:r>
        <w:rPr>
          <w:lang w:eastAsia="zh-CN"/>
        </w:rPr>
        <w:t>　　一是发展畜禽养殖，增加帮扶对象的自我造血能力，累计帮助6户养猪17头，3户养鸡350只，2户养鱼6亩，帮助申报种养业补贴共计19200元。</w:t>
      </w:r>
      <w:r>
        <w:rPr>
          <w:lang w:eastAsia="zh-CN"/>
        </w:rPr>
        <w:br/>
      </w:r>
      <w:r>
        <w:rPr>
          <w:lang w:eastAsia="zh-CN"/>
        </w:rPr>
        <w:t>　　二是开展健康扶贫，帮助9户31人办理新农合参保，减免了全部费用;9户31人签约家庭医生，提供4次免费体检。</w:t>
      </w:r>
      <w:r>
        <w:rPr>
          <w:lang w:eastAsia="zh-CN"/>
        </w:rPr>
        <w:br/>
      </w:r>
      <w:r>
        <w:rPr>
          <w:lang w:eastAsia="zh-CN"/>
        </w:rPr>
        <w:t>　　三是开展教育扶贫，为4户4人申请教育补助共计9400元。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四是开展社会扶贫，对9户进行节日慰问共计9000元。</w:t>
      </w:r>
      <w:r>
        <w:rPr>
          <w:lang w:eastAsia="zh-CN"/>
        </w:rPr>
        <w:br/>
      </w:r>
      <w:r>
        <w:rPr>
          <w:lang w:eastAsia="zh-CN"/>
        </w:rPr>
        <w:t>　　五是关注生命安全，为9户31人购买人生意外伤害保险。</w:t>
      </w:r>
      <w:r>
        <w:rPr>
          <w:lang w:eastAsia="zh-CN"/>
        </w:rPr>
        <w:br/>
      </w:r>
      <w:r>
        <w:rPr>
          <w:lang w:eastAsia="zh-CN"/>
        </w:rPr>
        <w:t>　　下一步，我局将按照县委、县政府扶贫工作要求，加强对扶贫支持政策的把握和运用，根据9户帮扶对象生产生活实际，加大帮扶力度，完善帮扶方案，细化帮扶措施，确保脱贫不返贫，收入真提高，生活真改善，全面完成定点扶贫工作任务。</w:t>
      </w:r>
      <w:r>
        <w:rPr>
          <w:lang w:eastAsia="zh-CN"/>
        </w:rPr>
        <w:br/>
      </w:r>
      <w:r>
        <w:rPr>
          <w:lang w:eastAsia="zh-CN"/>
        </w:rPr>
        <w:t xml:space="preserve">    定点帮扶工作总结 篇12 </w:t>
      </w:r>
      <w:r>
        <w:rPr>
          <w:lang w:eastAsia="zh-CN"/>
        </w:rPr>
        <w:br/>
      </w:r>
      <w:r>
        <w:rPr>
          <w:lang w:eastAsia="zh-CN"/>
        </w:rPr>
        <w:t>　　20__年，县财政局帮扶团队严格按照“领导联系、单位帮扶、干部驻村、整村包保”的要求，认真履行帮扶职责，充分发挥了帮扶团队在巩固拓展脱贫攻坚成果、全面推进乡村振兴中的重要作用，现将工作开展情况总结如下：</w:t>
      </w:r>
      <w:r>
        <w:rPr>
          <w:lang w:eastAsia="zh-CN"/>
        </w:rPr>
        <w:br/>
      </w:r>
      <w:r>
        <w:rPr>
          <w:lang w:eastAsia="zh-CN"/>
        </w:rPr>
        <w:t>　　一、定期调研走访，落实包保责任</w:t>
      </w:r>
      <w:r>
        <w:rPr>
          <w:lang w:eastAsia="zh-CN"/>
        </w:rPr>
        <w:br/>
      </w:r>
      <w:r>
        <w:rPr>
          <w:lang w:eastAsia="zh-CN"/>
        </w:rPr>
        <w:t>　　落实“双包”工作要求，帮扶团队坚持主要负责同志按季度、分管负责同志按月深入毛滩村开展调研、听取汇报，及时掌握脱贫户政策享受、措施落实、帮扶进展，健全防止返贫动态监测及帮扶机制；帮助村理清发展思路，明确发展方向，推动落实巩固拓展脱贫攻坚成果同乡村振兴有效衔接工作。配合村“两委”通过调研、走访脱贫户，宣传关于巩固拓展脱贫攻坚成果和推进乡村振兴的新政策新要求，目前已走访脱贫户或农村低收入家庭28余户。帮扶团队给予毛滩村3万元帮扶资金，主要用于基层党组织阵地建设，资金已于8月底前拨付到位。</w:t>
      </w:r>
      <w:r>
        <w:rPr>
          <w:lang w:eastAsia="zh-CN"/>
        </w:rPr>
        <w:br/>
      </w:r>
      <w:r>
        <w:rPr>
          <w:lang w:eastAsia="zh-CN"/>
        </w:rPr>
        <w:t>　　二、坚持多措并举，助力乡村振兴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强化组织建设，发挥党建引领作用。指导该村开展抓党建促乡村振兴工作，以提升组织力为重点，加强党支部建设，充分发挥农村基层党组织战斗堡垒作用和党员先锋模范作用。加强支部联动，定期组织党员进村开展志愿服务活动，如“七一”慰问老党员、“夏日送清凉、关怀沁人心”等主题党日活动。支持毛滩村加强村级组织阵地建设，通过多渠道帮助毛滩村争取发展资金，创建新的村级活动场所，改善群众活动场所、便民服务设施，进一步增强基层组织服务群众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二）强化政策支持，突出村级产业发展。帮助毛滩村发展生物质颗粒、吊瓜种植、茶叶种植等特色产业，培育壮大村集体经济。一是通过《含山县20__年全国农技推广体系改革与建设补助项目》，帮助该村新建一个100亩名优茶产业科技示范基地，为周边农户提供技术指导和培训服务，在通过县级验收后给予项目奖补资金4万元。二是加强技术帮扶，对该村原先满4年的120亩瓜蒌子生产基地通过深翻改良土壤继续种植提供技术支持，同时，结合科技特派员服务，开办茶树栽培技术培训班，培训从业人员25人，有效提高茶叶种植水平。三是推动村级集体经济持续做大做强，打造新的增长点。20__年总投资447万元建设的生物质颗粒加工项目已全面建成，并于今年6月通过挂网招标完成项目招租，村集体获得年租金33万元。目前该项目将成为毛滩村集体经济产业发展的重要支撑。四是创新金融产品，建立“裕农通”服务点，提供助农金融服务。通过“裕农通”app实现对农户、村集体的裕农快贷信用贷款线上发放；针对种植户、养殖户推荐云担贷、渔牧贷等业务，目前已与行政村区域内种植大户2户对接，有望在年内实现贷款投放。</w:t>
      </w:r>
      <w:r>
        <w:rPr>
          <w:lang w:eastAsia="zh-CN"/>
        </w:rPr>
        <w:br/>
      </w:r>
      <w:r>
        <w:rPr>
          <w:lang w:eastAsia="zh-CN"/>
        </w:rPr>
        <w:t>　　（三）坚持提质增效，强化内生发展动力。一是围绕毛滩村瓜蒌子特色种植，结合东关老鹅汤、太湖山等周边资源条件，积极引进新型农业经营主体与帮扶村对接，建立利益联结机制，带动发展“一村一品”特色主导产业建设。二是深入开展自种自养技能培训，帮助脱贫户科学选择种养类型，积极做好产前、产中、产后等相关技术服务工作，及时为脱贫户提供产品需求、市场预测、灾害预报、销售信息等服务。</w:t>
      </w:r>
      <w:r>
        <w:rPr>
          <w:lang w:eastAsia="zh-CN"/>
        </w:rPr>
        <w:br/>
      </w:r>
      <w:r>
        <w:rPr>
          <w:lang w:eastAsia="zh-CN"/>
        </w:rPr>
        <w:t>　　（三）改善人居环境，注重村容村貌提升。指导毛滩村做好基础设施建设和环境整治工作。重点对大山李、东西王等东林路沿线自然村加大环境整治力度，改善提升村庄环境面貌。结合前期村庄设计规划，帮助指导20__年省级中心村塘庄村的规划设计和建设工作，因地制宜，打造高品位的省级自然村。争取“一事一议”奖补资金7万元，对部分自然村内道路安装太阳能路灯，进行道路亮化，方便群众早晚出行，提升群众获得感和满意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四）做好支持保障，加强驻村工作管理。重新选派优秀、年轻财政干部驻村工作，落实关心关爱，协调做好选派帮扶干部在村工作生活等安排，帮助解决实际困难，支持在村开展工作，让选派帮扶干部心无旁骛投入到乡村振兴工作中去。建立健全驻村帮扶调度机制，定期听取选派帮扶干部驻村工作情况汇报，督促检查选派帮扶干部在岗在位、尽职履责情况，指导选派帮扶干部科学制定发展规划。</w:t>
      </w:r>
      <w:r>
        <w:rPr>
          <w:lang w:eastAsia="zh-CN"/>
        </w:rPr>
        <w:br/>
      </w:r>
      <w:r>
        <w:rPr>
          <w:lang w:eastAsia="zh-CN"/>
        </w:rPr>
        <w:t xml:space="preserve">    定点帮扶工作总结 篇13 </w:t>
      </w:r>
      <w:r>
        <w:rPr>
          <w:lang w:eastAsia="zh-CN"/>
        </w:rPr>
        <w:br/>
      </w:r>
      <w:r>
        <w:rPr>
          <w:lang w:eastAsia="zh-CN"/>
        </w:rPr>
        <w:t>　　为深入贯彻落实中共中央、国务院关于巩固拓展脱贫攻坚成果同乡村振兴有效衔接决策部署，严格落实过渡期内“四个不摘”总体要求，今年以来，我县始终将定点帮扶工作摆在突出位置来抓。现将20__年泾县定点帮扶工作开展情况总结如下：</w:t>
      </w:r>
      <w:r>
        <w:rPr>
          <w:lang w:eastAsia="zh-CN"/>
        </w:rPr>
        <w:br/>
      </w:r>
      <w:r>
        <w:rPr>
          <w:lang w:eastAsia="zh-CN"/>
        </w:rPr>
        <w:t>　　一、工作开展情况</w:t>
      </w:r>
      <w:r>
        <w:rPr>
          <w:lang w:eastAsia="zh-CN"/>
        </w:rPr>
        <w:br/>
      </w:r>
      <w:r>
        <w:rPr>
          <w:lang w:eastAsia="zh-CN"/>
        </w:rPr>
        <w:t>　　一是继续执行“单位包村、干部包户”工作制度。严格落实“四个不摘”总体要求，坚持做到“摘帽不摘帮扶”，全县89家县直机关、企事业单位继续包保帮扶142个村（社区），持续开展结对定点帮扶和入户走访帮扶工作，做到了有帮扶任务的村、居定点帮扶工作全覆盖。今年以来，各级定点帮扶单位累计直接投入帮扶资金428.97万元，实施帮扶项目62个，帮助引进资金481万元，帮助引进、实施项目41个，累计帮助（含直接采购）销售农副产品达728.63万元。强化帮扶责任人管理，对因人事调整、因病、因退休等无法履行帮扶责任的，及时安排调整到位，确保帮扶工作不断档、不弱化。截至目前，累计调整78批次、160余人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二是继续开展“我为脱贫户办实事”主题活动。常态化开展走访帮扶，定期排查脱贫户、监测对象“一收入、两不愁、三保障”及饮水安全情况，帮助申报帮扶项目，积极落实年度各项帮扶措施。累计帮助10751户脱贫户、335户监测对象制定帮扶措施10.5万余条。持续开展“我为脱贫户办实事”主题活动，根据脱贫户和监测对象的实际困难和存在问题，结合党史教育“我为群众办实事”实践活动，通过制发帮扶工作提示单、微信工作群提示等方式，督促帮扶责任人深入开展“我为脱贫户（监测对象）办实事”活动，有针对性为全县脱贫户（监测对象）办理不少于2件且被认可的好事、实事。截至目前，全县3464名帮扶责任人为10751户脱贫户、335户监测对象累计办理实事达2.4万余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三是继续压紧压实帮扶主体帮扶责任。创新建立“1+N+4”帮扶工作机制（即：“1”是聚焦政策落实，强化政策意识，进一步落实帮扶单位（含乡镇）党组(党委、党工委）巩固拓展脱贫攻坚成果帮扶主体责任，确保脱贫户、监测户（以下简称帮扶对象）政策应享尽享、不享不留，确保帮扶对象家庭人均纯收入稳中有增。“N”是根据帮扶村、帮扶对象办好若干件实事。“4”是通过开展四查，推动帮扶责任落实，一查帮扶单位党委（党组）主体责任是否落实，二查帮扶干部对帮扶对象情况是否清楚，三查帮扶措施是否精准并及时落实到位，四查帮扶工作是否取得实际成效，帮扶对象是否满意)，强化帮扶单位主体责任，主要领导亲自部署，亲自督促。乡镇、村统筹安排帮扶责任人日常走访各项任务，及时做好政策业务指导，严格落实帮扶责任人走访签到制度。对不服从安排或工作落实不到位的帮扶责任人，各乡镇党委及时将相关情况报送县委组织部以及帮扶责任人所在单位，严肃追究。顺利完成第八批选派干部到村任职工作。选派第一书记和工作队员共106人，分赴38个村开展选派帮扶工作，其中，脱贫村34个，红色村2个，重点村2个。同时，创新选派18名退出领导岗位干部到村担任村党组织第一书记，不断充实村党组织乡村振兴力量。</w:t>
      </w:r>
      <w:r>
        <w:rPr>
          <w:lang w:eastAsia="zh-CN"/>
        </w:rPr>
        <w:br/>
      </w:r>
      <w:r>
        <w:rPr>
          <w:lang w:eastAsia="zh-CN"/>
        </w:rPr>
        <w:t>　　二、存在困难问题</w:t>
      </w:r>
      <w:r>
        <w:rPr>
          <w:lang w:eastAsia="zh-CN"/>
        </w:rPr>
        <w:br/>
      </w:r>
      <w:r>
        <w:rPr>
          <w:lang w:eastAsia="zh-CN"/>
        </w:rPr>
        <w:t>　　今年是十四五开局之年，也是脱贫攻坚战胜利收官之后，接续推进巩固拓展脱贫攻坚成果同推进乡村振兴有效衔接开启之年，全县上下凝聚共识，齐头并进，形势一片大好。然而今年又是换届之年，巩固拓展脱贫攻坚成果接续乡村振兴战场轮换了一批驻村帮扶队伍，定点帮扶队伍也迎来了一批新生力量，他们大多数业务相对陌生，认知需要更新，能力有待提升。</w:t>
      </w:r>
      <w:r>
        <w:rPr>
          <w:lang w:eastAsia="zh-CN"/>
        </w:rPr>
        <w:br/>
      </w:r>
      <w:r>
        <w:rPr>
          <w:lang w:eastAsia="zh-CN"/>
        </w:rPr>
        <w:t>　　三、意见建议</w:t>
      </w:r>
      <w:r>
        <w:rPr>
          <w:lang w:eastAsia="zh-CN"/>
        </w:rPr>
        <w:br/>
      </w:r>
      <w:r>
        <w:rPr>
          <w:lang w:eastAsia="zh-CN"/>
        </w:rPr>
        <w:t>　　为进一步推进巩固拓展脱贫攻坚成果同乡村振兴有效衔接，不断提升定点帮扶工作实效。下一步，建议结合当前实际，优化制定定点帮扶单位工作职责和范围，量化工作任务和目标，分层分类开展培训、测试，进一步提升各级定点帮扶单位履职能力与帮扶成效，提升帮扶责任人的帮扶能力和帮扶水平，同时将帮扶成效纳入年终绩效评价内容。</w:t>
      </w:r>
      <w:r>
        <w:rPr>
          <w:lang w:eastAsia="zh-CN"/>
        </w:rPr>
        <w:br/>
      </w:r>
      <w:r>
        <w:rPr>
          <w:lang w:eastAsia="zh-CN"/>
        </w:rPr>
        <w:t xml:space="preserve">    定点帮扶工作总结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__市妇联的维权工作在省妇联权益部的指导和市委市政府人民信访办的领导下，坚持以“三个代表”重要思想和__届三中、四中全会精神为指导，牢固树立以人为本、全面、协调、可持续的发展观，本着服务妇女、服务基层、服务中心工作的宗旨，以维护妇女权益、维护社会稳定为目的，认真探索妇联职能维权和社会维权的结合点，找准定位，发挥优势，积极推进有效维护了妇女、儿童的合法权益，促进了家庭和谐和社会稳定。主要体此刻这四个方面：</w:t>
      </w:r>
      <w:r>
        <w:rPr>
          <w:lang w:eastAsia="zh-CN"/>
        </w:rPr>
        <w:br/>
      </w:r>
      <w:r>
        <w:rPr>
          <w:lang w:eastAsia="zh-CN"/>
        </w:rPr>
        <w:t>　　一、切实做好信访接待工作，维护妇女儿童的合法权益。</w:t>
      </w:r>
      <w:r>
        <w:rPr>
          <w:lang w:eastAsia="zh-CN"/>
        </w:rPr>
        <w:br/>
      </w:r>
      <w:r>
        <w:rPr>
          <w:lang w:eastAsia="zh-CN"/>
        </w:rPr>
        <w:t>　　信访工作是党和政府联系群众的桥梁和纽带，是维护和实现群众民主权利的重要手段。妇联做好信访接待工作对于坚持党的先进性、稳固党的执政基础有着十分重要的作用，对于增进妇女群众对党和政府的信任、推动决策的科学化和民主化、促进经济发展和社会全面提高、创造稳定的社会环境具有十分重要的意义。在这个认识的基础上，我们一向努力做好信访工作，切实为妇女群众做好事、办实事。</w:t>
      </w:r>
      <w:r>
        <w:rPr>
          <w:lang w:eastAsia="zh-CN"/>
        </w:rPr>
        <w:br/>
      </w:r>
      <w:r>
        <w:rPr>
          <w:lang w:eastAsia="zh-CN"/>
        </w:rPr>
        <w:t>　　一是加强学习宣传，提高妇联信访工作效率。利用《信访条例》于今年5月1日正式实施的有利时机，推荐全体干部参加了在市委党校举办的《信访条例》培训班；配合市信访办和相关部门抓好舆论宣传，在今年法制宣传日的宣传点上，我们共发放《信访条例》单行本__0份，解答与《信访条例》有关的咨询40余人次。经过培训学习，提高了市妇联维权干部的素质，他们处理信访问题的本事大大增强；经过广泛宣传，营造声势，使广大干部群众对信访知识了解大大提高，妇女群众上访的效率也得到了较大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二是建立制度，坚持信访工作规范化管理。健全的制度，是开展好信访工作的前提；坚持信访工作规范化管理，是做好信访工作的必备条件。我们建章立制，切实加强了妇联信访制度建设，依法维护妇女儿童合法权益。根据全国妇联下发的《妇联组织信访工作规定》、《湖北省各级妇联信访工作条例》及今年5月1日开始实施的《信访条例》，结合本地工作实际，建立了礼貌接待、信访登记、重要信件回访、信息反馈、检查评比等制度，有效完善了维权信访工作的制约机制。为了更好地使信访工作有秩序进行，今年我们又充实和完善了领导接待日制度、信访综合分析制度、重大信访事件处理结果上报制度和信访信息反馈制度。与此同时，我们每月定期与县市妇联取得联系，了解信访工作进度，掌握信访工作动向，帮她们妥善处理有关信访问题。</w:t>
      </w:r>
      <w:r>
        <w:rPr>
          <w:lang w:eastAsia="zh-CN"/>
        </w:rPr>
        <w:br/>
      </w:r>
      <w:r>
        <w:rPr>
          <w:lang w:eastAsia="zh-CN"/>
        </w:rPr>
        <w:t>　　三是定分止争，做好来信来访来电接待工作。一年来，我们共接待群众来信来访287人次，其中，涉及婚姻家庭的218人次，占信访总数的76.3%；涉及婚姻法、妇女权益保障法、劳动法等法律法规咨询的有37人次；涉及妇女儿童疾病救助的有32人次。</w:t>
      </w:r>
      <w:r>
        <w:rPr>
          <w:lang w:eastAsia="zh-CN"/>
        </w:rPr>
        <w:br/>
      </w:r>
      <w:r>
        <w:rPr>
          <w:lang w:eastAsia="zh-CN"/>
        </w:rPr>
        <w:t>　　二、多途径运作，将反家庭暴力工作落到实处。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我们积极与中国法学会反家庭暴力网络研究中心联系协调，争取资金和培训，加强妇女儿童绿荫中心建设；10月15日—16日，举办了全省首例医疗干预家庭暴力培训班，全市各级医疗工作者和妇联干部60余人，经过游戏与活动，在简便愉快的环境中理解了社会性别意识、家庭暴力与医疗干预等方面的知识培训，大力推动了我市妇女维权事业的发展，开创医疗机构和医务工作者共同参与反家暴工作的新局面；11月24日，在市检察院召开了“11·25国际消除家庭暴力日”座谈会，主题是“消除针对妇女的家庭暴力是社会的职责”，任务是提高公检法司、卫生等部门对针对妇女的家庭暴力危害性的认识，进一步明确各自的工作职责，加大反家庭暴力的力度，来自市人大、公、检、法、司、卫生、妇联等单位负责人及孝南区社区负责人、部分检察官、律师和心理医生等30余人参加了座谈。</w:t>
      </w:r>
      <w:r>
        <w:rPr>
          <w:lang w:eastAsia="zh-CN"/>
        </w:rPr>
        <w:br/>
      </w:r>
      <w:r>
        <w:rPr>
          <w:lang w:eastAsia="zh-CN"/>
        </w:rPr>
        <w:t>　　另外，在孝南区开展了创立“无家暴村庄”试点工作。</w:t>
      </w:r>
      <w:r>
        <w:rPr>
          <w:lang w:eastAsia="zh-CN"/>
        </w:rPr>
        <w:br/>
      </w:r>
      <w:r>
        <w:rPr>
          <w:lang w:eastAsia="zh-CN"/>
        </w:rPr>
        <w:t>　　1、抓调查研究，制定科学的创立方案。经过深入的调查，了解情景，结合孝南区区情，将预防和制止家庭暴力工作纳入建设“平安孝南”、营造发展环境的重要资料，制定了切实可行的创立“无家庭暴力村庄”实施方案。</w:t>
      </w:r>
      <w:r>
        <w:rPr>
          <w:lang w:eastAsia="zh-CN"/>
        </w:rPr>
        <w:br/>
      </w:r>
      <w:r>
        <w:rPr>
          <w:lang w:eastAsia="zh-CN"/>
        </w:rPr>
        <w:t>　　2、抓好协调督办，建立完善的创立机制。</w:t>
      </w:r>
      <w:r>
        <w:rPr>
          <w:lang w:eastAsia="zh-CN"/>
        </w:rPr>
        <w:br/>
      </w:r>
      <w:r>
        <w:rPr>
          <w:lang w:eastAsia="zh-CN"/>
        </w:rPr>
        <w:t>　　孝南区妇联发挥自身优势，一是强化横向协调，与公、检、法、司等部门联合，建立了110家庭暴力投诉中心、妇女儿童维权合议庭、妇女儿童维权监督岗、法律援助中心妇女儿童工作站，构成预防和制止家庭暴力的绿色通道；二是狠抓纵向协调，强化区、乡镇、街道（社区）三级联动机制，加强督促、指导，层层签定职责状。三是建立科学的考核机制，将“无家庭暴力村庄”创立工作纳入工作考核体系。</w:t>
      </w:r>
      <w:r>
        <w:rPr>
          <w:lang w:eastAsia="zh-CN"/>
        </w:rPr>
        <w:br/>
      </w:r>
      <w:r>
        <w:rPr>
          <w:lang w:eastAsia="zh-CN"/>
        </w:rPr>
        <w:t>　　3、抓特色活动，取得良好的创立实效。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一是注重宣传，营造创立“绿化带”。宣传《婚姻法》、《妇女权益保障法》、《未成年人保护法》等法律法规，努力提高家庭成员的法律水平和法律意识；宣传《公民道德建设实施纲要》，宣传家庭美德规范；宣传“男女平等”基本国策和“儿童优先”原则，在全区倡导尊重妇女、爱护儿童的良好风尚；宣传家庭暴力的危害，揭露和鞭挞歧视妇女儿童、侵害妇女儿童权益的违法行为；宣传预防和制止家庭暴力的基本知识，提高广大群众的反家庭暴力意识和本事；宣传“无家庭暴力村庄”创立活动和活动中涌现的先进典型，使公众进一步了解创立活动的目的和意义，使远离家庭暴力成为人们的自觉行动。</w:t>
      </w:r>
      <w:r>
        <w:rPr>
          <w:lang w:eastAsia="zh-CN"/>
        </w:rPr>
        <w:br/>
      </w:r>
      <w:r>
        <w:rPr>
          <w:lang w:eastAsia="zh-CN"/>
        </w:rPr>
        <w:t>　　二是加强教育，筑起素质“防淤堤”。着眼于提高家庭成员的整体素质，积极推进“家长素质工程”，各地各村妇代会共创办墙报、宣传栏500余期，张贴宣传标语万余条。</w:t>
      </w:r>
      <w:r>
        <w:rPr>
          <w:lang w:eastAsia="zh-CN"/>
        </w:rPr>
        <w:br/>
      </w:r>
      <w:r>
        <w:rPr>
          <w:lang w:eastAsia="zh-CN"/>
        </w:rPr>
        <w:t>　　三是强化服务，构成家庭“减压阀”。组织全区“五好礼貌家庭”与困难家庭，女干部、女老板、女劳模与困难妇女群众结队帮扶活动。近年来，共为特困家庭供给20多万元的经济援助，资助500多名贫困学生入学；积极创业和再就业。近年来，区、乡妇联举办免费技能培训20多场，培训妇女3000多人次，为千名妇女供给创业信用贷款__万元，肖港胜利村妇女黄爱芳、三汊妇女黄满兰、东方红超市经理袁翠萍、红英家政等经过信额贷款的帮忙，现都已成为远近闻名的种植养殖和营销女大户，勤劳致富的女标兵。帮忙、扶持多名妇女创业和再就业。经过这些服务措施，为一部分家庭减轻了压力、稳定了人心，成为了一道有效的“减压阀”。</w:t>
      </w:r>
      <w:r>
        <w:rPr>
          <w:lang w:eastAsia="zh-CN"/>
        </w:rPr>
        <w:br/>
      </w:r>
      <w:r>
        <w:rPr>
          <w:lang w:eastAsia="zh-CN"/>
        </w:rPr>
        <w:t>　　四是倡扬新风，加入亲情“增强剂”。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我们把“无家庭暴力村庄”创立与“美德在农家”活动结合起来，组织开展了丰富多彩的家庭文化活动，让广大家庭成员在参与中感受乐趣、陶冶情操、浓化亲情。</w:t>
      </w:r>
      <w:r>
        <w:rPr>
          <w:lang w:eastAsia="zh-CN"/>
        </w:rPr>
        <w:br/>
      </w:r>
      <w:r>
        <w:rPr>
          <w:lang w:eastAsia="zh-CN"/>
        </w:rPr>
        <w:t>　　一是加强了村级文体活动室的建设，改善了村级文体活动场所的硬件条件。在全区建立文化中心户、图书室共580个。</w:t>
      </w:r>
      <w:r>
        <w:rPr>
          <w:lang w:eastAsia="zh-CN"/>
        </w:rPr>
        <w:br/>
      </w:r>
      <w:r>
        <w:rPr>
          <w:lang w:eastAsia="zh-CN"/>
        </w:rPr>
        <w:t>　　二是经过组织“家庭才艺展示”、“家庭趣味运动会”等活动，为广大家庭成员供给了参与的平台。朋兴乡挂口村开展妇女针织、刺绣等才艺展示大赛，其产品受到中国台湾亲属的青睐。经过这些活动，引导家庭成员把怨恨驱散，使烦恼远离，让亲情回归。</w:t>
      </w:r>
      <w:r>
        <w:rPr>
          <w:lang w:eastAsia="zh-CN"/>
        </w:rPr>
        <w:br/>
      </w:r>
      <w:r>
        <w:rPr>
          <w:lang w:eastAsia="zh-CN"/>
        </w:rPr>
        <w:t xml:space="preserve">    定点帮扶工作总结 篇15 </w:t>
      </w:r>
      <w:r>
        <w:rPr>
          <w:lang w:eastAsia="zh-CN"/>
        </w:rPr>
        <w:br/>
      </w:r>
      <w:r>
        <w:rPr>
          <w:lang w:eastAsia="zh-CN"/>
        </w:rPr>
        <w:t>　　一年来，_镇妇联在县妇联的具体指导下，在镇党委、政府的正确领导下，紧紧围绕镇委、镇府工作部署，坚持以科学发展观为依据，围绕妇女儿童发展需求，坚持服务和改善妇女民生，实行抓发展、抓维权两不误的方针，在推动科学发展、促进社会和谐、服务妇女群众中发挥优势，积极组织、引导、服务、维护妇女儿童合法权益为重点，为全镇妇女儿童事业发展做出了新的贡献。具体做了如下工作：</w:t>
      </w:r>
      <w:r>
        <w:rPr>
          <w:lang w:eastAsia="zh-CN"/>
        </w:rPr>
        <w:br/>
      </w:r>
      <w:r>
        <w:rPr>
          <w:lang w:eastAsia="zh-CN"/>
        </w:rPr>
        <w:t>　　一、着力推进女性进“两委”工作。</w:t>
      </w:r>
      <w:r>
        <w:rPr>
          <w:lang w:eastAsia="zh-CN"/>
        </w:rPr>
        <w:br/>
      </w:r>
      <w:r>
        <w:rPr>
          <w:lang w:eastAsia="zh-CN"/>
        </w:rPr>
        <w:t>　　在村两委换届期间，镇妇联抓住机遇，早着手、早安排、早介入，积极争取政策支持，为女性进两委提供政策保障。首先，做好调查摸底、组织动员、宣传工作，提高妇女参选意识和竞选能力。镇妇联的这一做法得到党委、政府的大力支持。除四个村因村情复杂尚未进行换届外，其余各村两委都成功选出了女委员，给全镇妇女工作垫定了良好的工作基础。</w:t>
      </w:r>
      <w:r>
        <w:rPr>
          <w:lang w:eastAsia="zh-CN"/>
        </w:rPr>
        <w:br/>
      </w:r>
    </w:p>
    <w:p w:rsidR="001B1F19" w14:textId="27C3F48A">
      <w:pPr>
        <w:rPr>
          <w:rFonts w:hint="eastAsia"/>
          <w:lang w:eastAsia="zh-CN"/>
        </w:rPr>
      </w:pPr>
      <w:r>
        <w:rPr>
          <w:lang w:eastAsia="zh-CN"/>
        </w:rPr>
        <w:t>　　二、抓好“三八节”庆祝活动。</w:t>
      </w:r>
      <w:r>
        <w:rPr>
          <w:lang w:eastAsia="zh-CN"/>
        </w:rPr>
        <w:br/>
      </w:r>
      <w:r>
        <w:rPr>
          <w:lang w:eastAsia="zh-CN"/>
        </w:rPr>
        <w:t>　　历年“三八”妇女节，党委、政府都十分重视。尤其今年，我镇准备得更是充分，集表彰与娱乐于一会，使活动更加丰富多彩。首先，镇妇联与各村签订了妇女工作目标责任书，以促进全镇妇女工作上台阶，上水平。会上，还仅表彰了一批先进集体和先进个人，选取了部分妇女代表和好媳妇进行了典型发言。会后，演出了精彩的文艺节目。这些节目全部由各村自编自排。有独特的地方艺术《秧歌舞》、京胡表演；有歌颂好婆婆、好媳妇的三句半；有快板《三八群英会》；还有健美操等。形式多样，丰富多彩，这些节目不断搏得在场观众的阵阵掌声，给这个“三八”节增添了无限乐趣。</w:t>
      </w:r>
      <w:r>
        <w:rPr>
          <w:lang w:eastAsia="zh-CN"/>
        </w:rPr>
        <w:br/>
      </w:r>
      <w:r>
        <w:rPr>
          <w:lang w:eastAsia="zh-CN"/>
        </w:rPr>
        <w:t>　　三、抓好农村实用技术的培训，帮助妇女再就业</w:t>
      </w:r>
      <w:r>
        <w:rPr>
          <w:lang w:eastAsia="zh-CN"/>
        </w:rPr>
        <w:br/>
      </w:r>
      <w:r>
        <w:rPr>
          <w:lang w:eastAsia="zh-CN"/>
        </w:rPr>
        <w:t>　　为了抓好妇女培训，镇妇联配合镇相关部门，进行一会多用的办法，对种养大户和妇女干部进行详细培训，培训妇女1500余人次。通过对她们的培训，大大提高了女农民学科技，用科技的积极性，增强了增收致富的本领。90%以上的农民都掌握了一门实用技术。</w:t>
      </w:r>
      <w:r>
        <w:rPr>
          <w:lang w:eastAsia="zh-CN"/>
        </w:rPr>
        <w:br/>
      </w:r>
      <w:r>
        <w:rPr>
          <w:lang w:eastAsia="zh-CN"/>
        </w:rPr>
        <w:t>　　四、做好留守儿童和留守妇女工作</w:t>
      </w:r>
      <w:r>
        <w:rPr>
          <w:lang w:eastAsia="zh-CN"/>
        </w:rPr>
        <w:br/>
      </w:r>
      <w:r>
        <w:rPr>
          <w:lang w:eastAsia="zh-CN"/>
        </w:rPr>
        <w:t>　　这项工作是一项长期的工作，需要全社会的共同参与。镇妇联把这项工作作为重要工作来抓。今年，按照县妇联的安排部署，我们对全镇的留守妇女和儿童进行了一次全面的调查摸底。经过调查，我镇农村留守妇女达1100余人，农村留守妇女占妇女总数的15%左右；我镇农村0---18岁留守儿童大约在1400人左右，占全镇农村留守儿童的24%左右。</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https://d.book118.com/476201022001010053</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6201022001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