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2024年学生会干部个人工作总结范文（35篇）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2024年学生会干部个人工作总结范文（精选35篇）</w:t>
      </w:r>
      <w:r>
        <w:rPr>
          <w:lang w:eastAsia="zh-CN"/>
        </w:rPr>
        <w:br/>
      </w:r>
      <w:r>
        <w:rPr>
          <w:lang w:eastAsia="zh-CN"/>
        </w:rPr>
        <w:t xml:space="preserve">    2024年学生会干部个人工作总结范文 篇1 </w:t>
      </w:r>
      <w:r>
        <w:rPr>
          <w:lang w:eastAsia="zh-CN"/>
        </w:rPr>
        <w:br/>
      </w:r>
      <w:r>
        <w:rPr>
          <w:lang w:eastAsia="zh-CN"/>
        </w:rPr>
        <w:t>　　各位老师，各位同学：</w:t>
      </w:r>
      <w:r>
        <w:rPr>
          <w:lang w:eastAsia="zh-CN"/>
        </w:rPr>
        <w:br/>
      </w:r>
      <w:r>
        <w:rPr>
          <w:lang w:eastAsia="zh-CN"/>
        </w:rPr>
        <w:t>　　大家好！今天是我院20__年新学期的第一次全体干部大会，很高兴和各位辅导员老师和各位学生会及班干部聚在一起商讨我院的工作。其实我坐在这里代表的是双重身份，第一是作为传媒与艺术学院团总支学生会主席，第二作为__级美术学本科一班的班长。首先我代表团总支学生会把我院对上学期工作的总结和本学期计划向各位进行汇报，希望大家在下面能够认真听，对我们的工作提出合理宝贵的意见和建议。</w:t>
      </w:r>
      <w:r>
        <w:rPr>
          <w:lang w:eastAsia="zh-CN"/>
        </w:rPr>
        <w:br/>
      </w:r>
      <w:r>
        <w:rPr>
          <w:lang w:eastAsia="zh-CN"/>
        </w:rPr>
        <w:t>　　上学期的工作总结：</w:t>
      </w:r>
      <w:r>
        <w:rPr>
          <w:lang w:eastAsia="zh-CN"/>
        </w:rPr>
        <w:br/>
      </w:r>
      <w:r>
        <w:rPr>
          <w:lang w:eastAsia="zh-CN"/>
        </w:rPr>
        <w:t>　　在校团委及我院领导老师的带领下我们传媒与艺术学院在——__学年下半学期做了以下工作：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迎新生工作，学生会换届工作，起草我院学生会章程，__级学生太行山写生汇报展，__级学生篮球友谊赛，__级学生优秀作品展览，“主持人大赛”，为计算机与科学技院__级学生的捐款，及我院学生会独立承办第一届“毕业生双向洽谈会”的接待和会场安排工作等等。</w:t>
      </w:r>
      <w:r>
        <w:rPr>
          <w:lang w:eastAsia="zh-CN"/>
        </w:rPr>
        <w:br/>
      </w:r>
      <w:r>
        <w:rPr>
          <w:lang w:eastAsia="zh-CN"/>
        </w:rPr>
        <w:t>　　配合校学生会的工作有：</w:t>
      </w:r>
      <w:r>
        <w:rPr>
          <w:lang w:eastAsia="zh-CN"/>
        </w:rPr>
        <w:br/>
      </w:r>
      <w:r>
        <w:rPr>
          <w:lang w:eastAsia="zh-CN"/>
        </w:rPr>
        <w:t>　　纪检部检查校园不文明行为，生活部的不定期卫生检查，宿舍文化节，餐厅调查问卷等。体育部的全校篮球联赛，冬季越野赛选拔。女工部的`校礼仪队选拔工作。学习部的“书香文化校园”“校园文化建设方案”稿件征集活动。文艺部“大学生形象展示大赛”的选拔和排练工作等。</w:t>
      </w:r>
      <w:r>
        <w:rPr>
          <w:lang w:eastAsia="zh-CN"/>
        </w:rPr>
        <w:br/>
      </w:r>
      <w:r>
        <w:rPr>
          <w:lang w:eastAsia="zh-CN"/>
        </w:rPr>
        <w:t>　　在这些工作中我们所选的四名礼仪队成员全部被院里接收，“书香文化校园”我们取得一个一等奖，一个二等奖。“大学生形象展示大赛”中我院取得一个一等奖两个二等奖的骄人成绩。我院的“主持人大赛”为传媒和播音专业的学生提供了展示自我的平台，也为以后的节目主持人准备了后备力量。我院为计科系一脑出血家庭非常困难同学的捐款将近达到一万元，为该同学抢救生命提供了很大的帮助（给大家说一下，该同学的病情已有所好转，现在正在家里疗养，我想他这一辈子都会记住大家是他的救命恩人的）。在毕业生洽谈会中，学生会顺利接待和安排一百多家用人单位，为招聘会提供良好的后勤保障工作，得到学生处及院团委的一致好评。</w:t>
      </w:r>
      <w:r>
        <w:rPr>
          <w:lang w:eastAsia="zh-CN"/>
        </w:rPr>
        <w:br/>
      </w:r>
      <w:r>
        <w:rPr>
          <w:lang w:eastAsia="zh-CN"/>
        </w:rPr>
        <w:t>　　在新的学期我们学生会的大体的工作计划制定如下：</w:t>
      </w:r>
      <w:r>
        <w:rPr>
          <w:lang w:eastAsia="zh-CN"/>
        </w:rPr>
        <w:br/>
      </w:r>
      <w:r>
        <w:rPr>
          <w:lang w:eastAsia="zh-CN"/>
        </w:rPr>
        <w:t>　　（一）加强结构组织建设。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首先我们要加强学生会内部的结构建设，主要体现在团结问题上，从建校以来我院学生会队伍一直都在不断壮大，也逐渐走向正规和正统化。作为一个好的团队，我认为只有大家团结一心，拧成一股绳，各部门之间相互配合，把整个学生会的工作当作自己的事来办才能做出更加骄人的成绩。可能如果对学生会了解的同学知道我们学生会内部一直都很团结，大家就像一家人一样，这一点一点也不夸张，在工作中我们有上下级称呼，但在生活中我们一直以兄弟姐妹相称。我希望这种风气在以后的每一界学生会中都能够永远保持下去，形成一种传统，二十一世纪有了一个素质过硬的团队我们还害怕什么？</w:t>
      </w:r>
      <w:r>
        <w:rPr>
          <w:lang w:eastAsia="zh-CN"/>
        </w:rPr>
        <w:br/>
      </w:r>
      <w:r>
        <w:rPr>
          <w:lang w:eastAsia="zh-CN"/>
        </w:rPr>
        <w:t>　　（二）对各部门的工作要求。</w:t>
      </w:r>
      <w:r>
        <w:rPr>
          <w:lang w:eastAsia="zh-CN"/>
        </w:rPr>
        <w:br/>
      </w:r>
      <w:r>
        <w:rPr>
          <w:lang w:eastAsia="zh-CN"/>
        </w:rPr>
        <w:t>　　1、学生会各部门必需要对本学期的每一项工作都要进行合理周密的计划和安排，根据院团委大记事和我院计划来制定本部门的相关具体工作。认真贯彻学院有关文件精神，创造有利条件力争把各项工作做到最好。我们要有不怕困难的精神。</w:t>
      </w:r>
      <w:r>
        <w:rPr>
          <w:lang w:eastAsia="zh-CN"/>
        </w:rPr>
        <w:br/>
      </w:r>
      <w:r>
        <w:rPr>
          <w:lang w:eastAsia="zh-CN"/>
        </w:rPr>
        <w:t>　　2、各部门应尽力单独完成任务，防止所有工作都由部长完成，干事却只挂闲职的情况发生，其他部门只起辅助作用。要实行责任问责制，分配任务责任到人。该谁的任务谁来干，工作出现问题要有人来承担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3、学生会是学生群众性组织，代表广大同学的根本利益，是学生与老师之间的桥梁纽带。我们要加强与各个同学的联系，充分利用本部干事和各班班委，带动他们的积极性，各部门要主动和班委打成一片。树立良好的学生干部形象，要想办法让班委了解和支持我们学生会的各项工作，班委如果有学习或者生活上的困难需要学生会帮忙的可以在我们值班时间直接到学生会办公室，各部门值班人员不得懈怠此项工作。如果对我们学生会工作有意见直接可以找我或者是老师，我们会虚心听取并接受。</w:t>
      </w:r>
      <w:r>
        <w:rPr>
          <w:lang w:eastAsia="zh-CN"/>
        </w:rPr>
        <w:br/>
      </w:r>
      <w:r>
        <w:rPr>
          <w:lang w:eastAsia="zh-CN"/>
        </w:rPr>
        <w:t xml:space="preserve">    2024年学生会干部个人工作总结范文 篇2 </w:t>
      </w:r>
      <w:r>
        <w:rPr>
          <w:lang w:eastAsia="zh-CN"/>
        </w:rPr>
        <w:br/>
      </w:r>
      <w:r>
        <w:rPr>
          <w:lang w:eastAsia="zh-CN"/>
        </w:rPr>
        <w:t>　　大家好！今天是我院20__年新学期的第一次全体干部大会，很高兴和各位辅导员老师和各位学生会及班干部聚在一起商讨我院的工作。其实我坐在这里代表的是双重身份，第一是作为传媒与艺术学院团总支学生会主席，第二作为__级美术学本科一班的班长。首先我代表团总支学生会把我院对上学期工作的总结和本学期计划向各位进行汇报，希望大家在下面能够认真听，对我们的工作提出合理宝贵的意见和建议。</w:t>
      </w:r>
      <w:r>
        <w:rPr>
          <w:lang w:eastAsia="zh-CN"/>
        </w:rPr>
        <w:br/>
      </w:r>
      <w:r>
        <w:rPr>
          <w:lang w:eastAsia="zh-CN"/>
        </w:rPr>
        <w:t>　　上学期的工作总结：</w:t>
      </w:r>
      <w:r>
        <w:rPr>
          <w:lang w:eastAsia="zh-CN"/>
        </w:rPr>
        <w:br/>
      </w:r>
      <w:r>
        <w:rPr>
          <w:lang w:eastAsia="zh-CN"/>
        </w:rPr>
        <w:t>　　在校团委及我院领导老师的带领下我们传媒与艺术学院在——__学年下半学期做了以下工作：</w:t>
      </w:r>
      <w:r>
        <w:rPr>
          <w:lang w:eastAsia="zh-CN"/>
        </w:rPr>
        <w:br/>
      </w:r>
      <w:r>
        <w:rPr>
          <w:lang w:eastAsia="zh-CN"/>
        </w:rPr>
        <w:t>　　迎新生工作，学生会换届工作，起草我院学生会章程，__级学生太行山写生汇报展，__级学生篮球友谊赛，__级学生优秀作品展览，“主持人大赛”，为计算机与科学技院__级学生的捐款，及我院学生会独立承办第一届“毕业生双向洽谈会”的接待和会场安排工作等等。</w:t>
      </w:r>
      <w:r>
        <w:rPr>
          <w:lang w:eastAsia="zh-CN"/>
        </w:rPr>
        <w:br/>
      </w:r>
      <w:r>
        <w:rPr>
          <w:lang w:eastAsia="zh-CN"/>
        </w:rPr>
        <w:t>　　配合校学生会的工作有：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纪检部检查校园不文明行为，生活部的不定期卫生检查，宿舍文化节，餐厅调查问卷等。体育部的全校篮球联赛，冬季越野赛选拔。女工部的校礼仪队选拔工作。学习部的“书香文化校园”“校园文化建设方案”稿件征集活动。文艺部“大学生形象展示大赛”的选拔和排练工作等。</w:t>
      </w:r>
      <w:r>
        <w:rPr>
          <w:lang w:eastAsia="zh-CN"/>
        </w:rPr>
        <w:br/>
      </w:r>
      <w:r>
        <w:rPr>
          <w:lang w:eastAsia="zh-CN"/>
        </w:rPr>
        <w:t>　　在这些工作中我们所选的四名礼仪队成员全部被院里接收，“书香文化校园”我们取得一个一等奖，一个二等奖。“大学生形象展示大赛”中我院取得一个一等奖两个二等奖的骄人成绩。我院的“主持人大赛”为传媒和播音专业的学生提供了展示自我的平台，也为以后的节目主持人准备了后备力量。我院为计科系一脑出血家庭非常困难同学的捐款将近达到一万元，为该同学抢救生命提供了很大的帮助（给大家说一下，该同学的病情已有所好转，现在正在家里疗养，我想他这一辈子都会记住大家是他的救命恩人的）。在毕业生洽谈会中，学生会顺利接待和安排一百多家用人单位，为招聘会提供良好的后勤保障工作，得到学生处及院团委的一致好评。</w:t>
      </w:r>
      <w:r>
        <w:rPr>
          <w:lang w:eastAsia="zh-CN"/>
        </w:rPr>
        <w:br/>
      </w:r>
      <w:r>
        <w:rPr>
          <w:lang w:eastAsia="zh-CN"/>
        </w:rPr>
        <w:t>　　在新的学期我们学生会的大体的工作计划制定如下：</w:t>
      </w:r>
      <w:r>
        <w:rPr>
          <w:lang w:eastAsia="zh-CN"/>
        </w:rPr>
        <w:br/>
      </w:r>
      <w:r>
        <w:rPr>
          <w:lang w:eastAsia="zh-CN"/>
        </w:rPr>
        <w:t>　　（一）加强结构组织建设。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首先我们要加强学生会内部的结构建设，主要体现在团结问题上，从建校以来我院学生会队伍一直都在不断壮大，也逐渐走向正规和正统化。作为一个好的团队，我认为只有大家团结一心，拧成一股绳，各部门之间相互配合，把整个学生会的工作当作自己的事来办才能做出更加骄人的成绩。可能如果对学生会了解的同学知道我们学生会内部一直都很团结，大家就像一家人一样，这一点一点也不夸张，在工作中我们有上下级称呼，但在生活中我们一直以兄弟姐妹相称。我希望这种风气在以后的每一界学生会中都能够永远保持下去，形成一种传统，二十一世纪有了一个素质过硬的团队我们还害怕什么？</w:t>
      </w:r>
      <w:r>
        <w:rPr>
          <w:lang w:eastAsia="zh-CN"/>
        </w:rPr>
        <w:br/>
      </w:r>
      <w:r>
        <w:rPr>
          <w:lang w:eastAsia="zh-CN"/>
        </w:rPr>
        <w:t>　　（二）对各部门的工作要求。</w:t>
      </w:r>
      <w:r>
        <w:rPr>
          <w:lang w:eastAsia="zh-CN"/>
        </w:rPr>
        <w:br/>
      </w:r>
      <w:r>
        <w:rPr>
          <w:lang w:eastAsia="zh-CN"/>
        </w:rPr>
        <w:t>　　1、学生会各部门必需要对本学期的每一项工作都要进行合理周密的计划和安排，根据院团委大记事和我院计划来制定本部门的相关具体工作。认真贯彻学院有关文件精神，创造有利条件力争把各项工作做到最好。我们要有不怕困难的精神。</w:t>
      </w:r>
      <w:r>
        <w:rPr>
          <w:lang w:eastAsia="zh-CN"/>
        </w:rPr>
        <w:br/>
      </w:r>
      <w:r>
        <w:rPr>
          <w:lang w:eastAsia="zh-CN"/>
        </w:rPr>
        <w:t>　　2、各部门应尽力单独完成任务，防止所有工作都由部长完成，干事却只挂闲职的情况发生，其他部门只起辅助作用。要实行责任问责制，分配任务责任到人。该谁的任务谁来干，工作出现问题要有人来承担责任。</w:t>
      </w:r>
      <w:r>
        <w:rPr>
          <w:lang w:eastAsia="zh-CN"/>
        </w:rPr>
        <w:br/>
      </w:r>
      <w:r>
        <w:rPr>
          <w:lang w:eastAsia="zh-CN"/>
        </w:rPr>
        <w:t>　　3、学生会是学生群众性组织，代表广大同学的根本利益，是学生与老师之间的桥梁纽带。我们要加强与各个同学的联系，充分利用本部干事和各班班委，带动他们的积极性，各部门要主动和班委打成一片。树立良好的学生干部形象，要想办法让班委了解和支持我们学生会的各项工作，班委如果有学习或者生活上的困难需要学生会帮忙的可以在我们值班时间直接到学生会办公室，各部门值班人员不得懈怠此项工作。如果对我们学生会工作有意见直接可以找我或者是老师，我们会虚心听取并接受。</w:t>
      </w:r>
      <w:r>
        <w:rPr>
          <w:lang w:eastAsia="zh-CN"/>
        </w:rPr>
        <w:br/>
      </w:r>
      <w:r>
        <w:rPr>
          <w:lang w:eastAsia="zh-CN"/>
        </w:rPr>
        <w:t xml:space="preserve">    2024年学生会干部个人工作总结范文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时光荏苒，又迎来了新的一学期，在过去的一学期里，我院学生会在校团委、院党政的亲切关怀下，在院团委和校学生会的指导下，紧紧围绕学校和学院改革发展稳定的大局，以教学评估为重点，为了搞好此次迎评工作，美术系提出了一切为本科评建工作让路，一切为本科评建工作服务的口号，并在工作中处处予以体现。为建设真正有实际效用的学生会组织为目标，不断加强思想理论学习，以全心全意为同学们服务为宗旨，不断总结、改进、发展、创新自己的学生会工作，通过长期以来的不懈努力，我院学生会的工作得到了校团委、院领导、兄弟院系和广大同学的认可，我们也将以这次评比为契机，认真总结，虚心向兄弟院系学习，使我们学院学生会的工作再上新的台阶。</w:t>
      </w:r>
      <w:r>
        <w:rPr>
          <w:lang w:eastAsia="zh-CN"/>
        </w:rPr>
        <w:br/>
      </w:r>
      <w:r>
        <w:rPr>
          <w:lang w:eastAsia="zh-CN"/>
        </w:rPr>
        <w:t>　　一、工作理念</w:t>
      </w:r>
      <w:r>
        <w:rPr>
          <w:lang w:eastAsia="zh-CN"/>
        </w:rPr>
        <w:br/>
      </w:r>
      <w:r>
        <w:rPr>
          <w:lang w:eastAsia="zh-CN"/>
        </w:rPr>
        <w:t>　　我们美术学院团总支学生会始终将全心全意为同学们服务作为工作的指导思想和终极目标，要求所有的学生干部对待工作要有四心，即细心、热心、真心、诚心，在工作中严格律己，热忱服务，把同学们的需要当作我们工作的方向，开展活动必须注意操作的实际性，形式的多样性、内容的丰富性、同学们参与广泛性，使我院学生会真正成为一个让同学们满意的学生会。我院学生会工作理念归结起来就是以下几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一是要切实树立以人为本、以学生为中心的工作理念。树立以人为本的工作理念，客观要求我们在工作中必须时刻考虑、关注广大同学们的实际需要，紧密结合同学们的学习生活等实际情况，努力为同学们提供更多的、平等的、自由的交流平台，努力为同学们提供一个有利的成才成长氛围。</w:t>
      </w:r>
      <w:r>
        <w:rPr>
          <w:lang w:eastAsia="zh-CN"/>
        </w:rPr>
        <w:br/>
      </w:r>
      <w:r>
        <w:rPr>
          <w:lang w:eastAsia="zh-CN"/>
        </w:rPr>
        <w:t>　　二是要努力提高工作的规范化水平和办事效率，做到有章可循、条理清晰，每项工作责任到人，前期有策划、中期有宣传、后期有总结，真正规范起学生会内部制度和工作，配合好教学评估相关工作。三是要必须切实树立团体意识，强调成员间、部门间的分工协调和密切配合。学生干部不仅仅要有干事的能力，还必须要调动广大同学一起干事、干成事的能力。不但要在学生会内部搞好团结，也要在学生会与各年级方面搞好关系，使学生会与年级之间的关系更加融洽。</w:t>
      </w:r>
      <w:r>
        <w:rPr>
          <w:lang w:eastAsia="zh-CN"/>
        </w:rPr>
        <w:br/>
      </w:r>
      <w:r>
        <w:rPr>
          <w:lang w:eastAsia="zh-CN"/>
        </w:rPr>
        <w:t>　　二、机构设置</w:t>
      </w:r>
      <w:r>
        <w:rPr>
          <w:lang w:eastAsia="zh-CN"/>
        </w:rPr>
        <w:br/>
      </w:r>
      <w:r>
        <w:rPr>
          <w:lang w:eastAsia="zh-CN"/>
        </w:rPr>
        <w:t>　　我们学院学生会现设办公室、文艺、学习部个部门，各部室之间责任分工明确，工作配合谨慎严密是我院学生会工作的一大特色，在上学期里，我院学生会在院团委的指导下卓有成效地开展了多种校级活动，在活动中展现了我院学生会高质量的工作效率和认真负责的工作态度，也展现了我们美术学院学生会工作人员的良好过硬素质和工作水平。</w:t>
      </w:r>
      <w:r>
        <w:rPr>
          <w:lang w:eastAsia="zh-CN"/>
        </w:rPr>
        <w:br/>
      </w:r>
      <w:r>
        <w:rPr>
          <w:lang w:eastAsia="zh-CN"/>
        </w:rPr>
        <w:t>　　任何事情都不是能凭借一己之力能够达到目的的，更何况繁杂的学生会活动，对于我们的每一项活动，校领导、院领导、各年级同学及兄弟院系都给予了慷慨有力的协助与指导，对此我们表示深深的感谢。</w:t>
      </w:r>
      <w:r>
        <w:rPr>
          <w:lang w:eastAsia="zh-CN"/>
        </w:rPr>
        <w:br/>
      </w:r>
      <w:r>
        <w:rPr>
          <w:lang w:eastAsia="zh-CN"/>
        </w:rPr>
        <w:t xml:space="preserve">    2024年学生会干部个人工作总结范文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日子如同白驹过隙，回首间，自己已站在学期之末，即将结束学生会干部一职了，各项工作已经进入篇尾。回顾任职期间，在院党、团总支的关怀和指导下，我在各个方面都取得了比较好的成绩。</w:t>
      </w:r>
      <w:r>
        <w:rPr>
          <w:lang w:eastAsia="zh-CN"/>
        </w:rPr>
        <w:br/>
      </w:r>
      <w:r>
        <w:rPr>
          <w:lang w:eastAsia="zh-CN"/>
        </w:rPr>
        <w:t>　　思想方面</w:t>
      </w:r>
      <w:r>
        <w:rPr>
          <w:lang w:eastAsia="zh-CN"/>
        </w:rPr>
        <w:br/>
      </w:r>
      <w:r>
        <w:rPr>
          <w:lang w:eastAsia="zh-CN"/>
        </w:rPr>
        <w:t>　　在这一学年中我向毕生的梦想(成为一名共产党员)跨进了一大步，成功的取得了预备党员资格。为此我积极学习了党的先进性教育资料，并在团员意识教育中认真积极，坚持对学校的各项要求起到带头作用。为了丰富视野，我时常关注新闻报道，了解国家相关政策和国内外时事。_届_全会开始以来我对会议的相关精神更是进行了认真的学习。我也发动部员向全院积极宣传学习国家、__市以及学校的各种文件会议精神。作为一名主要学生干部，我深知自己必须要有很好的带头作用。</w:t>
      </w:r>
      <w:r>
        <w:rPr>
          <w:lang w:eastAsia="zh-CN"/>
        </w:rPr>
        <w:br/>
      </w:r>
      <w:r>
        <w:rPr>
          <w:lang w:eastAsia="zh-CN"/>
        </w:rPr>
        <w:t>　　学习方面</w:t>
      </w:r>
      <w:r>
        <w:rPr>
          <w:lang w:eastAsia="zh-CN"/>
        </w:rPr>
        <w:br/>
      </w:r>
      <w:r>
        <w:rPr>
          <w:lang w:eastAsia="zh-CN"/>
        </w:rPr>
        <w:t>　　本学年的课程已经全面进入专业课阶段，我对待每一门课都非常认真，上课认真听讲，课后能及时的复习并完成作业。工作之余，我经常到图书管看书。在论文的写作方面得到了长足的进步，通过自己坚持不懈的努力，每学期都能拿到奖学金。此外我还学习了网页制作等一些电脑运用技术。我始终相信学以至用的道理，所以我对各方面的知识都很注重，学习书本知识和他人经验。我更相信通过自己的努力，将来有一个好的发展。</w:t>
      </w:r>
      <w:r>
        <w:rPr>
          <w:lang w:eastAsia="zh-CN"/>
        </w:rPr>
        <w:br/>
      </w:r>
      <w:r>
        <w:rPr>
          <w:lang w:eastAsia="zh-CN"/>
        </w:rPr>
        <w:t>　　工作方面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宣传部历史以来的任务都比较重，自担任副部长以来，工作就相对较多。但我相信做得越多学得就越多，所以我对待每一件工作都很认真，不管事情难易，我都能在规定时间内出色完成。</w:t>
      </w:r>
      <w:r>
        <w:rPr>
          <w:lang w:eastAsia="zh-CN"/>
        </w:rPr>
        <w:br/>
      </w:r>
      <w:r>
        <w:rPr>
          <w:lang w:eastAsia="zh-CN"/>
        </w:rPr>
        <w:t>　　1.文稿：我负责文稿这块。上任开始我就决定把我院的广播稿做到学校的领头羊。我院每一学期的稿件在数量和质量上都远远高过其它学院，在学校取得了良好的印象。发动部员积极动员全院同学向校内外刊物投稿，每期校报都有我院同学的文章，甚至大学周刊等杂志都有我院同学的身影。</w:t>
      </w:r>
      <w:r>
        <w:rPr>
          <w:lang w:eastAsia="zh-CN"/>
        </w:rPr>
        <w:br/>
      </w:r>
      <w:r>
        <w:rPr>
          <w:lang w:eastAsia="zh-CN"/>
        </w:rPr>
        <w:t>　　2.展板、海报：展板和海报是我们宣传学院各项大小活动的重要形式，其制作的好坏直接影响到学院的面子。在部里我协作这块工作，我们学院的展板和海报在学校是的。对展板我们要求严格，必须做到工整、精美、明确才能放到学校展板地;对海报要求要做到样式新颖、色彩鲜艳、数量众多在学校各人流量大的地点粘贴。因此，我们的宣传取得了很好的效果。</w:t>
      </w:r>
      <w:r>
        <w:rPr>
          <w:lang w:eastAsia="zh-CN"/>
        </w:rPr>
        <w:br/>
      </w:r>
      <w:r>
        <w:rPr>
          <w:lang w:eastAsia="zh-CN"/>
        </w:rPr>
        <w:t>　　3.论文：我全面负责社会之窗，每学期的社会科学论文是社会之窗的主要任务，社会之窗的人员不多，但大家都很用心，经常往返各大图书馆以及上网查阅大量的文献资料，每学期的任务都按时按量完成。对学院的学术工作作出了一定的贡献。</w:t>
      </w:r>
      <w:r>
        <w:rPr>
          <w:lang w:eastAsia="zh-CN"/>
        </w:rPr>
        <w:br/>
      </w:r>
      <w:r>
        <w:rPr>
          <w:lang w:eastAsia="zh-CN"/>
        </w:rPr>
        <w:t>　　再次，我和部长协作对宣传部的分工明确，合理。在平时要求部员多学、多练、多做使大家都有了深厚的功底，以至于该做事的时候都很从容。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我院首届和第_届运动会，义务家教、寝室文化建设、校风学风建设、歌手大赛、欢送晚会和迎新晚会、迎新工作、化工杯足球赛以及新生杯篮球赛等活动的开展和效应在宣传部的努力下都收到了很好的效果。我也在工作中得到了很好的锻炼。</w:t>
      </w:r>
      <w:r>
        <w:rPr>
          <w:lang w:eastAsia="zh-CN"/>
        </w:rPr>
        <w:br/>
      </w:r>
      <w:r>
        <w:rPr>
          <w:lang w:eastAsia="zh-CN"/>
        </w:rPr>
        <w:t>　　在课余时间或假日我经常到我院各宿舍的寝室中去，给各寝室的寝室文化建设从美观和文化气分氛方面给出自己的意见。同时了解其它同学的生活，了解他们的思想动态，以及收集一些他们对我工作的意见和建议，与其他同学搞好关系。我在其中得到了莫大的好处，他们的建议对我的工作起到很好的改进作用，也使我在他们心中有了较好的印象。</w:t>
      </w:r>
      <w:r>
        <w:rPr>
          <w:lang w:eastAsia="zh-CN"/>
        </w:rPr>
        <w:br/>
      </w:r>
      <w:r>
        <w:rPr>
          <w:lang w:eastAsia="zh-CN"/>
        </w:rPr>
        <w:t>　　任职期间虽然我未在班委中任职，但我时刻关心我班的工作，积极支持班委工作，并提出自己的意见，与我班同学一起争取到了很好的荣誉。</w:t>
      </w:r>
      <w:r>
        <w:rPr>
          <w:lang w:eastAsia="zh-CN"/>
        </w:rPr>
        <w:br/>
      </w:r>
      <w:r>
        <w:rPr>
          <w:lang w:eastAsia="zh-CN"/>
        </w:rPr>
        <w:t>　　生活方面</w:t>
      </w:r>
      <w:r>
        <w:rPr>
          <w:lang w:eastAsia="zh-CN"/>
        </w:rPr>
        <w:br/>
      </w:r>
      <w:r>
        <w:rPr>
          <w:lang w:eastAsia="zh-CN"/>
        </w:rPr>
        <w:t>　　我的生活因工作和学习变得充实。平时比较平凡，不讲究穿着和吃喝。在寝室我以身作则，积极参加寝室文化建设，我将寝室冠以“良友居”的名号得到大家的推崇，并且以实际行动对寝室环境进行了整改。在闲暇时，看看书，打打球，上上网也是我生活的必修课。</w:t>
      </w:r>
      <w:r>
        <w:rPr>
          <w:lang w:eastAsia="zh-CN"/>
        </w:rPr>
        <w:br/>
      </w:r>
      <w:r>
        <w:rPr>
          <w:lang w:eastAsia="zh-CN"/>
        </w:rPr>
        <w:t>　　社会实践方面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学院每期一度的义务家教活动不论在学校还是社会都有很好的声誉。这两期我因各种因数虽然没有参加，但在宣传阶段我还是不遗余力地和大家一起走上街头，在向行人介绍的过程中，我遭遇过白眼、误解甚至辱骂，可我没有放弃，所有宣传的同学都没有放弃。从第一次开始我们逐渐变得成熟，这也是我适应社会的实践。暑期我全力组织的社会调查更让我的得到了不可多得的锻炼机会。人物采访，问卷制作、发放、收集、整理，报告写作都从能力上使我上了一个台阶。</w:t>
      </w:r>
      <w:r>
        <w:rPr>
          <w:lang w:eastAsia="zh-CN"/>
        </w:rPr>
        <w:br/>
      </w:r>
      <w:r>
        <w:rPr>
          <w:lang w:eastAsia="zh-CN"/>
        </w:rPr>
        <w:t>　　本学年的工作，在取得了一定成绩的同时也表现出了一些不足，如与其它各部间开展的活动不多，自己的语言表达能力有待提高，成绩不能在同学当中成为典型，专业知识不够扎实。在以后的工作中，我一定会再接再厉，总结经验，吸取教训。我相信，在老师们的关怀指导下，通过自己的努力，我一定能取得更大的成功。</w:t>
      </w:r>
      <w:r>
        <w:rPr>
          <w:lang w:eastAsia="zh-CN"/>
        </w:rPr>
        <w:br/>
      </w:r>
      <w:r>
        <w:rPr>
          <w:lang w:eastAsia="zh-CN"/>
        </w:rPr>
        <w:t>　　意见和建议</w:t>
      </w:r>
      <w:r>
        <w:rPr>
          <w:lang w:eastAsia="zh-CN"/>
        </w:rPr>
        <w:br/>
      </w:r>
      <w:r>
        <w:rPr>
          <w:lang w:eastAsia="zh-CN"/>
        </w:rPr>
        <w:t>　　主要学生干部工作的好坏对学院的发展、荣誉有很大的影响。虽然即将离任，但我依然是化工学院的一份子，更是出于一种责任，对下_届的学生干部提出几点意见和建议：</w:t>
      </w:r>
      <w:r>
        <w:rPr>
          <w:lang w:eastAsia="zh-CN"/>
        </w:rPr>
        <w:br/>
      </w:r>
      <w:r>
        <w:rPr>
          <w:lang w:eastAsia="zh-CN"/>
        </w:rPr>
        <w:t>　　1.主要学生干部作为党团领导和各位老师的左右手，必须在思想上先进，保持正义，口正心直。</w:t>
      </w:r>
      <w:r>
        <w:rPr>
          <w:lang w:eastAsia="zh-CN"/>
        </w:rPr>
        <w:br/>
      </w:r>
      <w:r>
        <w:rPr>
          <w:lang w:eastAsia="zh-CN"/>
        </w:rPr>
        <w:t>　　2.作为一名学生干部一定要有很强的大局意识，事事以大局为重，坚持个人利益服从集体利益。</w:t>
      </w:r>
      <w:r>
        <w:rPr>
          <w:lang w:eastAsia="zh-CN"/>
        </w:rPr>
        <w:br/>
      </w:r>
      <w:r>
        <w:rPr>
          <w:lang w:eastAsia="zh-CN"/>
        </w:rPr>
        <w:t>　　3.作为主要学生干部一定要较强的协调能力，一定要协调好几个关系：老师与干部的关系、干部与干部的关系、干部与普通同学的关系、老师和同学的关系。</w:t>
      </w:r>
      <w:r>
        <w:rPr>
          <w:lang w:eastAsia="zh-CN"/>
        </w:rPr>
        <w:br/>
      </w:r>
      <w:r>
        <w:rPr>
          <w:lang w:eastAsia="zh-CN"/>
        </w:rPr>
        <w:t>　　4.学生干部要敢于创新，尤其是宣传部的带头人，时时要以新的形式摆在大家的面前才不会被人遗弃。</w:t>
      </w:r>
      <w:r>
        <w:rPr>
          <w:lang w:eastAsia="zh-CN"/>
        </w:rPr>
        <w:br/>
      </w:r>
      <w:r>
        <w:rPr>
          <w:lang w:eastAsia="zh-CN"/>
        </w:rPr>
        <w:t>　　5.学生干部要做事要塌实，细致，一步步走，一层层上。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6.学生干部要不怕苦怕累，迎难而上，坚决走在别人前头。</w:t>
      </w:r>
      <w:r>
        <w:rPr>
          <w:lang w:eastAsia="zh-CN"/>
        </w:rPr>
        <w:br/>
      </w:r>
      <w:r>
        <w:rPr>
          <w:lang w:eastAsia="zh-CN"/>
        </w:rPr>
        <w:t>　　以上的我对下届学生干部所提出的意见，也是我在做学生干部期间悟出的一些心得，有所不妥，还请老师给予批评和指正。总之，因为有这样一个团队，使我在大学里不断的展示自我，提升自我，团结、和谐、默契、相亲相爱。最后预祝下一年的招新工作顺利展开，我们将以全新的姿态带好下_届新成员，争取取得更大的成绩。</w:t>
      </w:r>
      <w:r>
        <w:rPr>
          <w:lang w:eastAsia="zh-CN"/>
        </w:rPr>
        <w:br/>
      </w:r>
      <w:r>
        <w:rPr>
          <w:lang w:eastAsia="zh-CN"/>
        </w:rPr>
        <w:t xml:space="preserve">    2024年学生会干部个人工作总结范文 篇5 </w:t>
      </w:r>
      <w:r>
        <w:rPr>
          <w:lang w:eastAsia="zh-CN"/>
        </w:rPr>
        <w:br/>
      </w:r>
      <w:r>
        <w:rPr>
          <w:lang w:eastAsia="zh-CN"/>
        </w:rPr>
        <w:t>　　时光荏苒，又迎来了新的一学期，在过去的一学期里，我院学生会在校团委、院党政的亲切关怀下，在院团委和校学生会的指导下，紧紧围绕学校和学院改革发展稳定的大局，以教学评估为重点，为了搞好此次迎评工作，美术系提出了“一切为本科评建工作让路，一切为本科评建工作服务”的口号，并在工作中处处予以体现。为建设真正有实际效用的学生会组织为目标，不断加强思想理论学习，以全心全意为同学们服务为宗旨，不断总结、改进、发展、创新自己的学生会工作，通过长期以来的不懈努力，我院学生会的工作得到了校团委、院领导、兄弟院系和广大同学的认可，我们也将以这次评比为契机，认真总结，虚心向兄弟院系学习，使我们学院学生会的工作再上新的台阶。</w:t>
      </w:r>
      <w:r>
        <w:rPr>
          <w:lang w:eastAsia="zh-CN"/>
        </w:rPr>
        <w:br/>
      </w:r>
      <w:r>
        <w:rPr>
          <w:lang w:eastAsia="zh-CN"/>
        </w:rPr>
        <w:t>　　一、工作理念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我们美术学院团总支学生会始终将“全心全意为同学们服务”作为工作的指导思想和终极目标，要求所有的学生干部对待工作要有“四心”，即细心、热心、真心、诚心，在工作中严格律己，热忱服务，把同学们的需要当作我们工作的方向，开展活动必须注意操作的实际性，形式的多样性、内容的丰富性、同学们参与广泛性，使我院学生会真正成为一个让同学们满意的学生会。我院学生会工作理念归结起来就是以下几点：</w:t>
      </w:r>
      <w:r>
        <w:rPr>
          <w:lang w:eastAsia="zh-CN"/>
        </w:rPr>
        <w:br/>
      </w:r>
      <w:r>
        <w:rPr>
          <w:lang w:eastAsia="zh-CN"/>
        </w:rPr>
        <w:t>　　一是要切实树立“以人为本”、“以学生为中心”的工作理念。树立“以人为本”的工作理念，客观要求我们在工作中必须时刻考虑、关注广大同学们的实际需要，紧密结合同学们的学习生活等实际情况，努力为同学们提供更多的、平等的、自由的交流平台，努力为同学们提供一个有利的成才成长氛围。</w:t>
      </w:r>
      <w:r>
        <w:rPr>
          <w:lang w:eastAsia="zh-CN"/>
        </w:rPr>
        <w:br/>
      </w:r>
      <w:r>
        <w:rPr>
          <w:lang w:eastAsia="zh-CN"/>
        </w:rPr>
        <w:t>　　二是要努力提高工作的规范化水平和办事效率，做到有章可循、条理清晰，每项工作责任到人，前期有策划、中期有宣传、后期有总结，真正规范起学生会内部制度和工作，配合好教学评估相关工作。三是要必须切实树立团体意识，强调成员间、部门间的分工协调和密切配合。学生干部不仅仅要有干事的能力，还必须要调动广大同学一起干事、干成事的能力。不但要在学生会内部搞好团结，也要在学生会与各年级方面搞好关系，使学生会与年级之间的关系更加融洽。</w:t>
      </w:r>
      <w:r>
        <w:rPr>
          <w:lang w:eastAsia="zh-CN"/>
        </w:rPr>
        <w:br/>
      </w:r>
      <w:r>
        <w:rPr>
          <w:lang w:eastAsia="zh-CN"/>
        </w:rPr>
        <w:t>　　二、机构设置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我们学院学生会现设办公室、文艺、学习部……个部门，各部室之间责任分工明确，工作配合谨慎严密是我院学生会工作的一大特色，在上学期里，我院学生会在院团委的指导下卓有成效地开展了多种校级活动，在活动中展现了我院学生会高质量的工作效率和认真负责的工作态度，也展现了我们美术学院学生会工作人员的良好过硬素质和工作水平。</w:t>
      </w:r>
      <w:r>
        <w:rPr>
          <w:lang w:eastAsia="zh-CN"/>
        </w:rPr>
        <w:br/>
      </w:r>
      <w:r>
        <w:rPr>
          <w:lang w:eastAsia="zh-CN"/>
        </w:rPr>
        <w:t>　　任何事情都不是能凭借一己之力能够达到目的的，更何况繁杂的学生会活动，对于我们的每一项活动，校领导、院领导、各年级同学及兄弟院系都给予了慷慨有力的协助与指导，对此我们表示深深的感谢。</w:t>
      </w:r>
      <w:r>
        <w:rPr>
          <w:lang w:eastAsia="zh-CN"/>
        </w:rPr>
        <w:br/>
      </w:r>
      <w:r>
        <w:rPr>
          <w:lang w:eastAsia="zh-CN"/>
        </w:rPr>
        <w:t>　　随着时间的步伐，不知不觉中新学期已有月余，往事悠悠，大一刚入校了情景还历历在目，如果说上学期我们只是学徒，充满好奇和热情;那么这学期我们就成为了正式工，更多的将是责任。</w:t>
      </w:r>
      <w:r>
        <w:rPr>
          <w:lang w:eastAsia="zh-CN"/>
        </w:rPr>
        <w:br/>
      </w:r>
      <w:r>
        <w:rPr>
          <w:lang w:eastAsia="zh-CN"/>
        </w:rPr>
        <w:t>　　(一)自身思想得到启发，能力得到锻炼，不足得到改善</w:t>
      </w:r>
      <w:r>
        <w:rPr>
          <w:lang w:eastAsia="zh-CN"/>
        </w:rPr>
        <w:br/>
      </w:r>
      <w:r>
        <w:rPr>
          <w:lang w:eastAsia="zh-CN"/>
        </w:rPr>
        <w:t>　　在上一个学期的工作中我也收获了很多。自己的能力得到了很大的锻炼;明白了怎么去团结每一位部门成员;怎样通过大家团结努力把工作做好，集体的力量是巨大的;也为我的以后发展积累一份宝贵的经验</w:t>
      </w:r>
      <w:r>
        <w:rPr>
          <w:lang w:eastAsia="zh-CN"/>
        </w:rPr>
        <w:br/>
      </w:r>
      <w:r>
        <w:rPr>
          <w:lang w:eastAsia="zh-CN"/>
        </w:rPr>
        <w:t>　　1、部门活动丰富，是一个极好的锻炼自己的平台，加入后我成为了组织活动的参与者而不是旁观者，虽然并非主力策划举办者，但作为一个协助者来讲，从中也懂得了活动举办的大致流程，了解了一个活动的成功举办必须做到事前准备充分，各方面都要考虑周全，一个极小的细节做得不好都有可能影响整个活动的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在了解部门运作的基础上，开展一些服务活动，在做足事前准备的情况下，活动进展较为顺利，无出现大问题。通过自身的参与，更能从中得出经验，吸取错误教训，也便在今后的实践中改正错误，逐步完善。自身的能力也由此得到锻炼与提升。</w:t>
      </w:r>
      <w:r>
        <w:rPr>
          <w:lang w:eastAsia="zh-CN"/>
        </w:rPr>
        <w:br/>
      </w:r>
      <w:r>
        <w:rPr>
          <w:lang w:eastAsia="zh-CN"/>
        </w:rPr>
        <w:t>　　3、在部门中与同事的友好共处让我对沟通和信任由了新的理解，在人际交往这一方面能做到更多真诚，更多沟通。这也是成功合作的大前提，而在一个部门中合作是必不可少的工作方式，通过多次与部门同事的密切合作，我的合作能力也有所提高。</w:t>
      </w:r>
      <w:r>
        <w:rPr>
          <w:lang w:eastAsia="zh-CN"/>
        </w:rPr>
        <w:br/>
      </w:r>
      <w:r>
        <w:rPr>
          <w:lang w:eastAsia="zh-CN"/>
        </w:rPr>
        <w:t>　　4、部门中不定期总有一些任务需要我协助完成，我从中养成了一个有计划，按计划做事的好习惯。在此之前，我并不太喜好给自己制定计划，所以总不能达到最好的办事效率。而为了更好的按时完成部门工作，在本学期中我总会给自己制定一个个短期的计划，并严格按照计划行事，确保所有任务不漏做、不延期完成。</w:t>
      </w:r>
      <w:r>
        <w:rPr>
          <w:lang w:eastAsia="zh-CN"/>
        </w:rPr>
        <w:br/>
      </w:r>
      <w:r>
        <w:rPr>
          <w:lang w:eastAsia="zh-CN"/>
        </w:rPr>
        <w:t>　　5、学会了更多的依靠自己而不是别人去完成一件事情。养成了独立思考、深入思考的好习惯。</w:t>
      </w:r>
      <w:r>
        <w:rPr>
          <w:lang w:eastAsia="zh-CN"/>
        </w:rPr>
        <w:br/>
      </w:r>
      <w:r>
        <w:rPr>
          <w:lang w:eastAsia="zh-CN"/>
        </w:rPr>
        <w:t>　　(二)还需注意避免的方面</w:t>
      </w:r>
      <w:r>
        <w:rPr>
          <w:lang w:eastAsia="zh-CN"/>
        </w:rPr>
        <w:br/>
      </w:r>
      <w:r>
        <w:rPr>
          <w:lang w:eastAsia="zh-CN"/>
        </w:rPr>
        <w:t>　　1、在任何部门活动或是开会场合都要做到提前到达，绝不可以迟到，这是必须遵循的最基本也是最严格的制度。我的时间观念不够强，部门例会总是踏着时间到，为此我应做出检讨。</w:t>
      </w:r>
      <w:r>
        <w:rPr>
          <w:lang w:eastAsia="zh-CN"/>
        </w:rPr>
        <w:br/>
      </w:r>
      <w:r>
        <w:rPr>
          <w:lang w:eastAsia="zh-CN"/>
        </w:rPr>
        <w:t>　　2、无论是开展什么活动，都要做好事前的沟通与了解，一定要做到有备无患。细节是最能以小见大的，所以要力求每个细节都尽善尽美。由于第一周的自以为是，没有充分了解到新情况，工作出现重大失误，给部门抹黑，我深感抱歉。</w:t>
      </w:r>
      <w:r>
        <w:rPr>
          <w:lang w:eastAsia="zh-CN"/>
        </w:rPr>
        <w:br/>
      </w:r>
      <w:r>
        <w:rPr>
          <w:lang w:eastAsia="zh-CN"/>
        </w:rPr>
        <w:t>　　3、在部门的工作上要做到积极主动，部门任务要尽快完成。平时玩性太大，部门的工作总有拖延的迹象。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(三)今后还需多加努力，吸取经验，用于实践</w:t>
      </w:r>
      <w:r>
        <w:rPr>
          <w:lang w:eastAsia="zh-CN"/>
        </w:rPr>
        <w:br/>
      </w:r>
      <w:r>
        <w:rPr>
          <w:lang w:eastAsia="zh-CN"/>
        </w:rPr>
        <w:t>　　加入社会实践部对我来说的确是一个大挑战，但我热衷于接受这个挑战。通过上一学期的了解和工作，我自身许多方面都得到了锻炼和提高，这是一件振奋人心的事，我深信在这个部门中我能学到的远不止现在看到的这么简单的东西，并且一定会使我受益终身。而我能做的就是尽自己所能完成一切任务，为本部门增添更多色彩。我相信在新的学期里通过我们不断的努力，我们会得到大家的肯定，社会实践部的明天会更美好。我也将以是这个光荣集体的一员而感到骄傲、自豪。</w:t>
      </w:r>
      <w:r>
        <w:rPr>
          <w:lang w:eastAsia="zh-CN"/>
        </w:rPr>
        <w:br/>
      </w:r>
      <w:r>
        <w:rPr>
          <w:lang w:eastAsia="zh-CN"/>
        </w:rPr>
        <w:t xml:space="preserve">    2024年学生会干部个人工作总结范文 篇6 </w:t>
      </w:r>
      <w:r>
        <w:rPr>
          <w:lang w:eastAsia="zh-CN"/>
        </w:rPr>
        <w:br/>
      </w:r>
      <w:r>
        <w:rPr>
          <w:lang w:eastAsia="zh-CN"/>
        </w:rPr>
        <w:t>　　日子如同白驹过隙，回首间，自己已站在学期之末。回忆这学期的工作</w:t>
      </w:r>
      <w:r>
        <w:rPr>
          <w:lang w:eastAsia="zh-CN"/>
        </w:rPr>
        <w:br/>
      </w:r>
      <w:r>
        <w:rPr>
          <w:lang w:eastAsia="zh-CN"/>
        </w:rPr>
        <w:t>　　个人工作总结，不知觉得略感失落个人工作总结，时间过的太快了，总是觉得自己在学生会这块令人瞩目的平台上得到的太少了。总是无法动笔写这份总结，哎，但是总结还是要写的，因为只有总结了过去，才能更好的提高自己，以至于来开展以后的工作。</w:t>
      </w:r>
      <w:r>
        <w:rPr>
          <w:lang w:eastAsia="zh-CN"/>
        </w:rPr>
        <w:br/>
      </w:r>
      <w:r>
        <w:rPr>
          <w:lang w:eastAsia="zh-CN"/>
        </w:rPr>
        <w:t>　　成功、失败，这就好比一对孪生兄妹，与生俱来，浑然天成，他们地位等同。胜不骄，败不馁，也许人在最痛苦的时候，成长的更快，在生活和工作中做个有心人一切都将会好起来的。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在思想成长方面：我很喜欢每一次的例会，在那里我扬长补短，智慧的思想不断的撞击，因为每一位优秀的人身上都有很多优点，自然每一个成员都是一本使我受益的大书。特别是我们的学长、学姐们，在他们身上永远有我学不完的东西。对“全心全意为同学服务”这句话有了更深的认识，当自己全身心的投入每一次学生会的活动时，我便深深的感觉到我们是同学的公仆，不论工作的哪一个方面都要考虑到同学的利益，也就是这一句话使我的责任感更强了，组织能力也有了很大的提升。在学生会里还有很多的经典语句，例如：做个有心人;高调做事，低调做人;细节决定成败，态度决定一切等等。以及老师总结时说的时刻保持一颗进取心、时刻保持一颗平常心、时刻保持一颗忍耐心、时刻保持一颗忠心。每一句话都但是一剂精神良药在工作中我不断的实践，领会，实践，随着时间的推移，我对这些话有了较深的认识，自身素质也提高了很多。每次会议结束后，我都会对其进行编辑。</w:t>
      </w:r>
      <w:r>
        <w:rPr>
          <w:lang w:eastAsia="zh-CN"/>
        </w:rPr>
        <w:br/>
      </w:r>
      <w:r>
        <w:rPr>
          <w:lang w:eastAsia="zh-CN"/>
        </w:rPr>
        <w:t>　　在学习和生活中：我是一个喜欢忙忙碌碌的人，总喜欢充实的过好每一天，因为工作，学习的时间总是很挤。但作为一名学生会干部，就应该品学皆优，而不要为了工作而耽误了学习，图有虚名，因此在学习上我有很大的压力，在寝室里我是寝室长，自然我要带好我的兄弟们，我要以自身的优秀品质不断的影响我身边的每一人。但在工作和学习的时间上我安排的不够好，优待进一步合理安排自己的时间，让自己的大学生活更加充实丰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在这一学期的工作里，我全心付出了，在协助其它部门的工作里，我们每一个成员都代表我们各自的形象，在这方面我做的还不错。开学的第一个礼拜二我们开了本学期的第一次会议，布置了这学期工作，老师提出要求，我也详细的听了这次会议，本学期活动很多，不仅能够相互交流大家好的方面，同时也是取长补短，吸取精华，同时增进各系之间的友谊，这同时也是我们锻炼的好机会。</w:t>
      </w:r>
      <w:r>
        <w:rPr>
          <w:lang w:eastAsia="zh-CN"/>
        </w:rPr>
        <w:br/>
      </w:r>
      <w:r>
        <w:rPr>
          <w:lang w:eastAsia="zh-CN"/>
        </w:rPr>
        <w:t>　　同时，作为一名学习部的副部长兼教务组组长，我不仅代表我们这一个部门，而是整个学生会的缩影，但自己本身还有很多的不足和缺点，有待进一步完善，提高。</w:t>
      </w:r>
      <w:r>
        <w:rPr>
          <w:lang w:eastAsia="zh-CN"/>
        </w:rPr>
        <w:br/>
      </w:r>
      <w:r>
        <w:rPr>
          <w:lang w:eastAsia="zh-CN"/>
        </w:rPr>
        <w:t>　　总之，因为有这样一个团队，使我在大学里不断的展示自我，提升自我，团结、和谐、默契、相亲相爱。最后预祝下一年的招新工作顺利展开，我们将以全新的姿态带好下一届新成员，争取取得更大的成绩。</w:t>
      </w:r>
      <w:r>
        <w:rPr>
          <w:lang w:eastAsia="zh-CN"/>
        </w:rPr>
        <w:br/>
      </w:r>
      <w:r>
        <w:rPr>
          <w:lang w:eastAsia="zh-CN"/>
        </w:rPr>
        <w:t>　　20__年1月2日</w:t>
      </w:r>
      <w:r>
        <w:rPr>
          <w:lang w:eastAsia="zh-CN"/>
        </w:rPr>
        <w:br/>
      </w:r>
      <w:r>
        <w:rPr>
          <w:lang w:eastAsia="zh-CN"/>
        </w:rPr>
        <w:t xml:space="preserve">    2024年学生会干部个人工作总结范文 篇7 </w:t>
      </w:r>
      <w:r>
        <w:rPr>
          <w:lang w:eastAsia="zh-CN"/>
        </w:rPr>
        <w:br/>
      </w:r>
      <w:r>
        <w:rPr>
          <w:lang w:eastAsia="zh-CN"/>
        </w:rPr>
        <w:t>　　在我作为团副带领计科系全体成员共同成长的一年中，回首这一年在计科系团总支学生会这个团队中走过的每一步，我有所得也有所失。</w:t>
      </w:r>
      <w:r>
        <w:rPr>
          <w:lang w:eastAsia="zh-CN"/>
        </w:rPr>
        <w:br/>
      </w:r>
      <w:r>
        <w:rPr>
          <w:lang w:eastAsia="zh-CN"/>
        </w:rPr>
        <w:t>　　c是一个优秀光荣的团队。在这支队伍中大家之间相互学习，共同进步，虽然我们这个团队存在一些问题但是我们每个人都很爱我们这支队伍。在这一年的工作，我收获了很多。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首先，使我进一步明白了有付出才有回报的道理，在学生会这个为师生服务的团队中，我们学生会起到的是一个服务的作用，对于老师，我们是帮助老师对同学们进行管理；对于同学们，我们学生会的存在是为了丰富我们的第二课堂生活，同时也是我们更好的进行自我管理。在学生会中要想有所收获就必须付出，只有更好的服务于师生才能有所收获。在学生会这个团队中，没有付出是不可能有回报的，在学生会的这一年是我对此有了更深刻的体会，从“日常管理”到“组织活动”，从内部管理到与其他组织和团体的交往每一个环节和过程只有付出了，经历了才能有所得。</w:t>
      </w:r>
      <w:r>
        <w:rPr>
          <w:lang w:eastAsia="zh-CN"/>
        </w:rPr>
        <w:br/>
      </w:r>
      <w:r>
        <w:rPr>
          <w:lang w:eastAsia="zh-CN"/>
        </w:rPr>
        <w:t>　　其次，让我进一步看清了自己，回首这一年的学生会的工作，是我进一步看清了自己。第一，自己缺乏做事的恒心，在整个学年中自己没有持之以恒的保持自己在刚刚当上团副时的那种冲劲，面对学生会成员的不积极，自己也消退了积极性；第二，自己的领导能力有待提高，对于学生会自己没有很好的去领导，一直处于一个类似于顾问（顾得上就问，顾不上就不问）的角色上；第三，对自己的角色认识不够清晰，作为团副，不仅仅要处理好学生会内部的关系，还要协助好主席进行好日常管理，协调好主席团内部的工作；第四，自己有很强的偷懒意识，一直想着怎样少干活甚至不干，对于这学期与金贸系合办的团组织生活自己就没有参与其中。</w:t>
      </w:r>
      <w:r>
        <w:rPr>
          <w:lang w:eastAsia="zh-CN"/>
        </w:rPr>
        <w:br/>
      </w:r>
      <w:r>
        <w:rPr>
          <w:lang w:eastAsia="zh-CN"/>
        </w:rPr>
        <w:t>　　最后，提高了人际交往能力，扩大了自己的交友圈。在自己担任团副的这一年中，是一个不太愿意在公众面前讲话的人可以大胆的长在众人的面前来表达自己的想法。在这一年中使我学会了代表一个团队和组织与其他的团队和组织进行交流，是我认识了许多不同专业和性格的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时间一点点的过去了，使我很想再回到9月中旬的一天，那时我刚刚成为这个团队的一员。若能从头再来我会改变自己的一些做法，对于自己这一年的工作存在着许多遗憾，其一是没有把建设成为一个管院最优秀的学生团队；其二是没有让干事们收获更多他们想要的东西；最后是组织的活动太少，没有为我系的同学们服务好。</w:t>
      </w:r>
      <w:r>
        <w:rPr>
          <w:lang w:eastAsia="zh-CN"/>
        </w:rPr>
        <w:br/>
      </w:r>
      <w:r>
        <w:rPr>
          <w:lang w:eastAsia="zh-CN"/>
        </w:rPr>
        <w:t>　　最好我想对的全体同学道一声谢谢，是优秀的你们让这个团队大放光彩，是优秀的你们让我学到了很多，是优秀的你们让我看到了下一届学生会的希望。</w:t>
      </w:r>
      <w:r>
        <w:rPr>
          <w:lang w:eastAsia="zh-CN"/>
        </w:rPr>
        <w:br/>
      </w:r>
      <w:r>
        <w:rPr>
          <w:lang w:eastAsia="zh-CN"/>
        </w:rPr>
        <w:t xml:space="preserve">    2024年学生会干部个人工作总结范文 篇8 </w:t>
      </w:r>
      <w:r>
        <w:rPr>
          <w:lang w:eastAsia="zh-CN"/>
        </w:rPr>
        <w:br/>
      </w:r>
      <w:r>
        <w:rPr>
          <w:lang w:eastAsia="zh-CN"/>
        </w:rPr>
        <w:t>　　一学年的学习任务又已接近尾声，默然回首，这一年来虽没有轰轰烈烈的战果，但在潜移默化中仍取得了许多不可磨灭的成绩。为了发扬成绩，弥补不足，以利于今后的工作和学习，特自我总结如下：</w:t>
      </w:r>
      <w:r>
        <w:rPr>
          <w:lang w:eastAsia="zh-CN"/>
        </w:rPr>
        <w:br/>
      </w:r>
      <w:r>
        <w:rPr>
          <w:lang w:eastAsia="zh-CN"/>
        </w:rPr>
        <w:t>　　一、思想品德方面</w:t>
      </w:r>
      <w:r>
        <w:rPr>
          <w:lang w:eastAsia="zh-CN"/>
        </w:rPr>
        <w:br/>
      </w:r>
      <w:r>
        <w:rPr>
          <w:lang w:eastAsia="zh-CN"/>
        </w:rPr>
        <w:t>　　我有着良好道德修养，坚定的政治方向。参加了学院组织的“入党积极分子”的培训。在学校遵纪守法、爱护公共设施、乐于关心和帮忙他人，勇于批评与自我批评，树立了正确的人生观和价值观。并以务实求真的精神热心参与学校的公益宣传和爱国活动。</w:t>
      </w:r>
      <w:r>
        <w:rPr>
          <w:lang w:eastAsia="zh-CN"/>
        </w:rPr>
        <w:br/>
      </w:r>
      <w:r>
        <w:rPr>
          <w:lang w:eastAsia="zh-CN"/>
        </w:rPr>
        <w:t>　　二、学习方面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严格要求自我，凭着对个人目标和知识的强烈追求、刻苦钻研、勤奋好学、态度端正、目标明确，基本上牢固的掌握了一些专业知识和技能，同时把所学的理论知识应用于实践活动中，把所学知识转化为动手潜力、应用潜力和创造潜力，力求理论和实践的统一。在学习和掌握本专业理论知识和应用技能的同时，还注意各方面知识的扩展，广泛的涉猎其他学科的知识，从而提高了自身的思想文化素质，为成为一名优秀的大学生而不懈奋斗。</w:t>
      </w:r>
      <w:r>
        <w:rPr>
          <w:lang w:eastAsia="zh-CN"/>
        </w:rPr>
        <w:br/>
      </w:r>
      <w:r>
        <w:rPr>
          <w:lang w:eastAsia="zh-CN"/>
        </w:rPr>
        <w:t>　　三、身体、心理素质方面</w:t>
      </w:r>
      <w:r>
        <w:rPr>
          <w:lang w:eastAsia="zh-CN"/>
        </w:rPr>
        <w:br/>
      </w:r>
      <w:r>
        <w:rPr>
          <w:lang w:eastAsia="zh-CN"/>
        </w:rPr>
        <w:t>　　在生活上，养成了良好的生活习惯，生活充实而有条理，有严谨的生活态度和良好的生活作风，为人热情大方，诚实守信，乐于助人，拥有自我的良好出事原则，能与同学们和睦相处；用心参加各项课外活动，从而不断的丰富自我的阅历。在心理方面，我锻炼坚强的意志品质，塑造健康人格，克服各种心理障碍，以适应社会发展要求。</w:t>
      </w:r>
      <w:r>
        <w:rPr>
          <w:lang w:eastAsia="zh-CN"/>
        </w:rPr>
        <w:br/>
      </w:r>
      <w:r>
        <w:rPr>
          <w:lang w:eastAsia="zh-CN"/>
        </w:rPr>
        <w:t>　　总之，我个人认为我这一年的工作可以做到问心无愧。我真的非常感谢老师、学长、学姐以及其他同学的帮助和配合，我保证接下来将继续努力做好自己的职责，为更多人服务。</w:t>
      </w:r>
      <w:r>
        <w:rPr>
          <w:lang w:eastAsia="zh-CN"/>
        </w:rPr>
        <w:br/>
      </w:r>
      <w:r>
        <w:rPr>
          <w:lang w:eastAsia="zh-CN"/>
        </w:rPr>
        <w:t xml:space="preserve">    2024年学生会干部个人工作总结范文 篇9 </w:t>
      </w:r>
      <w:r>
        <w:rPr>
          <w:lang w:eastAsia="zh-CN"/>
        </w:rPr>
        <w:br/>
      </w:r>
      <w:r>
        <w:rPr>
          <w:lang w:eastAsia="zh-CN"/>
        </w:rPr>
        <w:t>　　转眼间进入信息工程学院的学生会已经有一学期了，回想当初自己还是一个什么都不懂的大一新生，怀揣着好奇和想锻炼自己的心情加入了学生会的生活纪检治保部。</w:t>
      </w:r>
      <w:r>
        <w:rPr>
          <w:lang w:eastAsia="zh-CN"/>
        </w:rPr>
        <w:br/>
      </w:r>
      <w:r>
        <w:rPr>
          <w:lang w:eastAsia="zh-CN"/>
        </w:rPr>
        <w:t>　　这一学期来，在学校及学生会各干部的领导下，当然还有同学们的支持，我系开展了一系列的活动,坚持以为同学服务为工作准则，为加强同学与学校、同学与学生会的联系和了解而努力!从中我学了很多东西。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寝室文化艺术节是寝室美化比赛，这次我们信息工程学院举行的寝室文化艺术节我也参与到了其中,我与我们部的同学一起去检查了许多的寝室然后对那些寝室进行了评分,最后我们这一小组还推选了一些寝室去参加比赛,最后她们也获得了奖,让我们感到很高兴.</w:t>
      </w:r>
      <w:r>
        <w:rPr>
          <w:lang w:eastAsia="zh-CN"/>
        </w:rPr>
        <w:br/>
      </w:r>
      <w:r>
        <w:rPr>
          <w:lang w:eastAsia="zh-CN"/>
        </w:rPr>
        <w:t>　　生活纪检治保部就是对我们学校所有同学的生活和安全服务,在生活纪检治保部我也参与了一次全院的寝室大检查,那次的检查正是在中午的时候,我们这一组共有四个人检查三层女生宿舍其中还有一个男生,在检查的过程中我们遇到许多状况,比如敲了很久的门没有人开,或许寝室里真的没有人，或许她们不愿意接受检查，还有一些寝室对我们的到来似乎感到有些不满，但我们还是觉得大多数的寝室都很配合我们的工作，虽然我们这一组有一个男生，通过几十分钟的努力，我们最后完成了这次大检查。</w:t>
      </w:r>
      <w:r>
        <w:rPr>
          <w:lang w:eastAsia="zh-CN"/>
        </w:rPr>
        <w:br/>
      </w:r>
      <w:r>
        <w:rPr>
          <w:lang w:eastAsia="zh-CN"/>
        </w:rPr>
        <w:t>　　大学生的生活很自由，但是大学生的宿舍还是有许多的规定，晚上宿舍的大门会关闭的，那天我们生活纪检治保部就参加了一次宿舍的晚归检查，在分组过后我去了一栋男生宿舍，任务是守宿舍的大门，如果有晚归的同学就让他们在一张纸上登个记，那天晚上下着小雨，还有一点冷，我们一组人在宿舍的大门守着，到</w:t>
      </w:r>
      <w:r>
        <w:rPr>
          <w:lang w:eastAsia="zh-CN"/>
        </w:rPr>
        <w:br/>
      </w:r>
      <w:r>
        <w:rPr>
          <w:lang w:eastAsia="zh-CN"/>
        </w:rPr>
        <w:t>　　了禁门的时间了我们就把大门关上了，之后还是有一些男生回宿舍，有些同学很配合我们跟他们说明情况后就登记下了名字，而有些同学进门过后就直奔寝室对我们不理睬，十一点多我们完成了任务，这次的工作给力我不一样的感受。下次遇到这样的检查我至少获得了一些经验。</w:t>
      </w:r>
      <w:r>
        <w:rPr>
          <w:lang w:eastAsia="zh-CN"/>
        </w:rPr>
        <w:br/>
      </w:r>
      <w:r>
        <w:rPr>
          <w:lang w:eastAsia="zh-CN"/>
        </w:rPr>
        <w:t>　　在这一学期里我通过生活纪检治保部学习到了许多东西，接下来的日子里我会更加努力认真的完成工作，通过大家共同的努力让我们部门变得更好。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xml:space="preserve">    2024年学生会干部个人工作总结范文 篇10 </w:t>
      </w:r>
      <w:r>
        <w:rPr>
          <w:lang w:eastAsia="zh-CN"/>
        </w:rPr>
        <w:br/>
      </w:r>
      <w:r>
        <w:rPr>
          <w:lang w:eastAsia="zh-CN"/>
        </w:rPr>
        <w:t>　　20__-20__年，很荣幸加入学生会，我自己认为在一年以来不断学习，建立友好的人际关系，以加强自身的学习能力，执行能力，沟通能力。但在这一年中发生的事情太多了，也存在很多遗憾，为了更好的指导我今后的工作，现在进行以下总结。</w:t>
      </w:r>
      <w:r>
        <w:rPr>
          <w:lang w:eastAsia="zh-CN"/>
        </w:rPr>
        <w:br/>
      </w:r>
      <w:r>
        <w:rPr>
          <w:lang w:eastAsia="zh-CN"/>
        </w:rPr>
        <w:t>　　以下是我这学年在素拓部工作的总结，这学期参加的部门活动、为部门作出贡献太少了，我感觉确实很遗憾，感觉对不起这个给我温馨的大家庭。</w:t>
      </w:r>
      <w:r>
        <w:rPr>
          <w:lang w:eastAsia="zh-CN"/>
        </w:rPr>
        <w:br/>
      </w:r>
      <w:r>
        <w:rPr>
          <w:lang w:eastAsia="zh-CN"/>
        </w:rPr>
        <w:t>　　一、工作的优点：</w:t>
      </w:r>
      <w:r>
        <w:rPr>
          <w:lang w:eastAsia="zh-CN"/>
        </w:rPr>
        <w:br/>
      </w:r>
      <w:r>
        <w:rPr>
          <w:lang w:eastAsia="zh-CN"/>
        </w:rPr>
        <w:t>　　1. 做事有计划有条理</w:t>
      </w:r>
      <w:r>
        <w:rPr>
          <w:lang w:eastAsia="zh-CN"/>
        </w:rPr>
        <w:br/>
      </w:r>
      <w:r>
        <w:rPr>
          <w:lang w:eastAsia="zh-CN"/>
        </w:rPr>
        <w:t>　　记得上学期第二次进行部门会议时，由于刚刚回家回来直接到二教开会，忘记带了笔纸，好记性确实不如烂笔头，那次会议给我深刻印象，后来忘了很多重要的事。这事给了我深刻教训，使后来每次不管参加什么集体事都会带上笔纸。</w:t>
      </w:r>
      <w:r>
        <w:rPr>
          <w:lang w:eastAsia="zh-CN"/>
        </w:rPr>
        <w:br/>
      </w:r>
      <w:r>
        <w:rPr>
          <w:lang w:eastAsia="zh-CN"/>
        </w:rPr>
        <w:t>　　2. 努力改进自己，虚心向学</w:t>
      </w:r>
      <w:r>
        <w:rPr>
          <w:lang w:eastAsia="zh-CN"/>
        </w:rPr>
        <w:br/>
      </w:r>
      <w:r>
        <w:rPr>
          <w:lang w:eastAsia="zh-CN"/>
        </w:rPr>
        <w:t>　　还记得我第一次做的湿地公园素质拓展活动的策划，很努力，这个策划现在看起来很可笑。后来是没有被用上，但是使我开始懂得策划活动，并且让我对人生有了个蓝图。这件事让我明白到，做事不光是看自己努不努力，还要看努力后的结果是否有一点成功。最终能从失败中悟出点道理也是不错的。</w:t>
      </w:r>
      <w:r>
        <w:rPr>
          <w:lang w:eastAsia="zh-CN"/>
        </w:rPr>
        <w:br/>
      </w:r>
      <w:r>
        <w:rPr>
          <w:lang w:eastAsia="zh-CN"/>
        </w:rPr>
        <w:t>　　3. 工作积极，态度认真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每次面对部门的工作我都会充满热情，有一次我们部门要为活动拉赞助，在此过程中受到不少的困难，那一天确实很懊恼，而不会觉得不公平或埋怨部门。</w:t>
      </w:r>
      <w:r>
        <w:rPr>
          <w:lang w:eastAsia="zh-CN"/>
        </w:rPr>
        <w:br/>
      </w:r>
      <w:r>
        <w:rPr>
          <w:lang w:eastAsia="zh-CN"/>
        </w:rPr>
        <w:t>　　二、工作存在的不足：</w:t>
      </w:r>
      <w:r>
        <w:rPr>
          <w:lang w:eastAsia="zh-CN"/>
        </w:rPr>
        <w:br/>
      </w:r>
      <w:r>
        <w:rPr>
          <w:lang w:eastAsia="zh-CN"/>
        </w:rPr>
        <w:t>　　1. 做事不够细致</w:t>
      </w:r>
      <w:r>
        <w:rPr>
          <w:lang w:eastAsia="zh-CN"/>
        </w:rPr>
        <w:br/>
      </w:r>
      <w:r>
        <w:rPr>
          <w:lang w:eastAsia="zh-CN"/>
        </w:rPr>
        <w:t>　　①在一些活动时写策划如校园电影放映活动方案，每次师姐提出我的不足，我都会去看，但我每次都没有逐点逐点的对照，寻找每一处错误。很遗憾这学期自己的事太多没能参加这些更能锻炼自己的活动。</w:t>
      </w:r>
      <w:r>
        <w:rPr>
          <w:lang w:eastAsia="zh-CN"/>
        </w:rPr>
        <w:br/>
      </w:r>
      <w:r>
        <w:rPr>
          <w:lang w:eastAsia="zh-CN"/>
        </w:rPr>
        <w:t>　　②对于内部发下来的策划书，我每次都只是大概地浏览一下，并没有抱着寻找错误与分析的态度去认真看，因此致使我对策划书的内容没有清楚的明白。</w:t>
      </w:r>
      <w:r>
        <w:rPr>
          <w:lang w:eastAsia="zh-CN"/>
        </w:rPr>
        <w:br/>
      </w:r>
      <w:r>
        <w:rPr>
          <w:lang w:eastAsia="zh-CN"/>
        </w:rPr>
        <w:t>　　2.学习能力不足</w:t>
      </w:r>
      <w:r>
        <w:rPr>
          <w:lang w:eastAsia="zh-CN"/>
        </w:rPr>
        <w:br/>
      </w:r>
      <w:r>
        <w:rPr>
          <w:lang w:eastAsia="zh-CN"/>
        </w:rPr>
        <w:t>　　经历了我们部门主导的湿地公园贵大学生会内部联谊素拓活动，我没有将大家的积极性调动起来付出我的那一份力，最终导致交流会的人员安排混乱，冷场次数较多，经常出现突发情况。</w:t>
      </w:r>
      <w:r>
        <w:rPr>
          <w:lang w:eastAsia="zh-CN"/>
        </w:rPr>
        <w:br/>
      </w:r>
      <w:r>
        <w:rPr>
          <w:lang w:eastAsia="zh-CN"/>
        </w:rPr>
        <w:t>　　三、工作展望</w:t>
      </w:r>
      <w:r>
        <w:rPr>
          <w:lang w:eastAsia="zh-CN"/>
        </w:rPr>
        <w:br/>
      </w:r>
      <w:r>
        <w:rPr>
          <w:lang w:eastAsia="zh-CN"/>
        </w:rPr>
        <w:t>　　1.提高领导能力</w:t>
      </w:r>
      <w:r>
        <w:rPr>
          <w:lang w:eastAsia="zh-CN"/>
        </w:rPr>
        <w:br/>
      </w:r>
      <w:r>
        <w:rPr>
          <w:lang w:eastAsia="zh-CN"/>
        </w:rPr>
        <w:t>　　在学生会程熙学姐的带领下，我要通过“贵州大学百一十年”系列活动的筹委会来提升自己的领导能力。加入筹委会不仅让我更清楚干部们的工作，而且让我学习到如何领导同伴们更好的协调和开展工作。</w:t>
      </w:r>
      <w:r>
        <w:rPr>
          <w:lang w:eastAsia="zh-CN"/>
        </w:rPr>
        <w:br/>
      </w:r>
      <w:r>
        <w:rPr>
          <w:lang w:eastAsia="zh-CN"/>
        </w:rPr>
        <w:t>　　2. 增强责任心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虽然我只是素拓部的一名小干事，但是我一定要对自己的工作负责。我必须改正自己看文件不细心的缺点。铭记住自己由于没第二次例会不太记事本的过错。这个细节将会影响我的以后生活。</w:t>
      </w:r>
      <w:r>
        <w:rPr>
          <w:lang w:eastAsia="zh-CN"/>
        </w:rPr>
        <w:br/>
      </w:r>
      <w:r>
        <w:rPr>
          <w:lang w:eastAsia="zh-CN"/>
        </w:rPr>
        <w:t>　　3. 保持好的执行能力，培养自己的行政能力</w:t>
      </w:r>
      <w:r>
        <w:rPr>
          <w:lang w:eastAsia="zh-CN"/>
        </w:rPr>
        <w:br/>
      </w:r>
      <w:r>
        <w:rPr>
          <w:lang w:eastAsia="zh-CN"/>
        </w:rPr>
        <w:t>　　身边的每个人都认为我做事很积极，但却觉得我只是听从被人的意愿，没有表达自己的思想。于是，我深刻的理解到我是一个会用心听取别人意见的人，可是这一特征让别人认为我是一个没主见的人。因此，我今后会做到在听取别人意见的同时，及时的表达自己的思想，并坚信自己的意见是有意义的。实现理想是自己所争取。</w:t>
      </w:r>
      <w:r>
        <w:rPr>
          <w:lang w:eastAsia="zh-CN"/>
        </w:rPr>
        <w:br/>
      </w:r>
      <w:r>
        <w:rPr>
          <w:lang w:eastAsia="zh-CN"/>
        </w:rPr>
        <w:t xml:space="preserve">    2024年学生会干部个人工作总结范文 篇11 </w:t>
      </w:r>
      <w:r>
        <w:rPr>
          <w:lang w:eastAsia="zh-CN"/>
        </w:rPr>
        <w:br/>
      </w:r>
      <w:r>
        <w:rPr>
          <w:lang w:eastAsia="zh-CN"/>
        </w:rPr>
        <w:t>　　随着时间的步伐，不知不觉中新学期已有月余，往事悠悠，大一刚入校了情景还历历在目，如果说上学期我们只是学徒，充满好奇和热情;那么这学期我们就成为了正式工，更多的将是责任。</w:t>
      </w:r>
      <w:r>
        <w:rPr>
          <w:lang w:eastAsia="zh-CN"/>
        </w:rPr>
        <w:br/>
      </w:r>
      <w:r>
        <w:rPr>
          <w:lang w:eastAsia="zh-CN"/>
        </w:rPr>
        <w:t>　　(一)自身思想得到启发，能力得到锻炼，不足得到改善</w:t>
      </w:r>
      <w:r>
        <w:rPr>
          <w:lang w:eastAsia="zh-CN"/>
        </w:rPr>
        <w:br/>
      </w:r>
      <w:r>
        <w:rPr>
          <w:lang w:eastAsia="zh-CN"/>
        </w:rPr>
        <w:t>　　在上一个学期的工作中我也收获了很多。自己的能力得到了很大的锻炼;明白了怎么去团结每一位部门成员;怎样通过大家团结努力把工作做好，集体的力量是巨大的;也为我的以后发展积累一份宝贵的经验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1、部门活动丰富，是一个极好的锻炼自己的平台，加入后我成为了组织活动的参与者而不是旁观者，虽然并非主力策划举办者，但作为一个协助者来讲，从中也懂得了活动举办的大致流程，了解了一个活动的成功举办必须做到事前准备充分，各方面都要考虑周全，一个极小的细节做得不好都有可能影响整个活动的效果。</w:t>
      </w:r>
      <w:r>
        <w:rPr>
          <w:lang w:eastAsia="zh-CN"/>
        </w:rPr>
        <w:br/>
      </w:r>
      <w:r>
        <w:rPr>
          <w:lang w:eastAsia="zh-CN"/>
        </w:rPr>
        <w:t>　　2、在了解部门运作的基础上，开展一些服务活动，在做足事前准备的情况下，活动进展较为顺利，无出现大问题。通过自身的参与，更能从中得出经验，吸取错误教训，也便在今后的实践中改正错误，逐步完善。自身的能力也由此得到锻炼与提升。</w:t>
      </w:r>
      <w:r>
        <w:rPr>
          <w:lang w:eastAsia="zh-CN"/>
        </w:rPr>
        <w:br/>
      </w:r>
      <w:r>
        <w:rPr>
          <w:lang w:eastAsia="zh-CN"/>
        </w:rPr>
        <w:t>　　3、在部门中与同事的友好共处让我对沟通和信任由了新的理解，在人际交往这一方面能做到更多真诚，更多沟通。这也是成功合作的大前提，而在一个部门中合作是必不可少的工作方式，通过多次与部门同事的密切合作，我的合作能力也有所提高。</w:t>
      </w:r>
      <w:r>
        <w:rPr>
          <w:lang w:eastAsia="zh-CN"/>
        </w:rPr>
        <w:br/>
      </w:r>
      <w:r>
        <w:rPr>
          <w:lang w:eastAsia="zh-CN"/>
        </w:rPr>
        <w:t>　　4、部门中不定期总有一些任务需要我协助完成，我从中养成了一个有计划，按计划做事的好习惯。在此之前，我并不太喜好给自己制定计划，所以总不能达到最好的办事效率。而为了更好的按时完成部门工作，在本学期中我总会给自己制定一个个短期的计划，并严格按照计划行事，确保所有任务不漏做、不延期完成。</w:t>
      </w:r>
      <w:r>
        <w:rPr>
          <w:lang w:eastAsia="zh-CN"/>
        </w:rPr>
        <w:br/>
      </w:r>
      <w:r>
        <w:rPr>
          <w:lang w:eastAsia="zh-CN"/>
        </w:rPr>
        <w:t>　　5、学会了更多的依靠自己而不是别人去完成一件事情。养成了独立思考、深入思考的好习惯。</w:t>
      </w:r>
      <w:r>
        <w:rPr>
          <w:lang w:eastAsia="zh-CN"/>
        </w:rPr>
        <w:br/>
      </w:r>
      <w:r>
        <w:rPr>
          <w:lang w:eastAsia="zh-CN"/>
        </w:rPr>
        <w:t>　　(二)还需注意避免的方面</w:t>
      </w:r>
      <w:r>
        <w:rPr>
          <w:lang w:eastAsia="zh-CN"/>
        </w:rPr>
        <w:br/>
      </w:r>
      <w:r>
        <w:rPr>
          <w:lang w:eastAsia="zh-CN"/>
        </w:rPr>
        <w:t>　　1、在任何部门活动或是开会场合都要做到提前到达，绝不可以迟到，这是必须遵循的最基本也是最严格的制度。我的时间观念不够强，部门例会总是踏着时间到，为此我应做出检讨。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2、无论是开展什么活动，都要做好事前的沟通与了解，一定要做到有备无患。细节是最能以小见大的，所以要力求每个细节都尽善尽美。由于第一周的自以为是，没有充分了解到新情况，工作出现重大失误，给部门抹黑，我深感抱歉。</w:t>
      </w:r>
      <w:r>
        <w:rPr>
          <w:lang w:eastAsia="zh-CN"/>
        </w:rPr>
        <w:br/>
      </w:r>
      <w:r>
        <w:rPr>
          <w:lang w:eastAsia="zh-CN"/>
        </w:rPr>
        <w:t>　　3、在部门的工作上要做到积极主动，部门任务要尽快完成。平时玩性太大，部门的工作总有拖延的迹象。</w:t>
      </w:r>
      <w:r>
        <w:rPr>
          <w:lang w:eastAsia="zh-CN"/>
        </w:rPr>
        <w:br/>
      </w:r>
      <w:r>
        <w:rPr>
          <w:lang w:eastAsia="zh-CN"/>
        </w:rPr>
        <w:t>　　(三)今后还需多加努力，吸取经验，用于实践</w:t>
      </w:r>
      <w:r>
        <w:rPr>
          <w:lang w:eastAsia="zh-CN"/>
        </w:rPr>
        <w:br/>
      </w:r>
      <w:r>
        <w:rPr>
          <w:lang w:eastAsia="zh-CN"/>
        </w:rPr>
        <w:t>　　加入社会实践部对我来说的确是一个大挑战，但我热衷于接受这个挑战。通过上一学期的了解和工作，我自身许多方面都得到了锻炼和提高，这是一件振奋人心的事，我深信在这个部门中我能学到的远不止现在看到的这么简单的东西，并且一定会使我受益终身。而我能做的就是尽自己所能完成一切任务，为本部门增添更多色彩。我相信在新的学期里通过我们不断的努力，我们会得到大家的肯定，社会实践部的明天会更美好。我也将以是这个光荣集体的一员而感到骄傲、自豪。</w:t>
      </w:r>
      <w:r>
        <w:rPr>
          <w:lang w:eastAsia="zh-CN"/>
        </w:rPr>
        <w:br/>
      </w:r>
      <w:r>
        <w:rPr>
          <w:lang w:eastAsia="zh-CN"/>
        </w:rPr>
        <w:t xml:space="preserve">    2024年学生会干部个人工作总结范文 篇12 </w:t>
      </w:r>
      <w:r>
        <w:rPr>
          <w:lang w:eastAsia="zh-CN"/>
        </w:rPr>
        <w:br/>
      </w:r>
      <w:r>
        <w:rPr>
          <w:lang w:eastAsia="zh-CN"/>
        </w:rPr>
        <w:t>　　在校园里的时间过的挺快的，我感觉自己还只学会了一点皮毛呢，可现在已经到了一学期的期末了。在这几个月里面，虽然我在学生会的工作上出现了一点失误，但是多亏了部长以及其他干事对我进行了指点，让我意识到了自己的错误并及时地把不足之处改正了过来。在此，我得对他们表示深深地感谢。现在快要放假了，我这一学期的学生会工作也将告一段落了，所以我得赶快把这一学期的学生会工作做一个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我加入学生会并成为学生会的一名干事已经有一年的时间了，所以我再也不是之前那个毛头小子了，那时候的我一直都是畏手畏脚的，害怕自己做的不好而被别人批评。现在的我脸皮已经变厚了不少了，这都多亏了工作对我的锻炼，因为学生会的工作是经常需要和学生老师们打交道的，要是不能改变自己的话，那也就代表着自己不适合继续在学生会里面工作了。我的工作主要是和学生们打交道，我要及时地和各班的班委沟通好，这样才能让我的工作得以顺利开展。在本学期里，随着我认识的人越来越多了，我逐渐变的活跃了，看到同学就好像看到了老朋友一样，与别人之间的距离感几乎没有了。</w:t>
      </w:r>
      <w:r>
        <w:rPr>
          <w:lang w:eastAsia="zh-CN"/>
        </w:rPr>
        <w:br/>
      </w:r>
      <w:r>
        <w:rPr>
          <w:lang w:eastAsia="zh-CN"/>
        </w:rPr>
        <w:t>　　为了能让自己的工作开展的更加顺利，我可以说是加了不少同学的联系方式，当我有一些疑问或者麻烦时，我就会寻求他们的帮助。这种方法是格外有效果的，帮助我节省了许多的时间，也让我少走了很多的弯路。要知道，之前的我可不敢主动的加别人的联系方式，也不敢主动地和别人沟通，所以我的工作完成情况很一般，经常是吃瘪而归。现在的我也已经明白了，拥有一个社交圈是多么的重要，它能帮助你省太多的麻烦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在本学期，我在工作上虽然有不小的进步，但是还是存在了一些不足之处的，例如工作时不够细心、不够耐心、特立独行等。学生会的工作其实也不难，很多的时候都是一些重复的工作，所以作为干事只需要把工作细心的完成就足够了，可我有不少的时候为了节约时间而把工作内容进行了压缩，这绝对不值得提倡，对此，部长也多次对我提出了指正，现在我也已经把这个毛病改正了，所以不需要大家再为我担心了。</w:t>
      </w:r>
      <w:r>
        <w:rPr>
          <w:lang w:eastAsia="zh-CN"/>
        </w:rPr>
        <w:br/>
      </w:r>
      <w:r>
        <w:rPr>
          <w:lang w:eastAsia="zh-CN"/>
        </w:rPr>
        <w:t>　　这一学期就这样过去了，相信在下一个学期里，咱们学生会的工作会开展的更好，我也要加把劲了，争取从干事晋升为部长!</w:t>
      </w:r>
      <w:r>
        <w:rPr>
          <w:lang w:eastAsia="zh-CN"/>
        </w:rPr>
        <w:br/>
      </w:r>
      <w:r>
        <w:rPr>
          <w:lang w:eastAsia="zh-CN"/>
        </w:rPr>
        <w:t xml:space="preserve">    2024年学生会干部个人工作总结范文 篇13 </w:t>
      </w:r>
      <w:r>
        <w:rPr>
          <w:lang w:eastAsia="zh-CN"/>
        </w:rPr>
        <w:br/>
      </w:r>
      <w:r>
        <w:rPr>
          <w:lang w:eastAsia="zh-CN"/>
        </w:rPr>
        <w:t>　　一、思想被动</w:t>
      </w:r>
      <w:r>
        <w:rPr>
          <w:lang w:eastAsia="zh-CN"/>
        </w:rPr>
        <w:br/>
      </w:r>
      <w:r>
        <w:rPr>
          <w:lang w:eastAsia="zh-CN"/>
        </w:rPr>
        <w:t>　　这种被动不是由于主席或是或是老师的引导造成的，而是自身思想的局限性。学校规定的职责范围固然明确，但缺乏实例指导，这样的书面语言给人一种空洞的感觉。成员总是静默地等待学校的任务，几乎除了学校布置的任务再也找不到可做的事。这种被动是任何一个组织的大敌，被这种思想禁锢的人是做不到积极进取的。我个人认为原因如下：</w:t>
      </w:r>
      <w:r>
        <w:rPr>
          <w:lang w:eastAsia="zh-CN"/>
        </w:rPr>
        <w:br/>
      </w:r>
      <w:r>
        <w:rPr>
          <w:lang w:eastAsia="zh-CN"/>
        </w:rPr>
        <w:t>　　1、对本身的职责不明确</w:t>
      </w:r>
      <w:r>
        <w:rPr>
          <w:lang w:eastAsia="zh-CN"/>
        </w:rPr>
        <w:br/>
      </w:r>
      <w:r>
        <w:rPr>
          <w:lang w:eastAsia="zh-CN"/>
        </w:rPr>
        <w:t>　　2、没有相应的事例作为参考范例</w:t>
      </w:r>
      <w:r>
        <w:rPr>
          <w:lang w:eastAsia="zh-CN"/>
        </w:rPr>
        <w:br/>
      </w:r>
      <w:r>
        <w:rPr>
          <w:lang w:eastAsia="zh-CN"/>
        </w:rPr>
        <w:t>　　3、缺乏启发性指导 。</w:t>
      </w:r>
      <w:r>
        <w:rPr>
          <w:lang w:eastAsia="zh-CN"/>
        </w:rPr>
        <w:br/>
      </w:r>
      <w:r>
        <w:rPr>
          <w:lang w:eastAsia="zh-CN"/>
        </w:rPr>
        <w:t>　　二、权利范围不明确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先举个例子，前不久向学生会量化考核部组织高一年级量化考核员会议被视为越权，理由是与学校工作有冲突。但在高二年级得意组长那里我却听到了不一样的声音，他认为量化考核部应该具有这个权利，要不量化考核部就不具备存在的价值了。“学校的任何决定我们都是可以接受，但我们接受不了不明确的权利”我的得意部长这样说道。因为权力的不明确可能会导致各种失职或是越职行为，权利的不明确更可能成为成员们胆怯的理由，由此造成行动的不明确。我很愧疚，这样的问题我是无力解决的。</w:t>
      </w:r>
      <w:r>
        <w:rPr>
          <w:lang w:eastAsia="zh-CN"/>
        </w:rPr>
        <w:br/>
      </w:r>
      <w:r>
        <w:rPr>
          <w:lang w:eastAsia="zh-CN"/>
        </w:rPr>
        <w:t>　　三、行动缺乏官方意识</w:t>
      </w:r>
      <w:r>
        <w:rPr>
          <w:lang w:eastAsia="zh-CN"/>
        </w:rPr>
        <w:br/>
      </w:r>
      <w:r>
        <w:rPr>
          <w:lang w:eastAsia="zh-CN"/>
        </w:rPr>
        <w:t>　　在此之前我也是一个一意孤行的人，但是丁老师的一番话给了我不少启发。我经常看到墙上贴的到处小告示，明文禁止学生们不准做什么，笔迹为黑色斜体记号笔，后落款为学生会。这样的告示通常起不了什么作用，往往为保洁人员带来不便。这样的告示过于随便，没有官方支持，没有事实依据，长此以往学生对学生会的评价通常是不满意的。再进一步，学生会在校组织具有一定影响力的活动必须是通过学校审批的。不然，可能被强制终止或是因考虑不成熟带来负面影响。我的得意部长也是因为这种情况被迫终止准备了许久的活动。就如何得到官方支持，还是需要设定严格的审批制度的，也就是活动申请书递交流程。</w:t>
      </w:r>
      <w:r>
        <w:rPr>
          <w:lang w:eastAsia="zh-CN"/>
        </w:rPr>
        <w:br/>
      </w:r>
      <w:r>
        <w:rPr>
          <w:lang w:eastAsia="zh-CN"/>
        </w:rPr>
        <w:t>　　四、存在方式缺陷</w:t>
      </w:r>
      <w:r>
        <w:rPr>
          <w:lang w:eastAsia="zh-CN"/>
        </w:rPr>
        <w:br/>
      </w:r>
      <w:r>
        <w:rPr>
          <w:lang w:eastAsia="zh-CN"/>
        </w:rPr>
        <w:t>　　几乎所有成员认为学生会必须开展活动以此证明自己的存在。但这种方式毕竟是有局限性的，一年能开展多少活动呢?一个活动加上申报筹备要花上上月的时间，在此期间我们把时间空闲下来吗?活动是要有的，但不仅仅是活动才能证明我们的存在。学生会的工作应该细节化，把工作投入到细节。譬如，值此新年到来之际，祝全校老师及同学新年快乐或是气候变化温馨提示语等。细节往往是被忽略的，如果有人启发性地引导应该事不成问题的。</w:t>
      </w:r>
      <w:r>
        <w:rPr>
          <w:lang w:eastAsia="zh-CN"/>
        </w:rPr>
        <w:br/>
      </w:r>
      <w:r>
        <w:rPr>
          <w:lang w:eastAsia="zh-CN"/>
        </w:rPr>
        <w:t>　　关于学生会我想做进一步的研究，这是本学期的比较集中的几个问题，相信未来定会有改善。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回首间，不觉已是学期之末了。自从进入大学校园后,我学到了太多的东西，特别是有幸加入学生会心理部，我从一开始就喜欢这个部门，也不知为什么，我义无反顾的参加了这个部!能有幸成为这个部的部长，我感到很荣幸!使我有机会接触更多的人和事，令我受益匪浅!不过一学期的学生会生涯马上就要结束了，回过头来看看自己走过的路，真是充满了苦涩和欢欣。从不适应到适应，从陌生到熟悉，从只身一人到团对协作。无论从哪个方面讲，收获的很多很多。</w:t>
      </w:r>
      <w:r>
        <w:rPr>
          <w:lang w:eastAsia="zh-CN"/>
        </w:rPr>
        <w:br/>
      </w:r>
      <w:r>
        <w:rPr>
          <w:lang w:eastAsia="zh-CN"/>
        </w:rPr>
        <w:t>　　在思想方面，对“全心全意为广大同学服务”这句话有了更深的理解。也许因为喜欢，所以总有很大的热情去做好每一件事!我也不在因为学生会的活动而耽误自己的时间苦恼，每次尽管可能很小的活动，收获的却无法用量来衡量的。当自己真正的融入每次活动时，才会发现，收获的永远要比付出的多的多。一次次的活动开展后给我留下的总是那么多的经验教训，使我成长了不少!也正是通过一次又一次的想不通到想通，不知不觉中自己的思想素质已经有很大的提高。</w:t>
      </w:r>
      <w:r>
        <w:rPr>
          <w:lang w:eastAsia="zh-CN"/>
        </w:rPr>
        <w:br/>
      </w:r>
      <w:r>
        <w:rPr>
          <w:lang w:eastAsia="zh-CN"/>
        </w:rPr>
        <w:t>　　在学习和生活上。也因为进入学生会而发生改变从无所事事的状态变得紧张忙碌，同学们总是说我每一天都有那么的事要忙，但我感觉挺充实的。这样是一个很好的状态!学习上我也感到了一种前所未有的压力。也是正因为这样，促进了我的学习意识，变被动学习为主动学习。同时学会了合理安排自己的时间。让自己的生活充实而又丰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个人方面，我也通过学生会锻炼了自己的品质，由冲动的个性逐渐学会了忍耐，学会了冷静的思考问题。能正确的认识自己的不足，弥补过失。学会周密的计划一次活动，也增强了自己的团队协作能力。</w:t>
      </w:r>
      <w:r>
        <w:rPr>
          <w:lang w:eastAsia="zh-CN"/>
        </w:rPr>
        <w:br/>
      </w:r>
      <w:r>
        <w:rPr>
          <w:lang w:eastAsia="zh-CN"/>
        </w:rPr>
        <w:t>　　刚开始由于工作方式的不佳和经验的不足，在活动中总会出现一些小问题，也正是让我在一次次的活动中进步!在一学期的工作中，我自己还有很多不完善的地方。由于是加入这个集体的第一学期，所以在很多的事上还停留在被动接受的阶段，用一种固有的思维，没有提出自己的想法，没有积极主动的去思考每件事有没有更好的途径去更好的完成，这都是之后的工作中需要不断完善的地方因个人的疏忽也偶尔造成了一些失误，使得整个学生会部门间未及时工作成果受到影响!在之后的工作中，我会更好的去完成每一件工作，做一名优秀的部长!也始终为经管系美好明天而努力奋斗。</w:t>
      </w:r>
      <w:r>
        <w:rPr>
          <w:lang w:eastAsia="zh-CN"/>
        </w:rPr>
        <w:br/>
      </w:r>
      <w:r>
        <w:rPr>
          <w:lang w:eastAsia="zh-CN"/>
        </w:rPr>
        <w:t>　　同时，做为一名学生会的成员，自己始终提醒着自己我所代表的不仅仅是我自己，是一个集体，是整个学生会的风貌。尽管一学期的时间很短，但我在很多方面都有提高自己。总之，因为这个团队，让我大学生活的开始就有了不一样的色彩，我会一直发扬团结协作的精神!一句话：真诚、用心、努力!我们就是最好的，要做就得做最好的!</w:t>
      </w:r>
      <w:r>
        <w:rPr>
          <w:lang w:eastAsia="zh-CN"/>
        </w:rPr>
        <w:br/>
      </w:r>
      <w:r>
        <w:rPr>
          <w:lang w:eastAsia="zh-CN"/>
        </w:rPr>
        <w:t>　　还有一个多月这个学期就要结束了，感谢你们让我得到了继续留在学习部的机会。在此，我将跟大家一起分享我在学习部收获的点点滴滴。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刚开始军训的时候，学习部还没有抢占我的大脑高地。虽然我在暑假的时候听说过其他的学校有学习部这个组织，但是我也只是对它抱以排斥的态度。我都已经上了大学了，除了我学习的时间，难道还要我用在学习上不成?我想发展我在其他方面的才能，或者是我喜欢的心理学，又或者是我感兴趣的经济学。不管怎么样，我开始的时候还没有加入学习部的打算。后来，在院和校学生会的大力招新下，我才对学习部有那么一点点的了解。但是，我当时也只是抱着试试看的态度去面试的。虽然当时我已经面试了两个部门，但是我跟大家一样，全面撒网，希望能找到属于自己的那条大鱼!</w:t>
      </w:r>
      <w:r>
        <w:rPr>
          <w:lang w:eastAsia="zh-CN"/>
        </w:rPr>
        <w:br/>
      </w:r>
      <w:r>
        <w:rPr>
          <w:lang w:eastAsia="zh-CN"/>
        </w:rPr>
        <w:t>　　说起我为什么要加入学习部，可能我当时真的不知道，只是单纯的想早点了解考研的资讯，想早点接触那些离我还有三年的考研!不过，当我走进面试的大门时，一切都改变了!我还清楚的记得谌山学长问我的第一个问题：“说说你在军训的时候发生了什么高兴的事情吧!”我当时一愣，难道面试就是这样，这怎么跟我前面两次的问题不一样?我也不顾不得早些时候准备好的“演讲稿”了，就开始与学长学姐开心的畅聊起来。也许从那一刻开始，我被这个部门深深地吸引了，那种一进去就让人觉得开心的部门，我一定要加入这个集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虽然有时候要起早床抬板子，但是正如我面试的时候说过的一样，所有的事都是从小事做起的，如果这都做不好，还能有承担得起什么!出板子的时候有兄弟，抬板子的时候也有兄弟。这样，真的够了，真的开心!学习部第一个振奋人心的讲座就是这样靠大家共同完成的，那天晚上，我们早早的吃过晚饭来到博学堂，之后就开始了紧张的布置。虽然很累，但是有振振的魔术，伦伦的抢唱，让这一切都变得快乐起来。当然，这是咱们大家共同努力的结果，当然也少不了我的举话筒!活动圆满结束，我们在博学堂留下了开心的笑脸。</w:t>
      </w:r>
      <w:r>
        <w:rPr>
          <w:lang w:eastAsia="zh-CN"/>
        </w:rPr>
        <w:br/>
      </w:r>
      <w:r>
        <w:rPr>
          <w:lang w:eastAsia="zh-CN"/>
        </w:rPr>
        <w:t>　　部门会太多怨声载道，分别配给自己的任务太多会有各种各样的抱怨，部长和副部指挥我们做这做那。这些在我们部门都看不到，因为我知道思姐也在熬夜</w:t>
      </w:r>
      <w:r>
        <w:rPr>
          <w:lang w:eastAsia="zh-CN"/>
        </w:rPr>
        <w:br/>
      </w:r>
      <w:r>
        <w:rPr>
          <w:lang w:eastAsia="zh-CN"/>
        </w:rPr>
        <w:t>　　整理资料，玮姐也会为了板子的画忙上半天，青姐会在半夜发短信问我们事情通知好了没有，晟哥通知查课的短信有时也姗姗来迟。大家一起努力，就是为了让咱们学习部更加突出，更好地“为同学服务”!</w:t>
      </w:r>
      <w:r>
        <w:rPr>
          <w:lang w:eastAsia="zh-CN"/>
        </w:rPr>
        <w:br/>
      </w:r>
      <w:r>
        <w:rPr>
          <w:lang w:eastAsia="zh-CN"/>
        </w:rPr>
        <w:t>　　我还要对那些帮助过我的学长学姐说声谢谢，有你们才能让我们的大学生活更加快乐!还有那些让我受过挫折的同学说声谢谢，不管怎样，你们让我体会到了这种难得的感觉，如果没有挫折，就不会有所谓的成长，就不能更好的适应大学，适应将来的社会!</w:t>
      </w:r>
      <w:r>
        <w:rPr>
          <w:lang w:eastAsia="zh-CN"/>
        </w:rPr>
        <w:br/>
      </w:r>
      <w:r>
        <w:rPr>
          <w:lang w:eastAsia="zh-CN"/>
        </w:rPr>
        <w:t>　　最后，我希望在学习部里留下青春最美好的时光，感谢有你们，一直陪伴着我!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时间如白驹过隙，眨眼间一年的时间从我的身边匆匆流逝，时间是总结过去，展望未来的最佳的时间。在学生会工作的那么长时间了，依晰记得曾经刚加入学生会时，我们都满怀着那份对学习部的热爱与执着，并信心十足的经过笔试和面试，最终如愿以偿的进入学生会学习部。</w:t>
      </w:r>
      <w:r>
        <w:rPr>
          <w:lang w:eastAsia="zh-CN"/>
        </w:rPr>
        <w:br/>
      </w:r>
      <w:r>
        <w:rPr>
          <w:lang w:eastAsia="zh-CN"/>
        </w:rPr>
        <w:t>　　在回顾一年的工作中，我真的学到了很多东西，使我有机会接触到很多人，不但提高了社交能力，不但提高了社交能力，还提高了工作能力。回首这一年间真的让我受益匪浅，其中充满了快乐与苦涩。让我在大学生活中过的很充实，总体来说是快乐的是值得的，在工作上我认真对待并做好每一件事，只因一句话在其位谋其职。</w:t>
      </w:r>
      <w:r>
        <w:rPr>
          <w:lang w:eastAsia="zh-CN"/>
        </w:rPr>
        <w:br/>
      </w:r>
      <w:r>
        <w:rPr>
          <w:lang w:eastAsia="zh-CN"/>
        </w:rPr>
        <w:t>　　下面是自己在活动与工作中摸索的一点浅淡的经验。</w:t>
      </w:r>
      <w:r>
        <w:rPr>
          <w:lang w:eastAsia="zh-CN"/>
        </w:rPr>
        <w:br/>
      </w:r>
      <w:r>
        <w:rPr>
          <w:lang w:eastAsia="zh-CN"/>
        </w:rPr>
        <w:t>　　1、“在做事的时候能自己做的就自己做，不要有种依赖和应付的心理，因为这样才能更好的锻炼自己，让自己收获更多。</w:t>
      </w:r>
      <w:r>
        <w:rPr>
          <w:lang w:eastAsia="zh-CN"/>
        </w:rPr>
        <w:br/>
      </w:r>
      <w:r>
        <w:rPr>
          <w:lang w:eastAsia="zh-CN"/>
        </w:rPr>
        <w:t>　　2、懂得“在其位，谋其职”的含义，因为什么事都是从开始不懂到懂得，坚持到最后才是正确的。例如：在学生会中，有的人经过种种的努力，最后进去了，可是时间长了，累了、厌倦了，什么事都不做，那你为何当初那么努力的悬着加入呢?所以要以积极正确的对待每件事情。</w:t>
      </w:r>
      <w:r>
        <w:rPr>
          <w:lang w:eastAsia="zh-CN"/>
        </w:rPr>
        <w:br/>
      </w:r>
      <w:r>
        <w:rPr>
          <w:lang w:eastAsia="zh-CN"/>
        </w:rPr>
        <w:t>　　3、在这个团队中，我们要团结协作，共创精彩，才能让这个团队更加优异。</w:t>
      </w:r>
      <w:r>
        <w:rPr>
          <w:lang w:eastAsia="zh-CN"/>
        </w:rPr>
        <w:br/>
      </w:r>
      <w:r>
        <w:rPr>
          <w:lang w:eastAsia="zh-CN"/>
        </w:rPr>
        <w:t>　　4、全心全意配合老师、同学之间的工作，做好沟通的纽带，全心全意为广大同学服务，以微笑面对每一个人。</w:t>
      </w:r>
      <w:r>
        <w:rPr>
          <w:lang w:eastAsia="zh-CN"/>
        </w:rPr>
        <w:br/>
      </w:r>
      <w:r>
        <w:rPr>
          <w:lang w:eastAsia="zh-CN"/>
        </w:rPr>
        <w:t>　　以上是自己的一点小见解，在这难忘的一年中，我感觉自己努力全心的付出了，并在各自的所在的部门与工作中，我们都代表着我们这个大集体的形象及荣誉，并担任着不同的角色。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总之，因为有这样一支团队，使我在大学里不断的展示自我，提升自我，团结、和睦、默契、相亲相爱，只因为我们身在大众、心系大众。最后预祝下一年的招新工作顺利展开，我们将会以全新的姿态带好下一届新成员，做好学会会工作计划，争取让我们学生会这个大集体绽放出更大的光芒!</w:t>
      </w:r>
      <w:r>
        <w:rPr>
          <w:lang w:eastAsia="zh-CN"/>
        </w:rPr>
        <w:br/>
      </w:r>
      <w:r>
        <w:rPr>
          <w:lang w:eastAsia="zh-CN"/>
        </w:rPr>
        <w:t xml:space="preserve">    2024年学生会干部个人工作总结范文 篇14 </w:t>
      </w:r>
      <w:r>
        <w:rPr>
          <w:lang w:eastAsia="zh-CN"/>
        </w:rPr>
        <w:br/>
      </w:r>
      <w:r>
        <w:rPr>
          <w:lang w:eastAsia="zh-CN"/>
        </w:rPr>
        <w:t>　　一、学生干部培训工作</w:t>
      </w:r>
      <w:r>
        <w:rPr>
          <w:lang w:eastAsia="zh-CN"/>
        </w:rPr>
        <w:br/>
      </w:r>
      <w:r>
        <w:rPr>
          <w:lang w:eastAsia="zh-CN"/>
        </w:rPr>
        <w:t>　　我部负责邀请校内老师、社会知名人士例如成功企业管理人士以及一些优秀学生干部等人员，通过召开座谈会、经验交流会、成功论坛等多种方式对学生干部进行思想素质、社交礼仪等全方面的培训。以便提高学生会工作效率，更好地履行为广大同学服务的职责。</w:t>
      </w:r>
      <w:r>
        <w:rPr>
          <w:lang w:eastAsia="zh-CN"/>
        </w:rPr>
        <w:br/>
      </w:r>
      <w:r>
        <w:rPr>
          <w:lang w:eastAsia="zh-CN"/>
        </w:rPr>
        <w:t>　　二、学生会内部公关工作</w:t>
      </w:r>
      <w:r>
        <w:rPr>
          <w:lang w:eastAsia="zh-CN"/>
        </w:rPr>
        <w:br/>
      </w:r>
      <w:r>
        <w:rPr>
          <w:lang w:eastAsia="zh-CN"/>
        </w:rPr>
        <w:t>　　为了更好地体现学生会亲如一家人，我部将不定期地举办一系列活动对每位学生干部进行人文关怀，如奖励优秀学生干部，探望生病的学生干部，各部间进行联谊，举办学生会内部舞会等活动。旨在加强学生会内部团结，提高学生会整体的战斗力、凝聚力。</w:t>
      </w:r>
      <w:r>
        <w:rPr>
          <w:lang w:eastAsia="zh-CN"/>
        </w:rPr>
        <w:br/>
      </w:r>
      <w:r>
        <w:rPr>
          <w:lang w:eastAsia="zh-CN"/>
        </w:rPr>
        <w:t>　　三、学生会对外交流工作</w:t>
      </w:r>
      <w:r>
        <w:rPr>
          <w:lang w:eastAsia="zh-CN"/>
        </w:rPr>
        <w:br/>
      </w:r>
      <w:r>
        <w:rPr>
          <w:lang w:eastAsia="zh-CN"/>
        </w:rPr>
        <w:t>　　针对这一工作，我们将施行“请进来，走出去”的方针政策：筹划和其他高校学生会来我校进行校园参观、经验交流会等联谊活动，汲取他们先进的学生会管理经验，即“请进来”;在适当的时候，筹划我校学生干部去其他高校进行参观、学习，展现我校大学生风采，即“走出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四学生干部形象建设</w:t>
      </w:r>
      <w:r>
        <w:rPr>
          <w:lang w:eastAsia="zh-CN"/>
        </w:rPr>
        <w:br/>
      </w:r>
      <w:r>
        <w:rPr>
          <w:lang w:eastAsia="zh-CN"/>
        </w:rPr>
        <w:t>　　我部将根据《----大学学生干部形象建设规范》对学生干部的言行仪表、工作作风、交际礼仪等各方面进行规范，力求改善学生干部的对外形象和提升学生会的声誉。</w:t>
      </w:r>
      <w:r>
        <w:rPr>
          <w:lang w:eastAsia="zh-CN"/>
        </w:rPr>
        <w:br/>
      </w:r>
      <w:r>
        <w:rPr>
          <w:lang w:eastAsia="zh-CN"/>
        </w:rPr>
        <w:t>　　五、学生干部档案库建设</w:t>
      </w:r>
      <w:r>
        <w:rPr>
          <w:lang w:eastAsia="zh-CN"/>
        </w:rPr>
        <w:br/>
      </w:r>
      <w:r>
        <w:rPr>
          <w:lang w:eastAsia="zh-CN"/>
        </w:rPr>
        <w:t>　　学生干部档案库作为学生干部选拔任用的依据，作为学生会人力资源的后备库，作为学生干部工作历程的见证。它将是我部重点建设工作之一。我部将出台一系列相关管理办法，如：《学生干部档案库管理办法》等，并运用先进的档案管理知识对资料搜集、档案分类、档案调用等进行管理，使档案管理达到高水平、高效率。</w:t>
      </w:r>
      <w:r>
        <w:rPr>
          <w:lang w:eastAsia="zh-CN"/>
        </w:rPr>
        <w:br/>
      </w:r>
      <w:r>
        <w:rPr>
          <w:lang w:eastAsia="zh-CN"/>
        </w:rPr>
        <w:t>　　六、筹集学生会各项建设资金</w:t>
      </w:r>
      <w:r>
        <w:rPr>
          <w:lang w:eastAsia="zh-CN"/>
        </w:rPr>
        <w:br/>
      </w:r>
      <w:r>
        <w:rPr>
          <w:lang w:eastAsia="zh-CN"/>
        </w:rPr>
        <w:t>　　我部将继续保持并加强与已经建立友好关系的企事业单位、各大商家等的联系，并不断拓展新的业务关系，为学生会的各项建设筹集充足的资金，保障学生会各项工作的顺利展开。</w:t>
      </w:r>
      <w:r>
        <w:rPr>
          <w:lang w:eastAsia="zh-CN"/>
        </w:rPr>
        <w:br/>
      </w:r>
      <w:r>
        <w:rPr>
          <w:lang w:eastAsia="zh-CN"/>
        </w:rPr>
        <w:t xml:space="preserve">    2024年学生会干部个人工作总结范文 篇15 </w:t>
      </w:r>
      <w:r>
        <w:rPr>
          <w:lang w:eastAsia="zh-CN"/>
        </w:rPr>
        <w:br/>
      </w:r>
      <w:r>
        <w:rPr>
          <w:lang w:eastAsia="zh-CN"/>
        </w:rPr>
        <w:t>　　很侥幸可以成为陶瓷美术学院学生会体育部中的一员，半年多的不断尽力，不论是在学习仍是作业上都得到很大的启示，获得了必定的行进。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有人从前说过假如一个人不知道他要驶向哪头，那么任何风都不是顺风。我想自己就像是在大海中漂浮的一叶扁舟，我的抱负是我行进的方向，而学生会便是推进我行进的风。顺风行进让我不论在什么情况下，都能一向向前。每个人都有自己的抱负，不论抱负是否远大，咱们所能做的便是要将咱们的抱负逐步变为实际，而参加学生会正是我向自己的抱负走出的第一步。我知道学生会历来都不是一个避风港湾，正是由于如此我来到了学生会。</w:t>
      </w:r>
      <w:r>
        <w:rPr>
          <w:lang w:eastAsia="zh-CN"/>
        </w:rPr>
        <w:br/>
      </w:r>
      <w:r>
        <w:rPr>
          <w:lang w:eastAsia="zh-CN"/>
        </w:rPr>
        <w:t>　　参加学生会也算是我的志趣吧。而立志是一件很重要的作业。作业跟着志趣走，成功跟着作业来，这是必定的规则。法国闻名的微生物学家巴斯德从前说过：立志、作业、成功是人类活动的三大要素。立志是作业的大门，作业是登堂入室的旅程，这旅程的止境就有个成功在等待着，来庆祝你的尽力成果……而我初入大学，离乡背井关于一个女孩子，不知道未来等着我的是什么，可是我理解掌握今日做好今日的作业便是为我的明日铺路，我不能总在爸爸妈妈的臂弯中生长，我也要活出一片自己的天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我想从小我就喜爱体育运动，来到这儿很侥幸成为体育部中的一员。通过半年多的时间，我对体育部有了进一步的了解与知道，可以说体育部永久有干不完的作业，或许学生会其他部分也像咱们体育部相同有着永久干不完的作业。在体育部，咱们从前参加过运动会，接着是排球赛，之后又是篮球赛，或许不久咱们又要掌管羽毛球赛，好像每一天我都在教室与运动场奔走，实话说，很累。我也曾想过抛弃，不过回想在体育部度过的点点滴滴我又觉得这些苦这些累也并不算什么。不论我是参加者仍是参加者，其实我都乐在其间，尤其是在运动会场上看到咱们的运动员通过不懈尽力夺得冠军走上领奖台时那热情弥漫的笑脸我的嘴角也会不经意的勾起，被他们感染，乃至激动的心境比他们有过之而不及。还记得排球竞赛时咱们获得的名次并不是很抱负，但每一场竞赛却仍然紧扣咱们的心弦，在场上看着每一个运动员竭尽所能的尽力，似乎他们便是咱们，就像是咱们站在赛场上竞赛相同。还有篮球赛，现在还没有完毕，终究的成功不知归于何队，我也在其间扮演了一份小小的人物。所以成果让我很是等待，不过我想不论谁胜谁负，咱们能做更多的是享用进程，收成高兴。</w:t>
      </w:r>
      <w:r>
        <w:rPr>
          <w:lang w:eastAsia="zh-CN"/>
        </w:rPr>
        <w:br/>
      </w:r>
      <w:r>
        <w:rPr>
          <w:lang w:eastAsia="zh-CN"/>
        </w:rPr>
        <w:t>　　我，这样一步步从学生会的体育部一路走来，或许艰苦可是值得！</w:t>
      </w:r>
      <w:r>
        <w:rPr>
          <w:lang w:eastAsia="zh-CN"/>
        </w:rPr>
        <w:br/>
      </w:r>
      <w:r>
        <w:rPr>
          <w:lang w:eastAsia="zh-CN"/>
        </w:rPr>
        <w:t>　　在大学，咱们都有自己的作业要做，平常很少去交流交流，或许一个学期过去也未必能知道多少人，体育部不同，就像给了我一个簇新的渠道，每一次举行活动我都很侥幸可以知道更多的人，了解更多我所不知道的东西。咱们或许来自不同的当地，有着不同的风俗习惯，可是咱们聚在了一所学校，踩着同一片六合，共享着互相的欢喜，这便是缘分，所以要懂得爱惜。</w:t>
      </w:r>
      <w:r>
        <w:rPr>
          <w:lang w:eastAsia="zh-CN"/>
        </w:rPr>
        <w:br/>
      </w:r>
      <w:r>
        <w:rPr>
          <w:lang w:eastAsia="zh-CN"/>
        </w:rPr>
        <w:t>　　天主是公正的，付出了多少就报答多少，而学生会就像是一个自我展现舞台，想要让一切的观众为自己拍手，就得首要得到观众的认可，站在舞台上，就要发挥自己的才干，让咱们都看到。有句话说得好，台上一分钟台下十年功，咱们不是天然生成的舞者，就要在后天不断的去尽力，想要报答多少就要认清自己究竟付出了多少，我信任成功总是眷顾那些有预备的人。而我，时间预备着！</w:t>
      </w:r>
      <w:r>
        <w:rPr>
          <w:lang w:eastAsia="zh-CN"/>
        </w:rPr>
        <w:br/>
      </w:r>
      <w:r>
        <w:rPr>
          <w:lang w:eastAsia="zh-CN"/>
        </w:rPr>
        <w:t xml:space="preserve">    2024年学生会干部个人工作总结范文 篇16 </w:t>
      </w:r>
      <w:r>
        <w:rPr>
          <w:lang w:eastAsia="zh-CN"/>
        </w:rPr>
        <w:br/>
      </w:r>
    </w:p>
    <w:p w:rsidR="001B1F19" w14:textId="27C3F48A">
      <w:pPr>
        <w:rPr>
          <w:rFonts w:hint="eastAsia"/>
          <w:lang w:eastAsia="zh-CN"/>
        </w:rPr>
      </w:pPr>
      <w:r>
        <w:rPr>
          <w:lang w:eastAsia="zh-CN"/>
        </w:rPr>
        <w:t>　　世上没有两片相同的叶子,人也如此.每个人都有一扇封闭的门,们后便是他们无限的潜力宝藏,聪明的寻宝者不仅能打开这一紧闭的门,更能好好的利用这笔财富。</w:t>
      </w:r>
      <w:r>
        <w:rPr>
          <w:lang w:eastAsia="zh-CN"/>
        </w:rPr>
        <w:br/>
      </w:r>
      <w:r>
        <w:rPr>
          <w:lang w:eastAsia="zh-CN"/>
        </w:rPr>
        <w:t>　　作为一个学生会成员,首先要加强自身的专业素质建设,不仅要学好自身的专业知识还要多读书以拓展知识面,提高科学人文素质和人文修养才不会有知识没文化,有学识没修养.坚持德与才的统一。有德无才要误事，有才无德更不能放松学习,要起榜样作用,以提高自身综合素质。其次,遵守纪律争做表率，学生会成员在班级里就是一名普通的学生,也要遵守纪律不搞特殊,按时上下课不迟到不旷课,认真完成作业,和所有的同学一视同仁。</w:t>
      </w:r>
      <w:r>
        <w:rPr>
          <w:lang w:eastAsia="zh-CN"/>
        </w:rPr>
        <w:br/>
      </w:r>
      <w:r>
        <w:rPr>
          <w:lang w:eastAsia="zh-CN"/>
        </w:rPr>
        <w:t>　　学生干部需要很强的组织能力和独立工作能力.在开展活动时,不只是自己做,更要调动的同学的积极性.对活动的选择,计划地制定,活动的落实,活动总结都能有完整详细地考虑以及有力的保证措施,并有处理发生意外事件的能力。处事应变能力。社会在不断的前进，我们所面临的环境也在不断的变化，不能抱定以不变应万变的心态去开展工作。因为世上没有一成不变的事物，也不存在一劳永逸的办法，光凭老经验和老办法是无法应付的。必须认真了解新情况，加以分析研究，审时度势，适时调整，争取最佳效果。</w:t>
      </w:r>
      <w:r>
        <w:rPr>
          <w:lang w:eastAsia="zh-CN"/>
        </w:rPr>
        <w:br/>
      </w:r>
      <w:r>
        <w:rPr>
          <w:lang w:eastAsia="zh-CN"/>
        </w:rPr>
        <w:t>　　对自己的角色定位要有重大转变,不能把自己当领导,要从传流管理,向实质性服务转变,要实实在在为同学服务,就像凌波学长说的,可以到同学宿舍去开一些舍长会,了解大家的需要。</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https://d.book118.com/476221111112010044</w:t>
        </w:r>
      </w:hyperlink>
    </w:p>
    <w:p w:rsidR="001B1F19">
      <w:pPr>
        <w:rPr>
          <w:rFonts w:hint="eastAsia"/>
          <w:lang w:eastAsia="zh-CN"/>
        </w:rPr>
      </w:pPr>
    </w:p>
    <w:sectPr>
      <w:type w:val="nextPage"/>
      <w:pgSz w:w="11906" w:h="16838"/>
      <w:pgMar w:top="1440" w:right="1800" w:bottom="1440" w:left="1800" w:header="851" w:footer="992" w:gutter="0"/>
      <w:pgNumType w:start="4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76221111112010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