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2024年军训心得体会范文（34篇）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2024年通用军训心得体会范文（通用34篇）</w:t>
      </w:r>
      <w:r>
        <w:rPr>
          <w:lang w:eastAsia="zh-CN"/>
        </w:rPr>
        <w:br/>
      </w:r>
      <w:r>
        <w:rPr>
          <w:lang w:eastAsia="zh-CN"/>
        </w:rPr>
        <w:t xml:space="preserve">    2024年通用军训心得体会范文 篇1 </w:t>
      </w:r>
      <w:r>
        <w:rPr>
          <w:lang w:eastAsia="zh-CN"/>
        </w:rPr>
        <w:br/>
      </w:r>
      <w:r>
        <w:rPr>
          <w:lang w:eastAsia="zh-CN"/>
        </w:rPr>
        <w:t>　　军训开始，我就感觉非常疲惫。之前在初高中的时候，我的军训并不像大学的军训一样，以前的军训就是走走方队，齐步跑什么的简单的训练任务。而大学的军训任务则不同了，大学的军训任务明显的更加难，比如之前说过的走方队，齐步跑，现在还有踢正步什么的更难得任务，并且现在的任务要求明显比以往经历过的都还要严格。</w:t>
      </w:r>
      <w:r>
        <w:rPr>
          <w:lang w:eastAsia="zh-CN"/>
        </w:rPr>
        <w:br/>
      </w:r>
      <w:r>
        <w:rPr>
          <w:lang w:eastAsia="zh-CN"/>
        </w:rPr>
        <w:t>　　在完成训练任务的时候，教官对我们严厉，但是在中途休息的时候，也会和我们开开玩笑什么的。时刻贯彻该严厉的时候严厉，该放松的时候放松这一标准。军训任务，不能说有趣，甚至可以用枯燥来形容，不过，我相信我能坚持下去！</w:t>
      </w:r>
      <w:r>
        <w:rPr>
          <w:lang w:eastAsia="zh-CN"/>
        </w:rPr>
        <w:br/>
      </w:r>
      <w:r>
        <w:rPr>
          <w:lang w:eastAsia="zh-CN"/>
        </w:rPr>
        <w:t>　　吃得苦中苦，方为人上人。这句话就很符合我们现在的状态。当别的连在休息的时候，我们连在训练，我看到也很羡慕别的连可以休息，不过，教官对我们说了一句话，我觉得很有道理，那就是“先苦后甜”。提早练习好军训任务，那么我们在后面的日子里就可以更加轻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还没军训的时候，向往的军训是在凉快的树荫下或者没有阳光的操场上训练，而天公不作美，从军训开始，太阳就一直悬在天空上，没有丝毫的懈怠。上午的时候，天气凉爽，吹过来的风还有一丝冷意，而下午的时候，太阳高高的挂在头顶，偶尔有风吹过来，十分的难受。但是，即使难受我们也不能喊苦叫累，因为在军训的第一天，教官就对我们说了，只能说不累，不能说累！</w:t>
      </w:r>
      <w:r>
        <w:rPr>
          <w:lang w:eastAsia="zh-CN"/>
        </w:rPr>
        <w:br/>
      </w:r>
      <w:r>
        <w:rPr>
          <w:lang w:eastAsia="zh-CN"/>
        </w:rPr>
        <w:t>　　经过这两天半的训练，我觉得，一个人的意志坚不坚定，可以从军训中体验出来。比如说，站军姿，意志坚定的人可以一直维持着标准的军姿直到教官喊停，而意志没有那么坚定的人，则会东张西望。</w:t>
      </w:r>
      <w:r>
        <w:rPr>
          <w:lang w:eastAsia="zh-CN"/>
        </w:rPr>
        <w:br/>
      </w:r>
      <w:r>
        <w:rPr>
          <w:lang w:eastAsia="zh-CN"/>
        </w:rPr>
        <w:t>　　这两天的军训，让我明白了做人要坚强，不能遇事就退缩，坚持下去，则会发现没有什么是不可能的！我们要相信自己！</w:t>
      </w:r>
      <w:r>
        <w:rPr>
          <w:lang w:eastAsia="zh-CN"/>
        </w:rPr>
        <w:br/>
      </w:r>
      <w:r>
        <w:rPr>
          <w:lang w:eastAsia="zh-CN"/>
        </w:rPr>
        <w:t xml:space="preserve">    2024年通用军训心得体会范文 篇2 </w:t>
      </w:r>
      <w:r>
        <w:rPr>
          <w:lang w:eastAsia="zh-CN"/>
        </w:rPr>
        <w:br/>
      </w:r>
      <w:r>
        <w:rPr>
          <w:lang w:eastAsia="zh-CN"/>
        </w:rPr>
        <w:t>　　军训时，让学生写了军训心得的，做为班头，我觉得我也很有必要记录下这几天的历程····</w:t>
      </w:r>
      <w:r>
        <w:rPr>
          <w:lang w:eastAsia="zh-CN"/>
        </w:rPr>
        <w:br/>
      </w:r>
      <w:r>
        <w:rPr>
          <w:lang w:eastAsia="zh-CN"/>
        </w:rPr>
        <w:t>　　其实我们班的军训位置是个风水宝地，因为早上的时候没有晒到太阳，每天就下午晒两个小时，三点半到五点半，只是每天站得很累很累的，回宿舍的时候就事特别的想睡觉，昨天灿鑫同学帮我送来会操用的校服时我不知道我到底打了多少哈欠，就是特别困，但一到班级，一到操场还是特别精神，只是一放松下来就很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军训期间其实我是挺不满意的，特别是刚开始的时候，就像那拉歌的歌词：扭扭捏捏不像样，像什么？大姑娘···在霍教官和同学们的努力下，总算是让我看到希望，有点朝气。我把细节反复的强调，定军姿的时候手要贴紧，昂首挺胸，齐步与立定的时候手要摆起来，与裤子有摩擦声，注意表齐，视线是四十五度角方向，停止间转法时手不能晃，要贴紧，跨立时要仰首挺胸的···</w:t>
      </w:r>
      <w:r>
        <w:rPr>
          <w:lang w:eastAsia="zh-CN"/>
        </w:rPr>
        <w:br/>
      </w:r>
      <w:r>
        <w:rPr>
          <w:lang w:eastAsia="zh-CN"/>
        </w:rPr>
        <w:t>　　这期间，让我看到了很多同学的进步，我们班的孩子还是都很乖的，也许是新生的原因，但是我还是每天摆着一张脸，并不经常对他们笑，曾经教过的一个学生在我现在的班级，他和以前的同学说，我都变了一个人了，现在特别凶，呵呵，那还是得看场合看对象的不是吗？</w:t>
      </w:r>
      <w:r>
        <w:rPr>
          <w:lang w:eastAsia="zh-CN"/>
        </w:rPr>
        <w:br/>
      </w:r>
      <w:r>
        <w:rPr>
          <w:lang w:eastAsia="zh-CN"/>
        </w:rPr>
        <w:t>　　有一天晚上，我教学生唱军中绿花，他们说老师唱歌很好听，我们把军中绿花送给霍教官，他很感动，他今天和我说，他那时特别想家了，也挺开心的，他向我们班同学敬了很标准的军礼。</w:t>
      </w:r>
      <w:r>
        <w:rPr>
          <w:lang w:eastAsia="zh-CN"/>
        </w:rPr>
        <w:br/>
      </w:r>
      <w:r>
        <w:rPr>
          <w:lang w:eastAsia="zh-CN"/>
        </w:rPr>
        <w:t>　　每天跟着学生在操场训练，虽然也骂他们，但其实也觉得他们都在进步，带队的营长说我很认真，其实我只是跟在左右</w:t>
      </w:r>
      <w:r>
        <w:rPr>
          <w:lang w:eastAsia="zh-CN"/>
        </w:rPr>
        <w:br/>
      </w:r>
      <w:r>
        <w:rPr>
          <w:lang w:eastAsia="zh-CN"/>
        </w:rPr>
        <w:t>　　宿舍内务评比的时候，我和学生一样为那个分数而反复的修正宿舍的摆设，就像事自己的宿舍一样，为那个成绩紧张，兴奋。</w:t>
      </w:r>
      <w:r>
        <w:rPr>
          <w:lang w:eastAsia="zh-CN"/>
        </w:rPr>
        <w:br/>
      </w:r>
      <w:r>
        <w:rPr>
          <w:lang w:eastAsia="zh-CN"/>
        </w:rPr>
        <w:t>　　今天会操，我听到他们开始唱革命歌曲的时候，我知道他们都很认真，声音不会骗人的，会操我们班是二等奖，还是挺开心的，不过已成过去了，未来的成绩我们还要共同的努力和奋斗····</w:t>
      </w:r>
      <w:r>
        <w:rPr>
          <w:lang w:eastAsia="zh-CN"/>
        </w:rPr>
        <w:br/>
      </w:r>
      <w:r>
        <w:rPr>
          <w:lang w:eastAsia="zh-CN"/>
        </w:rPr>
        <w:t>　　我很喜欢她，特帅的一个女孩子，很像大学的学妹，那天我教他们唱歌的时候是军训的第三天，她说了句话，我挺感动，她说：老师，我永远挺你。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是寄读生，但是他站的军姿笔直得特别帅，我们的头排兵。</w:t>
      </w:r>
      <w:r>
        <w:rPr>
          <w:lang w:eastAsia="zh-CN"/>
        </w:rPr>
        <w:br/>
      </w:r>
      <w:r>
        <w:rPr>
          <w:lang w:eastAsia="zh-CN"/>
        </w:rPr>
        <w:t>　　身体挺弱的，一般训练一节就不大行了，但她总坚持着来训练。</w:t>
      </w:r>
      <w:r>
        <w:rPr>
          <w:lang w:eastAsia="zh-CN"/>
        </w:rPr>
        <w:br/>
      </w:r>
      <w:r>
        <w:rPr>
          <w:lang w:eastAsia="zh-CN"/>
        </w:rPr>
        <w:t>　　她妈妈说她是个叛逆的孩子，但是现在还好吧，关键是看以后怎么用她，军训我对她还是比较满意的。</w:t>
      </w:r>
      <w:r>
        <w:rPr>
          <w:lang w:eastAsia="zh-CN"/>
        </w:rPr>
        <w:br/>
      </w:r>
      <w:r>
        <w:rPr>
          <w:lang w:eastAsia="zh-CN"/>
        </w:rPr>
        <w:t>　　和特别像双胞胎，同个学校毕业，一样的身高，经常穿同个颜色的衣服，只是不同的姓氏，真的很像双胞胎，袁艺军训表现特别突出，本来是很散漫的，不过也理了头发了，通过让教他也进步了很多。</w:t>
      </w:r>
      <w:r>
        <w:rPr>
          <w:lang w:eastAsia="zh-CN"/>
        </w:rPr>
        <w:br/>
      </w:r>
      <w:r>
        <w:rPr>
          <w:lang w:eastAsia="zh-CN"/>
        </w:rPr>
        <w:t>　　以上是我的军训心得，有点长，呵呵，感受多了，第一次带班，有点·····</w:t>
      </w:r>
      <w:r>
        <w:rPr>
          <w:lang w:eastAsia="zh-CN"/>
        </w:rPr>
        <w:br/>
      </w:r>
      <w:r>
        <w:rPr>
          <w:lang w:eastAsia="zh-CN"/>
        </w:rPr>
        <w:t xml:space="preserve">    2024年通用军训心得体会范文 篇3 </w:t>
      </w:r>
      <w:r>
        <w:rPr>
          <w:lang w:eastAsia="zh-CN"/>
        </w:rPr>
        <w:br/>
      </w:r>
      <w:r>
        <w:rPr>
          <w:lang w:eastAsia="zh-CN"/>
        </w:rPr>
        <w:t>　　随着时间的飞逝，如今的我已跨入初中的大门，成为一名初中生了。报到后，我进行了短短三天的军训。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回想起这三天的军训，有苦也有乐。苦的是：我们每天都要做立正、稍息这样的动作，有时候一坐就要十几分钟。记得有一次，我们要学习站军姿。一开始，我觉得这个动作做起来轻而易举，但真要一动不动地站着，还真有点难。而且当时又是骄阳似火啊!只见我们比挺挺地站着，两手紧贴着裤子。时间一分一秒地过去了。可是因为不断地有同学犯错，导致我们还要一直站下去。我的汗水一滴滴地流淌了下来。我当时多么殷切地希望天气变得凉爽一点啊，可是老天爷好像不想让我如愿以偿，天气变得越来越热，太阳一直在炙烤我们。不一会儿，我已是汗流浃背了，脚站得越来越疼。这时，我几乎想放弃了，但我还是不断地鼓励我自己：“加油!坚持到底就是胜利!你不是永不言败的吗?不能退缩，加油!加油!加油!”不知道过了多久，终于可以休息了，只见一些同学立刻瘫倒在了地上，我也如饥似渴地喝着矿泉水。而乐的是：在休息之余，有时候我们也会和别班一起K歌，我们还会说一些交教官教我们的话，什么“一二三四五，我们等得好辛苦;一二三四五六七，我们等得好着急。”其中有一句话最狠，就是：“叫你唱你就唱，扭扭捏捏不像样，像什么，大姑娘。”而当别班唱的时候，我们班也会唱起来，看比谁唱得响亮。操场上时常回荡着我们洪亮的歌声，也时常回荡着我们的欢声笑语。</w:t>
      </w:r>
      <w:r>
        <w:rPr>
          <w:lang w:eastAsia="zh-CN"/>
        </w:rPr>
        <w:br/>
      </w:r>
      <w:r>
        <w:rPr>
          <w:lang w:eastAsia="zh-CN"/>
        </w:rPr>
        <w:t>　　这次军训虽然有苦，但也有乐。它既锻炼了我坚持不懈，不怕苦不怕累的精神，也培养了我和同学们团结合作的意识和默契性，还让我学会了几首军歌。这真是一个收获良多，令我难以忘怀的军训啊!</w:t>
      </w:r>
      <w:r>
        <w:rPr>
          <w:lang w:eastAsia="zh-CN"/>
        </w:rPr>
        <w:br/>
      </w:r>
      <w:r>
        <w:rPr>
          <w:lang w:eastAsia="zh-CN"/>
        </w:rPr>
        <w:t xml:space="preserve">    2024年通用军训心得体会范文 篇4 </w:t>
      </w:r>
      <w:r>
        <w:rPr>
          <w:lang w:eastAsia="zh-CN"/>
        </w:rPr>
        <w:br/>
      </w:r>
      <w:r>
        <w:rPr>
          <w:lang w:eastAsia="zh-CN"/>
        </w:rPr>
        <w:t>　　回忆五天的军训生活，心中充满了苦涩。这五天流下的汗水，如河流一样源源不断；这五天洒下的泪水，如珍珠一样璀璨；这五天想家的思念，如夜空中的繁星一样多。</w:t>
      </w:r>
      <w:r>
        <w:rPr>
          <w:lang w:eastAsia="zh-CN"/>
        </w:rPr>
        <w:br/>
      </w:r>
      <w:r>
        <w:rPr>
          <w:lang w:eastAsia="zh-CN"/>
        </w:rPr>
        <w:t>　　短短的五天时间里，就如生活在地狱一般，这几天是我们彼此紧咬牙关坚持下来的。虽然在这段时间里，有同学退出了，但我们仍不放弃，因为我们知道强者是永远不会服输的，更不会半途而废。强者是勇于挑战，是勇于面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我们从小生活在蜜罐里，从小在父母的羽翼下生活。在这里没有父母的陪伴，没有父母的呵护，在这里只能靠自己，战胜眼前的困难。我们学会了独立，更学会了勇敢地面对任何困难，不落泪。</w:t>
      </w:r>
      <w:r>
        <w:rPr>
          <w:lang w:eastAsia="zh-CN"/>
        </w:rPr>
        <w:br/>
      </w:r>
      <w:r>
        <w:rPr>
          <w:lang w:eastAsia="zh-CN"/>
        </w:rPr>
        <w:t>　　当我们在训练场上喊着“青春如火，超越自我，一营一连，勇往直前”时，心中难免有一些感慨······我们在操场上洒下青春的汗水，舞动着青春的双手，迈青春的步伐，挥霍着属于我们的青春。</w:t>
      </w:r>
      <w:r>
        <w:rPr>
          <w:lang w:eastAsia="zh-CN"/>
        </w:rPr>
        <w:br/>
      </w:r>
      <w:r>
        <w:rPr>
          <w:lang w:eastAsia="zh-CN"/>
        </w:rPr>
        <w:t>　　永远不会忘记第一天被教官训的场景，永远不会忘记打手心的疼痛，永远不会忘记最后一天教官眼中的不舍。那个总是崩着一张冷脸的女教官总说：给我拿出点气势，这么快就认输。</w:t>
      </w:r>
      <w:r>
        <w:rPr>
          <w:lang w:eastAsia="zh-CN"/>
        </w:rPr>
        <w:br/>
      </w:r>
      <w:r>
        <w:rPr>
          <w:lang w:eastAsia="zh-CN"/>
        </w:rPr>
        <w:t xml:space="preserve">    2024年通用军训心得体会范文 篇5 </w:t>
      </w:r>
      <w:r>
        <w:rPr>
          <w:lang w:eastAsia="zh-CN"/>
        </w:rPr>
        <w:br/>
      </w:r>
      <w:r>
        <w:rPr>
          <w:lang w:eastAsia="zh-CN"/>
        </w:rPr>
        <w:t>　　时光飞逝，转眼间六年的小学生活就过去了。我从充满稚气的幼儿园小朋友，到稚气未脱的小学生，到现在已经成为初中生的小少年。在这九年的时间里，发生了无数令人难忘的事。但是有一件事令我感触最深、最难忘，那就是初中一年级的必修课之一军训。在小学时，我曾询问过我的前辈现在已是初二、初三的学生。他们都说军训是死亡魔鬼训练。我认为应该不会那么夸张，便也想感受一下，所以对军训充满兴趣。</w:t>
      </w:r>
      <w:r>
        <w:rPr>
          <w:lang w:eastAsia="zh-CN"/>
        </w:rPr>
        <w:br/>
      </w:r>
      <w:r>
        <w:rPr>
          <w:lang w:eastAsia="zh-CN"/>
        </w:rPr>
        <w:t>　　现在这个愿望真的实现了，我已是一名初中生，开始了军训。 一星期过去了，军训已经结束了。真的令我深有感触：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军训真的很累，有时也会挨教官打，但是也不用把它说成是死亡魔鬼训练呀!这真是有些夸张了。我用亲身体验证明了我的观点。我认为军训是一个有大利而无一弊的好事，它不仅能锻炼我们的意志力，还增强了体魄。而且这还是一个交朋友、增进友谊的好机会呢!这种好事，累一点也没有什么的!大不了流流汗，晒晒太阳，晒太阳还能杀杀身体内的细菌呢!这次军训，让我变得更强壮了，还交到了许多好朋友。刚刚到新学校时的陌生与孤独感都烟消云散了。也让我认识到一个英俊潇洒，虽然严厉，但是和蔼可亲的好教官。</w:t>
      </w:r>
      <w:r>
        <w:rPr>
          <w:lang w:eastAsia="zh-CN"/>
        </w:rPr>
        <w:br/>
      </w:r>
      <w:r>
        <w:rPr>
          <w:lang w:eastAsia="zh-CN"/>
        </w:rPr>
        <w:t>　　一星期的时间太快了，恍如一天就结束了。有些同学因此而欢呼雀跃，我却不想这样做，因为军训的结束就代表我们严厉有和蔼的教官将要离去，我可能再也见不到教官的身影，教官的声音。我会永远铭记这次军训!</w:t>
      </w:r>
      <w:r>
        <w:rPr>
          <w:lang w:eastAsia="zh-CN"/>
        </w:rPr>
        <w:br/>
      </w:r>
      <w:r>
        <w:rPr>
          <w:lang w:eastAsia="zh-CN"/>
        </w:rPr>
        <w:t xml:space="preserve">    2024年通用军训心得体会范文 篇6 </w:t>
      </w:r>
      <w:r>
        <w:rPr>
          <w:lang w:eastAsia="zh-CN"/>
        </w:rPr>
        <w:br/>
      </w:r>
      <w:r>
        <w:rPr>
          <w:lang w:eastAsia="zh-CN"/>
        </w:rPr>
        <w:t>　　还记得以前在校园里见到穿着军装的学长学姐们时，心里还在想什么时候才会轮到我们。谁知时光过得飞快，从我们坐在高一的新教室里领到属于自己的那一身迷彩服开始，我们终于意识到，盼望已久的军训终于来了。</w:t>
      </w:r>
      <w:r>
        <w:rPr>
          <w:lang w:eastAsia="zh-CN"/>
        </w:rPr>
        <w:br/>
      </w:r>
      <w:r>
        <w:rPr>
          <w:lang w:eastAsia="zh-CN"/>
        </w:rPr>
        <w:t>　　这六天里，我们穿上了绿色的军装，体验了一位军人的日常生活。每天早上，我们在规定的时间集合吃早饭，吃完早饭一起前往操场进行训练。立正、稍息，跨立，跑步，齐步走，正步走，这些在我们看来挺简单的动作，原来竟也有许许多多的动作要领。我们一节课一节课地学，一天一天地练，在教官的指导和纠正下，我们都能很标准地完成这些动作了。每天如一的训练的确是辛苦的，但一想到自己学会了许多，心里还是挺自豪和欣慰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这六天里，我们培养很强的时间观念和听从指挥、服从大局的意识。一日三餐，说好的集中时间一分钟也不能迟到。站军姿的时候，眼镜滑了，鞋带松了，帽檐低了，没有打报告哪里也不许动。下课首长吹哨的时候，无论在干什么都得停下，呈立正的姿势听从命令。我们明白，在任何情况下，都要服从命令听从指挥，凡事以大局为重，不能任由自己的性子来，不仅在部队中如此，在其他集体中也是如此。</w:t>
      </w:r>
      <w:r>
        <w:rPr>
          <w:lang w:eastAsia="zh-CN"/>
        </w:rPr>
        <w:br/>
      </w:r>
      <w:r>
        <w:rPr>
          <w:lang w:eastAsia="zh-CN"/>
        </w:rPr>
        <w:t>　　这六天里，我们学会了团结互助的精神。唱军歌的时候，大家都非常认真地学，有的人即使嗓子哑了，也照样唱出自己的最大声音。排练阅兵的时候，我们都铆足了劲，作为班级集体的一员，我们都尽自己的最大努力做到最好。有的人即使脚抽筋了，也照样走正步的时候把腿抬得很高，因为他们知道，从主席台看来，为了让自己的班级在闭幕式上有最好的表现，再累再苦大家都咬牙坚持着。虽然我们是刚组成的新集体，彼此可能还不熟悉，但集体两个字让我们走到了一起，短短的几天军训让我们更热爱新的班级，更加团结一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这六天里，我们锻炼出了不怕吃苦的品质和不轻言放弃的意志。站军姿是我们每天的必修课。从第一天的十分钟，到后来的二十分钟，三十分钟，到最后的四十分钟，我们学会了坚持。两腿挺直，两脚尖分开约60，身体稍向前倾，拇指紧贴食指第二节，中指紧贴裤缝。一开始站着还不觉得累，可是时间一长，这腿就麻了，脚后跟发胀，再加上晒着太阳，穿着长袖长裤，站到后来真是有些吃不消了，可以没有一个人轻言放弃。有些人站到后来实在不行了才喊报告，有些人直到吐了才举手要求休息，有些人站到自己没有知觉倒在地上了，这些品质让我们感动。面对困难，我们没有退缩，我们学会咬牙，我们敢于坚持，我们赢得胜利。</w:t>
      </w:r>
      <w:r>
        <w:rPr>
          <w:lang w:eastAsia="zh-CN"/>
        </w:rPr>
        <w:br/>
      </w:r>
      <w:r>
        <w:rPr>
          <w:lang w:eastAsia="zh-CN"/>
        </w:rPr>
        <w:t>　　六天的军训生活，说长不长，说短不短。我们接受了军训的洗礼，我们在军训中成长。脱下穿了六天的迷彩服，心里竟然觉得有些不舍。的确，我们与教官们度过的这些日子，我们所经历的酸甜苦辣，虽然短暂，但是我们勇于克服困难，勇于坚持到底，相信这份难能可贵的精神和坚定不移的意志必将支持我们走过更艰难的考验。</w:t>
      </w:r>
      <w:r>
        <w:rPr>
          <w:lang w:eastAsia="zh-CN"/>
        </w:rPr>
        <w:br/>
      </w:r>
      <w:r>
        <w:rPr>
          <w:lang w:eastAsia="zh-CN"/>
        </w:rPr>
        <w:t>　　结束了军训，我们也将重新投入到紧张的学习生活中去。军训让我们明白，由始至终，即使很辛苦，就算有失败，哪怕会后悔，但只要能不轻言放弃，只要能向前走，所走出的每一步，都会让自己更接近遥远的星辰。</w:t>
      </w:r>
      <w:r>
        <w:rPr>
          <w:lang w:eastAsia="zh-CN"/>
        </w:rPr>
        <w:br/>
      </w:r>
      <w:r>
        <w:rPr>
          <w:lang w:eastAsia="zh-CN"/>
        </w:rPr>
        <w:t xml:space="preserve">    2024年通用军训心得体会范文 篇7 </w:t>
      </w:r>
      <w:r>
        <w:rPr>
          <w:lang w:eastAsia="zh-CN"/>
        </w:rPr>
        <w:br/>
      </w:r>
      <w:r>
        <w:rPr>
          <w:lang w:eastAsia="zh-CN"/>
        </w:rPr>
        <w:t>　　_天的军训过的真快好像没感觉到太累就结束了（也许只有我这样觉得）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其实在没军训前就听别人说军训挺累的，整的我都有点恐惧感了，我在初中的时候军训过但是就是3天现在也没什么印象了，军训前几天是累可是慢慢的习惯了就好了，挺过前几天就没事了，好像习惯了每天站__年龄也不大（教官看了不要生气啊）但是笑起来特别可爱特别阳光，当然也特别优秀，跟我们处的特别好我们都把教官当成大哥哥一样，这次的军训中我认识了许多同学也慢慢的成为了朋友，虽然这次我们只得了一个不重要的奖，但我懂得了坚持，只要坚持就没有做步到的事</w:t>
      </w:r>
      <w:r>
        <w:rPr>
          <w:lang w:eastAsia="zh-CN"/>
        </w:rPr>
        <w:br/>
      </w:r>
      <w:r>
        <w:rPr>
          <w:lang w:eastAsia="zh-CN"/>
        </w:rPr>
        <w:t>　　这次的军训最要感谢的就是我们教官感谢他在百忙之中训练我们，感谢教官这样的耐心我们军训中也许不是最差的也是倒数的，但教官还是耐心的给我们讲解哪些地方需要改正，军训最后一天我们最最舍不得的就是我们教官了，许多同学都掉下了眼泪，最想说的一句话就是教官你辛苦了，谢谢你！</w:t>
      </w:r>
      <w:r>
        <w:rPr>
          <w:lang w:eastAsia="zh-CN"/>
        </w:rPr>
        <w:br/>
      </w:r>
      <w:r>
        <w:rPr>
          <w:lang w:eastAsia="zh-CN"/>
        </w:rPr>
        <w:t xml:space="preserve">    2024年通用军训心得体会范文 篇8 </w:t>
      </w:r>
      <w:r>
        <w:rPr>
          <w:lang w:eastAsia="zh-CN"/>
        </w:rPr>
        <w:br/>
      </w:r>
      <w:r>
        <w:rPr>
          <w:lang w:eastAsia="zh-CN"/>
        </w:rPr>
        <w:t>　　当拿到一套属于自己的军服时，便明白了自己已经不再是三年前那个不懂事的初一小姑娘了，在今天，我意识到自己是同升湖G1505的一员，是高中生，是要开始深刻理会团结、承担、稳重的大孩子了。</w:t>
      </w:r>
      <w:r>
        <w:rPr>
          <w:lang w:eastAsia="zh-CN"/>
        </w:rPr>
        <w:br/>
      </w:r>
      <w:r>
        <w:rPr>
          <w:lang w:eastAsia="zh-CN"/>
        </w:rPr>
        <w:t>　　在炎炎烈日下反复操练，确实会有不耐烦，可当看到教官的眼神，看到同学们都在坚持，心中的不安便烟消云散。教官严格，动作纠正一遍又一遍，使我感受到了军人身上的精益求精，不怕苦不怕累。同时开始反省自己，以前粗心，怕苦怕累，现在有了一个坚持下去的信念。希望自己可以改掉自己的坏习惯，学习教官，学习身边优秀的同学。</w:t>
      </w:r>
      <w:r>
        <w:rPr>
          <w:lang w:eastAsia="zh-CN"/>
        </w:rPr>
        <w:br/>
      </w:r>
      <w:r>
        <w:rPr>
          <w:lang w:eastAsia="zh-CN"/>
        </w:rPr>
        <w:t>　　1505是一个大集体，我们为它而战。</w:t>
      </w:r>
      <w:r>
        <w:rPr>
          <w:lang w:eastAsia="zh-CN"/>
        </w:rPr>
        <w:br/>
      </w:r>
      <w:r>
        <w:rPr>
          <w:lang w:eastAsia="zh-CN"/>
        </w:rPr>
        <w:t xml:space="preserve">    2024年通用军训心得体会范文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今天，是我有生以来第一次军训，我非常的期待这一次军训，因为我喜欢动，调皮。我自认为军训非常的好玩，呆在家里也没味，所以我非常的期待这一次军训。今天是第二天了，我发现军训时多么的`有趣，虽然有点苦、有点累，但是我可以从中学到许多的东西，也可以改掉一些缺点，我觉得非常的快乐。当我第一次穿上这一身军装，有点痒不爽，但是我没有去管，心想：习惯了就行了。当我看到教官他们集合时，我发现我们和他们的差距是多么的遥远。他们一下子就把队排好了。他们是真正地雷厉风行，不愧是军人。</w:t>
      </w:r>
      <w:r>
        <w:rPr>
          <w:lang w:eastAsia="zh-CN"/>
        </w:rPr>
        <w:br/>
      </w:r>
      <w:r>
        <w:rPr>
          <w:lang w:eastAsia="zh-CN"/>
        </w:rPr>
        <w:t>　　在这两天，我还学习到了什么是“坚持就是胜利”，虽然站在太阳底下，晒得满头大汗，我心想：只要坚持就好，坚持就好。时间在不知不觉中过去了。</w:t>
      </w:r>
      <w:r>
        <w:rPr>
          <w:lang w:eastAsia="zh-CN"/>
        </w:rPr>
        <w:br/>
      </w:r>
      <w:r>
        <w:rPr>
          <w:lang w:eastAsia="zh-CN"/>
        </w:rPr>
        <w:t>　　期待明天的到来！</w:t>
      </w:r>
      <w:r>
        <w:rPr>
          <w:lang w:eastAsia="zh-CN"/>
        </w:rPr>
        <w:br/>
      </w:r>
      <w:r>
        <w:rPr>
          <w:lang w:eastAsia="zh-CN"/>
        </w:rPr>
        <w:t xml:space="preserve">    2024年通用军训心得体会范文 篇10 </w:t>
      </w:r>
      <w:r>
        <w:rPr>
          <w:lang w:eastAsia="zh-CN"/>
        </w:rPr>
        <w:br/>
      </w:r>
      <w:r>
        <w:rPr>
          <w:lang w:eastAsia="zh-CN"/>
        </w:rPr>
        <w:t>　　军训是很苦的,但同时也是很有意义的!第一要克服的是站姿,一开始我总搞不清为什么那些教官老喜欢我们一动不动的站着,而且要抬头挺胸,目视前方,手贴紧裤腰带中缝.我想因为我们太急噪,没什么忍性,所以要磨磨我们的锐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我们的教官是个广东人,大家都说他腼腆。有时候我也这么认为,他很喜欢笑,全没有教官的模样.我是说他一点都不严,教官在人们心中一般是很恐怖的.对人无情,但我们的教官不,他对我们非常好.因为他教我们做动作的时候不是命令式的,而是加上我希望你们......还有我们没军训多久他就会说活动一下,活动一下!对于这个,我想还有一个原因,那就是隔壁连有一次一高个女生晕倒.她的教官抱她去医务室,但她的教官抱不动(这些教官年纪都很小,我教官也才21)他就叫我教官帮忙,于是他们一起把那女生抬走!回来时第一句话就是:太重了!我们看着他擦汗,笑个半死.他最后说:你们千万别有人晕倒,我可是抱不动,你们谁不舒服就说,赶紧去休息.因此,他除了老是让我们休息外,还总是教我们偷懒又不被领导发现.</w:t>
      </w:r>
      <w:r>
        <w:rPr>
          <w:lang w:eastAsia="zh-CN"/>
        </w:rPr>
        <w:br/>
      </w:r>
      <w:r>
        <w:rPr>
          <w:lang w:eastAsia="zh-CN"/>
        </w:rPr>
        <w:t>　　军训除了让我们更懂纪律,更加能克服困难,不怕幸苦,不怕太阳晒之外,还让我们体验到集体的快乐,我们一起吃苦,训练,因此更加懂得团结就是力量!</w:t>
      </w:r>
      <w:r>
        <w:rPr>
          <w:lang w:eastAsia="zh-CN"/>
        </w:rPr>
        <w:br/>
      </w:r>
      <w:r>
        <w:rPr>
          <w:lang w:eastAsia="zh-CN"/>
        </w:rPr>
        <w:t>　　我们下课的时候都会围坐在一起,教官有时与我们聊天,更多的是教我们唱歌.我们还学拉歌,每天玩的不亦乐乎,让我们暂忘军训的疲劳!</w:t>
      </w:r>
      <w:r>
        <w:rPr>
          <w:lang w:eastAsia="zh-CN"/>
        </w:rPr>
        <w:br/>
      </w:r>
      <w:r>
        <w:rPr>
          <w:lang w:eastAsia="zh-CN"/>
        </w:rPr>
        <w:t>　　军训让我学到了很多东西,虽然只有短短的十天,但决不会减少它所带来的影响.自教官们离开后,我发现每天锻炼的人越来越多,还有两支连对坚持着迷彩服锻炼.虽然后来听说是要参加什么比赛,但我想除了这个原因还有更深的相法吧!</w:t>
      </w:r>
      <w:r>
        <w:rPr>
          <w:lang w:eastAsia="zh-CN"/>
        </w:rPr>
        <w:br/>
      </w:r>
      <w:r>
        <w:rPr>
          <w:lang w:eastAsia="zh-CN"/>
        </w:rPr>
        <w:t xml:space="preserve">    2024年通用军训心得体会范文 篇11 </w:t>
      </w:r>
      <w:r>
        <w:rPr>
          <w:lang w:eastAsia="zh-CN"/>
        </w:rPr>
        <w:br/>
      </w:r>
      <w:r>
        <w:rPr>
          <w:lang w:eastAsia="zh-CN"/>
        </w:rPr>
        <w:t>　　回顾过去的五天时间军训，虽然短短的五天时间，但军训的日子短暂又漫长，而且让我受益匪浅，也成为工作、生活中的一次难以忘怀的经历！说实话，这次军训其实是融合吃苦耐劳、团结互助、严肃律己、做事的标准化、执行没有借口等元素的一次团队拓展训练。这次军训每一个经历都历历在目，下面我从个人而言与大家分享这次军训的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这次军训和以往在学校的军训不一样。这句话是绝大部分同事的共同心声，以往军训就是锻炼意志力，吃苦耐劳、严肃律己。而这次军训更多是让人去体会去感受吃苦耐劳、团结互助、严肃律己、做事的标准化、执行没有借口的精髓。这不是军训而是一次非常有意义也非常必要的团队拓展训练。</w:t>
      </w:r>
      <w:r>
        <w:rPr>
          <w:lang w:eastAsia="zh-CN"/>
        </w:rPr>
        <w:br/>
      </w:r>
      <w:r>
        <w:rPr>
          <w:lang w:eastAsia="zh-CN"/>
        </w:rPr>
        <w:t>　　一个口令一个动作，没有任何多余的动作，动就要报告，这就是纪律。两脚分开六十度，两脚挺直，大拇指贴于食指第二关节，两手自然下垂贴紧。收腹、挺胸、抬头、目视前方，两肩向后张，站成一棵挺拔的劲松，这就是站军姿的标准化。每一次动作都有标准，生活的事情也是同等。所以说做任何事都要严格要求自己，要做就做到最好。但是很多事情努力不一定成功，可是放弃必定失败。所以要敢于执行，勇于执行，善于执行，执行就是一步一个脚印做事，事情结果如何你都成功了。因执行没有借口、因执行而成功。</w:t>
      </w:r>
      <w:r>
        <w:rPr>
          <w:lang w:eastAsia="zh-CN"/>
        </w:rPr>
        <w:br/>
      </w:r>
      <w:r>
        <w:rPr>
          <w:lang w:eastAsia="zh-CN"/>
        </w:rPr>
        <w:t>　　这次军训让人感触最深刻的就是达芬奇密码拓展游戏，我深刻的理解到了什么叫“团队”，也让我深刻了解人与人之间的沟通的重要性，就是因为我班没有沟通好导致前两轮比赛中连连战败，在困难和挑战面前，大家都凝心聚力，上下一条心，我们不气馁，吸取失败经验，把沟通执行到底，最后我们班笑到了最后，我想这次游戏大家都是赢家，因为每个人懂得团队合作精神、团队沟通的重要性。如果没有团队精神，这次所有的拓展项目都无法完成。正是大家严格要求自己，注意细节、一丝不苟，把团队合作、沟通执行到底才能顺利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深深体会到团队协作在任务执行过程中的重要性同时，也体会到作为领导者那种无形压力与责任，通过达芬奇密码拓展游戏让我明白了，在工作中如果我犯了错误首当其冲就是我的领导、导师，而这次军训首当其冲的就是我班的张教官，所以我在以后工作中要永远学习、永远感恩。用我的工作热情去回报公司。</w:t>
      </w:r>
      <w:r>
        <w:rPr>
          <w:lang w:eastAsia="zh-CN"/>
        </w:rPr>
        <w:br/>
      </w:r>
      <w:r>
        <w:rPr>
          <w:lang w:eastAsia="zh-CN"/>
        </w:rPr>
        <w:t>　　我很感谢能通过这次团队拓展训练有这样一次深刻的体验和有意义的经历。我也能为能处于这样一个有默契的团队而感到荣幸，我相信，在我们这个大家庭中，不论我们接下来会面对怎样的困难，我们都能够手牵手共同去克服，因为我坚信：团结就是力量！因为我坚信：汉能，没有不可能！</w:t>
      </w:r>
      <w:r>
        <w:rPr>
          <w:lang w:eastAsia="zh-CN"/>
        </w:rPr>
        <w:br/>
      </w:r>
      <w:r>
        <w:rPr>
          <w:lang w:eastAsia="zh-CN"/>
        </w:rPr>
        <w:t>　　在此，我真心的'感谢公司组织的这次活动，感谢三位教官的教导，也感谢我们的队友，给我彼此的支持和信任。衷心祝愿我们的公司明天更辉煌、更美好！</w:t>
      </w:r>
      <w:r>
        <w:rPr>
          <w:lang w:eastAsia="zh-CN"/>
        </w:rPr>
        <w:br/>
      </w:r>
      <w:r>
        <w:rPr>
          <w:lang w:eastAsia="zh-CN"/>
        </w:rPr>
        <w:t xml:space="preserve">    2024年通用军训心得体会范文 篇12 </w:t>
      </w:r>
      <w:r>
        <w:rPr>
          <w:lang w:eastAsia="zh-CN"/>
        </w:rPr>
        <w:br/>
      </w:r>
      <w:r>
        <w:rPr>
          <w:lang w:eastAsia="zh-CN"/>
        </w:rPr>
        <w:t>　　炎炎八月，准备踏入新初一和新高一的学生们开始了为期三天的军训。</w:t>
      </w:r>
      <w:r>
        <w:rPr>
          <w:lang w:eastAsia="zh-CN"/>
        </w:rPr>
        <w:br/>
      </w:r>
      <w:r>
        <w:rPr>
          <w:lang w:eastAsia="zh-CN"/>
        </w:rPr>
        <w:t>　　这是我第二次军训，第一次是初一那会儿。时间一晃，我又要以新生的身份来参与训练了。</w:t>
      </w:r>
      <w:r>
        <w:rPr>
          <w:lang w:eastAsia="zh-CN"/>
        </w:rPr>
        <w:br/>
      </w:r>
      <w:r>
        <w:rPr>
          <w:lang w:eastAsia="zh-CN"/>
        </w:rPr>
        <w:t>　　我排在班级的队伍中，向看台下张望，等着我们的教官。</w:t>
      </w:r>
      <w:r>
        <w:rPr>
          <w:lang w:eastAsia="zh-CN"/>
        </w:rPr>
        <w:br/>
      </w:r>
      <w:r>
        <w:rPr>
          <w:lang w:eastAsia="zh-CN"/>
        </w:rPr>
        <w:t>　　他是个幽默又不乏责任感的人，在这三天里，他一步步教导我们。什么动作该怎么做，什么站位该怎么站，他都耐心地向我们示范，在休息时还会陪我们说笑。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军训是苦的，苦在坚持。那些动作其实不难，可要坚持做这么久，还是会有些累。炽热的阳光照射下来，更是为同学们增添了一份苦闷的的心情。</w:t>
      </w:r>
      <w:r>
        <w:rPr>
          <w:lang w:eastAsia="zh-CN"/>
        </w:rPr>
        <w:br/>
      </w:r>
      <w:r>
        <w:rPr>
          <w:lang w:eastAsia="zh-CN"/>
        </w:rPr>
        <w:t>　　由于第四天还要进行会操比赛，为了不给班级和教官丢脸，同学们都卯足了劲去训练，很少听到有人在抱怨。</w:t>
      </w:r>
      <w:r>
        <w:rPr>
          <w:lang w:eastAsia="zh-CN"/>
        </w:rPr>
        <w:br/>
      </w:r>
      <w:r>
        <w:rPr>
          <w:lang w:eastAsia="zh-CN"/>
        </w:rPr>
        <w:t>　　会操比赛是分几个内容进行的，我们就依照那几项内容来训练，争取把每个动作都做到最好。</w:t>
      </w:r>
      <w:r>
        <w:rPr>
          <w:lang w:eastAsia="zh-CN"/>
        </w:rPr>
        <w:br/>
      </w:r>
      <w:r>
        <w:rPr>
          <w:lang w:eastAsia="zh-CN"/>
        </w:rPr>
        <w:t>　　我们站过两次军姿，每次者在极力忍耐毒辣的阳光和身体的酸痛。但没有人倒下，不管是站几分钟，都维持着，一个正在军训的人该有的身姿。</w:t>
      </w:r>
      <w:r>
        <w:rPr>
          <w:lang w:eastAsia="zh-CN"/>
        </w:rPr>
        <w:br/>
      </w:r>
      <w:r>
        <w:rPr>
          <w:lang w:eastAsia="zh-CN"/>
        </w:rPr>
        <w:t>　　我们先练习的是稍息立正这些简单的动作，最难的是齐步和踏步。但因为要走出整齐感。</w:t>
      </w:r>
      <w:r>
        <w:rPr>
          <w:lang w:eastAsia="zh-CN"/>
        </w:rPr>
        <w:br/>
      </w:r>
      <w:r>
        <w:rPr>
          <w:lang w:eastAsia="zh-CN"/>
        </w:rPr>
        <w:t>　　练习量多的也是这两项，每次次教官都会花很多时间来对我们进行讲解和调整。手臂的摆放暂时不太计较，重要的是步伐要准确，好要努力跟上旁边的人。</w:t>
      </w:r>
      <w:r>
        <w:rPr>
          <w:lang w:eastAsia="zh-CN"/>
        </w:rPr>
        <w:br/>
      </w:r>
      <w:r>
        <w:rPr>
          <w:lang w:eastAsia="zh-CN"/>
        </w:rPr>
        <w:t>　　经过这三天的磨练，大家的身体素质都比原先好了一点，和其他同学的关系也更密切。</w:t>
      </w:r>
      <w:r>
        <w:rPr>
          <w:lang w:eastAsia="zh-CN"/>
        </w:rPr>
        <w:br/>
      </w:r>
      <w:r>
        <w:rPr>
          <w:lang w:eastAsia="zh-CN"/>
        </w:rPr>
        <w:t>　　短暂的军训生活最终定格在一张大合上，所有的人都将铭记这段时间带给大家的辛苦与快乐。</w:t>
      </w:r>
      <w:r>
        <w:rPr>
          <w:lang w:eastAsia="zh-CN"/>
        </w:rPr>
        <w:br/>
      </w:r>
      <w:r>
        <w:rPr>
          <w:lang w:eastAsia="zh-CN"/>
        </w:rPr>
        <w:t xml:space="preserve">    2024年通用军训心得体会范文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无法回味的感觉才是最美妙的感觉。对于军训，有些感受真的不能言传，只能在淙淙的意会中回味。那味道、就如品一味很浓郁的茶，只有尝过的人才知晓其中的蕴味，然后才能和有同样经历的人相对一笑，让美妙的感受在彼此之间传递。就如有多少个读者就有多少个哈姆雷特一样，军训，对于每个人，都别有一番滋味在心头。而对于我，军训，在某种程度上，已经超越了其本身的单纯上的意义，它已经成为一种宝贵的难得的一种经历，写进我的记忆中，而成为不可抹杀的一部分，它已经成为一种力量，一种在困难时给我的'动力，一种生命的支持力，支撑着人生旅途的各种风雨中动摇的心灵。而军训给我最美好的记忆，是同学们和教官之间纯洁淳朴充满人情味的关系。这些年，这种人与人之间的关系已经很少见，很令人怀念和留恋。</w:t>
      </w:r>
      <w:r>
        <w:rPr>
          <w:lang w:eastAsia="zh-CN"/>
        </w:rPr>
        <w:br/>
      </w:r>
      <w:r>
        <w:rPr>
          <w:lang w:eastAsia="zh-CN"/>
        </w:rPr>
        <w:t>　　军训，就让它成为人生的一段丰满的记忆，在岁月中酝酿，然后在几个亲友聚杂一起的时候再把珍藏着的那些温馨的片段捧出来，沉醉其中，享受感动吧！</w:t>
      </w:r>
      <w:r>
        <w:rPr>
          <w:lang w:eastAsia="zh-CN"/>
        </w:rPr>
        <w:br/>
      </w:r>
      <w:r>
        <w:rPr>
          <w:lang w:eastAsia="zh-CN"/>
        </w:rPr>
        <w:t xml:space="preserve">    2024年通用军训心得体会范文 篇14 </w:t>
      </w:r>
      <w:r>
        <w:rPr>
          <w:lang w:eastAsia="zh-CN"/>
        </w:rPr>
        <w:br/>
      </w:r>
      <w:r>
        <w:rPr>
          <w:lang w:eastAsia="zh-CN"/>
        </w:rPr>
        <w:t>　　迎着灿烂的朝阳，踏着崭新的`步伐，我走进了大学——青岛港湾职业技术学院，开始了我的大学之路···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新生报到结束，军训如期开始。我们连队就在机械场地进行训练。军训的日子虽苦，却想咖啡一样可品尝出浓浓的滋味。日晒过，皮肤火辣辣的疼，我只是在休息时抹一抹额头上的汗珠；雨淋过，衣服贴在身上阴冷冷的，同学们只是在回寝室后默默地把湿衣服挂上衣架；腿酸过，脚痛过，每走一步都很难受，但我们还是努力将每一个动作做到位……说实话，不是没想过松懈，可在训练场上一看到教官在队列间来回奔波指点的身影，点评时导员语重心长的谆谆教诲，想到这些，心中便又燃起了动力，抬起头，抖擞起精神：人生中能有多少个这样的十二天呢？还记得拉歌的欣喜，那展现的是一个连的凝聚力。幽默诙谐的歌词，</w:t>
      </w:r>
      <w:r>
        <w:rPr>
          <w:lang w:eastAsia="zh-CN"/>
        </w:rPr>
        <w:t xml:space="preserve"> 训练场上洋溢着我们的欢声笑语。谈笑间，同学们有了更好的默契。我们参加了“我爱我的祖国”大合唱，虽然名次的取得不如意，</w:t>
      </w:r>
      <w:r>
        <w:rPr>
          <w:lang w:eastAsia="zh-CN"/>
        </w:rPr>
        <w:t xml:space="preserve"> 有过失落，但我记得导员的一句话，你们已经很棒了···我是很受启发：能站在合唱的舞台上，我们已经战胜了自己。</w:t>
      </w:r>
      <w:r>
        <w:rPr>
          <w:lang w:eastAsia="zh-CN"/>
        </w:rPr>
        <w:br/>
      </w:r>
      <w:r>
        <w:rPr>
          <w:lang w:eastAsia="zh-CN"/>
        </w:rPr>
        <w:t>　　或许是刚踏入大学，我们变得手忙脚乱，学院的半军事化管理，更是让我们措手不及。内务是最关键的问题，对于我来说，在内务上有很多不足，但我很感谢学长学姐们细心的指导，生活上耐心的教导。是你们让我感到了家的温暖。谢谢你们（鞠躬）</w:t>
      </w:r>
      <w:r>
        <w:rPr>
          <w:lang w:eastAsia="zh-CN"/>
        </w:rPr>
        <w:br/>
      </w:r>
      <w:r>
        <w:rPr>
          <w:lang w:eastAsia="zh-CN"/>
        </w:rPr>
        <w:t>　　军训有过怨言，但经历过才发现，自己的抱怨好幼稚,“宝剑锋从磨砺出，梅花香自苦寒来”如果梅花没有傲立霜雪的勇气，就不会成为残酷冬日的一道靓丽风景 ；如果人没有经历挫折磨难，就不会拥有坚强。总要经历苦中苦，方为人上人。</w:t>
      </w:r>
      <w:r>
        <w:rPr>
          <w:lang w:eastAsia="zh-CN"/>
        </w:rPr>
        <w:br/>
      </w:r>
      <w:r>
        <w:rPr>
          <w:lang w:eastAsia="zh-CN"/>
        </w:rPr>
        <w:t>　　军训对于我们以后学习生活的影响是深远持久，举足轻重的。它教会我们团队协作能力，纪律的严肃性，为今后的求学之路打下夯实基础。我会将这段军训生活永久地珍藏，当作是人生的瑰宝，让它的精神贯穿我的整个一生。</w:t>
      </w:r>
      <w:r>
        <w:rPr>
          <w:lang w:eastAsia="zh-CN"/>
        </w:rPr>
        <w:br/>
      </w:r>
      <w:r>
        <w:rPr>
          <w:lang w:eastAsia="zh-CN"/>
        </w:rPr>
        <w:t>　　最后祝老师工作顺利！</w:t>
      </w:r>
      <w:r>
        <w:rPr>
          <w:lang w:eastAsia="zh-CN"/>
        </w:rPr>
        <w:br/>
      </w:r>
      <w:r>
        <w:rPr>
          <w:lang w:eastAsia="zh-CN"/>
        </w:rPr>
        <w:t>　　祝同学学业有成！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2024年通用军训心得体会范文 篇15 </w:t>
      </w:r>
      <w:r>
        <w:rPr>
          <w:lang w:eastAsia="zh-CN"/>
        </w:rPr>
        <w:br/>
      </w:r>
      <w:r>
        <w:rPr>
          <w:lang w:eastAsia="zh-CN"/>
        </w:rPr>
        <w:t>　　刚步入高中，开学那时，必定是要军训三天的，虽然说事情已经隔了一年多了，但对于那时的情景仍然是历历在目，真是热闹啊!</w:t>
      </w:r>
      <w:r>
        <w:rPr>
          <w:lang w:eastAsia="zh-CN"/>
        </w:rPr>
        <w:br/>
      </w:r>
      <w:r>
        <w:rPr>
          <w:lang w:eastAsia="zh-CN"/>
        </w:rPr>
        <w:t>　　“一，二，一;一二一”伴随着军官们有节奏并响亮的口号，同学们一个个整装排练，那场面真的是难以言表。我站在主席台上，放眼望去，广阔的操场上密密麻麻的全是人，有十几个在一起的，有一个班一个方的，也有的零星的散乱着的，不但如此，站在主席台上看下面，这一切，当每个教官都整顿好了自己班级的时候，那感觉真好，感觉就像一块块的切好了的豆腐一般，一块一块的方格。随着口号声的交换。队伍也开始舞动了，千人如一人啊。煞是好看。同学们高亢的歌声随风起舞，我想这十里之外也能够听到吧。</w:t>
      </w:r>
      <w:r>
        <w:rPr>
          <w:lang w:eastAsia="zh-CN"/>
        </w:rPr>
        <w:br/>
      </w:r>
      <w:r>
        <w:rPr>
          <w:lang w:eastAsia="zh-CN"/>
        </w:rPr>
        <w:t>　　这次军训给我的印象最深了，真是令人难忘的一次军训经历啊。</w:t>
      </w:r>
      <w:r>
        <w:rPr>
          <w:lang w:eastAsia="zh-CN"/>
        </w:rPr>
        <w:br/>
      </w:r>
      <w:r>
        <w:rPr>
          <w:lang w:eastAsia="zh-CN"/>
        </w:rPr>
        <w:t xml:space="preserve">    2024年通用军训心得体会范文 篇16 </w:t>
      </w:r>
      <w:r>
        <w:rPr>
          <w:lang w:eastAsia="zh-CN"/>
        </w:rPr>
        <w:br/>
      </w:r>
      <w:r>
        <w:rPr>
          <w:lang w:eastAsia="zh-CN"/>
        </w:rPr>
        <w:t>　　我上七年级了，开学第一件事就是军训，我在这次军训中体验到个体对集体的服从性，也尝到了艰辛的汗水，这是我的第一次军训，对我来说是终生难忘的。</w:t>
      </w:r>
      <w:r>
        <w:rPr>
          <w:lang w:eastAsia="zh-CN"/>
        </w:rPr>
        <w:br/>
      </w:r>
      <w:r>
        <w:rPr>
          <w:lang w:eastAsia="zh-CN"/>
        </w:rPr>
        <w:t>　　我的教官非常严厉，我一下没做好就要重复做好几次，做标准了才可以停，我流了好多汗，但是对我来说绝对是一种锻炼。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军训中有苦有甜，也可以说是先苦后甜。苦是苦在军训时太阳一直对我在吐火，孙悟空也架不住太上老君的炼丹炉啊，经过四天半的暴晒，我就像烧焦的土豆，那叫一个黑。而且，军训一天后，回到家我腰酸背痛腿抽筋，我一到家就是往地板上一躺。可以说我在军训中没少受苦!可还是利大于弊。甜是甜在我虽然在军训时流了好多汗，但军训后的我像个铁人，比以前更坚强，更勇敢，学习也比以前勤奋了，更严格要求自己了。军训把我从一个少年过度为青年了，我知道该怎么做，我已经不是小孩了，我长大了，不能再用以前的要求guǎnlǐ自己，要更严格更认真的guǎnlǐ自己，对别人负责，对自己负责，做一个新时代的好青年。军训是一盏明灯，照亮了我在初中新的道路，军训是一味良药，把我软弱的身体变得强壮，军训是一个闹钟，把我还沉浸在假期中的头脑叫醒。</w:t>
      </w:r>
      <w:r>
        <w:rPr>
          <w:lang w:eastAsia="zh-CN"/>
        </w:rPr>
        <w:br/>
      </w:r>
      <w:r>
        <w:rPr>
          <w:lang w:eastAsia="zh-CN"/>
        </w:rPr>
        <w:t>　　军训使我坚强，使我勇敢，使我勤奋，这对我来说终生难忘。</w:t>
      </w:r>
      <w:r>
        <w:rPr>
          <w:lang w:eastAsia="zh-CN"/>
        </w:rPr>
        <w:br/>
      </w:r>
      <w:r>
        <w:rPr>
          <w:lang w:eastAsia="zh-CN"/>
        </w:rPr>
        <w:t xml:space="preserve">    2024年通用军训心得体会范文 篇17 </w:t>
      </w:r>
      <w:r>
        <w:rPr>
          <w:lang w:eastAsia="zh-CN"/>
        </w:rPr>
        <w:br/>
      </w:r>
      <w:r>
        <w:rPr>
          <w:lang w:eastAsia="zh-CN"/>
        </w:rPr>
        <w:t>　　在走进初中礼堂之前，我们有一段难忘的——军训的记忆。这七天，我们又哭又笑，严格的训练让我们记忆犹新。这是我们在HKUST附中的第一堂课，也是我们人生的第一堂课。</w:t>
      </w:r>
      <w:r>
        <w:rPr>
          <w:lang w:eastAsia="zh-CN"/>
        </w:rPr>
        <w:br/>
      </w:r>
      <w:r>
        <w:rPr>
          <w:lang w:eastAsia="zh-CN"/>
        </w:rPr>
        <w:t>　　面对清新的晨风，我们来到了平安的蓝田国防教育基地——，开始了我们七天的军营生活。当兵首先要有良好的军事资源，所以练习坐、站、蹲就成了每天的必修课。烈日当头，同学们汗流浃背，有的弓着腰，有的脱帽扇自己，我实在受不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看着教官黝黑的脸上滴下的汗水，我立刻调整了坐姿，后面的同学一个个像被感染一样坐直了。从小就羡慕军人挺拔的身姿，整齐的队列，现在才知道军人流了多少汗，花了多少时间在后面。他们的身心变得更加强大，信仰也更加坚定，这才是我们应该学习的。做好任何事情，都要努力，都要有顽强的毅力和坚定的信念，都要竭尽全力，有所收获。只要你努力，你就不会做坏事。</w:t>
      </w:r>
      <w:r>
        <w:rPr>
          <w:lang w:eastAsia="zh-CN"/>
        </w:rPr>
        <w:br/>
      </w:r>
      <w:r>
        <w:rPr>
          <w:lang w:eastAsia="zh-CN"/>
        </w:rPr>
        <w:t>　　教官说曾经有人叫他“魔鬼”。是的，我们的教官很严格，但正是因为他的严格，我们才赢得了拔河比赛，也正是他的严格，让我深深体会到了父母和老师的良苦用心。以前平日过着安逸的生活，衣服伸手，食物张口。在这里，没有宠溺，没有同情，只有管教；在这里，我们学会了自力更生，自力更生。在这里，我们学会了互相关心；在这里，我们学会了团结一致。了解国防知识，掌握军事技能，更重要的是，提高我们的素质，纠正我们的缺点。</w:t>
      </w:r>
      <w:r>
        <w:rPr>
          <w:lang w:eastAsia="zh-CN"/>
        </w:rPr>
        <w:br/>
      </w:r>
      <w:r>
        <w:rPr>
          <w:lang w:eastAsia="zh-CN"/>
        </w:rPr>
        <w:t>　　当汗水浸湿裙子，泪水滑过脸颊，我们依然坚持。因为我们身后有老师默默支持我们，鼓励我们，关心我们。当夜幕笼罩天空时，宿舍的老师们正在和学生们亲切地聊天，给学生们涂抹痱子粉，并亲切地告诉我们的母亲。</w:t>
      </w:r>
      <w:r>
        <w:rPr>
          <w:lang w:eastAsia="zh-CN"/>
        </w:rPr>
        <w:br/>
      </w:r>
      <w:r>
        <w:rPr>
          <w:lang w:eastAsia="zh-CN"/>
        </w:rPr>
        <w:t>　　短暂的七天军训结束了，但七天的每一点点滴滴都会永远留在我的心里，成为我人生的第一课，也成为我人生中难忘的回忆。</w:t>
      </w:r>
      <w:r>
        <w:rPr>
          <w:lang w:eastAsia="zh-CN"/>
        </w:rPr>
        <w:br/>
      </w:r>
      <w:r>
        <w:rPr>
          <w:lang w:eastAsia="zh-CN"/>
        </w:rPr>
        <w:t xml:space="preserve">    2024年通用军训心得体会范文 篇18 </w:t>
      </w:r>
      <w:r>
        <w:rPr>
          <w:lang w:eastAsia="zh-CN"/>
        </w:rPr>
        <w:br/>
      </w:r>
      <w:r>
        <w:rPr>
          <w:lang w:eastAsia="zh-CN"/>
        </w:rPr>
        <w:t>　　今天是军训的第二天，经历一上午的磨练，我深深感觉到了军训所带来的痛苦。的确，军训是枯燥而又乏味的，整整一个上午，大家只不过在教官的带领下，训练了稍息、立正、跨列和原地转弯等基本要点，但军训又是开心的，它会在酷暑、骄阳之中，叫你感觉到清风般的慰藉。</w:t>
      </w:r>
      <w:r>
        <w:rPr>
          <w:lang w:eastAsia="zh-CN"/>
        </w:rPr>
        <w:br/>
      </w:r>
    </w:p>
    <w:p w:rsidR="001B1F19" w14:textId="27C3F48A">
      <w:pPr>
        <w:rPr>
          <w:rFonts w:hint="eastAsia"/>
          <w:lang w:eastAsia="zh-CN"/>
        </w:rPr>
      </w:pPr>
      <w:r>
        <w:rPr>
          <w:lang w:eastAsia="zh-CN"/>
        </w:rPr>
        <w:t>　　先来讲说军训的苦吧。烈日炎炎，汗流浃背，一次一次的训练，一声一声的呐喊，日渐嘶哑的嗓音，慢慢消弱的体力这便是此时此刻阳光下的大家所感觉到的，假如用一个词来形容，那真可谓是“筋疲力尽”。不过再艰苦也要挺着，看看身旁的同学们个个都是“站如松”，总不可以就我一人喊声报告，到旁边休息吧。时光在练习中悄悄流逝，一上午最温暖的一股热浪终于向大家逼近了，无声无息中我的额头上已挂满了汗珠，这一粒粒汗珠，还仿佛是调皮的故意捉弄我通常，在我的脸颊上缓缓流下，弄得我直痒痒，仿佛是在考验我的毅力，害得我只得咬着牙，继续维持着站姿。此时的我早已是腰酸背痛，脚底惹火辣的，但，我目前是一个高中生，这点儿苦算什么，再看大家整个班级依然是一支整齐的队伍，没一死一毫的动摇。此刻，心中一个声音不时的回荡“打不倒、击不跨是大家高中生的意志。”</w:t>
      </w:r>
      <w:r>
        <w:rPr>
          <w:lang w:eastAsia="zh-CN"/>
        </w:rPr>
        <w:br/>
      </w:r>
      <w:r>
        <w:rPr>
          <w:lang w:eastAsia="zh-CN"/>
        </w:rPr>
        <w:t>　　第二说说军训之乐。本来教官在我心中是一个非常严厉的形象，经过今天的相处，我又发现了他平易近人的一面。“累不累？”“还支持得住吗？”“如何？”多么温暖的问候啊！他还不时让大家去休息，叫同学们唱歌来缓解大家疲惫的身躯这一系列的举动仿佛是炎热夏天里的一弘清泉，缓缓地流入大家的心田，滋润着一颗颗干涸的心。即便再热，但大家的心是凉爽的。</w:t>
      </w:r>
      <w:r>
        <w:rPr>
          <w:lang w:eastAsia="zh-CN"/>
        </w:rPr>
        <w:br/>
      </w:r>
      <w:r>
        <w:rPr>
          <w:lang w:eastAsia="zh-CN"/>
        </w:rPr>
        <w:t>　　总而言之，军训就是苦与乐的交响曲，有苦必有乐，有乐必有苦。这其实与大家以后的学习生活是很像的，大家既要做好为学习而吃苦的筹备，又要在紧张的学习日常去探寻是我们的快乐。综上所述，军训给我带来的感受就是五个字：苦并快乐着！</w:t>
      </w:r>
      <w:r>
        <w:rPr>
          <w:lang w:eastAsia="zh-CN"/>
        </w:rPr>
        <w:br/>
      </w:r>
      <w:r>
        <w:rPr>
          <w:lang w:eastAsia="zh-CN"/>
        </w:rPr>
        <w:t xml:space="preserve">    2024年通用军训心得体会范文 篇19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https://d.book118.com/477016060063006036</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701606006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