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2024年学期末教师教学工作总结（34篇）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2024年学期末教师教学工作总结（通用34篇）</w:t>
      </w:r>
      <w:r>
        <w:rPr>
          <w:lang w:eastAsia="zh-CN"/>
        </w:rPr>
        <w:br/>
      </w:r>
      <w:r>
        <w:rPr>
          <w:lang w:eastAsia="zh-CN"/>
        </w:rPr>
        <w:t xml:space="preserve">    2024年学期末教师教学工作总结 篇1 </w:t>
      </w:r>
      <w:r>
        <w:rPr>
          <w:lang w:eastAsia="zh-CN"/>
        </w:rPr>
        <w:br/>
      </w:r>
      <w:r>
        <w:rPr>
          <w:lang w:eastAsia="zh-CN"/>
        </w:rPr>
        <w:t>　　20__年的春节，与往年格外的不同，新型冠状病毒肺炎来袭，面对突如其来的疫情，作为一名党员教师，我是一刻也没有放松过。</w:t>
      </w:r>
      <w:r>
        <w:rPr>
          <w:lang w:eastAsia="zh-CN"/>
        </w:rPr>
        <w:br/>
      </w:r>
      <w:r>
        <w:rPr>
          <w:lang w:eastAsia="zh-CN"/>
        </w:rPr>
        <w:t>　　从疫情开始我就密切关注事态的发展，严格遵照上级指示居家自护。随着疫情的发展，自大年初四开始，我主动报名参加社区党员服务群，开始为社区群众服务，尽一份绵薄之力。</w:t>
      </w:r>
      <w:r>
        <w:rPr>
          <w:lang w:eastAsia="zh-CN"/>
        </w:rPr>
        <w:br/>
      </w:r>
      <w:r>
        <w:rPr>
          <w:lang w:eastAsia="zh-CN"/>
        </w:rPr>
        <w:t>　　初七，响应党组织号召，参加望江路社区的临时党支部，兼任宣传委员，开始了入户摸排从外返乡人员，帮助从武汉返宜人员测体温，对小区进行消毒，开展新闻宣传，帮助不方便的居民人员购买日常用品等一系列相关工作。我所负责的疫情防控小区有110多户，繁琐事情多而杂，我一件件认真仔细完成。像我这样的党员，我们都认为，疫情当前，国家现在在紧急时刻，我们不能战斗在防疫的一线，但我们不能为抗战一线的“白衣战士”们增添麻烦，我们要为一线尽可能缩小“战线”而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随着疫情的发展，学校接到教育主管部门延期开学的通知，要求学校疫情防控期间停课不停学。于是我开始准备利用平台和教育信息化手段进行网络教学。面对这种全新的教学方式，我无从下手。但是疫情一线的“白衣勇士”们的精神鼓舞着我，我虚心向学校网络管理员学习，把自己全部的精力用在提升业务能力之上。怎样进行网络教学?学生学习环境现状怎样?如何进行知识胶囊录制?小盒子学生作业如何向家长反馈?这系列问题，我们学校老师们纷纷献计献策，经常三更半夜工作群里面还在相互交流，共同分享自己的经验，并一一把问题攻克，希望在特殊时期把教学工作开展好。</w:t>
      </w:r>
      <w:r>
        <w:rPr>
          <w:lang w:eastAsia="zh-CN"/>
        </w:rPr>
        <w:br/>
      </w:r>
      <w:r>
        <w:rPr>
          <w:lang w:eastAsia="zh-CN"/>
        </w:rPr>
        <w:t>　　通过一周的网络教学，我学会了，如何即批改时学生作业，如何在学生作业上留下批改的痕迹，及个性化的批改留言。</w:t>
      </w:r>
      <w:r>
        <w:rPr>
          <w:lang w:eastAsia="zh-CN"/>
        </w:rPr>
        <w:br/>
      </w:r>
      <w:r>
        <w:rPr>
          <w:lang w:eastAsia="zh-CN"/>
        </w:rPr>
        <w:t>　　为了活跃课堂气氛，迎合学生兴趣，激励学生更好开展学习，利用课间休息时间，组织学生进行脑筋急转和师生唱歌比赛，活跃了课堂气氛，减轻了学生的视觉疲劳。课后，我把作业情况拍成抖视频，发送给家长、学生，让反馈学生的学习情况，深得家长和学生的一致好评。</w:t>
      </w:r>
      <w:r>
        <w:rPr>
          <w:lang w:eastAsia="zh-CN"/>
        </w:rPr>
        <w:br/>
      </w:r>
      <w:r>
        <w:rPr>
          <w:lang w:eastAsia="zh-CN"/>
        </w:rPr>
        <w:t>　　幼儿园中班疫情期间教育教学班务工作总结</w:t>
      </w:r>
      <w:r>
        <w:rPr>
          <w:lang w:eastAsia="zh-CN"/>
        </w:rPr>
        <w:br/>
      </w:r>
      <w:r>
        <w:rPr>
          <w:lang w:eastAsia="zh-CN"/>
        </w:rPr>
        <w:t>　　1.来自孩子们的收获</w:t>
      </w:r>
      <w:r>
        <w:rPr>
          <w:lang w:eastAsia="zh-CN"/>
        </w:rPr>
        <w:br/>
      </w:r>
      <w:r>
        <w:rPr>
          <w:lang w:eastAsia="zh-CN"/>
        </w:rPr>
        <w:t>　　我看了孩子们写的收获和体会，写了上周学习的主要内容，也写了网络学习的感受，大部分同学写的真切动人。</w:t>
      </w:r>
      <w:r>
        <w:rPr>
          <w:lang w:eastAsia="zh-CN"/>
        </w:rPr>
        <w:br/>
      </w:r>
      <w:r>
        <w:rPr>
          <w:lang w:eastAsia="zh-CN"/>
        </w:rPr>
        <w:t>　　刘欣蕊写道：老师的语速适中，跟平常在学校讲课一样。老师讲的我们也都能跟上，老师讲完课，我们开始做练习题，练习题做完，老师会找几个同学来对照答案，我们每个同学都积极连麦，争先恐后，如有不对的地方，老师会很耐心的一点一点教会，讲的也很仔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陈光炫写：这样的上课方式让我感觉很安静，我很喜欢，老师不用太大的声音，可以好好保护好您的嗓子。这个贴心的小暖男，真让我感动。</w:t>
      </w:r>
      <w:r>
        <w:rPr>
          <w:lang w:eastAsia="zh-CN"/>
        </w:rPr>
        <w:br/>
      </w:r>
      <w:r>
        <w:rPr>
          <w:lang w:eastAsia="zh-CN"/>
        </w:rPr>
        <w:t>　　贾文政、苗景皓、范楚晨都说自己比平时课堂上更爱回答问题了，刘洪立对帮助他的同学很感激，徐嘉尉说很喜欢录讲题视频。</w:t>
      </w:r>
      <w:r>
        <w:rPr>
          <w:lang w:eastAsia="zh-CN"/>
        </w:rPr>
        <w:br/>
      </w:r>
      <w:r>
        <w:rPr>
          <w:lang w:eastAsia="zh-CN"/>
        </w:rPr>
        <w:t>　　2.家长如是说</w:t>
      </w:r>
      <w:r>
        <w:rPr>
          <w:lang w:eastAsia="zh-CN"/>
        </w:rPr>
        <w:br/>
      </w:r>
      <w:r>
        <w:rPr>
          <w:lang w:eastAsia="zh-CN"/>
        </w:rPr>
        <w:t>　　对于防疫期间不得已的做法，绝大多数的家长给予了肯定。刘彥麟妈妈写道：陪孩子上课仿佛回到了学生时代，发现自己的孩子思维不够灵活，性格内向几次鼓励他连麦都不乐意。</w:t>
      </w:r>
      <w:r>
        <w:rPr>
          <w:lang w:eastAsia="zh-CN"/>
        </w:rPr>
        <w:br/>
      </w:r>
      <w:r>
        <w:rPr>
          <w:lang w:eastAsia="zh-CN"/>
        </w:rPr>
        <w:t>　　陈光炫家长道：没直播之前，孩子懒散、玩游戏、不定时吃饭睡觉，直播学习后孩子变了，按时起床，比平时学习更认真，孩子听得那个认真啊，生怕漏掉一句话，微课也是反复听。</w:t>
      </w:r>
      <w:r>
        <w:rPr>
          <w:lang w:eastAsia="zh-CN"/>
        </w:rPr>
        <w:br/>
      </w:r>
      <w:r>
        <w:rPr>
          <w:lang w:eastAsia="zh-CN"/>
        </w:rPr>
        <w:t>　　韩慎之家长说：希望隔几天上一次直播课，长时间接触电脑手机对视力有影响，可以多布置一些作业。</w:t>
      </w:r>
      <w:r>
        <w:rPr>
          <w:lang w:eastAsia="zh-CN"/>
        </w:rPr>
        <w:br/>
      </w:r>
      <w:r>
        <w:rPr>
          <w:lang w:eastAsia="zh-CN"/>
        </w:rPr>
        <w:t>　　刘欣蕊妈妈反馈说：平时上班忙看不到孩子怎样上课，基本上就是看到孩子的一个作业情况，成绩大概。而现在在家上直播，真实的看到孩子学习中的一个真实情况，她的思维是否跟的上老师的讲课，注意力是否集中以及上课的一些不好习惯，也对孩子做出一些指正和提醒。感谢学校，感谢老师，在这次疫情的情况下，没有耽误孩子的学习，还让我们家长有了这次体验孩子学习的过程，更了解我们自己的孩子。</w:t>
      </w:r>
      <w:r>
        <w:rPr>
          <w:lang w:eastAsia="zh-CN"/>
        </w:rPr>
        <w:br/>
      </w:r>
      <w:r>
        <w:rPr>
          <w:lang w:eastAsia="zh-CN"/>
        </w:rPr>
        <w:t>　　3.我要说：我们无法面对面，但心连心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这次的直播上课，有一个新收获，就是家长对老师更加体谅。以前教室上课的时候，家长也看不到老师的教学内容，现在日常授课、布置作业、点评作业都在群里一清二楚，家长的参与度也很高，纷纷点赞，借机也提升了一下家校共育的意识。课程结束，家长都在群里为我们点赞加油，有一次一位同学在群里发“下课，起立，老师再见”，一声声“谢谢教师!”“老师辛苦了!”真的非常感动，虽然隔着屏幕无法面对面，我们心连着心，始终都在一起。</w:t>
      </w:r>
      <w:r>
        <w:rPr>
          <w:lang w:eastAsia="zh-CN"/>
        </w:rPr>
        <w:br/>
      </w:r>
      <w:r>
        <w:rPr>
          <w:lang w:eastAsia="zh-CN"/>
        </w:rPr>
        <w:t>　　幼儿园中班疫情期间教育教学班务工作总结</w:t>
      </w:r>
      <w:r>
        <w:rPr>
          <w:lang w:eastAsia="zh-CN"/>
        </w:rPr>
        <w:br/>
      </w:r>
      <w:r>
        <w:rPr>
          <w:lang w:eastAsia="zh-CN"/>
        </w:rPr>
        <w:t>　　忙忙碌碌中，又一个学期过去了，回顾整个学期，前三个月，受疫情影响，我们只能线上教学，最后这个月，迎来了开学，并实施了每天晨检、午检、晚检。</w:t>
      </w:r>
      <w:r>
        <w:rPr>
          <w:lang w:eastAsia="zh-CN"/>
        </w:rPr>
        <w:br/>
      </w:r>
      <w:r>
        <w:rPr>
          <w:lang w:eastAsia="zh-CN"/>
        </w:rPr>
        <w:t>　　我们班老师都能认真贯彻国家的教育方针政策，遵守本园的规章制度，热爱幼儿，热爱本职工作，在自己的岗位上踏踏实实地工作。在我们班三位老师的互相帮助、默契配合下，班务工作开展得井井有条。该学期，我班幼儿的生活自理能力明显提高，幼儿的智力水平也得到很好的发展。家长工作开展得比较顺利，家长都能积极支持配合。在家园共育下，幼儿在体、智、德、美劳等诸方面得到和谐发展。逐渐养成了良好的卫生习惯、学习习惯，有一定的生活自理能力，懂得礼貌待人，初步会遵守本班的常规纪律，特别是在绘画、语言方面，我班幼儿较感兴趣。在普通话表达能力方面也有明显进步。</w:t>
      </w:r>
      <w:r>
        <w:rPr>
          <w:lang w:eastAsia="zh-CN"/>
        </w:rPr>
        <w:br/>
      </w:r>
      <w:r>
        <w:rPr>
          <w:lang w:eastAsia="zh-CN"/>
        </w:rPr>
        <w:t>　　现从以下几方面总结本班一学期来的班务工作情况。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一、加强卫生保健工作，预防各种传染疾病，保证幼儿健康成长</w:t>
      </w:r>
      <w:r>
        <w:rPr>
          <w:lang w:eastAsia="zh-CN"/>
        </w:rPr>
        <w:br/>
      </w:r>
      <w:r>
        <w:rPr>
          <w:lang w:eastAsia="zh-CN"/>
        </w:rPr>
        <w:t>　　一个月来，我班能配合保健老师做好每天晨检以及体检工作，每天密切观察幼儿的健康状况，并做好记录，每月依时上报幼儿疾病情况。积极开展各项户外活动，保证每天两小时的户外活动时间，提高幼儿身体的抵抗能力，增强幼儿的体质。同时加强对幼儿自理能力的培养，使幼儿学会了自己穿衣服、鞋袜，自己整理床铺，并通过轮流当“值日生”的形式，让幼儿学习擦桌子等。</w:t>
      </w:r>
      <w:r>
        <w:rPr>
          <w:lang w:eastAsia="zh-CN"/>
        </w:rPr>
        <w:br/>
      </w:r>
      <w:r>
        <w:rPr>
          <w:lang w:eastAsia="zh-CN"/>
        </w:rPr>
        <w:t>　　这个月，我园两个中班都发现了几例手足口病，为防止其他孩子传染，把患病儿隔离，并全班放假两周。我们认真做好各种预防工作，加强晨检，教室、午睡室定期消毒通风等，经过大家的努力，很好地杜绝了手足口在我班的蔓延。平时注意提醒孩子多喝开水，养成良好的喝水的习惯。并提醒幼儿根据天气变化及时穿衣服，预防感冒。</w:t>
      </w:r>
      <w:r>
        <w:rPr>
          <w:lang w:eastAsia="zh-CN"/>
        </w:rPr>
        <w:br/>
      </w:r>
      <w:r>
        <w:rPr>
          <w:lang w:eastAsia="zh-CN"/>
        </w:rPr>
        <w:t>　　本月，我们把各地安全事件频发，安全工作列入了幼儿园头等重要的大事。我们配合园部组织幼儿拍摄照片，制作接送卡，并向家长解释各种安全措施，让他们认识到运用接送卡的必要性，家长们很是理解并积极配合。另外，安全教育课程也有系统地排进了日程，让幼儿掌握更多的安全知识。如《不要轻易相信陌生人的话》，《远离家中的电老虎》等，还结合夏季幼儿喜欢玩水的特点，教育幼儿一些玩水的安全知识。</w:t>
      </w:r>
      <w:r>
        <w:rPr>
          <w:lang w:eastAsia="zh-CN"/>
        </w:rPr>
        <w:br/>
      </w:r>
      <w:r>
        <w:rPr>
          <w:lang w:eastAsia="zh-CN"/>
        </w:rPr>
        <w:t>　　二、认真按计划开展班务工作，保证完成教育教学任务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1.加强常规教育，建立良好的班级常规习惯。</w:t>
      </w:r>
      <w:r>
        <w:rPr>
          <w:lang w:eastAsia="zh-CN"/>
        </w:rPr>
        <w:br/>
      </w:r>
      <w:r>
        <w:rPr>
          <w:lang w:eastAsia="zh-CN"/>
        </w:rPr>
        <w:t>　　幼儿的一日生活都是学习，教育教学也贯穿于幼儿的一日生活中，幼儿一天生活是否能有序进行，当然取决于幼儿一日常规的建立。因此，我注重加强常规教育，把建立幼儿的良好常规放在班级管理的首位，在幼儿的一天生活各个环节中都提出具体的要求，并不断地提醒、督促幼儿按要求去做，在各位老师的共同努力下，我班幼儿的常规纪律、学习习惯、生活习惯都有了进步。</w:t>
      </w:r>
      <w:r>
        <w:rPr>
          <w:lang w:eastAsia="zh-CN"/>
        </w:rPr>
        <w:br/>
      </w:r>
      <w:r>
        <w:rPr>
          <w:lang w:eastAsia="zh-CN"/>
        </w:rPr>
        <w:t>　　2.认真按计划组织活动，保证教学质量。</w:t>
      </w:r>
      <w:r>
        <w:rPr>
          <w:lang w:eastAsia="zh-CN"/>
        </w:rPr>
        <w:br/>
      </w:r>
      <w:r>
        <w:rPr>
          <w:lang w:eastAsia="zh-CN"/>
        </w:rPr>
        <w:t>　　在教学上，我能认真制定各类教学计划，并按计划准备教玩具，认真实施计划，认真组织好幼儿每天各个环节的活动，使幼儿每天都过得愉快而充实。在教学方法上，我提倡做中学。它让幼儿有机会亲自探究自然奥秘，在观察、提问、设想，动手实验、表达和相互交流的探究活动中，体验科学探究过程，从而获得初步的探究能力。在活动中，幼儿对学习的兴趣越来越浓，爱动脑筋，积极发言，思维特别活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3.注重加强个别教育，纠正孩子不良习惯。文明礼仪是我园的研究课题。我们通过开展主题教育活动，利用环境熏陶，创设氛围等方法把它贯穿于幼儿的一日活动中，收到了很好的效果。但还是有个别幼儿出现打同伴、不守纪律、不守规则的行为。针对这种现象，我加强幼儿的个别教育。如，他是个调皮的孩子，总是管不好自己的小手。遇到什么事就举起小手，平时游戏时趁人不注意就推推这个，拍拍那个，惹得大家一直来告状。说起，大家都有好多话要说，但似乎都不怎么喜欢他。但，怎样让孩子转变过来呢?我一时找不到方法。我深知，孩子的转变不可能立竿见影，特别是这种顽皮捣蛋的孩子，更需要时间去引导他。</w:t>
      </w:r>
      <w:r>
        <w:rPr>
          <w:lang w:eastAsia="zh-CN"/>
        </w:rPr>
        <w:br/>
      </w:r>
      <w:r>
        <w:rPr>
          <w:lang w:eastAsia="zh-CN"/>
        </w:rPr>
        <w:t>　　而在一次美术活动中，因为无意中听到跟别的孩子的对话，我发现他也很有荣誉感。因此我从这方面着手，努力改掉不良习惯。在我坚持不懈的努力下，逐渐开始转变了。现在，他已肯听从成人的教导，讲道理，打人现象已极少，在活动中变规矩多了，而且能认真上课，积极思考，踊跃发言。看着他在一天天的进步，我的心感到甜滋滋的。</w:t>
      </w:r>
      <w:r>
        <w:rPr>
          <w:lang w:eastAsia="zh-CN"/>
        </w:rPr>
        <w:br/>
      </w:r>
      <w:r>
        <w:rPr>
          <w:lang w:eastAsia="zh-CN"/>
        </w:rPr>
        <w:t>　　4.积极参加教研活动，提高教研能力。本学期，中心考虑到各幼儿园师资情况都不甚理想，并不具备驾驭课程的能力，因此，有针对性地组织了部分教师对课程进行整理，再把它下发给各个幼儿园参照执行。拿到新的课程的时候，我们认真学习、吸收，渐渐把新的东西进行内化。特别是对于初次接触的水墨画，我们更是坐下来，一起研究。从鼓起勇气拿起笔到终于能和孩子一起完成一幅比较令人满意的作品，这从无到有的经验，一点一滴的摸索，能看到我们教师参与教研活动的积极性及教研能力的提高。对孩子来说，从一开始的“用毛笔画画真难啊!”到现在的“又能用毛笔画画了吗?”这其中的变化也能看出孩子对这一领域的理解从好奇到喜欢，从一无所知到充满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们还有针对性地进行了角色游戏的专门研讨。开学后，市教研员_老师来我园进行调研，对我们的课程安排进行了调整，角色游戏从区域活动中脱离出来，并增加了它的量。从分到合再到分，每一次的变动都对我们不断地提高了要求，如何很好地开展角色游戏成为当前摆在我们面前急需解决的难题。我们开始了认真地研讨及摸索，并进行了展示活动，再由大家对活动进行再次研讨，提出意见建议，最终总结出几点共识。</w:t>
      </w:r>
      <w:r>
        <w:rPr>
          <w:lang w:eastAsia="zh-CN"/>
        </w:rPr>
        <w:br/>
      </w:r>
      <w:r>
        <w:rPr>
          <w:lang w:eastAsia="zh-CN"/>
        </w:rPr>
        <w:t>　　三、密切联系家长，努力做好家园同步教育工作</w:t>
      </w:r>
      <w:r>
        <w:rPr>
          <w:lang w:eastAsia="zh-CN"/>
        </w:rPr>
        <w:br/>
      </w:r>
      <w:r>
        <w:rPr>
          <w:lang w:eastAsia="zh-CN"/>
        </w:rPr>
        <w:t>　　在家长工作方面，我们坚持做到热情接待家长，主动与家长联系，通过多种途径开展家长工作。由于各地安全事件频发的原因，我园采取了家长接送幼儿时不能入园的措施，因此，老师与家长直接接触的机会减少，定期出版的家长园地也没有家长光顾，我们便抓住晚上的时间，多与家长勾通，并常常通过电话、家校路路通、《宝宝成长档案》的形式进行联系。本月，我们进行了一次线上家长会，向家长们传授了一些育儿理论及知识，并结合实际情况，向家长宣传幼儿园的教育教学内容、方法及保健知识。每次活动我都能有计划、有组织地进行，在我与本班老师的发动下，家长非常重视，参与的积极性高，通过这些家园互动的活动，让家长更了解幼儿园、了解教师、了解自己孩子在园的学习、生活，进而更支持、配合我们的工作，达到家园同步教育的目的。</w:t>
      </w:r>
      <w:r>
        <w:rPr>
          <w:lang w:eastAsia="zh-CN"/>
        </w:rPr>
        <w:br/>
      </w:r>
      <w:r>
        <w:rPr>
          <w:lang w:eastAsia="zh-CN"/>
        </w:rPr>
        <w:t>　　本学期，在我们班三位老师的共同努力下，我班的班务工作得以顺利完成，幼儿在体、智、德、美、劳等诸方面也有了不同程度的提高。今后我们将一如既往地继续团结协作，争取把本班的工作做得更好，让我班幼儿能更健康、活泼、快乐地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2024年学期末教师教学工作总结 篇2 </w:t>
      </w:r>
      <w:r>
        <w:rPr>
          <w:lang w:eastAsia="zh-CN"/>
        </w:rPr>
        <w:br/>
      </w:r>
      <w:r>
        <w:rPr>
          <w:lang w:eastAsia="zh-CN"/>
        </w:rPr>
        <w:t>　　时间过的飞快，转眼间，繁忙而紧张的一学期又结束了，这一学期的小班教学工作虽然非常繁重，但却让我感到充实而快乐!。回顾这一学期，在小班化课堂的实施中，不断实践，不断创新，圆满完成了本学期的各项工作，现把本学期教学工作总结如下。</w:t>
      </w:r>
      <w:r>
        <w:rPr>
          <w:lang w:eastAsia="zh-CN"/>
        </w:rPr>
        <w:br/>
      </w:r>
      <w:r>
        <w:rPr>
          <w:lang w:eastAsia="zh-CN"/>
        </w:rPr>
        <w:t>　　一、教学工作：</w:t>
      </w:r>
      <w:r>
        <w:rPr>
          <w:lang w:eastAsia="zh-CN"/>
        </w:rPr>
        <w:br/>
      </w:r>
      <w:r>
        <w:rPr>
          <w:lang w:eastAsia="zh-CN"/>
        </w:rPr>
        <w:t>　　(一)这学期实施小班化教学课堂：</w:t>
      </w:r>
      <w:r>
        <w:rPr>
          <w:lang w:eastAsia="zh-CN"/>
        </w:rPr>
        <w:br/>
      </w:r>
      <w:r>
        <w:rPr>
          <w:lang w:eastAsia="zh-CN"/>
        </w:rPr>
        <w:t>　　教师的主要工作还是教育教学，全面提高教育教学质量。教学质量永远是教学的生命与核心。要提高教学质量，关键是要上好课，教会学生学习的方法。为此，们认真备课，认真钻研教材，精心设计导学案，从学生的角度精心设计，便于引导学生学习。在小班化教学的学习中，同学们都能把自己当成是学习的主人，在课堂上充分展示自己，课堂真正了变成了学生展示的舞台，老师只起到了引导，点拨的作用。小班化教学不但让学生活了起来，也让老师们活了起来，老师们制定导学案，互相配合，通力合作，实现了集体备课，导学案的呈现就是集体智慧的结晶。通过制定导学案，增强了老师们之间的团队意识，增进了老师之间的凝聚力。小班化教学的小组建设，使同学们之间增强了凝聚力，同学们的集体意识增强了，团队意识也增强，通过小组之间的竞争，培养了同学们的竞争意识。小班化教学锻炼了学生，也锻炼了老师。</w:t>
      </w:r>
      <w:r>
        <w:rPr>
          <w:lang w:eastAsia="zh-CN"/>
        </w:rPr>
        <w:br/>
      </w:r>
      <w:r>
        <w:rPr>
          <w:lang w:eastAsia="zh-CN"/>
        </w:rPr>
        <w:t>　　(二)小组建设：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小班化教学的小组建设，展现出来它特有的优势。通过一学年小班化教学的实施，小组建设更有了成效。小组的划分，更趋向合理。组长的职责更明确了。每天一早来了，组长就带领小组成员进行导学案的检查，互帮互学。组长更明确了自己的责任。小组长，真正成了老师得力的助手。同学们学习的领头人。小组成员在组长的带领下，有条不紊地进行学习，活动，他们都有了为小组争得荣誉的思想，都感到为小组得分很光荣，因为自己给小组丢了分感到耻辱。小组之间的竞争，促进了学习成绩的提升，促进了学生各方面素质的不断发展提高。这都得益于小班化教学的小组合作。</w:t>
      </w:r>
      <w:r>
        <w:rPr>
          <w:lang w:eastAsia="zh-CN"/>
        </w:rPr>
        <w:br/>
      </w:r>
      <w:r>
        <w:rPr>
          <w:lang w:eastAsia="zh-CN"/>
        </w:rPr>
        <w:t>　　(三)要提高教学质量，还要做好后进生的辅导工作。</w:t>
      </w:r>
      <w:r>
        <w:rPr>
          <w:lang w:eastAsia="zh-CN"/>
        </w:rPr>
        <w:br/>
      </w:r>
      <w:r>
        <w:rPr>
          <w:lang w:eastAsia="zh-CN"/>
        </w:rPr>
        <w:t>　　要承认每个孩子的智力是有差异的，我们班的金恩赞，郑玄玉等几个同学学习吃力，接受知识比较困难，在小组的合作学习中，在组长和全体组员的共同努力下，这些同学在学习上，各方面都有了很大的进步。小班化教学，小组建设，真是给孩子提供了锻炼的机会。这些同学个方面的能力都得到了提升。同时，也得得到家长的支持，老师，家长，同学，学生自己，多方配合，共同努力，使这些孩子有了很大进步。</w:t>
      </w:r>
      <w:r>
        <w:rPr>
          <w:lang w:eastAsia="zh-CN"/>
        </w:rPr>
        <w:br/>
      </w:r>
      <w:r>
        <w:rPr>
          <w:lang w:eastAsia="zh-CN"/>
        </w:rPr>
        <w:t>　　二、其他工作</w:t>
      </w:r>
      <w:r>
        <w:rPr>
          <w:lang w:eastAsia="zh-CN"/>
        </w:rPr>
        <w:br/>
      </w:r>
      <w:r>
        <w:rPr>
          <w:lang w:eastAsia="zh-CN"/>
        </w:rPr>
        <w:t>　　另外，我积极协助朝语组长南老师的工作，上传下达，收集每月优秀作文资料，传达任务，督促各班读书活动，在我们几位老师的共同努力下，各项工作做得都很好，作业，备课，导学案等，都取得了比较好的成绩。圆满的完成了各项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一学期的总结能让自己更加清楚的认识自己，也更多告诉自己今后该努力的方向。我时刻记着自己是一名老师，就要做一名好老师，做一名让领导省心，家长放心，同事欣赏和学生喜欢的老师。</w:t>
      </w:r>
      <w:r>
        <w:rPr>
          <w:lang w:eastAsia="zh-CN"/>
        </w:rPr>
        <w:br/>
      </w:r>
      <w:r>
        <w:rPr>
          <w:lang w:eastAsia="zh-CN"/>
        </w:rPr>
        <w:t xml:space="preserve">    2024年学期末教师教学工作总结 篇3 </w:t>
      </w:r>
      <w:r>
        <w:rPr>
          <w:lang w:eastAsia="zh-CN"/>
        </w:rPr>
        <w:br/>
      </w:r>
      <w:r>
        <w:rPr>
          <w:lang w:eastAsia="zh-CN"/>
        </w:rPr>
        <w:t>　　日子过得既快又慢，开学时，想想这个史上最长学期，便觉得遥遥无期;可是一转眼，2__年已经来了，这个史上最长学期已然接近尾声。回顾20__年的工作，想说的很多。</w:t>
      </w:r>
      <w:r>
        <w:rPr>
          <w:lang w:eastAsia="zh-CN"/>
        </w:rPr>
        <w:br/>
      </w:r>
      <w:r>
        <w:rPr>
          <w:lang w:eastAsia="zh-CN"/>
        </w:rPr>
        <w:t>　　20__年9月，产后复出，我便接手新的工作——初一年级和高一中美班的教学。这在我将近10年的教学生涯里，是第一次。这第一次从未教过的两个班级为我打开了一扇窗，我对教育又有了新的认识。</w:t>
      </w:r>
      <w:r>
        <w:rPr>
          <w:lang w:eastAsia="zh-CN"/>
        </w:rPr>
        <w:br/>
      </w:r>
      <w:r>
        <w:rPr>
          <w:lang w:eastAsia="zh-CN"/>
        </w:rPr>
        <w:t>　　还记得29班的第一次阅读课，刚进图书馆，一个男孩就把牛奶洒了一桌子;刚开始阅读，另一个小男孩就说笔找不到了;阅读课还没有结束，又一个小男孩的笔坏了，墨水沾了满手……就是这样的一群状况百出的小孩子，一个学期之后，已经能够秩序井然地去图书馆阅读。</w:t>
      </w:r>
      <w:r>
        <w:rPr>
          <w:lang w:eastAsia="zh-CN"/>
        </w:rPr>
        <w:br/>
      </w:r>
      <w:r>
        <w:rPr>
          <w:lang w:eastAsia="zh-CN"/>
        </w:rPr>
        <w:t>　　还记得刚开始29班的课堂，我还没有开始讲课，下面的小孩子已经举起了很多手;我每次布置完作业，下面的小孩子总是要问我写在哪里。他们随时都有很多问题需要我解答，而这些问题几乎没有多少与课堂内容有关。就是这样一群爱问问题的小孩子，一个学期之后，已经能够把与课堂内容无关的问题放在课下去解决。</w:t>
      </w:r>
      <w:r>
        <w:rPr>
          <w:lang w:eastAsia="zh-CN"/>
        </w:rPr>
        <w:br/>
      </w:r>
      <w:r>
        <w:rPr>
          <w:lang w:eastAsia="zh-CN"/>
        </w:rPr>
        <w:t>　　29班的孩子在一天天地长大。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中美班则是另一番景象，课堂一直处于无序状态，我的教学一直被忽视，被打断。出国对他们而言就像当年的淘金梦，似乎所有的问题都可以在美国得到解决。苦恼过，郁闷过，甚至口不择言过。终于，在已经到来的2__年，在我和中美班孩子们的共同努力下，我的课堂终于可以讲一点点的东西了，这在我看来已经是很大的进步了。</w:t>
      </w:r>
      <w:r>
        <w:rPr>
          <w:lang w:eastAsia="zh-CN"/>
        </w:rPr>
        <w:br/>
      </w:r>
      <w:r>
        <w:rPr>
          <w:lang w:eastAsia="zh-CN"/>
        </w:rPr>
        <w:t>　　中美班的孩子也在一天天地变化。</w:t>
      </w:r>
      <w:r>
        <w:rPr>
          <w:lang w:eastAsia="zh-CN"/>
        </w:rPr>
        <w:br/>
      </w:r>
      <w:r>
        <w:rPr>
          <w:lang w:eastAsia="zh-CN"/>
        </w:rPr>
        <w:t>　　我常常和同事开玩笑地说：“带了这两个班班，我更明白了如何做一个好家长。”我明白，一个不完成作业的孩子背后，一定有一个不关心孩子学习的家长;一个终日郁郁寡欢的孩子背后，一定有一个对孩子要求过多的家长;一个无所事事吊儿郎当的孩子背后，一定有一个持学习无用论的家长;一个不尊重别人的孩子背后，一定有一个视金钱为最高标准的家长……一个孩子在学校的种种问题，家长至少有一半的责任。而我们教师的工作，有时候像极了孩子的家长。明白了孩子的这些问题，我们的工作就不仅仅是知识的传授，更多的应该是引导孩子们热情积极地面对生活。</w:t>
      </w:r>
      <w:r>
        <w:rPr>
          <w:lang w:eastAsia="zh-CN"/>
        </w:rPr>
        <w:br/>
      </w:r>
      <w:r>
        <w:rPr>
          <w:lang w:eastAsia="zh-CN"/>
        </w:rPr>
        <w:t>　　有人说，能教好中学的老师是贤人，能教好小学的老师是圣人。带了29班和中美班之后，我想说，能应付各种班级的老师是圣人。</w:t>
      </w:r>
      <w:r>
        <w:rPr>
          <w:lang w:eastAsia="zh-CN"/>
        </w:rPr>
        <w:br/>
      </w:r>
      <w:r>
        <w:rPr>
          <w:lang w:eastAsia="zh-CN"/>
        </w:rPr>
        <w:t>　　2__年，我希望自己能跟着这两个班级的孩子一起成长，我希望自己越来越温厚，越来越宽容。</w:t>
      </w:r>
      <w:r>
        <w:rPr>
          <w:lang w:eastAsia="zh-CN"/>
        </w:rPr>
        <w:br/>
      </w:r>
      <w:r>
        <w:rPr>
          <w:lang w:eastAsia="zh-CN"/>
        </w:rPr>
        <w:t xml:space="preserve">    2024年学期末教师教学工作总结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一年以来，本人始终坚持贯彻党的教育方针，忠诚党的教育事业，爱岗敬业，默默奉献，尽力做好各项工作，认真履行自己的岗位职责。现将本人在一年来的工作和学习状况总结如下：</w:t>
      </w:r>
      <w:r>
        <w:rPr>
          <w:lang w:eastAsia="zh-CN"/>
        </w:rPr>
        <w:br/>
      </w:r>
      <w:r>
        <w:rPr>
          <w:lang w:eastAsia="zh-CN"/>
        </w:rPr>
        <w:t>　　一、政治思想方面</w:t>
      </w:r>
      <w:r>
        <w:rPr>
          <w:lang w:eastAsia="zh-CN"/>
        </w:rPr>
        <w:br/>
      </w:r>
      <w:r>
        <w:rPr>
          <w:lang w:eastAsia="zh-CN"/>
        </w:rPr>
        <w:t>　　本人拥护党的基本路线，努力贯彻党的教育方针，忠诚党的教育事业。服从校园的工作安排，自觉遵守职业道德。遵纪守法，团结协作;爱岗敬业，忠于职守;教书育人，为人师表。</w:t>
      </w:r>
      <w:r>
        <w:rPr>
          <w:lang w:eastAsia="zh-CN"/>
        </w:rPr>
        <w:br/>
      </w:r>
      <w:r>
        <w:rPr>
          <w:lang w:eastAsia="zh-CN"/>
        </w:rPr>
        <w:t>　　二、教育教学方面</w:t>
      </w:r>
      <w:r>
        <w:rPr>
          <w:lang w:eastAsia="zh-CN"/>
        </w:rPr>
        <w:br/>
      </w:r>
      <w:r>
        <w:rPr>
          <w:lang w:eastAsia="zh-CN"/>
        </w:rPr>
        <w:t>　　透过学习新的《课程标准》，树立了学生主体观，贯彻了民主教学的思想，构建了一种民主和谐平等的新型师生关系。重视了学生独立性，自主性的培养与发展，将学生的发展作为教学活动的出发点和归宿。努力培养学生的合作交流、自主探究、勇于创新等潜力。由于本人坚持认真备好每一节课，上好每一节课，批好每一本作业，教育好每一个学生。透过一年的努力，学生成绩得到很大的提高，得到校领导和教师的一致好评。</w:t>
      </w:r>
      <w:r>
        <w:rPr>
          <w:lang w:eastAsia="zh-CN"/>
        </w:rPr>
        <w:br/>
      </w:r>
      <w:r>
        <w:rPr>
          <w:lang w:eastAsia="zh-CN"/>
        </w:rPr>
        <w:t>　　三、班主任工作方面</w:t>
      </w:r>
      <w:r>
        <w:rPr>
          <w:lang w:eastAsia="zh-CN"/>
        </w:rPr>
        <w:br/>
      </w:r>
      <w:r>
        <w:rPr>
          <w:lang w:eastAsia="zh-CN"/>
        </w:rPr>
        <w:t>　　在班主任工作方面，首先注重思想政治和道德教育。其次抓好学习方法的转变。三是搞好班级卫生，树良好形象。四是用心稳妥地展开班级竞选活动，将竞争纳入工作轨道。五是用心会同各学科教师用心备好学生，探讨教育学生的方法，同时用心同家长联系，及时了解、</w:t>
      </w:r>
      <w:r>
        <w:rPr>
          <w:lang w:eastAsia="zh-CN"/>
        </w:rPr>
        <w:br/>
      </w:r>
      <w:r>
        <w:rPr>
          <w:lang w:eastAsia="zh-CN"/>
        </w:rPr>
        <w:t>　　掌握学生状况，共同管理教育学生。</w:t>
      </w:r>
      <w:r>
        <w:rPr>
          <w:lang w:eastAsia="zh-CN"/>
        </w:rPr>
        <w:br/>
      </w:r>
      <w:r>
        <w:rPr>
          <w:lang w:eastAsia="zh-CN"/>
        </w:rPr>
        <w:t>　　四、教学研究方面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用心参加教研活动，努力提高自己的理论水平。在校园的教研中，敢于提出自己不同的见解和发表自己的意见。用心上好汇报课、公开课，撰写教学反思、教学案例、教学论文，为科研课题收集数据、资料。一句话，用科学的方法、严谨的态度、务实的作风搞好校本教研，搞好教学科研。</w:t>
      </w:r>
      <w:r>
        <w:rPr>
          <w:lang w:eastAsia="zh-CN"/>
        </w:rPr>
        <w:br/>
      </w:r>
      <w:r>
        <w:rPr>
          <w:lang w:eastAsia="zh-CN"/>
        </w:rPr>
        <w:t>　　一年来，我踏实地做了一些工作，取得了一些成绩，但成绩只能代表过去，工作中也存在着一些不足，在今后的工作中，我必须要发扬优点，改正不足，争取更大的成绩。</w:t>
      </w:r>
      <w:r>
        <w:rPr>
          <w:lang w:eastAsia="zh-CN"/>
        </w:rPr>
        <w:br/>
      </w:r>
      <w:r>
        <w:rPr>
          <w:lang w:eastAsia="zh-CN"/>
        </w:rPr>
        <w:t xml:space="preserve">    2024年学期末教师教学工作总结 篇5 </w:t>
      </w:r>
      <w:r>
        <w:rPr>
          <w:lang w:eastAsia="zh-CN"/>
        </w:rPr>
        <w:br/>
      </w:r>
      <w:r>
        <w:rPr>
          <w:lang w:eastAsia="zh-CN"/>
        </w:rPr>
        <w:t>　　一学期的时光就这样过去了，回顾这一学期的工作，想说的真是太多太多。人民教师这一职业是非常辛苦的。本学期，我担任一年级一班数学课教学。现就本人的工作小结如下：</w:t>
      </w:r>
      <w:r>
        <w:rPr>
          <w:lang w:eastAsia="zh-CN"/>
        </w:rPr>
        <w:br/>
      </w:r>
      <w:r>
        <w:rPr>
          <w:lang w:eastAsia="zh-CN"/>
        </w:rPr>
        <w:t>　　一、 师德方面</w:t>
      </w:r>
      <w:r>
        <w:rPr>
          <w:lang w:eastAsia="zh-CN"/>
        </w:rPr>
        <w:br/>
      </w:r>
      <w:r>
        <w:rPr>
          <w:lang w:eastAsia="zh-CN"/>
        </w:rPr>
        <w:t>　　教师是人类灵魂的工程师，是传递知识和文明的接力手，是点燃未来之光的火炬手。作为一名人民教师，我感到由衷的自豪，也深知肩负的历史寄托和责任。我清楚要成为优秀的新世纪、社会主义精神文明工作者，就要不断提高自身的精神修养，提高自己的政治素养和专业文化水平。与时俱进，开拓进取已成为这个时代的主旋律，信息时代的教师一定要勤于学习，勇于创新，踏实肯干，用自己辛勤的努力培养出新世纪、新时期的新一代劳动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本人能积极参加政治学习，关心国家大事，拥护党的领导，拥护党的各项方针政策，关心国内外大事,注重政治理论的学习，团结同志，热心帮助同志，人际关系融洽，教学目的明确，态度端正，钻研业务，勤奋刻苦，关心学生，爱护学生，为人师表，有奉献精神。,认真学习学校下达的上级文件，配合组里搞好教研活动，从不缺勤，按时坐班，服从安排，业余从不从事有偿家教及第二职业。本学年度全勤。</w:t>
      </w:r>
      <w:r>
        <w:rPr>
          <w:lang w:eastAsia="zh-CN"/>
        </w:rPr>
        <w:br/>
      </w:r>
      <w:r>
        <w:rPr>
          <w:lang w:eastAsia="zh-CN"/>
        </w:rPr>
        <w:t>　　二、 教学情况</w:t>
      </w:r>
      <w:r>
        <w:rPr>
          <w:lang w:eastAsia="zh-CN"/>
        </w:rPr>
        <w:br/>
      </w:r>
      <w:r>
        <w:rPr>
          <w:lang w:eastAsia="zh-CN"/>
        </w:rPr>
        <w:t>　　在教学工作中，我注意做到以下几点：</w:t>
      </w:r>
      <w:r>
        <w:rPr>
          <w:lang w:eastAsia="zh-CN"/>
        </w:rPr>
        <w:br/>
      </w:r>
      <w:r>
        <w:rPr>
          <w:lang w:eastAsia="zh-CN"/>
        </w:rPr>
        <w:t>　　1、深入细致的备好每一节课。在教学活动中，积极参加年级组组织的教研活动，进行集体备课，仔细听，认真记，领会精神实质。然后根据要求，备好课，写好教案。平时做到提前备课，备课时认真钻研教材、教参，学习好大纲，虚心向同年组老师学习、请教。力求吃透教材，找准重点、难点，制定符合学生认知规律的教学方法及教学形式。注意弱化难点强调重点。教案编写认真，并不断归纳总结提高教学水平。</w:t>
      </w:r>
      <w:r>
        <w:rPr>
          <w:lang w:eastAsia="zh-CN"/>
        </w:rPr>
        <w:br/>
      </w:r>
      <w:r>
        <w:rPr>
          <w:lang w:eastAsia="zh-CN"/>
        </w:rPr>
        <w:t>　　为了上好每一节课，我经常上网查资料，集中别人的优点确定自己的教学思路，常常工作到深夜。为了学生能更直观地感受所学的知识内容，我积极查找课件，制作课件，准备、制作教具。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上课。上好课的前提是做好课前准备，不打无准备之仗。上课时认真讲课，力求抓住重点，突破难点，精讲精练。运用多种教学方法，从学生的实际出发，注意调动学生学习的积极性和创造性思维，使学生有举一反三的能力。培养学困生的学习兴趣，有难度的问题找优等生;一般问题找中等生;简单些的总是找学困生回答。桌间巡视时，注意对学困生进行面对面的辅导，课后及时做课后记，找出不足。上课时注重学生主动性的发挥，培养学生的思维，注重综合能力的培养，有意识的培养学生的思维的严谨性及逻辑性，在教学中提高学生的思维素质，保证每一节课的质量。</w:t>
      </w:r>
      <w:r>
        <w:rPr>
          <w:lang w:eastAsia="zh-CN"/>
        </w:rPr>
        <w:br/>
      </w:r>
      <w:r>
        <w:rPr>
          <w:lang w:eastAsia="zh-CN"/>
        </w:rPr>
        <w:t>　　3、辅导。我利用课余时间对学生进行辅导，不明白的耐心讲解，及时查缺补漏。并与家长联系，及时沟通情况。</w:t>
      </w:r>
      <w:r>
        <w:rPr>
          <w:lang w:eastAsia="zh-CN"/>
        </w:rPr>
        <w:br/>
      </w:r>
      <w:r>
        <w:rPr>
          <w:lang w:eastAsia="zh-CN"/>
        </w:rPr>
        <w:t>　　4、认真及时批改作业，注意听取学生的意见，及时了解学生的学习情况，并有目的的对学生进行辅导。根据减负的要求，我把每天的作业经过精心地挑选，适当地留一些有利于学生能力发展的、发挥主动性和创造性的作业。</w:t>
      </w:r>
      <w:r>
        <w:rPr>
          <w:lang w:eastAsia="zh-CN"/>
        </w:rPr>
        <w:br/>
      </w:r>
      <w:r>
        <w:rPr>
          <w:lang w:eastAsia="zh-CN"/>
        </w:rPr>
        <w:t>　　5、坚持听课，注意学习组里老师的教学经验，努力探索适合自己的教学模式。对自己的教学促进很大。</w:t>
      </w:r>
      <w:r>
        <w:rPr>
          <w:lang w:eastAsia="zh-CN"/>
        </w:rPr>
        <w:br/>
      </w:r>
      <w:r>
        <w:rPr>
          <w:lang w:eastAsia="zh-CN"/>
        </w:rPr>
        <w:t>　　6、注重教育理论的学习，并注意把一些先进的理论应用于课堂，做到学有所用。使自己的教学水平得到很大的提高，但也使我意识到了自己在教学方面的不足之处。</w:t>
      </w:r>
      <w:r>
        <w:rPr>
          <w:lang w:eastAsia="zh-CN"/>
        </w:rPr>
        <w:br/>
      </w:r>
      <w:r>
        <w:rPr>
          <w:lang w:eastAsia="zh-CN"/>
        </w:rPr>
        <w:t>　　三、 业务自修</w:t>
      </w:r>
      <w:r>
        <w:rPr>
          <w:lang w:eastAsia="zh-CN"/>
        </w:rPr>
        <w:br/>
      </w:r>
      <w:r>
        <w:rPr>
          <w:lang w:eastAsia="zh-CN"/>
        </w:rPr>
        <w:t>　　积极学习各种教育理论，以充实自己，以便在工作中以坚实的理论作为指导，更好地进行教育教学。以适应当前教育的形式，给自己充电。还利用业余时间认真学习各种开发语言，学习制作多媒体课件，为教学服务，同时也帮助其他同志制作课件，上网查找资料等等，积极撰写教育教学论文。</w:t>
      </w:r>
      <w:r>
        <w:rPr>
          <w:lang w:eastAsia="zh-CN"/>
        </w:rPr>
        <w:br/>
      </w:r>
      <w:r>
        <w:rPr>
          <w:lang w:eastAsia="zh-CN"/>
        </w:rPr>
        <w:t>　　四、 工作中应努力的方向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1、加强自身基本功的训练，课堂上做到精讲精练，注重对学生能力的培养，知识上做到课课清、段段清。</w:t>
      </w:r>
      <w:r>
        <w:rPr>
          <w:lang w:eastAsia="zh-CN"/>
        </w:rPr>
        <w:br/>
      </w:r>
      <w:r>
        <w:rPr>
          <w:lang w:eastAsia="zh-CN"/>
        </w:rPr>
        <w:t>　　2、对差生多些关心，多点爱心，再多一些耐心，使他们在各方面有更大进步。</w:t>
      </w:r>
      <w:r>
        <w:rPr>
          <w:lang w:eastAsia="zh-CN"/>
        </w:rPr>
        <w:br/>
      </w:r>
      <w:r>
        <w:rPr>
          <w:lang w:eastAsia="zh-CN"/>
        </w:rPr>
        <w:t>　　3、加强守纪方面的教育，使学生不仅在课堂上集中注意力学习，课下也要按校纪班规严格约束自己。</w:t>
      </w:r>
      <w:r>
        <w:rPr>
          <w:lang w:eastAsia="zh-CN"/>
        </w:rPr>
        <w:br/>
      </w:r>
      <w:r>
        <w:rPr>
          <w:lang w:eastAsia="zh-CN"/>
        </w:rPr>
        <w:t>　　4、教育学生要注意保持环境卫生，增强主人翁意识和责任感。</w:t>
      </w:r>
      <w:r>
        <w:rPr>
          <w:lang w:eastAsia="zh-CN"/>
        </w:rPr>
        <w:br/>
      </w:r>
      <w:r>
        <w:rPr>
          <w:lang w:eastAsia="zh-CN"/>
        </w:rPr>
        <w:t>　　5、利用各种方法，训练学生提高、集中注意力。</w:t>
      </w:r>
      <w:r>
        <w:rPr>
          <w:lang w:eastAsia="zh-CN"/>
        </w:rPr>
        <w:br/>
      </w:r>
      <w:r>
        <w:rPr>
          <w:lang w:eastAsia="zh-CN"/>
        </w:rPr>
        <w:t>　　6、在教学上下功夫，努力使班级学生的成绩在原有的基础上有更大的进步。教育教学工作，是一项常做常新、永无止境的工作。社会在发展，时代在前进，学生的特点和问题也在发生着不断的变化。作为有责任感的教育工作者，必须以高度的敏感性和自觉性，及时发现、研究和解决学生教育教学工作中的新情况、新问题，掌握其特点、发现其规律，尽职尽责地做好工作，以完成我们肩负的神圣历史使命。</w:t>
      </w:r>
      <w:r>
        <w:rPr>
          <w:lang w:eastAsia="zh-CN"/>
        </w:rPr>
        <w:br/>
      </w:r>
      <w:r>
        <w:rPr>
          <w:lang w:eastAsia="zh-CN"/>
        </w:rPr>
        <w:t>　　一份春华，一份秋实，在教书育人的道路上我付出的是汗水和泪水，然而我收获的却是那一份份充实，那沉甸甸的情感。我用我的心去教诲我的学生，我用我的情去培育我的学生，我无愧于我心，我无悔于我的事业。让我把一生矢志教育的心愿化为热爱学生的一团火，将自己最珍贵的爱奉献给孩子们，相信今日含苞欲放的花蕾，明日一定能盛开绚丽的花朵。</w:t>
      </w:r>
      <w:r>
        <w:rPr>
          <w:lang w:eastAsia="zh-CN"/>
        </w:rPr>
        <w:br/>
      </w:r>
      <w:r>
        <w:rPr>
          <w:lang w:eastAsia="zh-CN"/>
        </w:rPr>
        <w:t xml:space="preserve">    2024年学期末教师教学工作总结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个学期就要结束了，所有工作也进入了最后阶段，回首这一学期，收获颇多，现将这学期的教学做个总结，既是对过去经验教训的整理，也是对未来的提醒。</w:t>
      </w:r>
      <w:r>
        <w:rPr>
          <w:lang w:eastAsia="zh-CN"/>
        </w:rPr>
        <w:br/>
      </w:r>
      <w:r>
        <w:rPr>
          <w:lang w:eastAsia="zh-CN"/>
        </w:rPr>
        <w:t>　　本学期我担任了七个班级的地理教学工作，任务不算太重也不轻松，由于本学期节多事多，课时不多，各班进度稍有不同，但最后总算能按时完成教学任务，各项教学活动开展井井有条，复习工作顺利进行，不负学校期望。现将一学期的具体工作总结如下：</w:t>
      </w:r>
      <w:r>
        <w:rPr>
          <w:lang w:eastAsia="zh-CN"/>
        </w:rPr>
        <w:br/>
      </w:r>
      <w:r>
        <w:rPr>
          <w:lang w:eastAsia="zh-CN"/>
        </w:rPr>
        <w:t>　　一、积极认真参与教研活动与备课活动</w:t>
      </w:r>
      <w:r>
        <w:rPr>
          <w:lang w:eastAsia="zh-CN"/>
        </w:rPr>
        <w:br/>
      </w:r>
      <w:r>
        <w:rPr>
          <w:lang w:eastAsia="zh-CN"/>
        </w:rPr>
        <w:t>　　每周一次的教研和备课活动，大家共同探讨教学策略，研究教学效果，反思学生情况，组织练习工作，交流各自的教学进度，安排下一阶段的教学任务。有目的，定时定量的活动让本学期的教学工作得以有计划、有组织、有步骤、协调统一顺利地开展下去，同时也使我获益不少，每经一次活动就成长一次。</w:t>
      </w:r>
      <w:r>
        <w:rPr>
          <w:lang w:eastAsia="zh-CN"/>
        </w:rPr>
        <w:br/>
      </w:r>
      <w:r>
        <w:rPr>
          <w:lang w:eastAsia="zh-CN"/>
        </w:rPr>
        <w:t>　　二、积极参加新教师培训</w:t>
      </w:r>
      <w:r>
        <w:rPr>
          <w:lang w:eastAsia="zh-CN"/>
        </w:rPr>
        <w:br/>
      </w:r>
      <w:r>
        <w:rPr>
          <w:lang w:eastAsia="zh-CN"/>
        </w:rPr>
        <w:t>　　根据统一安排，我与其他学校的老师在泉州师院参加了为期一周的新教师培训，通过培训，对《普通高中课程方案(实验)》进行了解读;相关方面老师介绍了有关教师法律法规知识，如何追求有效的课堂，新课程理念下的地理教学等。科学的培训使我们对国家新一轮高中课程改革的背景、理论、目标、策略、步骤等方面有了一定的.认识，理论学习的加强是走进新课程的第一重要关口。</w:t>
      </w:r>
      <w:r>
        <w:rPr>
          <w:lang w:eastAsia="zh-CN"/>
        </w:rPr>
        <w:br/>
      </w:r>
      <w:r>
        <w:rPr>
          <w:lang w:eastAsia="zh-CN"/>
        </w:rPr>
        <w:t>　　三、认真完成本职工作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备课认真，尽量发挥新人特色，做到敢想敢做，有新意。在教学中我较多的使用多媒体课件，在备课过程中，我积极寻找各种素材，包括各种图片和动画，视频，力求做到形象生动，让学生更容易接受，结果反映不错，学生对地理的兴趣有很大的提高。除了教授课内的知识，还注意帮助学生拓宽视野。在授课过程中，适时地插入相关课外知识，既联系了生活实际，又引发了学生地理探究的兴趣。一直认为学习是求知的过程，从本身的需求出发更容易让人接受，所以，在教学中注重联系实际，引导学生从生活中发现问题，并运用所学知识解决问题。</w:t>
      </w:r>
      <w:r>
        <w:rPr>
          <w:lang w:eastAsia="zh-CN"/>
        </w:rPr>
        <w:br/>
      </w:r>
      <w:r>
        <w:rPr>
          <w:lang w:eastAsia="zh-CN"/>
        </w:rPr>
        <w:t>　　四、认真做好教学反思</w:t>
      </w:r>
      <w:r>
        <w:rPr>
          <w:lang w:eastAsia="zh-CN"/>
        </w:rPr>
        <w:br/>
      </w:r>
      <w:r>
        <w:rPr>
          <w:lang w:eastAsia="zh-CN"/>
        </w:rPr>
        <w:t>　　作为新教师，对教学情况的掌握还不够熟悉，这就需要不断的做好教学反思。不仅对自己的教学设计，教学实施情况进行反思，还要积极深入学生群体，了解教学效果，接受学生反映情况，做得好的坚持，做不好的改进。教学是一种双向的过程，是双方相互影响相互作用的过程，一方做得好能促使另一方做好，从而使整个教学效果得到不断加强，反之，则不断减弱，最后可能导致学生对该学科失去信心，因此，教学反思必不可少。</w:t>
      </w:r>
      <w:r>
        <w:rPr>
          <w:lang w:eastAsia="zh-CN"/>
        </w:rPr>
        <w:br/>
      </w:r>
      <w:r>
        <w:rPr>
          <w:lang w:eastAsia="zh-CN"/>
        </w:rPr>
        <w:t>　　同时，我也存在着许多不足，包括：对学生的要求不够严格，有治学不严谨之嫌。如对课堂上听讲不认真或表现反常的学生，有时没有及时谈心交流;对没有交作业或作业做得不认真甚至有可能是抄袭的学生，不是每次都过问，这些都是我今后的教学中必须要注意改进的问题。</w:t>
      </w:r>
      <w:r>
        <w:rPr>
          <w:lang w:eastAsia="zh-CN"/>
        </w:rPr>
        <w:br/>
      </w:r>
      <w:r>
        <w:rPr>
          <w:lang w:eastAsia="zh-CN"/>
        </w:rPr>
        <w:t xml:space="preserve">    2024年学期末教师教学工作总结 篇7 </w:t>
      </w:r>
      <w:r>
        <w:rPr>
          <w:lang w:eastAsia="zh-CN"/>
        </w:rPr>
        <w:br/>
      </w:r>
      <w:r>
        <w:rPr>
          <w:lang w:eastAsia="zh-CN"/>
        </w:rPr>
        <w:t>　　一、寻求新课程的改革素材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在教学中首先积极钻研教材，探索性的尝试设计种种教学方式，以新课程改革理念为指导，不断反思积累经验，寻找有效的教学途径。在备课过程中，我认真仔细地学习教学目标和纲要，一丝不苟地做着教学准备，并从各个渠道收集有关的图片、资料和课程资源。采用一些积极有效的教学手段，使学生主动学习，培养学生良好的行为习惯。</w:t>
      </w:r>
      <w:r>
        <w:rPr>
          <w:lang w:eastAsia="zh-CN"/>
        </w:rPr>
        <w:br/>
      </w:r>
      <w:r>
        <w:rPr>
          <w:lang w:eastAsia="zh-CN"/>
        </w:rPr>
        <w:t>　　二、以学生已有的认知经验为基础</w:t>
      </w:r>
      <w:r>
        <w:rPr>
          <w:lang w:eastAsia="zh-CN"/>
        </w:rPr>
        <w:br/>
      </w:r>
      <w:r>
        <w:rPr>
          <w:lang w:eastAsia="zh-CN"/>
        </w:rPr>
        <w:t>　　我在教学时，做到了关注学生的接受性，尊重儿童的年龄特征，挖掘生活对儿童品德形成具有价值的资源，体现出儿童个体与其周围自然、社会的内在联系，引导学生主动地学习社会生活，在现实生活中发现问题。在课堂教学中，我尽量做到讲解清晰化、条理化；课堂语言力求准确化、情感化、生动化；教学思路做到线索清晰，层次分明。教学从学生的日常生活出发，与实际紧密联系，切实解决学生生活学习中遇到的实际问题。</w:t>
      </w:r>
      <w:r>
        <w:rPr>
          <w:lang w:eastAsia="zh-CN"/>
        </w:rPr>
        <w:br/>
      </w:r>
      <w:r>
        <w:rPr>
          <w:lang w:eastAsia="zh-CN"/>
        </w:rPr>
        <w:t>　　三、设计丰富多彩、易为儿童接受的教学活动</w:t>
      </w:r>
      <w:r>
        <w:rPr>
          <w:lang w:eastAsia="zh-CN"/>
        </w:rPr>
        <w:br/>
      </w:r>
      <w:r>
        <w:rPr>
          <w:lang w:eastAsia="zh-CN"/>
        </w:rPr>
        <w:t>　　结合本学年教学内容，在课堂上创设体验性活动来实现学生学习活动的有效性，围绕教学目标来设计教学活动。对于道德与法治课堂，要考虑到低年级学生的认知水平和接受能力。不能仅仅局限于讲解教科书，学生也不是依靠听讲来学习，而是要通过观察、实践、探索、服务、表现等活动，实际地去感受、体验、领悟、发现等，才能领会所学知识。因而，教学时我根据一年级学生身心发展特点和需要，将教学活动的设计放在重要的位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四、讲求教学的实效性</w:t>
      </w:r>
      <w:r>
        <w:rPr>
          <w:lang w:eastAsia="zh-CN"/>
        </w:rPr>
        <w:br/>
      </w:r>
      <w:r>
        <w:rPr>
          <w:lang w:eastAsia="zh-CN"/>
        </w:rPr>
        <w:t>　　设计出好的教学活动，是提高课堂教学质量，达到教学目标的重要环节。精心设计好教学活动，那么就能有效地达到预想的目标。教学中我创设了多项活动，让学生在活动中去体验、去收获。但教学活动的选择首先考虑的不是活动的形式和数量，而应该是活动的有效性，活动本身是否有意义，是否有必要。课前要精心筛选，才能让学生在活动中以亲身感知来接受知识。</w:t>
      </w:r>
      <w:r>
        <w:rPr>
          <w:lang w:eastAsia="zh-CN"/>
        </w:rPr>
        <w:br/>
      </w:r>
      <w:r>
        <w:rPr>
          <w:lang w:eastAsia="zh-CN"/>
        </w:rPr>
        <w:t>　　五、勿忘初心，继续努力</w:t>
      </w:r>
      <w:r>
        <w:rPr>
          <w:lang w:eastAsia="zh-CN"/>
        </w:rPr>
        <w:br/>
      </w:r>
      <w:r>
        <w:rPr>
          <w:lang w:eastAsia="zh-CN"/>
        </w:rPr>
        <w:t>　　通过一学年来的教学，学生初步学会了感恩、懂得热爱生活，热爱大自然，学会交往；初步懂得真、善、美，体验到学习的快乐；提高了他们养成良好道德行为习惯的自觉性和安全意识，逐步养成良好的学习和生活习惯，并学会了一定的处事方法，学生的整体素质得到了提高。</w:t>
      </w:r>
      <w:r>
        <w:rPr>
          <w:lang w:eastAsia="zh-CN"/>
        </w:rPr>
        <w:br/>
      </w:r>
      <w:r>
        <w:rPr>
          <w:lang w:eastAsia="zh-CN"/>
        </w:rPr>
        <w:t>　　教育是一个发展性的职业，它要求从事这个职业的教师应坚持学习，永不间断，只有这样，才能不断的充实自己，做到“问渠那得清如许，为有源头活水来”的境界。通过一年的教学回顾与总结，在以后的工作中我会继续发扬优点，克服不足。</w:t>
      </w:r>
      <w:r>
        <w:rPr>
          <w:lang w:eastAsia="zh-CN"/>
        </w:rPr>
        <w:br/>
      </w:r>
      <w:r>
        <w:rPr>
          <w:lang w:eastAsia="zh-CN"/>
        </w:rPr>
        <w:t xml:space="preserve">    2024年学期末教师教学工作总结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按照教学大纲和课程标准的要求，对学生进行基本的法律规范教育，了解基本的法律、法规知识，强化法律意识，使学生懂得法律规范与青少年成长有着密切的关系，提高学生学习法律常识的积极性和自觉性，努力提高青少年的法律素质，做一个知法、懂法、守法、护法的现代少年，使学生成长为适应社会主义现代化建设需要的有理想、有道德、有文化、有纪律的合格公民。</w:t>
      </w:r>
      <w:r>
        <w:rPr>
          <w:lang w:eastAsia="zh-CN"/>
        </w:rPr>
        <w:br/>
      </w:r>
      <w:r>
        <w:rPr>
          <w:lang w:eastAsia="zh-CN"/>
        </w:rPr>
        <w:t>　　现在的中学生，求知欲旺盛，好奇心强，对新鲜事物充满渴望，敢于尝试和冒险。但由于知识和阅历的限制，对纷繁复杂的事物缺乏辨别能力，自控力弱，易受不良风气的侵蚀，缺乏法律知识和意识，是非不明，用法律规定约束自身行为的能力差，急需加以学习、引导和训练。</w:t>
      </w:r>
      <w:r>
        <w:rPr>
          <w:lang w:eastAsia="zh-CN"/>
        </w:rPr>
        <w:br/>
      </w:r>
      <w:r>
        <w:rPr>
          <w:lang w:eastAsia="zh-CN"/>
        </w:rPr>
        <w:t>　　二、本学期应达到的目标</w:t>
      </w:r>
      <w:r>
        <w:rPr>
          <w:lang w:eastAsia="zh-CN"/>
        </w:rPr>
        <w:br/>
      </w:r>
      <w:r>
        <w:rPr>
          <w:lang w:eastAsia="zh-CN"/>
        </w:rPr>
        <w:t>　　从本学期起，紧紧围绕学校制定的“三五五”教学模式进行大胆的尝试，不仅要从思想上更要从实际教学中勇于实践与创新。</w:t>
      </w:r>
      <w:r>
        <w:rPr>
          <w:lang w:eastAsia="zh-CN"/>
        </w:rPr>
        <w:br/>
      </w:r>
      <w:r>
        <w:rPr>
          <w:lang w:eastAsia="zh-CN"/>
        </w:rPr>
        <w:t>　　首先，进一步提高学生学习的兴趣，以进一步提高课堂教学的实效性，使得学生能在相对紧张的教学时间里掌握课本中识记、理解、运用等各类知识要点。</w:t>
      </w:r>
      <w:r>
        <w:rPr>
          <w:lang w:eastAsia="zh-CN"/>
        </w:rPr>
        <w:br/>
      </w:r>
      <w:r>
        <w:rPr>
          <w:lang w:eastAsia="zh-CN"/>
        </w:rPr>
        <w:t>　　其次，精选案例，通过对案例的分析，帮助学生熟练掌握法律条文，课后则通过练习加以强化。</w:t>
      </w:r>
      <w:r>
        <w:rPr>
          <w:lang w:eastAsia="zh-CN"/>
        </w:rPr>
        <w:br/>
      </w:r>
      <w:r>
        <w:rPr>
          <w:lang w:eastAsia="zh-CN"/>
        </w:rPr>
        <w:t>　　最后，也是最重要的，是要学生从情感上懂得法律对自身成长的重要作用，在行为上，树立依法保护自己的意识，维护自身的合法权益，并能用法律武器同违法行为做斗争。</w:t>
      </w:r>
      <w:r>
        <w:rPr>
          <w:lang w:eastAsia="zh-CN"/>
        </w:rPr>
        <w:br/>
      </w:r>
      <w:r>
        <w:rPr>
          <w:lang w:eastAsia="zh-CN"/>
        </w:rPr>
        <w:t>　　三、具体的实施</w:t>
      </w:r>
      <w:r>
        <w:rPr>
          <w:lang w:eastAsia="zh-CN"/>
        </w:rPr>
        <w:br/>
      </w:r>
      <w:r>
        <w:rPr>
          <w:lang w:eastAsia="zh-CN"/>
        </w:rPr>
        <w:t>　　1、认真钻研教材，对教材进行加工梳理，使教学过程条理化、简洁化，便于学生掌握。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2、课外收集大量的与社会热点相关、贴近生活实际、便于学生理解的、典型的案例资料。充实到教学中，丰富课堂内容。同时采用灵活多样的教学方法，活跃课堂气氛，激发学生学习的积极性。</w:t>
      </w:r>
      <w:r>
        <w:rPr>
          <w:lang w:eastAsia="zh-CN"/>
        </w:rPr>
        <w:br/>
      </w:r>
      <w:r>
        <w:rPr>
          <w:lang w:eastAsia="zh-CN"/>
        </w:rPr>
        <w:t>　　3、改善师生关系，加强与学生的交流沟通，建立平等、信任式的师生关系，以达到“亲其师，信其道”的效果。</w:t>
      </w:r>
      <w:r>
        <w:rPr>
          <w:lang w:eastAsia="zh-CN"/>
        </w:rPr>
        <w:br/>
      </w:r>
      <w:r>
        <w:rPr>
          <w:lang w:eastAsia="zh-CN"/>
        </w:rPr>
        <w:t>　　4、帮助学习困难生，确立递进式的学习目标，给他们创造成功的机会，激发他们的自信心和进取心，课外多与他们交流，适时对他们进行人生理想方面的教育。</w:t>
      </w:r>
      <w:r>
        <w:rPr>
          <w:lang w:eastAsia="zh-CN"/>
        </w:rPr>
        <w:br/>
      </w:r>
      <w:r>
        <w:rPr>
          <w:lang w:eastAsia="zh-CN"/>
        </w:rPr>
        <w:t>　　5、多与班主任配合，多与家长联系，全面了解学生情况，关心学生成长，形成教育合力。</w:t>
      </w:r>
      <w:r>
        <w:rPr>
          <w:lang w:eastAsia="zh-CN"/>
        </w:rPr>
        <w:br/>
      </w:r>
      <w:r>
        <w:rPr>
          <w:lang w:eastAsia="zh-CN"/>
        </w:rPr>
        <w:t>　　五、课堂教学改革与创新</w:t>
      </w:r>
      <w:r>
        <w:rPr>
          <w:lang w:eastAsia="zh-CN"/>
        </w:rPr>
        <w:br/>
      </w:r>
      <w:r>
        <w:rPr>
          <w:lang w:eastAsia="zh-CN"/>
        </w:rPr>
        <w:t>　　本人在教学中力求使师生都树立一种新的观念：生活即教学，改变传统政治教学枯燥呆板的教学形式，给学生耳目一新的感觉。我们的政治课与社会是联系在一起的，是公民的基本素质，是国家实现政治文明和精神文明所必须，它是实实在在的需要，不是空乏的大道理和罗罗嗦嗦的说教，“政治”就在我们身边。</w:t>
      </w:r>
      <w:r>
        <w:rPr>
          <w:lang w:eastAsia="zh-CN"/>
        </w:rPr>
        <w:br/>
      </w:r>
      <w:r>
        <w:rPr>
          <w:lang w:eastAsia="zh-CN"/>
        </w:rPr>
        <w:t>　　充分运用我校信息资源丰富的条件，把多媒体技术运用到教学中来，激发学生兴趣，提高教学实效性。并发动学生运用网络进行资料查询，提高学生的综合能力。</w:t>
      </w:r>
      <w:r>
        <w:rPr>
          <w:lang w:eastAsia="zh-CN"/>
        </w:rPr>
        <w:br/>
      </w:r>
      <w:r>
        <w:rPr>
          <w:lang w:eastAsia="zh-CN"/>
        </w:rPr>
        <w:t xml:space="preserve">    2024年学期末教师教学工作总结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一年来，在学校领导的关心指导，各处室的支持和全年级组教师的团结努力奋斗下，初三年级的工作稳定、有序、健康的发展，在今年的中考中取得了较好的成绩，完成了学校下达的基本目标。总结如下：</w:t>
      </w:r>
      <w:r>
        <w:rPr>
          <w:lang w:eastAsia="zh-CN"/>
        </w:rPr>
        <w:br/>
      </w:r>
      <w:r>
        <w:rPr>
          <w:lang w:eastAsia="zh-CN"/>
        </w:rPr>
        <w:t>　　一、领导重视，教师努力是关键</w:t>
      </w:r>
      <w:r>
        <w:rPr>
          <w:lang w:eastAsia="zh-CN"/>
        </w:rPr>
        <w:br/>
      </w:r>
      <w:r>
        <w:rPr>
          <w:lang w:eastAsia="zh-CN"/>
        </w:rPr>
        <w:t>　　以谢校长领导的学校领导班子高度重视，深入年级第一线解决实际问题，各处室部门的大力支持和指导，使得年级组各项工作顺利进行。初三年级全体老师群策群力，克服困难，全心投入，迎难而上，发扬拼搏精神，抓紧抓严抓实各个教育教学环节，积极完成学校各处室布置的各项任务。</w:t>
      </w:r>
      <w:r>
        <w:rPr>
          <w:lang w:eastAsia="zh-CN"/>
        </w:rPr>
        <w:br/>
      </w:r>
      <w:r>
        <w:rPr>
          <w:lang w:eastAsia="zh-CN"/>
        </w:rPr>
        <w:t>　　二、狠抓教学质量，提升教学成绩</w:t>
      </w:r>
      <w:r>
        <w:rPr>
          <w:lang w:eastAsia="zh-CN"/>
        </w:rPr>
        <w:br/>
      </w:r>
      <w:r>
        <w:rPr>
          <w:lang w:eastAsia="zh-CN"/>
        </w:rPr>
        <w:t>　　1.加强教学管理，提高课堂效益。强化质量意识，优化课堂教学结构，着力提高课堂效率。由教务处牵头组织安排推门听课，行政领导及教学督导组成员深入课堂第一线听课，课后认真总结分析，及时反馈，及时改进。</w:t>
      </w:r>
      <w:r>
        <w:rPr>
          <w:lang w:eastAsia="zh-CN"/>
        </w:rPr>
        <w:br/>
      </w:r>
      <w:r>
        <w:rPr>
          <w:lang w:eastAsia="zh-CN"/>
        </w:rPr>
        <w:t>　　2.发扬协作精神，统一教学进度。积极发挥备课组的作用，加强教研，深入课堂，相互交流学习，充分发挥集体协作精神。备课组要做到统一要求、统一备课、统一进度、统一考查。集体备课中以校长为领导的行政班子深入到备课组，积极讨论，共同研讨，制定切合初三年级的教学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3.加强优生辅导，指导差生补缺。制定方案过程中，首先对教师及学生进行问卷调查，收集最优上课方式；其次，分科进行试课，教务处牵头组织进行诊断；第三，各科任教师根据班级情况筛选符合要求的学生参加不同层次的培优补差；第四，培优补差过程中不定时的对教师及学生进行调查、诊断，不断改进方式、方法，以求效率最大化。</w:t>
      </w:r>
      <w:r>
        <w:rPr>
          <w:lang w:eastAsia="zh-CN"/>
        </w:rPr>
        <w:br/>
      </w:r>
      <w:r>
        <w:rPr>
          <w:lang w:eastAsia="zh-CN"/>
        </w:rPr>
        <w:t>　　4.进行教法、学法指导，提高复习效率。邀请校外专家及各科经验丰富教师，对执教教师及学生进行教法、学法指导，帮助教师制定更优化的复习方案、帮助学生提高复习效率。</w:t>
      </w:r>
      <w:r>
        <w:rPr>
          <w:lang w:eastAsia="zh-CN"/>
        </w:rPr>
        <w:br/>
      </w:r>
      <w:r>
        <w:rPr>
          <w:lang w:eastAsia="zh-CN"/>
        </w:rPr>
        <w:t>　　5.加大了对薄弱学科的指导、时间方面的倾斜，努力促使各学科均衡发展，实现双赢局面。根据年级实际情况，对第九节统一进行安排，对薄弱学科增加辅导时间。</w:t>
      </w:r>
      <w:r>
        <w:rPr>
          <w:lang w:eastAsia="zh-CN"/>
        </w:rPr>
        <w:br/>
      </w:r>
      <w:r>
        <w:rPr>
          <w:lang w:eastAsia="zh-CN"/>
        </w:rPr>
        <w:t>　　6.尽心组织考试，及时召开教学质量分析会。九年级整年有4大考6小考，具体来说是指三年级学情考试，期中考试、期末考试和6次月考，中间还有体育的检测。靠后及时分析、及时反馈，召开分析会。通过分析会，我们可以及时诊断，及时反思，并在教学中及时解决。以期中考试为例，在考前主要是抓状态，抓动员，让每一位学生定下自已的计划和目标，考试中主要是抓考风、学风及提升学生的应试能力，考后主要是抓分析，级组进行月考分析总结，各备课组进行教学分析诊断会，各班也以班为单位进行班级质量分析为主题的主题班会。目的只有一个，最快最有效的找出问题，提高教学质量。</w:t>
      </w:r>
      <w:r>
        <w:rPr>
          <w:lang w:eastAsia="zh-CN"/>
        </w:rPr>
        <w:br/>
      </w:r>
      <w:r>
        <w:rPr>
          <w:lang w:eastAsia="zh-CN"/>
        </w:rPr>
        <w:t>　　7.培养学生应考能力，学会考试，促进学生心理、生理健康发展。学期内进行学科专题讲座两次，邀请各备课组长对本学科的答题要求、应考能力做强化训练；学期内进行学生心理、身心调节、思想动员讲座两次，邀请心理教师、经验丰富班主任针对备考的紧张心理进行疏导，促进学生心理、生理健康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8.强化教学纪律，严格教学要求。要求班主任及年级组长对每天的课堂纪律和晚休实行“两查一巡”制度；要求科任教师提前到课堂、主动进教室辅导。</w:t>
      </w:r>
      <w:r>
        <w:rPr>
          <w:lang w:eastAsia="zh-CN"/>
        </w:rPr>
        <w:br/>
      </w:r>
      <w:r>
        <w:rPr>
          <w:lang w:eastAsia="zh-CN"/>
        </w:rPr>
        <w:t>　　9.加强学校与家庭的联系，结合期中考试、期末考试和月考，召开家长会定期或不定期结合，部分会和全体家长会结合，加强思想不稳定学生的思想教育，及时向家长汇报学生思想、学习、生活等情况，切实落实家校联系渠道，努力形成了学校、家庭协调配合、共同育人的良好局面。</w:t>
      </w:r>
      <w:r>
        <w:rPr>
          <w:lang w:eastAsia="zh-CN"/>
        </w:rPr>
        <w:br/>
      </w:r>
      <w:r>
        <w:rPr>
          <w:lang w:eastAsia="zh-CN"/>
        </w:rPr>
        <w:t>　　我校20__届的生源并不占优势，但是我们全体师生发扬“科学、协作、拼搏”的精神，群策群力，扎实备考。三年的辛勤汗水，终于浇灌出累累的硕果。其中：</w:t>
      </w:r>
      <w:r>
        <w:rPr>
          <w:lang w:eastAsia="zh-CN"/>
        </w:rPr>
        <w:br/>
      </w:r>
      <w:r>
        <w:rPr>
          <w:lang w:eastAsia="zh-CN"/>
        </w:rPr>
        <w:t>　　示范性高中录取人；普高录取人，高中就读率达</w:t>
      </w:r>
      <w:r>
        <w:rPr>
          <w:lang w:eastAsia="zh-CN"/>
        </w:rPr>
        <w:br/>
      </w:r>
      <w:r>
        <w:rPr>
          <w:lang w:eastAsia="zh-CN"/>
        </w:rPr>
        <w:t>　　三、加强德育工作，教书先育人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年级德育管理中，坚持基于学校管理制度的前提下，制定年级管理规定，形成年级特色。推行的“以常规促行为，以行为促学习，改变不良学习习惯；并且要逐渐的扩大尖子生队伍，转化后进生队伍，突破班级“问题生”，形成良好班风学风”的管理理念颇有成效，年级班风俨然。管理过程中，认真学习并运用心理学、教育学和管理学的相关知识来指导班主任工作，实现了班级管理的科学化，并能从学生实际出发，对不同类型不同个性的学生，有针对性地进行思想教育。重视不同层次学生的思想转化工作，针对不同时期学生思想的变化采取相应对策，多管齐下，分层推进，在协同转化后进生的工作中取得很好的成效。</w:t>
      </w:r>
      <w:r>
        <w:rPr>
          <w:lang w:eastAsia="zh-CN"/>
        </w:rPr>
        <w:br/>
      </w:r>
      <w:r>
        <w:rPr>
          <w:lang w:eastAsia="zh-CN"/>
        </w:rPr>
        <w:t>　　（一）强化年级管理常规。</w:t>
      </w:r>
      <w:r>
        <w:rPr>
          <w:lang w:eastAsia="zh-CN"/>
        </w:rPr>
        <w:br/>
      </w:r>
      <w:r>
        <w:rPr>
          <w:lang w:eastAsia="zh-CN"/>
        </w:rPr>
        <w:t>　　1.“三操”管理：对旷操严重学生根据实际进行年级处理、校级处理，并约见家长。提高了时间观念，打击了睡懒觉的现象。</w:t>
      </w:r>
      <w:r>
        <w:rPr>
          <w:lang w:eastAsia="zh-CN"/>
        </w:rPr>
        <w:br/>
      </w:r>
      <w:r>
        <w:rPr>
          <w:lang w:eastAsia="zh-CN"/>
        </w:rPr>
        <w:t>　　2.实行早读的检查反馈：包括迟到现象、安静自习、读姿、坐姿、读书质量、卫生等。</w:t>
      </w:r>
      <w:r>
        <w:rPr>
          <w:lang w:eastAsia="zh-CN"/>
        </w:rPr>
        <w:br/>
      </w:r>
      <w:r>
        <w:rPr>
          <w:lang w:eastAsia="zh-CN"/>
        </w:rPr>
        <w:t>　　3.实行课前准备规定，要求做到课前准备好课本文具，要求课前读书。强化了课前纪律，提高了课堂效率。</w:t>
      </w:r>
      <w:r>
        <w:rPr>
          <w:lang w:eastAsia="zh-CN"/>
        </w:rPr>
        <w:br/>
      </w:r>
      <w:r>
        <w:rPr>
          <w:lang w:eastAsia="zh-CN"/>
        </w:rPr>
        <w:t>　　4.自习课、晚自习课、课堂的管理：对行为较差且屡教不改的学生进行年级处理、校级处理，并利用信息平台、QQ群的渠道向家长反馈，取得家长的支持与帮助。提高自习课效率，给自习创造了一个安静的空间。</w:t>
      </w:r>
      <w:r>
        <w:rPr>
          <w:lang w:eastAsia="zh-CN"/>
        </w:rPr>
        <w:br/>
      </w:r>
      <w:r>
        <w:rPr>
          <w:lang w:eastAsia="zh-CN"/>
        </w:rPr>
        <w:t>　　5.宿舍的管理：重点抓好对各宿舍的管理和文明宿舍行为的形成教育。对宿舍内务、卫生、纪律较差的学生，统计数据后进行年级处理、消极处理，同时约见家长，取得支持后由家长带回走读一周进行教育。强化了宿舍的纪律，保证了休息的质量。</w:t>
      </w:r>
      <w:r>
        <w:rPr>
          <w:lang w:eastAsia="zh-CN"/>
        </w:rPr>
        <w:br/>
      </w:r>
      <w:r>
        <w:rPr>
          <w:lang w:eastAsia="zh-CN"/>
        </w:rPr>
        <w:t>　　6.定期召开班长、学习委员会，反馈班级综合表现，同时对班长、学习委员进行培训，以期更大的发挥他们的榜样示范作用</w:t>
      </w:r>
      <w:r>
        <w:rPr>
          <w:lang w:eastAsia="zh-CN"/>
        </w:rPr>
        <w:br/>
      </w:r>
      <w:r>
        <w:rPr>
          <w:lang w:eastAsia="zh-CN"/>
        </w:rPr>
        <w:t>　　7.利用学校班主任例会后进行年级班主任座谈，反馈班级信息、了解班级动态以及收集班级意见。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8.及时进行阶段总结及每周小结。利用年级教导会进行总结，并邀请教务处唐主任、科研处黄主任以讲座形式对学生进行学习、习惯上的培养。利用大课间操内容结束后的时间进行当天情况小结，让班级之间形成良性竞争，增强班级荣誉感，提高班级凝聚力。</w:t>
      </w:r>
      <w:r>
        <w:rPr>
          <w:lang w:eastAsia="zh-CN"/>
        </w:rPr>
        <w:br/>
      </w:r>
      <w:r>
        <w:rPr>
          <w:lang w:eastAsia="zh-CN"/>
        </w:rPr>
        <w:t>　　9.强化年级文化建设，打造具有年级特色的年级文化，以年级文化建设带动、辐射班级文化建设，提高班级凝聚力。例如班旗设计、教室布置、口号、级歌等。</w:t>
      </w:r>
      <w:r>
        <w:rPr>
          <w:lang w:eastAsia="zh-CN"/>
        </w:rPr>
        <w:br/>
      </w:r>
      <w:r>
        <w:rPr>
          <w:lang w:eastAsia="zh-CN"/>
        </w:rPr>
        <w:t>　　10.教育与帮扶：培养尖子生人群、做好分层推进、后进生的转化、“问题生”的教育。</w:t>
      </w:r>
      <w:r>
        <w:rPr>
          <w:lang w:eastAsia="zh-CN"/>
        </w:rPr>
        <w:br/>
      </w:r>
      <w:r>
        <w:rPr>
          <w:lang w:eastAsia="zh-CN"/>
        </w:rPr>
        <w:t>　　11.开展年级学习竞争活动，充分调动学习氛围；探讨年级课外集训方式，创设具有效率的模式。</w:t>
      </w:r>
      <w:r>
        <w:rPr>
          <w:lang w:eastAsia="zh-CN"/>
        </w:rPr>
        <w:br/>
      </w:r>
      <w:r>
        <w:rPr>
          <w:lang w:eastAsia="zh-CN"/>
        </w:rPr>
        <w:t>　　12.实行年级教师Q群反馈班级信息，加快班级各类事情的处理速度。</w:t>
      </w:r>
      <w:r>
        <w:rPr>
          <w:lang w:eastAsia="zh-CN"/>
        </w:rPr>
        <w:br/>
      </w:r>
      <w:r>
        <w:rPr>
          <w:lang w:eastAsia="zh-CN"/>
        </w:rPr>
        <w:t>　　（二）加强班主任队伍的管理。班主任工作必须做细、做实、做活，要求班主任每天早到校，晚离校，积极巡视课堂纪律：早上7：20查早读，晚7：30查晚自习，22：20离校查晚就寝。</w:t>
      </w:r>
      <w:r>
        <w:rPr>
          <w:lang w:eastAsia="zh-CN"/>
        </w:rPr>
        <w:br/>
      </w:r>
      <w:r>
        <w:rPr>
          <w:lang w:eastAsia="zh-CN"/>
        </w:rPr>
        <w:t>　　（三）坚持制度第一的思想。对一些较为严重的违纪学生进行了严肃有效的处理，很好的教育了一些潜在的违纪者，稳定了整体和大局。同时，年级组也能站在制度的对面，对一些普通的违纪者以激励方式为手段，以情感化学生，收到了较好的效果。</w:t>
      </w:r>
      <w:r>
        <w:rPr>
          <w:lang w:eastAsia="zh-CN"/>
        </w:rPr>
        <w:br/>
      </w:r>
      <w:r>
        <w:rPr>
          <w:lang w:eastAsia="zh-CN"/>
        </w:rPr>
        <w:t>　　（四）创建年级每月特色黑板报，完善班级文化建设。通过这些德育宣传阵地，对学生进行学习、心理、应考的指导，切实为班级、年级服务。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五）重视安全教育、心理、生理健康教育。通过班会、年级会、讲座形式加强教育等，培养学生逐步养成健康向上的个性品质。周日晚返校的第一节为主题班会，一个月一次的年级大会，一个学期两次的心理健康教育讲座。</w:t>
      </w:r>
      <w:r>
        <w:rPr>
          <w:lang w:eastAsia="zh-CN"/>
        </w:rPr>
        <w:br/>
      </w:r>
      <w:r>
        <w:rPr>
          <w:lang w:eastAsia="zh-CN"/>
        </w:rPr>
        <w:t>　　（六）开展理想、信念德育教育活动。通过年级大会、主题班会、邀请优秀毕业生返校讲座等形式，开展“像大树一样成长”为主题的系列德育活动，抓学生的思想教育，以此激励学生，使学生树立信心，鼓足勇气，最后冲刺。</w:t>
      </w:r>
      <w:r>
        <w:rPr>
          <w:lang w:eastAsia="zh-CN"/>
        </w:rPr>
        <w:br/>
      </w:r>
      <w:r>
        <w:rPr>
          <w:lang w:eastAsia="zh-CN"/>
        </w:rPr>
        <w:t>　　（七）重视家校联系。班主任和科任老师要及时向家长反馈学生每阶段在校的学习情况、思想动态、纪律表现，与家长共同探讨切合实际的教育方法。</w:t>
      </w:r>
      <w:r>
        <w:rPr>
          <w:lang w:eastAsia="zh-CN"/>
        </w:rPr>
        <w:br/>
      </w:r>
      <w:r>
        <w:rPr>
          <w:lang w:eastAsia="zh-CN"/>
        </w:rPr>
        <w:t xml:space="preserve">    2024年学期末教师教学工作总结 篇10 </w:t>
      </w:r>
      <w:r>
        <w:rPr>
          <w:lang w:eastAsia="zh-CN"/>
        </w:rPr>
        <w:br/>
      </w:r>
      <w:r>
        <w:rPr>
          <w:lang w:eastAsia="zh-CN"/>
        </w:rPr>
        <w:t>　　转眼间，一个学期的教育教学工作已经结束了，回顾这一学期以来，我们三(1)班全体师生在学校领导的大力支持和直接领导下，在各科任老师和家长的积极配合和耐心帮助下;圆满地完成了教育教学工作任务，并取得了一定的成绩。现将具体工作总结如下：</w:t>
      </w:r>
      <w:r>
        <w:rPr>
          <w:lang w:eastAsia="zh-CN"/>
        </w:rPr>
        <w:br/>
      </w:r>
      <w:r>
        <w:rPr>
          <w:lang w:eastAsia="zh-CN"/>
        </w:rPr>
        <w:t>　　一、激发学生学习兴趣，提高学生语文素养</w:t>
      </w:r>
      <w:r>
        <w:rPr>
          <w:lang w:eastAsia="zh-CN"/>
        </w:rPr>
        <w:br/>
      </w:r>
      <w:r>
        <w:rPr>
          <w:lang w:eastAsia="zh-CN"/>
        </w:rPr>
        <w:t>　　语文是一门充满思想、充满人文精神、充满智慧的学科。在新课改的大背景中，学生的自主学习，培养学生的创新能力，已成为教师关注的热点，讨论、交流、探究等学习方式已成为课堂的主流。我在语文课堂教学中，力求做到让学生变得鲜活，让学生学得兴致盎然，使学生在语文学习中享受学习的乐趣，从而发展学生的语文素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(一)、注意新课导入新颖。</w:t>
      </w:r>
      <w:r>
        <w:rPr>
          <w:lang w:eastAsia="zh-CN"/>
        </w:rPr>
        <w:br/>
      </w:r>
      <w:r>
        <w:rPr>
          <w:lang w:eastAsia="zh-CN"/>
        </w:rPr>
        <w:t>　　“兴趣是最好的老师”。在教学中，我十分注重培养和激发学生的学习兴趣。譬如，在导入新课，让学生一上课就能置身于一种轻松和谐的环境氛围中，而又不知不觉地学语文。我们要根据不同的课型，设计不同的导入方式。可以用多媒体展示课文的画面让学生进入情景;也可用讲述故事的方式导入，采用激发兴趣、设计悬念……引发设计，比起简单的讲述更能激发学生的灵性，开启学生学习之门。</w:t>
      </w:r>
      <w:r>
        <w:rPr>
          <w:lang w:eastAsia="zh-CN"/>
        </w:rPr>
        <w:br/>
      </w:r>
      <w:r>
        <w:rPr>
          <w:lang w:eastAsia="zh-CN"/>
        </w:rPr>
        <w:t>　　(二)、培养积极探究习惯，发展求异思维能力。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语文教学中，阅读者对语言意义、语言情感、语言技巧的感悟，在很大程度上与学生的生活经历、知识积累、认识能力、理解水平有关。为此，在语文教学中，构建语义的理解、体会，要引导学生仁者见仁，智者见智，大胆，各抒己见。在思考辩论中，教师穿针引线，巧妙点拨，以促进学生在激烈的争辩中，在思维的碰撞中，得到语言的升华和灵性的开发。教师应因势利导，让学生对问题充分思考后，学生根据已有的经验，知识的积累等发表不同的见解，对有分歧的问题进行辩论。通过辩论，让学生进一步认识了自然，懂得了知识无穷的，再博学的人也会有所不知，体会学习是无止境的道理。这样的课，课堂气氛很活跃，其间，开放的课堂教学给了学生更多的自主学习空间，教师也毫不吝惜地让学生去思考，争辩，真正让学生在学习中体验到了自我价值。这一环节的设计，充分让学生表述自己对课文的理解和感悟，使学生理解和表达，输入和输出相辅相成，真正为学生的学习提供了广阔的舞台。</w:t>
      </w:r>
      <w:r>
        <w:rPr>
          <w:lang w:eastAsia="zh-CN"/>
        </w:rPr>
        <w:br/>
      </w:r>
      <w:r>
        <w:rPr>
          <w:lang w:eastAsia="zh-CN"/>
        </w:rPr>
        <w:t>　　二、重视朗读品评感悟，让课堂教学“活”起来。</w:t>
      </w:r>
      <w:r>
        <w:rPr>
          <w:lang w:eastAsia="zh-CN"/>
        </w:rPr>
        <w:br/>
      </w:r>
      <w:r>
        <w:rPr>
          <w:lang w:eastAsia="zh-CN"/>
        </w:rPr>
        <w:t>　　小学语文课本中的每一篇课文都是文质兼美的佳作，其语境描述的美妙，语言运用的精妙，思想表达的深邃，见解阐述的独到，都是引导学生感悟的重要内容。而由于课堂教学时间的有限，课文中的精彩之处没有可能引导学生一一感悟。为了使这些精彩给学生留下整体印象，我们可以在阅读中抓重点，引导学生对语言文字反复诵读，以悟出语言丰富的形象内涵，意义内涵，情感内涵。同时，让学生在感悟的基础上，引导学生居高临下地对课文进行品评，在品评中深化理解，升华认识，填补空白。如在《李时珍》的阅读教学中，我是这样引导学生这样品评：“学习了这篇课文，你认为文中什么地方给你留下了深刻的印象?请你选择其中的一点说一说。”此时的学生充分表述他们的真实感受，有的说： “文中第一、和末尾自然段中的‘著名’、‘药’、‘立志学医’‘一边行医、一边采药’‘编写本草纲目’这几个词就把李时珍的情况特点及优秀品质都介绍给我们听了，她不愧是我国的医学家和药物学家，我为他深感骄傲。”这样引导学生选择自己阅读感悟的精华，进行具体表述，让他们在各自品评中进一步升华认识。</w:t>
      </w:r>
      <w:r>
        <w:rPr>
          <w:lang w:eastAsia="zh-CN"/>
        </w:rPr>
        <w:br/>
      </w:r>
      <w:r>
        <w:rPr>
          <w:lang w:eastAsia="zh-CN"/>
        </w:rPr>
        <w:t>　　三、注重课内外结合。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美国的一位教育家指出：“课堂的外延与课外的外延相等。以课堂学习为核心，能动地向学生的学校生活、家庭生活、社会生活等各个生活领域自然延伸和拓展，使课堂训练与课外行为训练形成有序、有趣、有力、有效的结合，取得语文教学的整体效益。”在课程改革实践中，我们已把语文教学的触角伸向了广阔的天地。让学生阅读《水浒传》等课外书;通过这些收集与阅读，为深入理解课文内容奠定了基础。</w:t>
      </w:r>
      <w:r>
        <w:rPr>
          <w:lang w:eastAsia="zh-CN"/>
        </w:rPr>
        <w:br/>
      </w:r>
      <w:r>
        <w:rPr>
          <w:lang w:eastAsia="zh-CN"/>
        </w:rPr>
        <w:t>　　其次，重视丰富多彩的语文实践活动。如：学习《春天》后，组织学生去郊外走一走，寻找大自然的足迹，领略大自然的风采，探索大自然的奥秘。</w:t>
      </w:r>
      <w:r>
        <w:rPr>
          <w:lang w:eastAsia="zh-CN"/>
        </w:rPr>
        <w:br/>
      </w:r>
      <w:r>
        <w:rPr>
          <w:lang w:eastAsia="zh-CN"/>
        </w:rPr>
        <w:t>　　此外，注意学科间的整合。让学生从不同角度，采用不同的途径获得知识，培养能力。</w:t>
      </w:r>
      <w:r>
        <w:rPr>
          <w:lang w:eastAsia="zh-CN"/>
        </w:rPr>
        <w:br/>
      </w:r>
      <w:r>
        <w:rPr>
          <w:lang w:eastAsia="zh-CN"/>
        </w:rPr>
        <w:t>　　本学期我虽然尽了自己的责任和能力去完成了教学工作任务，也取得了一定的成绩，但离党和人民的要求尚差甚远，今后我将继续加倍地努力工作(幼儿园教师年终总结)，为全面提高学生的语文成绩而努力奋斗!</w:t>
      </w:r>
      <w:r>
        <w:rPr>
          <w:lang w:eastAsia="zh-CN"/>
        </w:rPr>
        <w:br/>
      </w:r>
      <w:r>
        <w:rPr>
          <w:lang w:eastAsia="zh-CN"/>
        </w:rPr>
        <w:t xml:space="preserve">    2024年学期末教师教学工作总结 篇11 </w:t>
      </w:r>
      <w:r>
        <w:rPr>
          <w:lang w:eastAsia="zh-CN"/>
        </w:rPr>
        <w:br/>
      </w:r>
      <w:r>
        <w:rPr>
          <w:lang w:eastAsia="zh-CN"/>
        </w:rPr>
        <w:t>　　本学期，我服从学校工作安排，接手五(1)班的英语教学工作，在短短的半年时间里，我付出辛劳，收获成功，与我的学生们一起品尝了成长的苦与乐。</w:t>
      </w:r>
      <w:r>
        <w:rPr>
          <w:lang w:eastAsia="zh-CN"/>
        </w:rPr>
        <w:br/>
      </w:r>
      <w:r>
        <w:rPr>
          <w:lang w:eastAsia="zh-CN"/>
        </w:rPr>
        <w:t>　　一、学生基本情况</w:t>
      </w:r>
      <w:r>
        <w:rPr>
          <w:lang w:eastAsia="zh-CN"/>
        </w:rPr>
        <w:br/>
      </w:r>
      <w:r>
        <w:rPr>
          <w:lang w:eastAsia="zh-CN"/>
        </w:rPr>
        <w:t>　　五(1)班学生53人，大多学生听从老师教导，喜爱英语，英语基础知识掌握的比较扎实。但因班上学困生不少，尤其是不少男生的学习习惯比较差，不能做到专心听讲，不愿做作业。所以，班级整体水平要比兄弟班级差很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二、教学措施和效果</w:t>
      </w:r>
      <w:r>
        <w:rPr>
          <w:lang w:eastAsia="zh-CN"/>
        </w:rPr>
        <w:br/>
      </w:r>
      <w:r>
        <w:rPr>
          <w:lang w:eastAsia="zh-CN"/>
        </w:rPr>
        <w:t>　　1、教导学生树立学习目标。</w:t>
      </w:r>
      <w:r>
        <w:rPr>
          <w:lang w:eastAsia="zh-CN"/>
        </w:rPr>
        <w:br/>
      </w:r>
      <w:r>
        <w:rPr>
          <w:lang w:eastAsia="zh-CN"/>
        </w:rPr>
        <w:t>　　有了一定的目标，学习才有促动力。我首先教导学生们要树立一个正确的学习目标，要变老师逼我学为我要学。我经常对学生说：我们不以分数论高低，学习成绩差点不要紧，关键在你是否努力学习了?如果是因为你的贪玩导致学习差，那就是最遗憾的事，你别指望别人来欣赏你。如果你真正努力学习了，却还是考得很差。没关系，大家依然欣赏你，期望你会有更大的进步。不少学生大受鼓舞，学习劲头更足了。大多女同学总是在课堂上积极地识记单词和句子，不少学困生也有很大的转变。</w:t>
      </w:r>
      <w:r>
        <w:rPr>
          <w:lang w:eastAsia="zh-CN"/>
        </w:rPr>
        <w:br/>
      </w:r>
      <w:r>
        <w:rPr>
          <w:lang w:eastAsia="zh-CN"/>
        </w:rPr>
        <w:t>　　2、以严谨的工作态度感染学生，严格督促学生养成良好的学习习惯。</w:t>
      </w:r>
      <w:r>
        <w:rPr>
          <w:lang w:eastAsia="zh-CN"/>
        </w:rPr>
        <w:br/>
      </w:r>
      <w:r>
        <w:rPr>
          <w:lang w:eastAsia="zh-CN"/>
        </w:rPr>
        <w:t>　　学习光有目标还不行，重在学习的行动，培养良好的学习习惯显得尤为重要。针对班上不少男生学习习惯差的情况，我努力做到言传身教，严格督促。上课爱做小动作的同学，我常以点名回答简单问题的方式提醒他注意。不爱做作业的同学，首先与其交心谈心，找到不做作业的原因，多给机会让他补做，并及时鼓励表扬。班上还设立了一帮一学习小组，让优秀学生经常督促其及时做作业，并帮助学困生解决学习中的难题。</w:t>
      </w:r>
      <w:r>
        <w:rPr>
          <w:lang w:eastAsia="zh-CN"/>
        </w:rPr>
        <w:br/>
      </w:r>
      <w:r>
        <w:rPr>
          <w:lang w:eastAsia="zh-CN"/>
        </w:rPr>
        <w:t>　　3、优化课堂模式，提高学习质量。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高效的教学质量还得依耐课堂模式的优化，所以在教学中，我总是以培养学生学习能力为主，充分利用图片、录音机、实物、空中课堂等手段，让学生在模仿中学习语言，在直观中感悟语言，在活动中巩固和运用语言。每节课的教学做到精心设计，认真组织，力求达到预期效果。经过努力，在本学期期末考试中，班级整体水平超过了兄弟班级，遥遥领先。</w:t>
      </w:r>
      <w:r>
        <w:rPr>
          <w:lang w:eastAsia="zh-CN"/>
        </w:rPr>
        <w:br/>
      </w:r>
      <w:r>
        <w:rPr>
          <w:lang w:eastAsia="zh-CN"/>
        </w:rPr>
        <w:t>　　三、教学中存在的问题和今后努力的方向</w:t>
      </w:r>
      <w:r>
        <w:rPr>
          <w:lang w:eastAsia="zh-CN"/>
        </w:rPr>
        <w:br/>
      </w:r>
      <w:r>
        <w:rPr>
          <w:lang w:eastAsia="zh-CN"/>
        </w:rPr>
        <w:t>　　虽然取得了一些成绩，但在教育教学工作中仍然存在不少问题，如我对待学习能力差的学生个别辅导还不够，导致个别学困生成绩提高不快;学生书写和听力水平还有待提高。因此，在今后的教学工作中，我将努力朝这两个方面去努力，并逐步加强个人英语素质和水平的提高，力争让工作再上一个新台阶!</w:t>
      </w:r>
      <w:r>
        <w:rPr>
          <w:lang w:eastAsia="zh-CN"/>
        </w:rPr>
        <w:br/>
      </w:r>
      <w:r>
        <w:rPr>
          <w:lang w:eastAsia="zh-CN"/>
        </w:rPr>
        <w:t xml:space="preserve">    2024年学期末教师教学工作总结 篇12 </w:t>
      </w:r>
      <w:r>
        <w:rPr>
          <w:lang w:eastAsia="zh-CN"/>
        </w:rPr>
        <w:br/>
      </w:r>
      <w:r>
        <w:rPr>
          <w:lang w:eastAsia="zh-CN"/>
        </w:rPr>
        <w:t>　　一年来，本人热爱教育事业，坚持-的教育方针政策，在工作中认真执行，服从学校安排，坚持从小事做起，不说空话，不搞形式，认真做好自己的工作，以实际行动落实-员示范岗要求。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在教学中，本人重点从备课、上课、作业三个环节来搞好教学工作。所任教班级的学生普遍基础差，学习习惯也不好，教学的组织就比较困难，教学的有效性也不好，怎样有效的组织教学，提高教学效率就成为我这一年工作的目标。在备课中和备课组一起努力，研究教学内容、教学方式，上好每一堂课，特别是课堂反馈环节，每个习题我都认真的选择，照顾到班级不同层次的学生，让每个学生都能有所收获。针对学生解计算题能力差的问题，每节课我都抽出一点时间，将作业中的普遍问题处理一下，让学生能够逐渐养成解题的良好习惯，培养学生学习兴趣。在课余时间，对班级中的部分同学，坚持面批作业和辅导。通过不断的努力，学生在学习态度和效果上都有明显的提高。在工作中，坚持学习，通过对教学中发现的问题进行研究，提高自己的教学针对性和有效性，例如如何让学生自主的开展实验研究，探究性教学中存在的误区和对策，物理校本教材《生活中的物理》的编写等。在教学中不断地研究和反思，通过研究和学习提高自己的教育教学水平，适应现代的教育形式和社会要求。</w:t>
      </w:r>
      <w:r>
        <w:rPr>
          <w:lang w:eastAsia="zh-CN"/>
        </w:rPr>
        <w:br/>
      </w:r>
      <w:r>
        <w:rPr>
          <w:lang w:eastAsia="zh-CN"/>
        </w:rPr>
        <w:t>　　在自己分管的工作中，本人首先是服从学校的安排，将学生安全放到首位，坚持和学生沟通，家长沟通，与班主任沟通，及时了解学生的实际困难，帮助学生。从管理的角度加强制度建设，对学生的请假制度、卫生环境的检查，学生的常规检查等多方面制度化，工作常规化。由于住宿生的工作事无大小巨细，事情涉及到方方面面，工作中有许多不为人知的困难。对学生的请假制度、卫生环境的检查，学生的常规检查等多方面制度化，工作常规化。由于住宿生的工作事无大小巨细，事情涉及到方方面面，工作中有许多不为人知的困难。做好每天的常规工作是我的一贯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大到学生的行为习惯和学习习惯教育，人生理想教育。小到每天晚上的学生检查，每天都做同样的事。没有惊天动地的所谓大事，只有每天学生的检查管理。没有在众人面前的表态和哗宠，只有每天从早到晚的实实在在的工作。没有大会上的全面布臵工作，只有晚上住宿生的小会和交流。没有每周的固定会议议程，只有每晚必做的检查。没有毕业典礼的隆重与永恒，只有学生走后凌乱和祝愿。</w:t>
      </w:r>
      <w:r>
        <w:rPr>
          <w:lang w:eastAsia="zh-CN"/>
        </w:rPr>
        <w:br/>
      </w:r>
      <w:r>
        <w:rPr>
          <w:lang w:eastAsia="zh-CN"/>
        </w:rPr>
        <w:t>　　在这一年的工作中，工作有一点成绩，很多地方还是有值得思考的地方，在工作中如何让教育教学能够适应时代的要求，在群众中更好的带好头，发挥-员的战斗堡垒作用，还是有很多可以做的。继续努力吧。</w:t>
      </w:r>
      <w:r>
        <w:rPr>
          <w:lang w:eastAsia="zh-CN"/>
        </w:rPr>
        <w:br/>
      </w:r>
      <w:r>
        <w:rPr>
          <w:lang w:eastAsia="zh-CN"/>
        </w:rPr>
        <w:t xml:space="preserve">    2024年学期末教师教学工作总结 篇13 </w:t>
      </w:r>
      <w:r>
        <w:rPr>
          <w:lang w:eastAsia="zh-CN"/>
        </w:rPr>
        <w:br/>
      </w:r>
      <w:r>
        <w:rPr>
          <w:lang w:eastAsia="zh-CN"/>
        </w:rPr>
        <w:t>　　本学年我担任汉语课，并且担任班主任工作， 作为毕业班的班主任，我深感自己责任重大。因此我特别注重培养学生良好的道德品质，要求学生从小养成良好的习惯，树立远大的志向。对学生“严字当头，爱在其中”，做学生的良师益友，及时了解学生的思想动态，解决学生的实际问题。将爱心洒向每一个学生，不歧视学生。建立家访制度，使学校、社会、家庭共同关心学生的成长，受到了学生及学生家长的一致好评。由于我的出色努力，班上工作井井有条，我班多次被评为文明班 ，我本人也被评为优秀班主任。</w:t>
      </w:r>
      <w:r>
        <w:rPr>
          <w:lang w:eastAsia="zh-CN"/>
        </w:rPr>
        <w:br/>
      </w:r>
      <w:r>
        <w:rPr>
          <w:lang w:eastAsia="zh-CN"/>
        </w:rPr>
        <w:t>　　我努力坚持做好“德困生”的教育工作。在做“德困生”转化工。作时，以“爱”为作料，深入地理智地去爱学生，去发现他们值得其他学生赏识之处，进行帮助和鼓励，让他们明白通过努力自己完全可以克服掉不良习惯，允许他们有反复，在不断的反复中把坏习惯克服掉。同时对其犯错误不姑息、不迁就，而是帮其找原因，试想一下换一种方法处理结果会有什么不同呢?教会他们用正确积极的态度解决问题。</w:t>
      </w:r>
      <w:r>
        <w:rPr>
          <w:lang w:eastAsia="zh-CN"/>
        </w:rPr>
        <w:br/>
      </w:r>
      <w:r>
        <w:rPr>
          <w:lang w:eastAsia="zh-CN"/>
        </w:rPr>
        <w:t>　　四、存在的问题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一.学生辅导工作，做好学困生的辅导</w:t>
      </w:r>
      <w:r>
        <w:rPr>
          <w:lang w:eastAsia="zh-CN"/>
        </w:rPr>
        <w:br/>
      </w:r>
      <w:r>
        <w:rPr>
          <w:lang w:eastAsia="zh-CN"/>
        </w:rPr>
        <w:t>　　在课后，为不同层次的学生进行相应的辅导，以满足不同层次的学生的需求，避免了一些弊端，同时加大了差学生的辅导力度。对学困生的辅导，并不限于学习知识性的辅导，更重要的是学习思想的辅导，要提高学困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这样，学困生的转化，就由原来的简单粗暴、强制学习转化到自觉的求知上来。使学习成为他们自我意识力度一部分。在此基础上，再教给他们学习的方法，提高他们的技能。并认真细致地做好查漏补缺工作。学困生通常存在很多知识断层，这些都是学困生转化过程中的难点，在做好学困生的转化工作时，要特别注意给他们补习功课，把他们以前学习的知识断层补充完整，这样，他们就会学得轻松，进步也快，兴趣和求知欲也会随之增加。</w:t>
      </w:r>
      <w:r>
        <w:rPr>
          <w:lang w:eastAsia="zh-CN"/>
        </w:rPr>
        <w:br/>
      </w:r>
      <w:r>
        <w:rPr>
          <w:lang w:eastAsia="zh-CN"/>
        </w:rPr>
        <w:t>　　五、改进措施，努力方向</w:t>
      </w:r>
      <w:r>
        <w:rPr>
          <w:lang w:eastAsia="zh-CN"/>
        </w:rPr>
        <w:br/>
      </w:r>
      <w:r>
        <w:rPr>
          <w:lang w:eastAsia="zh-CN"/>
        </w:rPr>
        <w:t>　　经过一个学年的努力，中考就是一种考验。我明白，这并不是最重要的，重要的是在本学期后如何自我提高，如何共同提高学生的综合水平。因此，无论怎样辛苦，我都会继续努力，多问，多想，多向同事学习，争取进步。教学工作苦乐相伴。我们将本着“勤学、善思、实干”的准则，一如既往，再接再厉，把工作搞得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一份春华、一份秋实，愿把一生教育的心愿化为热爱学生的一团火，将自己最珍贵的爱奉献给孩子们，相信今日含苞欲放的花蕾，明日一定能盛开绚丽的花朵。路漫漫兮其修远，吾将上下而求索。以上就是我在本学期的教学工作总结。由于经验颇浅，许多地方存在不足，希望在未来的日子里，能与其他老师共同参研教学工作，力争取得更好成绩。</w:t>
      </w:r>
      <w:r>
        <w:rPr>
          <w:lang w:eastAsia="zh-CN"/>
        </w:rPr>
        <w:t xml:space="preserve"> 一份耕耘，一份收获，教学工作苦乐相伴。在以后的教学工作中，我要不断总结经验，力求提高自己的教学水平，还要多下功夫加强对个别差生的辅导，相信一切问题都会迎刃而解，我也相信有耕耘总会有收获。</w:t>
      </w:r>
      <w:r>
        <w:rPr>
          <w:lang w:eastAsia="zh-CN"/>
        </w:rPr>
        <w:br/>
      </w:r>
      <w:r>
        <w:rPr>
          <w:lang w:eastAsia="zh-CN"/>
        </w:rPr>
        <w:t xml:space="preserve">    2024年学期末教师教学工作总结 篇14 </w:t>
      </w:r>
      <w:r>
        <w:rPr>
          <w:lang w:eastAsia="zh-CN"/>
        </w:rPr>
        <w:br/>
      </w:r>
      <w:r>
        <w:rPr>
          <w:lang w:eastAsia="zh-CN"/>
        </w:rPr>
        <w:t>　　一、加强以爱为中心的师德修养。</w:t>
      </w:r>
      <w:r>
        <w:rPr>
          <w:lang w:eastAsia="zh-CN"/>
        </w:rPr>
        <w:br/>
      </w:r>
      <w:r>
        <w:rPr>
          <w:lang w:eastAsia="zh-CN"/>
        </w:rPr>
        <w:t>　　在 教育实践中，我们常常感到非常的迷茫：一个简单的道理，一个不很难理解的问题，为什么学生就是不能接受，不能理解呢?或者是当时表面上理解了、接受了，在 实际的学习、生活中又是一个空白点?究其深层次的原因，学生在学习中处于被动接受的地位，教师的良好愿望，没有能变成学生主动学习的强大动力，没有能内化 到学生的身心结构中去，也就不能变成学生的自觉行为。</w:t>
      </w:r>
      <w:r>
        <w:rPr>
          <w:lang w:eastAsia="zh-CN"/>
        </w:rPr>
        <w:br/>
      </w:r>
      <w:r>
        <w:rPr>
          <w:lang w:eastAsia="zh-CN"/>
        </w:rPr>
        <w:t>　　如何处理好教与学这一对关系，提高教育教学的效果，我认为建立一种新颖师生关</w:t>
      </w:r>
      <w:r>
        <w:rPr>
          <w:lang w:eastAsia="zh-CN"/>
        </w:rPr>
        <w:t xml:space="preserve"> 系、摆正教与学的地位是开创教育新天地的关键，而其中的核心是一个</w:t>
      </w:r>
      <w:r>
        <w:rPr>
          <w:lang w:eastAsia="zh-CN"/>
        </w:rPr>
        <w:t xml:space="preserve"> 爱字。有人说，教师对学生的爱，是一种比母爱更伟大的爱，因为它不带任何的前提条件。热爱教育教学工作，爱班级中的每个学生，用关爱的眼光看待学生的</w:t>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xml:space="preserve"> 每件作品、每项活动。这种爱，不仅体现在对学生生活的关心、学业的帮助，也包括积极的鼓励，远大理想的引导，更体现在教育教学的每个环节之中，如教学过程</w:t>
      </w:r>
      <w:r>
        <w:rPr>
          <w:lang w:eastAsia="zh-CN"/>
        </w:rPr>
        <w:t xml:space="preserve"> 的安排，教学模式的选择、具体问题的提出，新知识的导入等等。我坚信，加强以爱为核心的师德修养，不仅是教育教学的客观需要，也是教师个人品德的具体体</w:t>
      </w:r>
      <w:r>
        <w:rPr>
          <w:lang w:eastAsia="zh-CN"/>
        </w:rPr>
        <w:t xml:space="preserve"> 现，更是维护每个学生的自尊心、自信心，保护学生基本根本保证。很难想象，一个对祖国的花朵都不热爱、不能倾注满腔爱心的人，怎么有资格谈得上爱祖</w:t>
      </w:r>
      <w:r>
        <w:rPr>
          <w:lang w:eastAsia="zh-CN"/>
        </w:rPr>
        <w:t xml:space="preserve"> 国、爱人民?当然，有实际工作中，我有时做到并不十分圆满，但从我主观上来说，我是努力朝一方向前进的，我也就感到问心无愧。</w:t>
      </w:r>
      <w:r>
        <w:rPr>
          <w:lang w:eastAsia="zh-CN"/>
        </w:rPr>
        <w:br/>
      </w:r>
      <w:r>
        <w:rPr>
          <w:lang w:eastAsia="zh-CN"/>
        </w:rPr>
        <w:t>　　二、加强学习，不断提高自身素质。</w:t>
      </w:r>
      <w:r>
        <w:rPr>
          <w:lang w:eastAsia="zh-CN"/>
        </w:rPr>
        <w:br/>
      </w:r>
      <w:r>
        <w:rPr>
          <w:lang w:eastAsia="zh-CN"/>
        </w:rPr>
        <w:t>　　现</w:t>
      </w:r>
      <w:r>
        <w:rPr>
          <w:lang w:eastAsia="zh-CN"/>
        </w:rPr>
        <w:t xml:space="preserve"> 代社会，日新月异。知识的更新周期在缩短。不加强学习，紧跟时代步伐，就会被社会所淘汰，甚至成为现代社会的科盲。在日常生活中，我能不断主动学习，第一</w:t>
      </w:r>
      <w:r>
        <w:rPr>
          <w:lang w:eastAsia="zh-CN"/>
        </w:rPr>
        <w:t xml:space="preserve"> 是学科学知识，了解当今科学发展的一些动态，纳米技术、器官移殖、网络、沙尘暴等等，都是我学习的源泉。因为我深深的知道，个人工作总结范文只有把自己的</w:t>
      </w:r>
      <w:r>
        <w:rPr>
          <w:lang w:eastAsia="zh-CN"/>
        </w:rPr>
        <w:t xml:space="preserve"> 思维经常处于一种开放的状态，才能不断接受新知识、新观点、新理念，也才能去发现问题，进而去研究问题，不致成为笼中鸟，井底蛙，新知识的不断输入，对自</w:t>
      </w:r>
      <w:r>
        <w:rPr>
          <w:lang w:eastAsia="zh-CN"/>
        </w:rPr>
        <w:t xml:space="preserve"> 身从事的教育教学工作，也有莫大的帮助;第二是学教育教学理论。学习新的教育教学理论，掌握其中的精髓，是进行教育教学改革的必然需要。因为只有在科学理</w:t>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xml:space="preserve"> 论指导下的教育改革，才能克服盲目性、随意必，才能取得积极的效果。在这一学年，我主要学习了《教育科研基础理论》、《活动课程理论与实践》、《素质教育</w:t>
      </w:r>
      <w:r>
        <w:rPr>
          <w:lang w:eastAsia="zh-CN"/>
        </w:rPr>
        <w:t xml:space="preserve"> 课程论》等一些书刊;第三是学习一些革命传统教育的书刊，了解一些近现代史。教师是灵魂的工程师，不是流水线上的操作工，这一职业的特点决定了除了必须具</w:t>
      </w:r>
      <w:r>
        <w:rPr>
          <w:lang w:eastAsia="zh-CN"/>
        </w:rPr>
        <w:t xml:space="preserve"> 备一般的知识、技能之外，更要有做好这一工作的热情、信心和激情。前几年，就很明确地提出，要在国人特别是青年中进行历史知识的教育，一部屈辱的中</w:t>
      </w:r>
      <w:r>
        <w:rPr>
          <w:lang w:eastAsia="zh-CN"/>
        </w:rPr>
        <w:t xml:space="preserve"> 国近代史，就是一部生动的爱国教育题材，可以设想，缺乏对过去的了解，哪来对现实的满腔热爱，又从何谈得上对未来的憧憬。一个麻木不仁的人，哪来创作的灵</w:t>
      </w:r>
      <w:r>
        <w:rPr>
          <w:lang w:eastAsia="zh-CN"/>
        </w:rPr>
        <w:t xml:space="preserve"> 感?哪来教育的创新?走进一些伟人的世界，他们高尚的人格魅力吸引着我;通过了解历史，过去和现在的强烈对比，使我激动不已。激动之后，我常常告诫自己，</w:t>
      </w:r>
      <w:r>
        <w:rPr>
          <w:lang w:eastAsia="zh-CN"/>
        </w:rPr>
        <w:t xml:space="preserve"> 不能在生活的冲刷中，变成一个麻木不仁、人云亦云、随波逐流的人。人是自然的造化，更是社会的产物，我可以放弃其它一切，但我不能不成为一个我心中的好</w:t>
      </w:r>
      <w:r>
        <w:rPr>
          <w:lang w:eastAsia="zh-CN"/>
        </w:rPr>
        <w:t xml:space="preserve"> 人，我在努力充实自己的精神生活，营造一个属于我自己的美好世界。一颗充满活力的心脏、一颗纯洁的心灵，一种开放进取的思维方式，是完成教书育人工作的保</w:t>
      </w:r>
      <w:r>
        <w:rPr>
          <w:lang w:eastAsia="zh-CN"/>
        </w:rPr>
        <w:t xml:space="preserve"> 证。</w:t>
      </w:r>
      <w:r>
        <w:rPr>
          <w:lang w:eastAsia="zh-CN"/>
        </w:rPr>
        <w:br/>
      </w:r>
      <w:r>
        <w:rPr>
          <w:lang w:eastAsia="zh-CN"/>
        </w:rPr>
        <w:t>　　三、做好自己的本职工作。</w:t>
      </w:r>
      <w:r>
        <w:rPr>
          <w:lang w:eastAsia="zh-CN"/>
        </w:rPr>
        <w:br/>
      </w:r>
      <w:r>
        <w:rPr>
          <w:lang w:eastAsia="zh-CN"/>
        </w:rPr>
        <w:t>　　第二，做好年级组长工作。作为学校的一名中层领导干部，做好年级组的管理工作，是我工作的一个重要部分。在年级组管理中，我能做到尽心尽力，以身作则，团结同事，发挥各位教师的特长，把年级组工作搞得有声有色;</w:t>
      </w:r>
      <w:r>
        <w:rPr>
          <w:lang w:eastAsia="zh-CN"/>
        </w:rPr>
        <w:br/>
      </w:r>
      <w:r>
        <w:rPr>
          <w:lang w:eastAsia="zh-CN"/>
        </w:rPr>
        <w:t>　　第</w:t>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xml:space="preserve"> 三，做好学校教科研工作。作为分管本校教科研工作的我，在日常工作中，能与学校领导一起，制定我校的教育科研计划、课题研究规划、新课题的立项、设计研究方案、并做好课题的申报、论证工作。在本学年，我校的一个常州市级课题已经结题，得到了有关专家的好评，所撰写的结题报告，在常州市交流;__年3月，根</w:t>
      </w:r>
      <w:r>
        <w:rPr>
          <w:lang w:eastAsia="zh-CN"/>
        </w:rPr>
        <w:t xml:space="preserve"> 据学校发展的需要和自身的条件，有积极申报了一个江苏省级研究课题，已经批准立项。</w:t>
      </w:r>
      <w:r>
        <w:rPr>
          <w:lang w:eastAsia="zh-CN"/>
        </w:rPr>
        <w:br/>
      </w:r>
      <w:r>
        <w:rPr>
          <w:lang w:eastAsia="zh-CN"/>
        </w:rPr>
        <w:t xml:space="preserve">    2024年学期末教师教学工作总结 篇15 </w:t>
      </w:r>
      <w:r>
        <w:rPr>
          <w:lang w:eastAsia="zh-CN"/>
        </w:rPr>
        <w:br/>
      </w:r>
      <w:r>
        <w:rPr>
          <w:lang w:eastAsia="zh-CN"/>
        </w:rPr>
        <w:t>　　随着孩子们一天天的长大，我们又将步入大班。在以前的工作中，有得有失，有骄傲也有懊恼，有汗水也有泪水，为了提高自己，总结经验，现作以下总结：</w:t>
      </w:r>
      <w:r>
        <w:rPr>
          <w:lang w:eastAsia="zh-CN"/>
        </w:rPr>
        <w:br/>
      </w:r>
      <w:r>
        <w:rPr>
          <w:lang w:eastAsia="zh-CN"/>
        </w:rPr>
        <w:t>　　一、积极利用时间学习，努力提高自身的业务水平。</w:t>
      </w:r>
      <w:r>
        <w:rPr>
          <w:lang w:eastAsia="zh-CN"/>
        </w:rPr>
        <w:br/>
      </w:r>
      <w:r>
        <w:rPr>
          <w:lang w:eastAsia="zh-CN"/>
        </w:rPr>
        <w:t>　　在过去的半年里，曾到济南参加教师培训。从那里看到了许多，听到了许多，学到了更多。回园后，努力温习所学内容，和教师们共同交流学习体会，并撰写了关于游戏、幼儿园教育小学化、论幼儿的随机教育等论文，提高了自己的思想认识，锻炼了自己。</w:t>
      </w:r>
      <w:r>
        <w:rPr>
          <w:lang w:eastAsia="zh-CN"/>
        </w:rPr>
        <w:br/>
      </w:r>
      <w:r>
        <w:rPr>
          <w:lang w:eastAsia="zh-CN"/>
        </w:rPr>
        <w:t>　　坚持自学考试与进修，为断进步，利用值午班及副班时间，阅读书刊，如《学前教育》、《幼儿画报》等读物，为自己充电。</w:t>
      </w:r>
      <w:r>
        <w:rPr>
          <w:lang w:eastAsia="zh-CN"/>
        </w:rPr>
        <w:br/>
      </w:r>
      <w:r>
        <w:rPr>
          <w:lang w:eastAsia="zh-CN"/>
        </w:rPr>
        <w:t>　　二、班级工作方面。</w:t>
      </w:r>
      <w:r>
        <w:rPr>
          <w:lang w:eastAsia="zh-CN"/>
        </w:rPr>
        <w:br/>
      </w:r>
    </w:p>
    <w:p w:rsidR="001B1F19" w14:textId="27C3F48A">
      <w:pPr>
        <w:rPr>
          <w:rFonts w:hint="eastAsia"/>
          <w:lang w:eastAsia="zh-CN"/>
        </w:rPr>
      </w:pPr>
      <w:r>
        <w:rPr>
          <w:lang w:eastAsia="zh-CN"/>
        </w:rPr>
        <w:t>　　自4月份后，幼儿的出勤率直线上升，面对近50名幼儿，我认真备课，积极组织幼儿活动，如折纸、手工、区角等等，注意平时与幼儿交流，使师幼之间的感情加深，努力将自己融入幼儿，使他们感到，我是他们的朋友，有话能对我说;又是他们的老师，乐于听老师所说，做老师所做。</w:t>
      </w:r>
      <w:r>
        <w:rPr>
          <w:lang w:eastAsia="zh-CN"/>
        </w:rPr>
        <w:br/>
      </w:r>
      <w:r>
        <w:rPr>
          <w:lang w:eastAsia="zh-CN"/>
        </w:rPr>
        <w:t>　　积极配合班主任工作、能主动帮助班主任，服从班内各项归定，如：每周一保育员时刷杯子，始终保持自己的卫生区域整齐、干净。和其她两位老师保持好关系，搞好工作。</w:t>
      </w:r>
      <w:r>
        <w:rPr>
          <w:lang w:eastAsia="zh-CN"/>
        </w:rPr>
        <w:br/>
      </w:r>
      <w:r>
        <w:rPr>
          <w:lang w:eastAsia="zh-CN"/>
        </w:rPr>
        <w:t>　　三、保教、兼职工作。</w:t>
      </w:r>
      <w:r>
        <w:rPr>
          <w:lang w:eastAsia="zh-CN"/>
        </w:rPr>
        <w:br/>
      </w:r>
      <w:r>
        <w:rPr>
          <w:lang w:eastAsia="zh-CN"/>
        </w:rPr>
        <w:t>　　保育、教育是幼儿园工作的重中之重。我在半年的工作中，始终坚持安全第一的原则，时刻注意幼儿活动时一言一行，保证孩子在自己的视线范围之内;保育的同时，教育也是第一责任，及时抓住教育契机，对幼儿进行随机教育，如礼貌教育、环保教育、社会交往教育等等。</w:t>
      </w:r>
      <w:r>
        <w:rPr>
          <w:lang w:eastAsia="zh-CN"/>
        </w:rPr>
        <w:br/>
      </w:r>
      <w:r>
        <w:rPr>
          <w:lang w:eastAsia="zh-CN"/>
        </w:rPr>
        <w:t>　　除了这些，作为保教主任，幼儿园的保教更是一个窗口，所以，这一学期，我多次不定时检查周计划，幼儿的活动安排，并及时提醒老师们注意的问题。作好统一布置，如课的进度、周计划内容的制定、公开课的计划以及实施等。</w:t>
      </w:r>
      <w:r>
        <w:rPr>
          <w:lang w:eastAsia="zh-CN"/>
        </w:rPr>
        <w:br/>
      </w:r>
      <w:r>
        <w:rPr>
          <w:lang w:eastAsia="zh-CN"/>
        </w:rPr>
        <w:t>　　当然，工作中也有不足，如我们的课题研究的进程，缺乏了检查及督促，以致于落下一块，是我的工作失职，以后将积极上网查询，尽量做到周全，不落后。</w:t>
      </w:r>
      <w:r>
        <w:rPr>
          <w:lang w:eastAsia="zh-CN"/>
        </w:rPr>
        <w:br/>
      </w:r>
      <w:r>
        <w:rPr>
          <w:lang w:eastAsia="zh-CN"/>
        </w:rPr>
        <w:t>　　四、家长工作。</w:t>
      </w:r>
      <w:r>
        <w:rPr>
          <w:lang w:eastAsia="zh-CN"/>
        </w:rPr>
        <w:br/>
      </w:r>
      <w:r>
        <w:rPr>
          <w:lang w:eastAsia="zh-CN"/>
        </w:rPr>
        <w:t>　　积极与家长勾通，使教师和家长能全面的了解幼儿，有针对性地进行教育。如有幼儿几天不来园，及时与家长电话勾通，了解幼儿的基本情况，来园后，问候一下，拉近了老师和幼儿之间的情感。</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https://d.book118.com/477060154012006041</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7060154012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