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安全生产责任书范文</w:t>
      </w:r>
    </w:p>
    <w:p>
      <w:pPr>
        <w:spacing w:before="100" w:after="200" w:line="360" w:lineRule="auto"/>
        <w:ind w:firstLine="576"/>
        <w:jc w:val="left"/>
      </w:pPr>
      <w:r>
        <w:rPr>
          <w:rFonts w:ascii="宋体" w:eastAsia="宋体" w:hAnsi="宋体"/>
          <w:sz w:val="28"/>
        </w:rPr>
        <w:t>为贯彻落实“安全第一，预防为主、综合治理”的方针，落实安全生产责任，切实防止重大事故，减少各类一般事故的发生，结合企业实际情况，根据《中华人民共和国安全生产法》、《江苏省安全生产条例》的规定和公司安全生产管理目标，与安全科主管签订年度安全生产目标管理责任书如下：</w:t>
      </w:r>
    </w:p>
    <w:p>
      <w:pPr>
        <w:spacing w:before="100" w:after="200" w:line="360" w:lineRule="auto"/>
        <w:jc w:val="left"/>
      </w:pPr>
      <w:r>
        <w:rPr>
          <w:rFonts w:ascii="宋体 (中文正文)" w:eastAsia="宋体" w:hAnsi="宋体 (中文正文)"/>
          <w:b/>
          <w:sz w:val="28"/>
        </w:rPr>
        <w:t>一、公司各类事故及伤亡控制目标：</w:t>
      </w:r>
    </w:p>
    <w:p>
      <w:pPr>
        <w:spacing w:before="100" w:after="200" w:line="360" w:lineRule="auto"/>
        <w:ind w:firstLine="576"/>
        <w:jc w:val="left"/>
      </w:pPr>
      <w:r>
        <w:rPr>
          <w:rFonts w:ascii="宋体" w:eastAsia="宋体" w:hAnsi="宋体"/>
          <w:sz w:val="28"/>
        </w:rPr>
        <w:t>1、因工死亡、因工重伤0目标。</w:t>
      </w:r>
    </w:p>
    <w:p>
      <w:pPr>
        <w:spacing w:before="100" w:after="200" w:line="360" w:lineRule="auto"/>
        <w:ind w:firstLine="576"/>
        <w:jc w:val="left"/>
      </w:pPr>
      <w:r>
        <w:rPr>
          <w:rFonts w:ascii="宋体" w:eastAsia="宋体" w:hAnsi="宋体"/>
          <w:sz w:val="28"/>
        </w:rPr>
        <w:t>2、中毒、中暑、触电事故0目标。</w:t>
      </w:r>
    </w:p>
    <w:p>
      <w:pPr>
        <w:spacing w:before="100" w:after="200" w:line="360" w:lineRule="auto"/>
        <w:ind w:firstLine="576"/>
        <w:jc w:val="left"/>
      </w:pPr>
      <w:r>
        <w:rPr>
          <w:rFonts w:ascii="宋体" w:eastAsia="宋体" w:hAnsi="宋体"/>
          <w:sz w:val="28"/>
        </w:rPr>
        <w:t>3、万元以上火灾事故0目标。</w:t>
      </w:r>
    </w:p>
    <w:p>
      <w:pPr>
        <w:spacing w:before="100" w:after="200" w:line="360" w:lineRule="auto"/>
        <w:ind w:firstLine="576"/>
        <w:jc w:val="left"/>
      </w:pPr>
      <w:r>
        <w:rPr>
          <w:rFonts w:ascii="宋体" w:eastAsia="宋体" w:hAnsi="宋体"/>
          <w:sz w:val="28"/>
        </w:rPr>
        <w:t>4、万元以上设备事故0目标。</w:t>
      </w:r>
    </w:p>
    <w:p>
      <w:pPr>
        <w:spacing w:before="100" w:after="200" w:line="360" w:lineRule="auto"/>
        <w:ind w:firstLine="576"/>
        <w:jc w:val="left"/>
      </w:pPr>
      <w:r>
        <w:rPr>
          <w:rFonts w:ascii="宋体" w:eastAsia="宋体" w:hAnsi="宋体"/>
          <w:sz w:val="28"/>
        </w:rPr>
        <w:t>5、尘毒作业、各类险重作业审核审批率100%</w:t>
      </w:r>
    </w:p>
    <w:p>
      <w:pPr>
        <w:spacing w:before="100" w:after="200" w:line="360" w:lineRule="auto"/>
        <w:jc w:val="left"/>
      </w:pPr>
      <w:r>
        <w:rPr>
          <w:rFonts w:ascii="宋体 (中文正文)" w:eastAsia="宋体" w:hAnsi="宋体 (中文正文)"/>
          <w:b/>
          <w:sz w:val="28"/>
        </w:rPr>
        <w:t>二、公司的安全教育责任目标：</w:t>
      </w:r>
    </w:p>
    <w:p>
      <w:pPr>
        <w:spacing w:before="100" w:after="200" w:line="360" w:lineRule="auto"/>
        <w:ind w:firstLine="576"/>
        <w:jc w:val="left"/>
      </w:pPr>
      <w:r>
        <w:rPr>
          <w:rFonts w:ascii="宋体" w:eastAsia="宋体" w:hAnsi="宋体"/>
          <w:sz w:val="28"/>
        </w:rPr>
        <w:t>1、新职工入厂岗前“三级”安全教育率100%。</w:t>
      </w:r>
    </w:p>
    <w:p>
      <w:pPr>
        <w:spacing w:before="100" w:after="200" w:line="360" w:lineRule="auto"/>
        <w:ind w:firstLine="576"/>
        <w:jc w:val="left"/>
      </w:pPr>
      <w:r>
        <w:rPr>
          <w:rFonts w:ascii="宋体" w:eastAsia="宋体" w:hAnsi="宋体"/>
          <w:sz w:val="28"/>
        </w:rPr>
        <w:t>2、职工调换工种转岗安全教育率100%。</w:t>
      </w:r>
    </w:p>
    <w:p>
      <w:pPr>
        <w:spacing w:before="100" w:after="200" w:line="360" w:lineRule="auto"/>
        <w:ind w:firstLine="576"/>
        <w:jc w:val="left"/>
      </w:pPr>
      <w:r>
        <w:rPr>
          <w:rFonts w:ascii="宋体" w:eastAsia="宋体" w:hAnsi="宋体"/>
          <w:sz w:val="28"/>
        </w:rPr>
        <w:t>3、职工半年度、年度安全再教育、再培训率100%。</w:t>
      </w:r>
    </w:p>
    <w:p>
      <w:pPr>
        <w:spacing w:before="100" w:after="200" w:line="360" w:lineRule="auto"/>
        <w:ind w:firstLine="576"/>
        <w:jc w:val="left"/>
      </w:pPr>
      <w:r>
        <w:rPr>
          <w:rFonts w:ascii="宋体" w:eastAsia="宋体" w:hAnsi="宋体"/>
          <w:sz w:val="28"/>
        </w:rPr>
        <w:t>4、特种作业持证上岗率100%。</w:t>
      </w:r>
    </w:p>
    <w:p>
      <w:pPr>
        <w:spacing w:before="100" w:after="200" w:line="360" w:lineRule="auto"/>
        <w:jc w:val="left"/>
      </w:pPr>
      <w:r>
        <w:rPr>
          <w:rFonts w:ascii="宋体 (中文正文)" w:eastAsia="宋体" w:hAnsi="宋体 (中文正文)"/>
          <w:b/>
          <w:sz w:val="28"/>
        </w:rPr>
        <w:t>三、安全生产管理工作要求：</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1、严格执行国家《安全生产法》和公司《安全生产管理制度》。负责主持公司各项安全管理制度、考核措施的编制。</w:t>
      </w:r>
    </w:p>
    <w:p>
      <w:pPr>
        <w:spacing w:before="100" w:after="200" w:line="360" w:lineRule="auto"/>
        <w:ind w:firstLine="576"/>
        <w:jc w:val="left"/>
      </w:pPr>
      <w:r>
        <w:rPr>
          <w:rFonts w:ascii="宋体" w:eastAsia="宋体" w:hAnsi="宋体"/>
          <w:sz w:val="28"/>
        </w:rPr>
        <w:t>2、加强安全生产管理力度。认真督查其它管理职能部门安全职责履行，和各项规章制度的执行情况，及时纠正工作、生产、管理中的失职和违章行为。</w:t>
      </w:r>
    </w:p>
    <w:p>
      <w:pPr>
        <w:spacing w:before="100" w:after="200" w:line="360" w:lineRule="auto"/>
        <w:ind w:firstLine="576"/>
        <w:jc w:val="left"/>
      </w:pPr>
      <w:r>
        <w:rPr>
          <w:rFonts w:ascii="宋体" w:eastAsia="宋体" w:hAnsi="宋体"/>
          <w:sz w:val="28"/>
        </w:rPr>
        <w:t>3、加强安全生产督查力度。保证每月至少组织一次全厂性安全生产大检查，适时组织专项安全检查。落实重大事故隐患整改。年度不少于12次。</w:t>
      </w:r>
    </w:p>
    <w:p>
      <w:pPr>
        <w:spacing w:before="100" w:after="200" w:line="360" w:lineRule="auto"/>
        <w:ind w:firstLine="576"/>
        <w:jc w:val="left"/>
      </w:pPr>
      <w:r>
        <w:rPr>
          <w:rFonts w:ascii="宋体" w:eastAsia="宋体" w:hAnsi="宋体"/>
          <w:sz w:val="28"/>
        </w:rPr>
        <w:t>4、加强安全生产考核力度。建立和完善安全生产考核机制。制订并按照各部门的生产考核细则条款，组织实施对各部门的安全生产工作的考核和评估。</w:t>
      </w:r>
    </w:p>
    <w:p>
      <w:pPr>
        <w:spacing w:before="100" w:after="200" w:line="360" w:lineRule="auto"/>
        <w:ind w:firstLine="576"/>
        <w:jc w:val="left"/>
      </w:pPr>
      <w:r>
        <w:rPr>
          <w:rFonts w:ascii="宋体" w:eastAsia="宋体" w:hAnsi="宋体"/>
          <w:sz w:val="28"/>
        </w:rPr>
        <w:t>5、组织逐级签订安全责任书，公司安全生产责任书签订率达100%。有完成责任书规定的各项指标的有效措施，确保各项安全指标的完成。</w:t>
      </w:r>
    </w:p>
    <w:p>
      <w:pPr>
        <w:spacing w:before="100" w:after="200" w:line="360" w:lineRule="auto"/>
        <w:ind w:firstLine="576"/>
        <w:jc w:val="left"/>
      </w:pPr>
      <w:r>
        <w:rPr>
          <w:rFonts w:ascii="宋体" w:eastAsia="宋体" w:hAnsi="宋体"/>
          <w:sz w:val="28"/>
        </w:rPr>
        <w:t>6、负责审核和审批停产检修和各类险重作业。负责审核和审批各类重要设备、设施改造的安全技术措施。</w:t>
      </w:r>
    </w:p>
    <w:p>
      <w:pPr>
        <w:spacing w:before="100" w:after="200" w:line="360" w:lineRule="auto"/>
        <w:ind w:firstLine="576"/>
        <w:jc w:val="left"/>
      </w:pPr>
      <w:r>
        <w:rPr>
          <w:rFonts w:ascii="宋体" w:eastAsia="宋体" w:hAnsi="宋体"/>
          <w:sz w:val="28"/>
        </w:rPr>
        <w:t>7、保证每月主持召开不少于一次各部门副总部长、部门主管安全生产工作联席会议，分析安全生产动态，及时解决安全生产的问题。年度不少于12次。</w:t>
      </w:r>
    </w:p>
    <w:p>
      <w:pPr>
        <w:spacing w:before="100" w:after="200" w:line="360" w:lineRule="auto"/>
        <w:ind w:firstLine="576"/>
        <w:jc w:val="left"/>
      </w:pPr>
      <w:r>
        <w:rPr>
          <w:rFonts w:ascii="宋体" w:eastAsia="宋体" w:hAnsi="宋体"/>
          <w:sz w:val="28"/>
        </w:rPr>
        <w:t>8、制订公司安全教育培训计划。指导和督查各部门、车间的安全教育培训工作;开展安全标准化管理活动，夯实公司安全管理基础。</w:t>
      </w:r>
    </w:p>
    <w:p>
      <w:pPr>
        <w:spacing w:before="100" w:after="200" w:line="360" w:lineRule="auto"/>
        <w:ind w:firstLine="576"/>
        <w:jc w:val="left"/>
      </w:pPr>
      <w:r>
        <w:rPr>
          <w:rFonts w:ascii="宋体" w:eastAsia="宋体" w:hAnsi="宋体"/>
          <w:sz w:val="28"/>
        </w:rPr>
        <w:t>9、监督和执行好有关劳保用品的发放标准。加强防护器材的管理。</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10、坚持“四不放过”原则，对发生的事故及时报告和处理，查清原因，采取防范措施。对事故的责任者提出处理意见，报公司领导批准后执行。</w:t>
      </w:r>
    </w:p>
    <w:p>
      <w:pPr>
        <w:spacing w:before="100" w:after="200" w:line="360" w:lineRule="auto"/>
        <w:ind w:firstLine="576"/>
        <w:jc w:val="left"/>
      </w:pPr>
      <w:r>
        <w:rPr>
          <w:rFonts w:ascii="宋体" w:eastAsia="宋体" w:hAnsi="宋体"/>
          <w:sz w:val="28"/>
        </w:rPr>
        <w:t>11、按标准和要求，建立和完善安全生产管理档案。妥善保管、及时归档。</w:t>
      </w:r>
    </w:p>
    <w:p>
      <w:pPr>
        <w:spacing w:before="100" w:after="200" w:line="360" w:lineRule="auto"/>
        <w:ind w:firstLine="576"/>
        <w:jc w:val="left"/>
      </w:pPr>
      <w:r>
        <w:rPr>
          <w:rFonts w:ascii="宋体" w:eastAsia="宋体" w:hAnsi="宋体"/>
          <w:sz w:val="28"/>
        </w:rPr>
        <w:t>12、发生安全事故，严重的取消全年全部奖金(发基本工资，确保月工资1000元)，并追究责任，甚至开除出厂。</w:t>
      </w:r>
    </w:p>
    <w:p>
      <w:pPr>
        <w:spacing w:before="100" w:after="200" w:line="360" w:lineRule="auto"/>
        <w:ind w:firstLine="576"/>
        <w:jc w:val="left"/>
      </w:pPr>
      <w:r>
        <w:rPr>
          <w:rFonts w:ascii="宋体" w:eastAsia="宋体" w:hAnsi="宋体"/>
          <w:sz w:val="28"/>
        </w:rPr>
        <w:t>13、本责任书签字人工作变动，接任人自然签字。</w:t>
      </w:r>
    </w:p>
    <w:p>
      <w:pPr>
        <w:spacing w:before="100" w:after="200" w:line="360" w:lineRule="auto"/>
        <w:ind w:firstLine="576"/>
        <w:jc w:val="left"/>
      </w:pPr>
      <w:r>
        <w:rPr>
          <w:rFonts w:ascii="宋体" w:eastAsia="宋体" w:hAnsi="宋体"/>
          <w:sz w:val="28"/>
        </w:rPr>
        <w:t>14、本责任书一式二份，公司安监会、责任人各执一份。</w:t>
      </w:r>
    </w:p>
    <w:p>
      <w:pPr>
        <w:spacing w:before="100" w:after="200" w:line="360" w:lineRule="auto"/>
        <w:ind w:firstLine="576"/>
        <w:jc w:val="left"/>
      </w:pPr>
      <w:r>
        <w:rPr>
          <w:rFonts w:ascii="宋体" w:eastAsia="宋体" w:hAnsi="宋体"/>
          <w:sz w:val="28"/>
        </w:rPr>
        <w:t>2022年6月20日</w:t>
      </w:r>
    </w:p>
    <w:p>
      <w:pPr>
        <w:spacing w:before="100" w:after="200" w:line="360" w:lineRule="auto"/>
        <w:ind w:firstLine="576"/>
        <w:jc w:val="left"/>
      </w:pPr>
      <w:r>
        <w:rPr>
          <w:rFonts w:ascii="宋体" w:eastAsia="宋体" w:hAnsi="宋体"/>
          <w:sz w:val="28"/>
        </w:rPr>
        <w:t>学校安全涉及千家万户，责任重大。为了确保师生的生命安全，维护学校和社会的稳定，保障学校正常的教育教学秩序，按照“部门管理、分级负责、一岗双责”的原则和要求，学校与您签订本责任书。具体职责如下：</w:t>
      </w:r>
    </w:p>
    <w:p>
      <w:pPr>
        <w:spacing w:before="100" w:after="200" w:line="360" w:lineRule="auto"/>
        <w:ind w:firstLine="576"/>
        <w:jc w:val="left"/>
      </w:pPr>
      <w:r>
        <w:rPr>
          <w:rFonts w:ascii="宋体" w:eastAsia="宋体" w:hAnsi="宋体"/>
          <w:sz w:val="28"/>
        </w:rPr>
        <w:t>1、印刷室管理员是印刷室安全管理直接责任人。</w:t>
      </w:r>
    </w:p>
    <w:p>
      <w:pPr>
        <w:spacing w:before="100" w:after="200" w:line="360" w:lineRule="auto"/>
        <w:ind w:firstLine="576"/>
        <w:jc w:val="left"/>
      </w:pPr>
      <w:r>
        <w:rPr>
          <w:rFonts w:ascii="宋体" w:eastAsia="宋体" w:hAnsi="宋体"/>
          <w:sz w:val="28"/>
        </w:rPr>
        <w:t>2、印刷室内严禁烟火，严禁非工作人员擅自进入。</w:t>
      </w:r>
    </w:p>
    <w:p>
      <w:pPr>
        <w:spacing w:before="100" w:after="200" w:line="360" w:lineRule="auto"/>
        <w:ind w:firstLine="576"/>
        <w:jc w:val="left"/>
      </w:pPr>
      <w:r>
        <w:rPr>
          <w:rFonts w:ascii="宋体" w:eastAsia="宋体" w:hAnsi="宋体"/>
          <w:sz w:val="28"/>
        </w:rPr>
        <w:t>3、定期清理废弃纸张、油墨等易燃物品，定期检查文印室各类线路，防止因线路老化、超负荷工作发生火灾，定期检查文印室内消防设施，保证灭火器材完好有效。</w:t>
      </w:r>
    </w:p>
    <w:p>
      <w:pPr>
        <w:spacing w:before="100" w:after="200" w:line="360" w:lineRule="auto"/>
        <w:ind w:firstLine="576"/>
        <w:jc w:val="left"/>
      </w:pPr>
      <w:r>
        <w:rPr>
          <w:rFonts w:ascii="宋体" w:eastAsia="宋体" w:hAnsi="宋体"/>
          <w:sz w:val="28"/>
        </w:rPr>
        <w:t>4、定期进行文印室各类安全隐患排查。</w:t>
      </w:r>
    </w:p>
    <w:p>
      <w:pPr>
        <w:spacing w:before="100" w:after="200" w:line="360" w:lineRule="auto"/>
        <w:ind w:firstLine="576"/>
        <w:jc w:val="left"/>
      </w:pPr>
      <w:r>
        <w:rPr>
          <w:rFonts w:ascii="宋体" w:eastAsia="宋体" w:hAnsi="宋体"/>
          <w:sz w:val="28"/>
        </w:rPr>
        <w:t>5、遵守文件保密制度，严防泄密。做好纸张的使用记录。</w:t>
      </w:r>
    </w:p>
    <w:p>
      <w:pPr>
        <w:spacing w:before="100" w:after="200" w:line="360" w:lineRule="auto"/>
        <w:ind w:firstLine="576"/>
        <w:jc w:val="left"/>
      </w:pPr>
      <w:r>
        <w:rPr>
          <w:rFonts w:ascii="宋体" w:eastAsia="宋体" w:hAnsi="宋体"/>
          <w:sz w:val="28"/>
        </w:rPr>
        <w:t>6、下班时关好水电门窗，确认无安全隐患后方可下班。</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7、完成领导小组交办的其它安全工作。</w:t>
      </w:r>
    </w:p>
    <w:p>
      <w:pPr>
        <w:spacing w:before="100" w:after="200" w:line="360" w:lineRule="auto"/>
        <w:ind w:firstLine="576"/>
        <w:jc w:val="left"/>
      </w:pPr>
      <w:r>
        <w:rPr>
          <w:rFonts w:ascii="宋体" w:eastAsia="宋体" w:hAnsi="宋体"/>
          <w:sz w:val="28"/>
        </w:rPr>
        <w:t>以上各条，作为学校对印刷室管理员年度安全工作目标的考核依据。如因工作疏忽，造成安全事故的，将按照《辉南县教育系统安全责任追究办法(试行)》追究相关责任;情节严重的，直至追究法律责任。</w:t>
      </w:r>
    </w:p>
    <w:p>
      <w:pPr>
        <w:spacing w:before="100" w:after="200" w:line="360" w:lineRule="auto"/>
        <w:ind w:firstLine="576"/>
        <w:jc w:val="left"/>
      </w:pPr>
      <w:r>
        <w:rPr>
          <w:rFonts w:ascii="宋体" w:eastAsia="宋体" w:hAnsi="宋体"/>
          <w:sz w:val="28"/>
        </w:rPr>
        <w:t>本责任书一式两份，印刷管理员和学校各执一份。签订之日起生效，有效期2022年3月至2022年8月31日。</w:t>
      </w:r>
    </w:p>
    <w:p>
      <w:pPr>
        <w:spacing w:before="100" w:after="200" w:line="360" w:lineRule="auto"/>
        <w:ind w:firstLine="576"/>
        <w:jc w:val="left"/>
      </w:pPr>
      <w:r>
        <w:rPr>
          <w:rFonts w:ascii="宋体" w:eastAsia="宋体" w:hAnsi="宋体"/>
          <w:sz w:val="28"/>
        </w:rPr>
        <w:t>教务主任签字：管理人员签字：</w:t>
      </w:r>
    </w:p>
    <w:p>
      <w:pPr>
        <w:spacing w:before="100" w:after="200" w:line="360" w:lineRule="auto"/>
        <w:ind w:firstLine="576"/>
        <w:jc w:val="left"/>
      </w:pPr>
      <w:r>
        <w:rPr>
          <w:rFonts w:ascii="宋体" w:eastAsia="宋体" w:hAnsi="宋体"/>
          <w:sz w:val="28"/>
        </w:rPr>
        <w:t>(盖章)</w:t>
      </w:r>
    </w:p>
    <w:p>
      <w:pPr>
        <w:spacing w:before="100" w:after="200" w:line="360" w:lineRule="auto"/>
        <w:ind w:firstLine="576"/>
        <w:jc w:val="left"/>
      </w:pPr>
      <w:r>
        <w:rPr>
          <w:rFonts w:ascii="宋体" w:eastAsia="宋体" w:hAnsi="宋体"/>
          <w:sz w:val="28"/>
        </w:rPr>
        <w:t>xx年xx月xx日</w:t>
      </w:r>
    </w:p>
    <w:p>
      <w:pPr>
        <w:spacing w:before="100" w:after="200" w:line="360" w:lineRule="auto"/>
        <w:ind w:firstLine="576"/>
        <w:jc w:val="left"/>
      </w:pPr>
      <w:r>
        <w:rPr>
          <w:rFonts w:ascii="宋体" w:eastAsia="宋体" w:hAnsi="宋体"/>
          <w:sz w:val="28"/>
        </w:rPr>
        <w:t>为认真贯彻“安全第一，预防为主”的方针，做好公司20xx年度安全生产工作，强化企业内部安全管理，落实单位负责人安全生产责任制，保证完成上级下达的安全控制指标，确保公司及全体职工的生命财产安全，减少事故和职业病的发生，依据《中华人民共和国安全生产法》及其他有关安全生产的法律法规，按照“管生产必须管安全”和“谁主管、谁负责”的原则，特制订20xx年安全生产目标责任书。</w:t>
      </w:r>
    </w:p>
    <w:p>
      <w:pPr>
        <w:spacing w:before="100" w:after="200" w:line="360" w:lineRule="auto"/>
        <w:jc w:val="left"/>
      </w:pPr>
      <w:r>
        <w:rPr>
          <w:rFonts w:ascii="宋体 (中文正文)" w:eastAsia="宋体" w:hAnsi="宋体 (中文正文)"/>
          <w:sz w:val="28"/>
        </w:rPr>
        <w:t>一、工作目标：</w:t>
      </w:r>
    </w:p>
    <w:p>
      <w:pPr>
        <w:spacing w:before="100" w:after="200" w:line="360" w:lineRule="auto"/>
        <w:ind w:firstLine="576"/>
        <w:jc w:val="left"/>
      </w:pPr>
      <w:r>
        <w:rPr>
          <w:rFonts w:ascii="宋体" w:eastAsia="宋体" w:hAnsi="宋体"/>
          <w:sz w:val="28"/>
        </w:rPr>
        <w:t>1、安全事故为“0”。</w:t>
      </w:r>
    </w:p>
    <w:p>
      <w:pPr>
        <w:spacing w:before="100" w:after="200" w:line="360" w:lineRule="auto"/>
        <w:ind w:firstLine="576"/>
        <w:jc w:val="left"/>
      </w:pPr>
      <w:r>
        <w:rPr>
          <w:rFonts w:ascii="宋体" w:eastAsia="宋体" w:hAnsi="宋体"/>
          <w:sz w:val="28"/>
        </w:rPr>
        <w:t>2、职业病事故为“0”。</w:t>
      </w:r>
    </w:p>
    <w:p>
      <w:pPr>
        <w:spacing w:before="100" w:after="200" w:line="360" w:lineRule="auto"/>
        <w:ind w:firstLine="576"/>
        <w:jc w:val="left"/>
      </w:pPr>
      <w:r>
        <w:rPr>
          <w:rFonts w:ascii="宋体" w:eastAsia="宋体" w:hAnsi="宋体"/>
          <w:sz w:val="28"/>
        </w:rPr>
        <w:t>3、伤害事故为“0”。</w:t>
      </w:r>
    </w:p>
    <w:p>
      <w:pPr>
        <w:spacing w:before="100" w:after="200" w:line="360" w:lineRule="auto"/>
        <w:ind w:firstLine="576"/>
        <w:jc w:val="left"/>
      </w:pPr>
      <w:r>
        <w:rPr>
          <w:rFonts w:ascii="宋体" w:eastAsia="宋体" w:hAnsi="宋体"/>
          <w:sz w:val="28"/>
        </w:rPr>
        <w:t>4、安全隐患的整改率达100%</w:t>
      </w:r>
    </w:p>
    <w:p>
      <w:pPr>
        <w:spacing w:before="100" w:after="200" w:line="360" w:lineRule="auto"/>
        <w:ind w:firstLine="576"/>
        <w:jc w:val="left"/>
      </w:pPr>
      <w:r>
        <w:rPr>
          <w:rFonts w:ascii="宋体" w:eastAsia="宋体" w:hAnsi="宋体"/>
          <w:sz w:val="28"/>
        </w:rPr>
        <w:t>5、“三废”排放符合国家标准，污染事故为零。</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6、法规规定的各项卫生标准</w:t>
      </w:r>
    </w:p>
    <w:p>
      <w:pPr>
        <w:spacing w:before="100" w:after="200" w:line="360" w:lineRule="auto"/>
        <w:jc w:val="left"/>
      </w:pPr>
      <w:r>
        <w:rPr>
          <w:rFonts w:ascii="宋体 (中文正文)" w:eastAsia="宋体" w:hAnsi="宋体 (中文正文)"/>
          <w:sz w:val="28"/>
        </w:rPr>
        <w:t>二、工作任务：</w:t>
      </w:r>
    </w:p>
    <w:p>
      <w:pPr>
        <w:spacing w:before="100" w:after="200" w:line="360" w:lineRule="auto"/>
        <w:ind w:firstLine="576"/>
        <w:jc w:val="left"/>
      </w:pPr>
      <w:r>
        <w:rPr>
          <w:rFonts w:ascii="宋体" w:eastAsia="宋体" w:hAnsi="宋体"/>
          <w:sz w:val="28"/>
        </w:rPr>
        <w:t>车间主任对本车间的安全生产全面负责，副主任在主任指定的工作范围内对安全工作负责，其职责是：</w:t>
      </w:r>
    </w:p>
    <w:p>
      <w:pPr>
        <w:spacing w:before="100" w:after="200" w:line="360" w:lineRule="auto"/>
        <w:ind w:firstLine="576"/>
        <w:jc w:val="left"/>
      </w:pPr>
      <w:r>
        <w:rPr>
          <w:rFonts w:ascii="宋体" w:eastAsia="宋体" w:hAnsi="宋体"/>
          <w:sz w:val="28"/>
        </w:rPr>
        <w:t>1、保证国家和上级安全生产法规、制度、指示在本车间贯彻执行。把安全工作列入议事日程，做到“五同时”。</w:t>
      </w:r>
    </w:p>
    <w:p>
      <w:pPr>
        <w:spacing w:before="100" w:after="200" w:line="360" w:lineRule="auto"/>
        <w:ind w:firstLine="576"/>
        <w:jc w:val="left"/>
      </w:pPr>
      <w:r>
        <w:rPr>
          <w:rFonts w:ascii="宋体" w:eastAsia="宋体" w:hAnsi="宋体"/>
          <w:sz w:val="28"/>
        </w:rPr>
        <w:t>2、组织制定车间安全管理规定、安全技术操作规程和安全技术措施计划。</w:t>
      </w:r>
    </w:p>
    <w:p>
      <w:pPr>
        <w:spacing w:before="100" w:after="200" w:line="360" w:lineRule="auto"/>
        <w:ind w:firstLine="576"/>
        <w:jc w:val="left"/>
      </w:pPr>
      <w:r>
        <w:rPr>
          <w:rFonts w:ascii="宋体" w:eastAsia="宋体" w:hAnsi="宋体"/>
          <w:sz w:val="28"/>
        </w:rPr>
        <w:t>3、组织对新职工进行车间安全教育和班组安全教育，对职工进行经常性的安全思想、安全知识和安全技术教育，定期组织考核，组织班组安全日活动，及时吸取工人提出的正确意见。</w:t>
      </w:r>
    </w:p>
    <w:p>
      <w:pPr>
        <w:spacing w:before="100" w:after="200" w:line="360" w:lineRule="auto"/>
        <w:ind w:firstLine="576"/>
        <w:jc w:val="left"/>
      </w:pPr>
      <w:r>
        <w:rPr>
          <w:rFonts w:ascii="宋体" w:eastAsia="宋体" w:hAnsi="宋体"/>
          <w:sz w:val="28"/>
        </w:rPr>
        <w:t>4、组织全车间职工定期进行安全检查，保证设备、安全装置、消防、防护器材等处于完好状态。</w:t>
      </w:r>
    </w:p>
    <w:p>
      <w:pPr>
        <w:spacing w:before="100" w:after="200" w:line="360" w:lineRule="auto"/>
        <w:ind w:firstLine="576"/>
        <w:jc w:val="left"/>
      </w:pPr>
      <w:r>
        <w:rPr>
          <w:rFonts w:ascii="宋体" w:eastAsia="宋体" w:hAnsi="宋体"/>
          <w:sz w:val="28"/>
        </w:rPr>
        <w:t>5、组织各项安全生产活动。总结交流安全生产经验，表彰先进班组和个人。</w:t>
      </w:r>
    </w:p>
    <w:p>
      <w:pPr>
        <w:spacing w:before="100" w:after="200" w:line="360" w:lineRule="auto"/>
        <w:ind w:firstLine="576"/>
        <w:jc w:val="left"/>
      </w:pPr>
      <w:r>
        <w:rPr>
          <w:rFonts w:ascii="宋体" w:eastAsia="宋体" w:hAnsi="宋体"/>
          <w:sz w:val="28"/>
        </w:rPr>
        <w:t>6、严格执行有关劳保用品、保健食品、清凉饮料等发放标准。加强防护器材的管理，教育职工妥善保管，正确使用。</w:t>
      </w:r>
    </w:p>
    <w:p>
      <w:pPr>
        <w:spacing w:before="100" w:after="200" w:line="360" w:lineRule="auto"/>
        <w:ind w:firstLine="576"/>
        <w:jc w:val="left"/>
      </w:pPr>
      <w:r>
        <w:rPr>
          <w:rFonts w:ascii="宋体" w:eastAsia="宋体" w:hAnsi="宋体"/>
          <w:sz w:val="28"/>
        </w:rPr>
        <w:t>7、坚持“四不放过”原则，对本车间发生的事故及时报告和处理，注意保护现场，查清原因，采取防范措施。对事故的责任者提出处理意见，报主管部门和厂长批准后执行。</w:t>
      </w:r>
    </w:p>
    <w:p>
      <w:pPr>
        <w:spacing w:before="100" w:after="200" w:line="360" w:lineRule="auto"/>
        <w:ind w:firstLine="576"/>
        <w:jc w:val="left"/>
      </w:pPr>
      <w:r>
        <w:rPr>
          <w:rFonts w:ascii="宋体" w:eastAsia="宋体" w:hAnsi="宋体"/>
          <w:sz w:val="28"/>
        </w:rPr>
        <w:t>8、组织本车间安全管理网，配备合格的安全管理人员，支持车间安全员工作，充分发挥班组安全员的作用。</w:t>
      </w:r>
    </w:p>
    <w:p>
      <w:pPr>
        <w:spacing w:before="100" w:after="200" w:line="360" w:lineRule="auto"/>
        <w:jc w:val="left"/>
        <w:sectPr w:rsidSect="00034616">
          <w:type w:val="nextPage"/>
          <w:pgSz w:w="11906" w:h="16838"/>
          <w:pgMar w:top="1440" w:right="1440" w:bottom="1440" w:left="1440" w:header="720" w:footer="720" w:gutter="0"/>
          <w:pgNumType w:start="5"/>
          <w:cols w:space="720"/>
          <w:titlePg w:val="0"/>
          <w:docGrid w:linePitch="360"/>
        </w:sectPr>
      </w:pPr>
      <w:r>
        <w:rPr>
          <w:rFonts w:ascii="宋体 (中文正文)" w:eastAsia="宋体" w:hAnsi="宋体 (中文正文)"/>
          <w:b/>
          <w:sz w:val="28"/>
        </w:rPr>
        <w:t>三、附则</w:t>
      </w:r>
    </w:p>
    <w:p>
      <w:pPr>
        <w:spacing w:before="100" w:after="200" w:line="360" w:lineRule="auto"/>
        <w:ind w:firstLine="576"/>
        <w:jc w:val="left"/>
      </w:pPr>
      <w:r>
        <w:rPr>
          <w:rFonts w:ascii="宋体" w:eastAsia="宋体" w:hAnsi="宋体"/>
          <w:sz w:val="28"/>
        </w:rPr>
        <w:t>1、本责任书有效期限为一年，即：20xx年1月1日至20xx年12月31日。</w:t>
      </w:r>
    </w:p>
    <w:p>
      <w:pPr>
        <w:spacing w:before="100" w:after="200" w:line="360" w:lineRule="auto"/>
        <w:ind w:firstLine="576"/>
        <w:jc w:val="left"/>
      </w:pPr>
      <w:r>
        <w:rPr>
          <w:rFonts w:ascii="宋体" w:eastAsia="宋体" w:hAnsi="宋体"/>
          <w:sz w:val="28"/>
        </w:rPr>
        <w:t>2、本责任书一式两份，双方各执一份。</w:t>
      </w:r>
    </w:p>
    <w:p>
      <w:pPr>
        <w:spacing w:before="100" w:after="200" w:line="360" w:lineRule="auto"/>
        <w:ind w:firstLine="576"/>
        <w:jc w:val="left"/>
      </w:pPr>
      <w:r>
        <w:rPr>
          <w:rFonts w:ascii="宋体" w:eastAsia="宋体" w:hAnsi="宋体"/>
          <w:sz w:val="28"/>
        </w:rPr>
        <w:t>安全生产办公室负责人签字：</w:t>
      </w:r>
    </w:p>
    <w:p>
      <w:pPr>
        <w:spacing w:before="100" w:after="200" w:line="360" w:lineRule="auto"/>
        <w:jc w:val="left"/>
      </w:pPr>
      <w:r>
        <w:rPr>
          <w:rFonts w:ascii="宋体 (中文正文)" w:eastAsia="宋体" w:hAnsi="宋体 (中文正文)"/>
          <w:sz w:val="28"/>
        </w:rPr>
        <w:t>责任人签字：</w:t>
      </w:r>
    </w:p>
    <w:p>
      <w:pPr>
        <w:spacing w:before="100" w:after="200" w:line="360" w:lineRule="auto"/>
        <w:ind w:firstLine="576"/>
        <w:jc w:val="left"/>
      </w:pPr>
      <w:r>
        <w:rPr>
          <w:rFonts w:ascii="宋体" w:eastAsia="宋体" w:hAnsi="宋体"/>
          <w:sz w:val="28"/>
        </w:rPr>
        <w:t>年月日</w:t>
      </w:r>
    </w:p>
    <w:p>
      <w:pPr>
        <w:spacing w:before="100" w:after="200" w:line="360" w:lineRule="auto"/>
        <w:ind w:firstLine="576"/>
        <w:jc w:val="left"/>
      </w:pPr>
      <w:r>
        <w:rPr>
          <w:rFonts w:ascii="宋体" w:eastAsia="宋体" w:hAnsi="宋体"/>
          <w:sz w:val="28"/>
        </w:rPr>
        <w:t>为了进一步落实安全生产责任制，做到“责、权、利”相结合，根据公司20xx年度安全生产目标的内容，现与后勤部签订如下安全生产目标：</w:t>
      </w:r>
    </w:p>
    <w:p>
      <w:pPr>
        <w:spacing w:before="100" w:after="200" w:line="360" w:lineRule="auto"/>
        <w:jc w:val="left"/>
      </w:pPr>
      <w:r>
        <w:rPr>
          <w:rFonts w:ascii="宋体 (中文正文)" w:eastAsia="宋体" w:hAnsi="宋体 (中文正文)"/>
          <w:sz w:val="28"/>
        </w:rPr>
        <w:t>一、目标值：</w:t>
      </w:r>
    </w:p>
    <w:p>
      <w:pPr>
        <w:spacing w:before="100" w:after="200" w:line="360" w:lineRule="auto"/>
        <w:ind w:firstLine="576"/>
        <w:jc w:val="left"/>
      </w:pPr>
      <w:r>
        <w:rPr>
          <w:rFonts w:ascii="宋体" w:eastAsia="宋体" w:hAnsi="宋体"/>
          <w:sz w:val="28"/>
        </w:rPr>
        <w:t>1、全年人身死亡事故为零，重伤事故为零，轻伤事故不超过1起。</w:t>
      </w:r>
    </w:p>
    <w:p>
      <w:pPr>
        <w:spacing w:before="100" w:after="200" w:line="360" w:lineRule="auto"/>
        <w:ind w:firstLine="576"/>
        <w:jc w:val="left"/>
      </w:pPr>
      <w:r>
        <w:rPr>
          <w:rFonts w:ascii="宋体" w:eastAsia="宋体" w:hAnsi="宋体"/>
          <w:sz w:val="28"/>
        </w:rPr>
        <w:t>2、无泄漏、火灾及中毒事故。</w:t>
      </w:r>
    </w:p>
    <w:p>
      <w:pPr>
        <w:spacing w:before="100" w:after="200" w:line="360" w:lineRule="auto"/>
        <w:ind w:firstLine="576"/>
        <w:jc w:val="left"/>
      </w:pPr>
      <w:r>
        <w:rPr>
          <w:rFonts w:ascii="宋体" w:eastAsia="宋体" w:hAnsi="宋体"/>
          <w:sz w:val="28"/>
        </w:rPr>
        <w:t>3、重大事故隐患整改合格率98%以上，一般事故隐患整改合格率100%。</w:t>
      </w:r>
    </w:p>
    <w:p>
      <w:pPr>
        <w:spacing w:before="100" w:after="200" w:line="360" w:lineRule="auto"/>
        <w:ind w:firstLine="576"/>
        <w:jc w:val="left"/>
      </w:pPr>
      <w:r>
        <w:rPr>
          <w:rFonts w:ascii="宋体" w:eastAsia="宋体" w:hAnsi="宋体"/>
          <w:sz w:val="28"/>
        </w:rPr>
        <w:t>4、安全设施完好率98%。</w:t>
      </w:r>
    </w:p>
    <w:p>
      <w:pPr>
        <w:spacing w:before="100" w:after="200" w:line="360" w:lineRule="auto"/>
        <w:ind w:firstLine="576"/>
        <w:jc w:val="left"/>
      </w:pPr>
      <w:r>
        <w:rPr>
          <w:rFonts w:ascii="宋体" w:eastAsia="宋体" w:hAnsi="宋体"/>
          <w:sz w:val="28"/>
        </w:rPr>
        <w:t>5、关键装置、重点部位检查到位率100%。</w:t>
      </w:r>
    </w:p>
    <w:p>
      <w:pPr>
        <w:spacing w:before="100" w:after="200" w:line="360" w:lineRule="auto"/>
        <w:ind w:firstLine="576"/>
        <w:jc w:val="left"/>
      </w:pPr>
      <w:r>
        <w:rPr>
          <w:rFonts w:ascii="宋体" w:eastAsia="宋体" w:hAnsi="宋体"/>
          <w:sz w:val="28"/>
        </w:rPr>
        <w:t>6、职工安全培训合格率达到100%。</w:t>
      </w:r>
    </w:p>
    <w:p>
      <w:pPr>
        <w:spacing w:before="100" w:after="200" w:line="360" w:lineRule="auto"/>
        <w:jc w:val="left"/>
        <w:sectPr w:rsidSect="00034616">
          <w:type w:val="nextPage"/>
          <w:pgSz w:w="11906" w:h="16838"/>
          <w:pgMar w:top="1440" w:right="1440" w:bottom="1440" w:left="1440" w:header="720" w:footer="720" w:gutter="0"/>
          <w:pgNumType w:start="6"/>
          <w:cols w:space="720"/>
          <w:titlePg w:val="0"/>
          <w:docGrid w:linePitch="360"/>
        </w:sectPr>
      </w:pPr>
      <w:r>
        <w:rPr>
          <w:rFonts w:ascii="宋体 (中文正文)" w:eastAsia="宋体" w:hAnsi="宋体 (中文正文)"/>
          <w:b/>
          <w:sz w:val="28"/>
        </w:rPr>
        <w:t>二、本单位安全工作上必须做到以下内容：</w:t>
      </w:r>
    </w:p>
    <w:p>
      <w:pPr>
        <w:spacing w:before="100" w:after="200" w:line="360" w:lineRule="auto"/>
        <w:ind w:firstLine="576"/>
        <w:jc w:val="left"/>
      </w:pPr>
      <w:r>
        <w:rPr>
          <w:rFonts w:ascii="宋体" w:eastAsia="宋体" w:hAnsi="宋体"/>
          <w:sz w:val="28"/>
        </w:rPr>
        <w:t>1、对本单位的安全生产负直接领导责任，必须模范遵守公司的各项安全管理制度，不发布与公司安全管理制度相抵触的指令，严格履行本人的安全职责，确保安全责任制在本单位全面落实，并全力支持安全工作。</w:t>
      </w:r>
    </w:p>
    <w:p>
      <w:pPr>
        <w:spacing w:before="100" w:after="200" w:line="360" w:lineRule="auto"/>
        <w:ind w:firstLine="576"/>
        <w:jc w:val="left"/>
      </w:pPr>
      <w:r>
        <w:rPr>
          <w:rFonts w:ascii="宋体" w:eastAsia="宋体" w:hAnsi="宋体"/>
          <w:sz w:val="28"/>
        </w:rPr>
        <w:t>2、保证公司各项安全管理制度和管理办法在本单位内全面实施，并自觉接受公司安全部门的监督和管理。</w:t>
      </w:r>
    </w:p>
    <w:p>
      <w:pPr>
        <w:spacing w:before="100" w:after="200" w:line="360" w:lineRule="auto"/>
        <w:ind w:firstLine="576"/>
        <w:jc w:val="left"/>
      </w:pPr>
      <w:r>
        <w:rPr>
          <w:rFonts w:ascii="宋体" w:eastAsia="宋体" w:hAnsi="宋体"/>
          <w:sz w:val="28"/>
        </w:rPr>
        <w:t>3、在确保安全的前提下组织生产，始终把安全工作放在首位，当“安全与交货期、质量”发生矛盾时，坚持安全第一的原则。</w:t>
      </w:r>
    </w:p>
    <w:p>
      <w:pPr>
        <w:spacing w:before="100" w:after="200" w:line="360" w:lineRule="auto"/>
        <w:ind w:firstLine="576"/>
        <w:jc w:val="left"/>
      </w:pPr>
      <w:r>
        <w:rPr>
          <w:rFonts w:ascii="宋体" w:eastAsia="宋体" w:hAnsi="宋体"/>
          <w:sz w:val="28"/>
        </w:rPr>
        <w:t>4、参加生产碰头会时，首先汇报本单位的安全生产情况和安全问题落实情况;在安排本单位生产任务时，必须安排安全工作内容，并写入记录。</w:t>
      </w:r>
    </w:p>
    <w:p>
      <w:pPr>
        <w:spacing w:before="100" w:after="200" w:line="360" w:lineRule="auto"/>
        <w:ind w:firstLine="576"/>
        <w:jc w:val="left"/>
      </w:pPr>
      <w:r>
        <w:rPr>
          <w:rFonts w:ascii="宋体" w:eastAsia="宋体" w:hAnsi="宋体"/>
          <w:sz w:val="28"/>
        </w:rPr>
        <w:t>5、在公司及政府的安全检查中杜绝各类违章现象。</w:t>
      </w:r>
    </w:p>
    <w:p>
      <w:pPr>
        <w:spacing w:before="100" w:after="200" w:line="360" w:lineRule="auto"/>
        <w:ind w:firstLine="576"/>
        <w:jc w:val="left"/>
      </w:pPr>
      <w:r>
        <w:rPr>
          <w:rFonts w:ascii="宋体" w:eastAsia="宋体" w:hAnsi="宋体"/>
          <w:sz w:val="28"/>
        </w:rPr>
        <w:t>6、组织本部门积极参加安全检查，做到有检查、有整改，记录全。</w:t>
      </w:r>
    </w:p>
    <w:p>
      <w:pPr>
        <w:spacing w:before="100" w:after="200" w:line="360" w:lineRule="auto"/>
        <w:ind w:firstLine="576"/>
        <w:jc w:val="left"/>
      </w:pPr>
      <w:r>
        <w:rPr>
          <w:rFonts w:ascii="宋体" w:eastAsia="宋体" w:hAnsi="宋体"/>
          <w:sz w:val="28"/>
        </w:rPr>
        <w:t>7、以身作则，不违章指挥、不违章操作。对发现的各类违章现象负有查禁的责任，</w:t>
      </w:r>
    </w:p>
    <w:p>
      <w:pPr>
        <w:spacing w:before="100" w:after="200" w:line="360" w:lineRule="auto"/>
        <w:ind w:firstLine="576"/>
        <w:jc w:val="left"/>
      </w:pPr>
      <w:r>
        <w:rPr>
          <w:rFonts w:ascii="宋体" w:eastAsia="宋体" w:hAnsi="宋体"/>
          <w:sz w:val="28"/>
        </w:rPr>
        <w:t>同时要予以查处。</w:t>
      </w:r>
    </w:p>
    <w:p>
      <w:pPr>
        <w:spacing w:before="100" w:after="200" w:line="360" w:lineRule="auto"/>
        <w:ind w:firstLine="576"/>
        <w:jc w:val="left"/>
      </w:pPr>
      <w:r>
        <w:rPr>
          <w:rFonts w:ascii="宋体" w:eastAsia="宋体" w:hAnsi="宋体"/>
          <w:sz w:val="28"/>
        </w:rPr>
        <w:t>8、虚心接受员工提出的问题，杜绝不接受或盲目指挥;</w:t>
      </w:r>
    </w:p>
    <w:p>
      <w:pPr>
        <w:spacing w:before="100" w:after="200" w:line="360" w:lineRule="auto"/>
        <w:ind w:firstLine="576"/>
        <w:jc w:val="left"/>
      </w:pPr>
      <w:r>
        <w:rPr>
          <w:rFonts w:ascii="宋体" w:eastAsia="宋体" w:hAnsi="宋体"/>
          <w:sz w:val="28"/>
        </w:rPr>
        <w:t>9、发生事故，应立即报告主管领导，按照“四不放过”的原则召开事故分析会，提出整改措施和对责任者的处理意见，并填写事故登记表，严禁隐瞒不报或降低对责任者的处罚标准。</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10、必须按规定对单位员工进行培训和新员工上岗教育;</w:t>
      </w:r>
    </w:p>
    <w:p>
      <w:pPr>
        <w:spacing w:before="100" w:after="200" w:line="360" w:lineRule="auto"/>
        <w:ind w:firstLine="576"/>
        <w:jc w:val="left"/>
      </w:pPr>
      <w:r>
        <w:rPr>
          <w:rFonts w:ascii="宋体" w:eastAsia="宋体" w:hAnsi="宋体"/>
          <w:sz w:val="28"/>
        </w:rPr>
        <w:t>11、严格执行公司安全生产十六项禁令，保证本单位所有人员不违章作业。</w:t>
      </w:r>
    </w:p>
    <w:p>
      <w:pPr>
        <w:spacing w:before="100" w:after="200" w:line="360" w:lineRule="auto"/>
        <w:jc w:val="left"/>
      </w:pPr>
      <w:r>
        <w:rPr>
          <w:rFonts w:ascii="宋体 (中文正文)" w:eastAsia="宋体" w:hAnsi="宋体 (中文正文)"/>
          <w:sz w:val="28"/>
        </w:rPr>
        <w:t>三、安全奖惩：</w:t>
      </w:r>
    </w:p>
    <w:p>
      <w:pPr>
        <w:spacing w:before="100" w:after="200" w:line="360" w:lineRule="auto"/>
        <w:ind w:firstLine="576"/>
        <w:jc w:val="left"/>
      </w:pPr>
      <w:r>
        <w:rPr>
          <w:rFonts w:ascii="宋体" w:eastAsia="宋体" w:hAnsi="宋体"/>
          <w:sz w:val="28"/>
        </w:rPr>
        <w:t>1、对于全年实现安全目标的按照公司生产现场管理规定和工作说明书进行考核奖励;对于未实现安全目标的按照公司规定进行处罚。</w:t>
      </w:r>
    </w:p>
    <w:p>
      <w:pPr>
        <w:spacing w:before="100" w:after="200" w:line="360" w:lineRule="auto"/>
        <w:ind w:firstLine="576"/>
        <w:jc w:val="left"/>
      </w:pPr>
      <w:r>
        <w:rPr>
          <w:rFonts w:ascii="宋体" w:eastAsia="宋体" w:hAnsi="宋体"/>
          <w:sz w:val="28"/>
        </w:rPr>
        <w:t>2、每月接受主管领导指派人员对安全生产责任状的`落实情况进行考核。</w:t>
      </w:r>
    </w:p>
    <w:p>
      <w:pPr>
        <w:spacing w:before="100" w:after="200" w:line="360" w:lineRule="auto"/>
        <w:ind w:firstLine="576"/>
        <w:jc w:val="left"/>
      </w:pPr>
      <w:r>
        <w:rPr>
          <w:rFonts w:ascii="宋体" w:eastAsia="宋体" w:hAnsi="宋体"/>
          <w:sz w:val="28"/>
        </w:rPr>
        <w:t>3、发生一起死亡事故和爆炸、火灾、重大设备事故，除按照考核规定处罚外，同时罚相关负责人500元。</w:t>
      </w:r>
    </w:p>
    <w:p>
      <w:pPr>
        <w:spacing w:before="100" w:after="200" w:line="360" w:lineRule="auto"/>
        <w:ind w:firstLine="576"/>
        <w:jc w:val="left"/>
      </w:pPr>
      <w:r>
        <w:rPr>
          <w:rFonts w:ascii="宋体" w:eastAsia="宋体" w:hAnsi="宋体"/>
          <w:sz w:val="28"/>
        </w:rPr>
        <w:t>4、发生一起重伤事故，除按照考核规定处罚外，同时罚相关负责人300元。</w:t>
      </w:r>
    </w:p>
    <w:p>
      <w:pPr>
        <w:spacing w:before="100" w:after="200" w:line="360" w:lineRule="auto"/>
        <w:ind w:firstLine="576"/>
        <w:jc w:val="left"/>
      </w:pPr>
      <w:r>
        <w:rPr>
          <w:rFonts w:ascii="宋体" w:eastAsia="宋体" w:hAnsi="宋体"/>
          <w:sz w:val="28"/>
        </w:rPr>
        <w:t>5、轻伤负伤率超过规定标准，除按照考核规定处罚外，同时每超一起罚相关负责人100元。</w:t>
      </w:r>
    </w:p>
    <w:p>
      <w:pPr>
        <w:spacing w:before="100" w:after="200" w:line="360" w:lineRule="auto"/>
        <w:ind w:firstLine="576"/>
        <w:jc w:val="left"/>
      </w:pPr>
      <w:r>
        <w:rPr>
          <w:rFonts w:ascii="宋体" w:eastAsia="宋体" w:hAnsi="宋体"/>
          <w:sz w:val="28"/>
        </w:rPr>
        <w:t>6、发生一起轻伤或恶性未遂事故，不按规定处理的或隐瞒不报、事后补报的每次罚相关负责人100元。</w:t>
      </w:r>
    </w:p>
    <w:p>
      <w:pPr>
        <w:spacing w:before="100" w:after="200" w:line="360" w:lineRule="auto"/>
        <w:ind w:firstLine="576"/>
        <w:jc w:val="left"/>
      </w:pPr>
      <w:r>
        <w:rPr>
          <w:rFonts w:ascii="宋体" w:eastAsia="宋体" w:hAnsi="宋体"/>
          <w:sz w:val="28"/>
        </w:rPr>
        <w:t>7、公司、政府组织安全检查中每发现一起违章现象，罚相关责任人50元。对查出的问题一次未按要求整改的罚金同上,并通报批评。</w:t>
      </w:r>
    </w:p>
    <w:p>
      <w:pPr>
        <w:spacing w:before="100" w:after="200" w:line="360" w:lineRule="auto"/>
        <w:ind w:firstLine="576"/>
        <w:jc w:val="left"/>
      </w:pPr>
      <w:r>
        <w:rPr>
          <w:rFonts w:ascii="宋体" w:eastAsia="宋体" w:hAnsi="宋体"/>
          <w:sz w:val="28"/>
        </w:rPr>
        <w:t>8、安全管理目全部达标，奖励500元。</w:t>
      </w:r>
    </w:p>
    <w:p>
      <w:pPr>
        <w:spacing w:before="100" w:after="200" w:line="360" w:lineRule="auto"/>
        <w:jc w:val="left"/>
      </w:pPr>
      <w:r>
        <w:rPr>
          <w:rFonts w:ascii="宋体 (中文正文)" w:eastAsia="宋体" w:hAnsi="宋体 (中文正文)"/>
          <w:b/>
          <w:sz w:val="28"/>
        </w:rPr>
        <w:t>四、本责任状一式二份。</w:t>
      </w:r>
    </w:p>
    <w:p>
      <w:pPr>
        <w:spacing w:before="100" w:after="200" w:line="360" w:lineRule="auto"/>
        <w:jc w:val="left"/>
      </w:pPr>
      <w:r>
        <w:rPr>
          <w:rFonts w:ascii="宋体 (中文正文)" w:eastAsia="宋体" w:hAnsi="宋体 (中文正文)"/>
          <w:b/>
          <w:sz w:val="28"/>
        </w:rPr>
        <w:t>五、本责任状自签字之日起执行，至20xx年12月31日止。</w:t>
      </w:r>
    </w:p>
    <w:p>
      <w:pPr>
        <w:spacing w:before="100" w:after="200" w:line="360" w:lineRule="auto"/>
        <w:jc w:val="left"/>
        <w:sectPr w:rsidSect="00034616">
          <w:type w:val="nextPage"/>
          <w:pgSz w:w="11906" w:h="16838"/>
          <w:pgMar w:top="1440" w:right="1440" w:bottom="1440" w:left="1440" w:header="720" w:footer="720" w:gutter="0"/>
          <w:pgNumType w:start="8"/>
          <w:cols w:space="720"/>
          <w:titlePg w:val="0"/>
          <w:docGrid w:linePitch="360"/>
        </w:sectPr>
      </w:pPr>
      <w:r>
        <w:rPr>
          <w:rFonts w:ascii="宋体 (中文正文)" w:eastAsia="宋体" w:hAnsi="宋体 (中文正文)"/>
          <w:sz w:val="28"/>
        </w:rPr>
        <w:t>总经理：目标责任人：</w:t>
      </w:r>
    </w:p>
    <w:p>
      <w:pPr>
        <w:spacing w:before="100" w:after="200" w:line="360" w:lineRule="auto"/>
        <w:jc w:val="left"/>
      </w:pPr>
      <w:r>
        <w:rPr>
          <w:rFonts w:ascii="宋体 (中文正文)" w:eastAsia="宋体" w:hAnsi="宋体 (中文正文)"/>
          <w:sz w:val="28"/>
        </w:rPr>
        <w:t>日期：日期：</w:t>
      </w:r>
    </w:p>
    <w:p>
      <w:pPr>
        <w:spacing w:before="100" w:after="200" w:line="360" w:lineRule="auto"/>
        <w:ind w:firstLine="576"/>
        <w:jc w:val="left"/>
      </w:pPr>
      <w:r>
        <w:rPr>
          <w:rFonts w:ascii="宋体" w:eastAsia="宋体" w:hAnsi="宋体"/>
          <w:sz w:val="28"/>
        </w:rPr>
        <w:t>《中华人民共和国安全生产法》第十七条第（一）款：生产经营单位必须建立、健全安全生产责任制。现依法落实我公司安全生产责任制，逐级签订宁波有限公司的《安全生产责任书》。</w:t>
      </w:r>
    </w:p>
    <w:p>
      <w:pPr>
        <w:spacing w:before="100" w:after="200" w:line="360" w:lineRule="auto"/>
        <w:ind w:firstLine="576"/>
        <w:jc w:val="left"/>
      </w:pPr>
      <w:r>
        <w:rPr>
          <w:rFonts w:ascii="宋体" w:eastAsia="宋体" w:hAnsi="宋体"/>
          <w:sz w:val="28"/>
        </w:rPr>
        <w:t>我承诺，在我担当公司总经理期间，履行以下安全职责：</w:t>
      </w:r>
    </w:p>
    <w:p>
      <w:pPr>
        <w:spacing w:before="100" w:after="200" w:line="360" w:lineRule="auto"/>
        <w:ind w:firstLine="576"/>
        <w:jc w:val="left"/>
      </w:pPr>
      <w:r>
        <w:rPr>
          <w:rFonts w:ascii="宋体" w:eastAsia="宋体" w:hAnsi="宋体"/>
          <w:sz w:val="28"/>
        </w:rPr>
        <w:t>1、在董事会的领导下，对公司安全生产工作全面负责。</w:t>
      </w:r>
    </w:p>
    <w:p>
      <w:pPr>
        <w:spacing w:before="100" w:after="200" w:line="360" w:lineRule="auto"/>
        <w:ind w:firstLine="576"/>
        <w:jc w:val="left"/>
      </w:pPr>
      <w:r>
        <w:rPr>
          <w:rFonts w:ascii="宋体" w:eastAsia="宋体" w:hAnsi="宋体"/>
          <w:sz w:val="28"/>
        </w:rPr>
        <w:t>2、遵守国家安全生产法律法规，严格执行公司安全生产规章制度，及时纠正失职和违章行为。</w:t>
      </w:r>
    </w:p>
    <w:p>
      <w:pPr>
        <w:spacing w:before="100" w:after="200" w:line="360" w:lineRule="auto"/>
        <w:ind w:firstLine="576"/>
        <w:jc w:val="left"/>
      </w:pPr>
      <w:r>
        <w:rPr>
          <w:rFonts w:ascii="宋体" w:eastAsia="宋体" w:hAnsi="宋体"/>
          <w:sz w:val="28"/>
        </w:rPr>
        <w:t>3、工作中坚持"安全第一，预防为主"的，当安全和生产发生矛盾时首先保证安全。</w:t>
      </w:r>
    </w:p>
    <w:p>
      <w:pPr>
        <w:spacing w:before="100" w:after="200" w:line="360" w:lineRule="auto"/>
        <w:ind w:firstLine="576"/>
        <w:jc w:val="left"/>
      </w:pPr>
      <w:r>
        <w:rPr>
          <w:rFonts w:ascii="宋体" w:eastAsia="宋体" w:hAnsi="宋体"/>
          <w:sz w:val="28"/>
        </w:rPr>
        <w:t>4、组织建立本单位的安全生产责任制、规章制度和操作规程，切实落实安全生产责任制，明确各部门的安全职责，做到安全人人有责。</w:t>
      </w:r>
    </w:p>
    <w:p>
      <w:pPr>
        <w:spacing w:before="100" w:after="200" w:line="360" w:lineRule="auto"/>
        <w:ind w:firstLine="576"/>
        <w:jc w:val="left"/>
      </w:pPr>
      <w:r>
        <w:rPr>
          <w:rFonts w:ascii="宋体" w:eastAsia="宋体" w:hAnsi="宋体"/>
          <w:sz w:val="28"/>
        </w:rPr>
        <w:t>5、组织制定本单位的应急救援预案，发生事故后及时、如实报告，坚持事故处理"四不放过"原则，参与各类事故的调查处理。</w:t>
      </w:r>
    </w:p>
    <w:p>
      <w:pPr>
        <w:spacing w:before="100" w:after="200" w:line="360" w:lineRule="auto"/>
        <w:ind w:firstLine="576"/>
        <w:jc w:val="left"/>
      </w:pPr>
      <w:r>
        <w:rPr>
          <w:rFonts w:ascii="宋体" w:eastAsia="宋体" w:hAnsi="宋体"/>
          <w:sz w:val="28"/>
        </w:rPr>
        <w:t>6、确保本单位安全生产投入的有效实施，设立安全管理机构，且提供人力资源保证。</w:t>
      </w:r>
    </w:p>
    <w:p>
      <w:pPr>
        <w:spacing w:before="100" w:after="200" w:line="360" w:lineRule="auto"/>
        <w:ind w:firstLine="576"/>
        <w:jc w:val="left"/>
      </w:pPr>
      <w:r>
        <w:rPr>
          <w:rFonts w:ascii="宋体" w:eastAsia="宋体" w:hAnsi="宋体"/>
          <w:sz w:val="28"/>
        </w:rPr>
        <w:t>7、定期组织召开安全生产会议和安全检查工作，解决企业中安全生产的重大问题。</w:t>
      </w:r>
    </w:p>
    <w:p>
      <w:pPr>
        <w:spacing w:before="100" w:after="200" w:line="360" w:lineRule="auto"/>
        <w:jc w:val="left"/>
      </w:pPr>
      <w:r>
        <w:rPr>
          <w:rFonts w:ascii="宋体 (中文正文)" w:eastAsia="宋体" w:hAnsi="宋体 (中文正文)"/>
          <w:sz w:val="28"/>
        </w:rPr>
        <w:t>董事长：</w:t>
      </w:r>
    </w:p>
    <w:p>
      <w:pPr>
        <w:spacing w:before="100" w:after="200" w:line="360" w:lineRule="auto"/>
        <w:ind w:firstLine="576"/>
        <w:jc w:val="left"/>
      </w:pPr>
      <w:r>
        <w:rPr>
          <w:rFonts w:ascii="宋体" w:eastAsia="宋体" w:hAnsi="宋体"/>
          <w:sz w:val="28"/>
        </w:rPr>
        <w:t>日期：20xx年xx月xx日</w:t>
      </w:r>
    </w:p>
    <w:p>
      <w:pPr>
        <w:spacing w:before="100" w:after="200" w:line="360" w:lineRule="auto"/>
        <w:jc w:val="left"/>
        <w:sectPr w:rsidSect="00034616">
          <w:type w:val="nextPage"/>
          <w:pgSz w:w="11906" w:h="16838"/>
          <w:pgMar w:top="1440" w:right="1440" w:bottom="1440" w:left="1440" w:header="720" w:footer="720" w:gutter="0"/>
          <w:pgNumType w:start="9"/>
          <w:cols w:space="720"/>
          <w:titlePg w:val="0"/>
          <w:docGrid w:linePitch="360"/>
        </w:sectPr>
      </w:pPr>
      <w:r>
        <w:rPr>
          <w:rFonts w:ascii="宋体 (中文正文)" w:eastAsia="宋体" w:hAnsi="宋体 (中文正文)"/>
          <w:sz w:val="28"/>
        </w:rPr>
        <w:t>承诺人：</w:t>
      </w:r>
    </w:p>
    <w:p>
      <w:pPr>
        <w:spacing w:before="100" w:after="200" w:line="360" w:lineRule="auto"/>
        <w:ind w:firstLine="576"/>
        <w:jc w:val="left"/>
      </w:pPr>
      <w:r>
        <w:rPr>
          <w:rFonts w:ascii="宋体" w:eastAsia="宋体" w:hAnsi="宋体"/>
          <w:sz w:val="28"/>
        </w:rPr>
        <w:t>日期：20xx年xx月xx日</w:t>
      </w:r>
    </w:p>
    <w:p>
      <w:pPr>
        <w:spacing w:before="100" w:after="200" w:line="360" w:lineRule="auto"/>
        <w:ind w:firstLine="576"/>
        <w:jc w:val="left"/>
      </w:pPr>
      <w:r>
        <w:rPr>
          <w:rFonts w:ascii="宋体" w:eastAsia="宋体" w:hAnsi="宋体"/>
          <w:sz w:val="28"/>
        </w:rPr>
        <w:t>为了本衬区各单位认真落实安全责任，有效遏制事故发生，特制定本责任书。本辖区内的所有单位和个人都必须按照安全生产属地管理原则。自觉服从社区的监督和管理。</w:t>
      </w:r>
    </w:p>
    <w:p>
      <w:pPr>
        <w:spacing w:before="100" w:after="200" w:line="360" w:lineRule="auto"/>
        <w:ind w:firstLine="576"/>
        <w:jc w:val="left"/>
      </w:pPr>
      <w:r>
        <w:rPr>
          <w:rFonts w:ascii="宋体" w:eastAsia="宋体" w:hAnsi="宋体"/>
          <w:sz w:val="28"/>
        </w:rPr>
        <w:t>一、首先在单位内加强安全生产知识的学习和宣传。安全是人生的第一保障。安全无小事。把安全工作当成头等大事来抓。安全生产工作责任落实到位，到岗，到人。提高安全防范意识。以预防为主。</w:t>
      </w:r>
    </w:p>
    <w:p>
      <w:pPr>
        <w:spacing w:before="100" w:after="200" w:line="360" w:lineRule="auto"/>
        <w:jc w:val="left"/>
      </w:pPr>
      <w:r>
        <w:rPr>
          <w:rFonts w:ascii="宋体 (中文正文)" w:eastAsia="宋体" w:hAnsi="宋体 (中文正文)"/>
          <w:b/>
          <w:sz w:val="28"/>
        </w:rPr>
        <w:t>二、成立安全领导小组。建立建全安全制度和应急预案。</w:t>
      </w:r>
    </w:p>
    <w:p>
      <w:pPr>
        <w:spacing w:before="100" w:after="200" w:line="360" w:lineRule="auto"/>
        <w:ind w:firstLine="576"/>
        <w:jc w:val="left"/>
      </w:pPr>
      <w:r>
        <w:rPr>
          <w:rFonts w:ascii="宋体" w:eastAsia="宋体" w:hAnsi="宋体"/>
          <w:sz w:val="28"/>
        </w:rPr>
        <w:t>三、重点防火。管理好易燃易爆和控制好火源。决不能让小孩自带火种及玩火。增强安全防范意识和自我保护意识。</w:t>
      </w:r>
    </w:p>
    <w:p>
      <w:pPr>
        <w:spacing w:before="100" w:after="200" w:line="360" w:lineRule="auto"/>
        <w:ind w:firstLine="576"/>
        <w:jc w:val="left"/>
      </w:pPr>
      <w:r>
        <w:rPr>
          <w:rFonts w:ascii="宋体" w:eastAsia="宋体" w:hAnsi="宋体"/>
          <w:sz w:val="28"/>
        </w:rPr>
        <w:t>四、安全用电用汽。经常检查用电线路和设备。不私拉乱接电线。不超负荷用电；使用液化汽。要经常检查灶具和导汽软管，是否破裂漏汽。如发现有问题应立即更换。</w:t>
      </w:r>
    </w:p>
    <w:p>
      <w:pPr>
        <w:spacing w:before="100" w:after="200" w:line="360" w:lineRule="auto"/>
        <w:jc w:val="left"/>
      </w:pPr>
      <w:r>
        <w:rPr>
          <w:rFonts w:ascii="宋体 (中文正文)" w:eastAsia="宋体" w:hAnsi="宋体 (中文正文)"/>
          <w:b/>
          <w:sz w:val="28"/>
        </w:rPr>
        <w:t>五、楼梯间走道和安全通道要随时保持畅通。不得擅自封闭堆放杂物等。占用安全通道。</w:t>
      </w:r>
    </w:p>
    <w:p>
      <w:pPr>
        <w:spacing w:before="100" w:after="200" w:line="360" w:lineRule="auto"/>
        <w:ind w:firstLine="576"/>
        <w:jc w:val="left"/>
      </w:pPr>
      <w:r>
        <w:rPr>
          <w:rFonts w:ascii="宋体" w:eastAsia="宋体" w:hAnsi="宋体"/>
          <w:sz w:val="28"/>
        </w:rPr>
        <w:t>六。消防设施器材必须配备齐全。定期检查。加强管理。严防损坏丢失。</w:t>
      </w:r>
    </w:p>
    <w:p>
      <w:pPr>
        <w:spacing w:before="100" w:after="200" w:line="360" w:lineRule="auto"/>
        <w:ind w:firstLine="576"/>
        <w:jc w:val="left"/>
      </w:pPr>
      <w:r>
        <w:rPr>
          <w:rFonts w:ascii="宋体" w:eastAsia="宋体" w:hAnsi="宋体"/>
          <w:sz w:val="28"/>
        </w:rPr>
        <w:t>七。经常开展消防知识的学习和应急演练。成立应急队伍。掌握最基本的应急措施。提高防范能力。</w:t>
      </w:r>
    </w:p>
    <w:p>
      <w:pPr>
        <w:spacing w:before="100" w:after="200" w:line="360" w:lineRule="auto"/>
        <w:ind w:firstLine="576"/>
        <w:jc w:val="left"/>
      </w:pPr>
      <w:r>
        <w:rPr>
          <w:rFonts w:ascii="宋体" w:eastAsia="宋体" w:hAnsi="宋体"/>
          <w:sz w:val="28"/>
        </w:rPr>
        <w:t>八。对幼儿，小孩，老人要随时加强监护。防止意外事故发生。</w:t>
      </w:r>
    </w:p>
    <w:p>
      <w:pPr>
        <w:spacing w:before="100" w:after="200" w:line="360" w:lineRule="auto"/>
        <w:jc w:val="left"/>
        <w:sectPr w:rsidSect="00034616">
          <w:type w:val="nextPage"/>
          <w:pgSz w:w="11906" w:h="16838"/>
          <w:pgMar w:top="1440" w:right="1440" w:bottom="1440" w:left="1440" w:header="720" w:footer="720" w:gutter="0"/>
          <w:pgNumType w:start="10"/>
          <w:cols w:space="720"/>
          <w:titlePg w:val="0"/>
          <w:docGrid w:linePitch="360"/>
        </w:sectPr>
      </w:pPr>
      <w:r>
        <w:rPr>
          <w:rFonts w:ascii="宋体 (中文正文)" w:eastAsia="宋体" w:hAnsi="宋体 (中文正文)"/>
          <w:sz w:val="28"/>
        </w:rPr>
        <w:t>九。食品方面：</w:t>
      </w:r>
    </w:p>
    <w:p>
      <w:pPr>
        <w:spacing w:before="100" w:after="200" w:line="360" w:lineRule="auto"/>
        <w:ind w:firstLine="576"/>
        <w:jc w:val="left"/>
      </w:pPr>
      <w:r>
        <w:rPr>
          <w:rFonts w:ascii="宋体" w:eastAsia="宋体" w:hAnsi="宋体"/>
          <w:sz w:val="28"/>
        </w:rPr>
        <w:t>1.严格遵守《中华人民共和国食品安全法》，《学生集体用餐卫生监督办法》等相关法律法规。保证持有效的餐饮服务许可证。从事餐饮业经营活动。保证食品的卫生与安全。</w:t>
      </w:r>
    </w:p>
    <w:p>
      <w:pPr>
        <w:spacing w:before="100" w:after="200" w:line="360" w:lineRule="auto"/>
        <w:ind w:firstLine="576"/>
        <w:jc w:val="left"/>
      </w:pPr>
      <w:r>
        <w:rPr>
          <w:rFonts w:ascii="宋体" w:eastAsia="宋体" w:hAnsi="宋体"/>
          <w:sz w:val="28"/>
        </w:rPr>
        <w:t>2.保证所有食品从业人员（包括临时和新参加工作的).均应持有有效的健康证明及卫生知识培训合格证上岗。</w:t>
      </w:r>
    </w:p>
    <w:p>
      <w:pPr>
        <w:spacing w:before="100" w:after="200" w:line="360" w:lineRule="auto"/>
        <w:ind w:firstLine="576"/>
        <w:jc w:val="left"/>
      </w:pPr>
      <w:r>
        <w:rPr>
          <w:rFonts w:ascii="宋体" w:eastAsia="宋体" w:hAnsi="宋体"/>
          <w:sz w:val="28"/>
        </w:rPr>
        <w:t>3.保证食品及原料采购的正常渠道和验收制度。保证从食品原料采购，加工，销售。实施有效的全过程质量管理。杜绝食品中毒事件发生。</w:t>
      </w:r>
    </w:p>
    <w:p>
      <w:pPr>
        <w:spacing w:before="100" w:after="200" w:line="360" w:lineRule="auto"/>
        <w:ind w:firstLine="576"/>
        <w:jc w:val="left"/>
      </w:pPr>
      <w:r>
        <w:rPr>
          <w:rFonts w:ascii="宋体" w:eastAsia="宋体" w:hAnsi="宋体"/>
          <w:sz w:val="28"/>
        </w:rPr>
        <w:t>4.保证不使用病死、毒死和死因不明的禽畜及制品。不使用劣质食用油。不使用不合格食品级原料。杜绝有害有毒物质混入。</w:t>
      </w:r>
    </w:p>
    <w:p>
      <w:pPr>
        <w:spacing w:before="100" w:after="200" w:line="360" w:lineRule="auto"/>
        <w:ind w:firstLine="576"/>
        <w:jc w:val="left"/>
      </w:pPr>
      <w:r>
        <w:rPr>
          <w:rFonts w:ascii="宋体" w:eastAsia="宋体" w:hAnsi="宋体"/>
          <w:sz w:val="28"/>
        </w:rPr>
        <w:t>6.严格做到生、熟食品分开储存。防止生熟食品、原料与待加工食品、成品的交叉污染。对餐饮、餐具严格消毒。方能使用。</w:t>
      </w:r>
    </w:p>
    <w:p>
      <w:pPr>
        <w:spacing w:before="100" w:after="200" w:line="360" w:lineRule="auto"/>
        <w:ind w:firstLine="576"/>
        <w:jc w:val="left"/>
      </w:pPr>
      <w:r>
        <w:rPr>
          <w:rFonts w:ascii="宋体" w:eastAsia="宋体" w:hAnsi="宋体"/>
          <w:sz w:val="28"/>
        </w:rPr>
        <w:t>十。以上九条要认真执行落实，确保无事故发生。否则社区将申请工商、公安和卫生部门依法处理。</w:t>
      </w:r>
    </w:p>
    <w:p>
      <w:pPr>
        <w:spacing w:before="100" w:after="200" w:line="360" w:lineRule="auto"/>
        <w:ind w:firstLine="576"/>
        <w:jc w:val="left"/>
      </w:pPr>
      <w:r>
        <w:rPr>
          <w:rFonts w:ascii="宋体" w:eastAsia="宋体" w:hAnsi="宋体"/>
          <w:sz w:val="28"/>
        </w:rPr>
        <w:t>十一、辖区内各单位积极协助配合各级安全生产的例行检查。对检查出的安全隐患要及时整改、上报。</w:t>
      </w:r>
    </w:p>
    <w:p>
      <w:pPr>
        <w:spacing w:before="100" w:after="200" w:line="360" w:lineRule="auto"/>
        <w:ind w:firstLine="576"/>
        <w:jc w:val="left"/>
      </w:pPr>
      <w:r>
        <w:rPr>
          <w:rFonts w:ascii="宋体" w:eastAsia="宋体" w:hAnsi="宋体"/>
          <w:sz w:val="28"/>
        </w:rPr>
        <w:t>为全面落实安全生产责任制，切实做好学校安全防范工作，保障广大师生生命财产安全，镇人民政府与各中小学签定安全生产目标管理责任书，责任书的内容如下：</w:t>
      </w:r>
    </w:p>
    <w:p>
      <w:pPr>
        <w:spacing w:before="100" w:after="200" w:line="360" w:lineRule="auto"/>
        <w:jc w:val="left"/>
      </w:pPr>
      <w:r>
        <w:rPr>
          <w:rFonts w:ascii="宋体 (中文正文)" w:eastAsia="宋体" w:hAnsi="宋体 (中文正文)"/>
          <w:b/>
          <w:sz w:val="28"/>
        </w:rPr>
        <w:t>一、目标责任内容</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1、贯彻执行党和国家关于安全生产工作的方针、政策，并按法律，法规规定的职能和安全生产责任制的要求，行使监督管理职责，各中小学校长为安全工作第一责任人。</w:t>
      </w:r>
    </w:p>
    <w:p>
      <w:pPr>
        <w:spacing w:before="100" w:after="200" w:line="360" w:lineRule="auto"/>
        <w:ind w:firstLine="576"/>
        <w:jc w:val="left"/>
      </w:pPr>
      <w:r>
        <w:rPr>
          <w:rFonts w:ascii="宋体" w:eastAsia="宋体" w:hAnsi="宋体"/>
          <w:sz w:val="28"/>
        </w:rPr>
        <w:t>2、将安全生产工作列入学校工作的重要议事日程，每月召开一次以上安全生产工作会议，召集班主任参加，听取工作汇报，研究防范安全事故的工作，及时排除安全生产工作中存在的隐患。每次会议应当就相关问题作出决定，有安全工作的具体要求措施、制度，并形成会议记录。会议性形成的各项防范措施必须严格实施。</w:t>
      </w:r>
    </w:p>
    <w:p>
      <w:pPr>
        <w:spacing w:before="100" w:after="200" w:line="360" w:lineRule="auto"/>
        <w:ind w:firstLine="576"/>
        <w:jc w:val="left"/>
      </w:pPr>
      <w:r>
        <w:rPr>
          <w:rFonts w:ascii="宋体" w:eastAsia="宋体" w:hAnsi="宋体"/>
          <w:sz w:val="28"/>
        </w:rPr>
        <w:t>3、将安全生产管理目标，按照责任制要求分解，落实到教师，并定期检、监督，发现隐患应及时整改。</w:t>
      </w:r>
    </w:p>
    <w:p>
      <w:pPr>
        <w:spacing w:before="100" w:after="200" w:line="360" w:lineRule="auto"/>
        <w:ind w:firstLine="576"/>
        <w:jc w:val="left"/>
      </w:pPr>
      <w:r>
        <w:rPr>
          <w:rFonts w:ascii="宋体" w:eastAsia="宋体" w:hAnsi="宋体"/>
          <w:sz w:val="28"/>
        </w:rPr>
        <w:t>4、学校要建立安全生产工作领导小组，并有领导具体负责学校安全工作。建立健全本校的安全生产工作责任体系和组织管理网络，建立安全生产监督管理智能工作机构，配备与本校相适应的安全生产监督管理人员。</w:t>
      </w:r>
    </w:p>
    <w:p>
      <w:pPr>
        <w:spacing w:before="100" w:after="200" w:line="360" w:lineRule="auto"/>
        <w:ind w:firstLine="576"/>
        <w:jc w:val="left"/>
      </w:pPr>
      <w:r>
        <w:rPr>
          <w:rFonts w:ascii="宋体" w:eastAsia="宋体" w:hAnsi="宋体"/>
          <w:sz w:val="28"/>
        </w:rPr>
        <w:t>5、实施安全奖惩考核，把安全生产实绩作为各学校工作和教师考核的内容。</w:t>
      </w:r>
    </w:p>
    <w:p>
      <w:pPr>
        <w:spacing w:before="100" w:after="200" w:line="360" w:lineRule="auto"/>
        <w:ind w:firstLine="576"/>
        <w:jc w:val="left"/>
      </w:pPr>
      <w:r>
        <w:rPr>
          <w:rFonts w:ascii="宋体" w:eastAsia="宋体" w:hAnsi="宋体"/>
          <w:sz w:val="28"/>
        </w:rPr>
        <w:t>6、加强安全生产工作的宣传力度，开展多种形式的安全教育活动。</w:t>
      </w:r>
    </w:p>
    <w:p>
      <w:pPr>
        <w:spacing w:before="100" w:after="200" w:line="360" w:lineRule="auto"/>
        <w:ind w:firstLine="576"/>
        <w:jc w:val="left"/>
      </w:pPr>
      <w:r>
        <w:rPr>
          <w:rFonts w:ascii="宋体" w:eastAsia="宋体" w:hAnsi="宋体"/>
          <w:sz w:val="28"/>
        </w:rPr>
        <w:t>7、各学校放学时，要有老师护送小学生过马路，避免交通事故发生。</w:t>
      </w:r>
    </w:p>
    <w:p>
      <w:pPr>
        <w:spacing w:before="100" w:after="200" w:line="360" w:lineRule="auto"/>
        <w:ind w:firstLine="576"/>
        <w:jc w:val="left"/>
      </w:pPr>
      <w:r>
        <w:rPr>
          <w:rFonts w:ascii="宋体" w:eastAsia="宋体" w:hAnsi="宋体"/>
          <w:sz w:val="28"/>
        </w:rPr>
        <w:t>8、确保学校年内无火灾，不发生交通安全、危房倒塌、建筑物安全、注意食品卫生安全，杜绝事物中毒、溺水等事故的发生，严禁中小学无驾照驾驶摩托车、汽车，确保师生无因事故引起的死亡或重伤事故。</w:t>
      </w:r>
    </w:p>
    <w:p>
      <w:pPr>
        <w:spacing w:before="100" w:after="200" w:line="360" w:lineRule="auto"/>
        <w:ind w:firstLine="576"/>
        <w:jc w:val="left"/>
      </w:pPr>
      <w:r>
        <w:rPr>
          <w:rFonts w:ascii="宋体" w:eastAsia="宋体" w:hAnsi="宋体"/>
          <w:sz w:val="28"/>
        </w:rPr>
        <w:t>9、完善安全工作分析汇报制度，在发生安全事故时主要负责人或分管责任人要迅速赶赴事故现场，组织抢救，并按规定的程序和时限上报事故及协助有关部门调查处理事故。</w:t>
      </w:r>
    </w:p>
    <w:p>
      <w:pPr>
        <w:spacing w:before="100" w:after="200" w:line="360" w:lineRule="auto"/>
        <w:jc w:val="left"/>
      </w:pPr>
      <w:r>
        <w:rPr>
          <w:rFonts w:ascii="宋体 (中文正文)" w:eastAsia="宋体" w:hAnsi="宋体 (中文正文)"/>
          <w:b/>
          <w:sz w:val="28"/>
        </w:rPr>
        <w:t>二、实绩考核</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https://d.book118.com/478000022013006036</w:t>
        </w:r>
      </w:hyperlink>
    </w:p>
    <w:p>
      <w:pPr>
        <w:spacing w:before="100" w:after="200" w:line="360" w:lineRule="auto"/>
        <w:jc w:val="left"/>
      </w:pPr>
    </w:p>
    <w:sectPr w:rsidSect="00034616">
      <w:type w:val="nextPage"/>
      <w:pgSz w:w="11906" w:h="16838"/>
      <w:pgMar w:top="1440" w:right="1440" w:bottom="1440" w:left="1440" w:header="720" w:footer="720" w:gutter="0"/>
      <w:pgNumType w:start="1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78000022013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