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毕业学生安全责任书（32篇）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毕业学生安全责任书（精选32篇）</w:t>
      </w:r>
      <w:r>
        <w:rPr>
          <w:lang w:eastAsia="zh-CN"/>
        </w:rPr>
        <w:br/>
      </w:r>
      <w:r>
        <w:rPr>
          <w:lang w:eastAsia="zh-CN"/>
        </w:rPr>
        <w:t xml:space="preserve">    毕业学生安全责任书 篇1 </w:t>
      </w:r>
      <w:r>
        <w:rPr>
          <w:lang w:eastAsia="zh-CN"/>
        </w:rPr>
        <w:br/>
      </w:r>
      <w:r>
        <w:rPr>
          <w:lang w:eastAsia="zh-CN"/>
        </w:rPr>
        <w:t>　　应届毕业生安全责任书</w:t>
      </w:r>
      <w:r>
        <w:rPr>
          <w:lang w:eastAsia="zh-CN"/>
        </w:rPr>
        <w:br/>
      </w:r>
      <w:r>
        <w:rPr>
          <w:lang w:eastAsia="zh-CN"/>
        </w:rPr>
        <w:t>　　班级：六年级(一)班 班主任：</w:t>
      </w:r>
      <w:r>
        <w:rPr>
          <w:lang w:eastAsia="zh-CN"/>
        </w:rPr>
        <w:br/>
      </w:r>
      <w:r>
        <w:rPr>
          <w:lang w:eastAsia="zh-CN"/>
        </w:rPr>
        <w:t>　　根据上级部门的通知要求，我校定于_年6月6日进行毕业考试，考试结束后除录考西藏班的学生外其他孩子有监护人领回家中休息。于在_年6月14日上午10:00召开毕业典礼，六年级全体学生正式毕业并发放《毕业证》，毕业典礼结束后学生由家长亲自带回家。为了认真贯彻落实上级文件精神，做好涉及学生人身安全的各项工作，保证学校、社会、家长齐抓共管，切实加强学生的安全教育和管理工作，落实安全责任措施，确保学生人身安全，保证您孩子的身心健康，时时刻刻想着安全第一，特签定《应届毕业生安全责任书》。请各家长做为法定监护人，要务必做好各中学下发录取通知书为止这段时间的安全工作。</w:t>
      </w:r>
      <w:r>
        <w:rPr>
          <w:lang w:eastAsia="zh-CN"/>
        </w:rPr>
        <w:br/>
      </w:r>
      <w:r>
        <w:rPr>
          <w:lang w:eastAsia="zh-CN"/>
        </w:rPr>
        <w:t>　　1、学校在学生毕业前组织召开班级为单位的安全教育主题班会，通过班会向所有学生进行一次全面的安全知识教育，教育学生要自觉遵守安全公约，保证自身的人身安全。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2、家长对学生毕业离校至初中入学期间的安全要全面监督，进一步加强对学生的安全教育，强化安全意识，切实担负起监护人的责任</w:t>
      </w:r>
      <w:r>
        <w:rPr>
          <w:lang w:eastAsia="zh-CN"/>
        </w:rPr>
        <w:br/>
      </w:r>
      <w:r>
        <w:rPr>
          <w:lang w:eastAsia="zh-CN"/>
        </w:rPr>
        <w:t>　　3、严格遵守交通规则，注意出行安全，预防交通事故。</w:t>
      </w:r>
      <w:r>
        <w:rPr>
          <w:lang w:eastAsia="zh-CN"/>
        </w:rPr>
        <w:br/>
      </w:r>
      <w:r>
        <w:rPr>
          <w:lang w:eastAsia="zh-CN"/>
        </w:rPr>
        <w:t>　　4、预防溺水，不准游泳或到坑、塘、河、沟、渠边玩耍。遇雷雨天尽量不要外出，不在高大物体下避雨，以防雷击。</w:t>
      </w:r>
      <w:r>
        <w:rPr>
          <w:lang w:eastAsia="zh-CN"/>
        </w:rPr>
        <w:br/>
      </w:r>
      <w:r>
        <w:rPr>
          <w:lang w:eastAsia="zh-CN"/>
        </w:rPr>
        <w:t>　　5、教育您的孩子不准随便动用电器、电线、插头等。</w:t>
      </w:r>
      <w:r>
        <w:rPr>
          <w:lang w:eastAsia="zh-CN"/>
        </w:rPr>
        <w:br/>
      </w:r>
      <w:r>
        <w:rPr>
          <w:lang w:eastAsia="zh-CN"/>
        </w:rPr>
        <w:t>　　6、预防各类意外伤害事故。教育您孩子不玩易发生伤害的玩具和游戏。不玩火，禁止携带烟花、爆竹、火柴等易燃易爆物品进入密集区或其它公共场所。</w:t>
      </w:r>
      <w:r>
        <w:rPr>
          <w:lang w:eastAsia="zh-CN"/>
        </w:rPr>
        <w:br/>
      </w:r>
      <w:r>
        <w:rPr>
          <w:lang w:eastAsia="zh-CN"/>
        </w:rPr>
        <w:t>　　7、预防食物中毒，严格把好卫生关，不食用过期、腐烂、发霉、没有卫生合格证的食品和饮料，与此同时根据春夏季流行病、传染病的高发特点，请做好各种预防工作，要求孩子注意个人卫生，尽量避免让孩子前往人群密集场所。</w:t>
      </w:r>
      <w:r>
        <w:rPr>
          <w:lang w:eastAsia="zh-CN"/>
        </w:rPr>
        <w:br/>
      </w:r>
      <w:r>
        <w:rPr>
          <w:lang w:eastAsia="zh-CN"/>
        </w:rPr>
        <w:t>　　8、教育您的孩子遵纪守法，严格遵守《中小学生守则》、《小学生日常行为规范》，不打架斗殴，不损坏公物，不赌博，不扰乱社会秩序。</w:t>
      </w:r>
      <w:r>
        <w:rPr>
          <w:lang w:eastAsia="zh-CN"/>
        </w:rPr>
        <w:br/>
      </w:r>
      <w:r>
        <w:rPr>
          <w:lang w:eastAsia="zh-CN"/>
        </w:rPr>
        <w:t>　　9、不听、不信、不传谣，不参与封建迷信活动，坚决抵制一切危害社会的宗教活动，树立正确的人生观。</w:t>
      </w:r>
      <w:r>
        <w:rPr>
          <w:lang w:eastAsia="zh-CN"/>
        </w:rPr>
        <w:br/>
      </w:r>
      <w:r>
        <w:rPr>
          <w:lang w:eastAsia="zh-CN"/>
        </w:rPr>
        <w:t>　　10、远离网吧、游戏厅、歌舞厅等，时刻树立安全意识，珍爱生命，健康成长。</w:t>
      </w:r>
      <w:r>
        <w:rPr>
          <w:lang w:eastAsia="zh-CN"/>
        </w:rPr>
        <w:br/>
      </w:r>
      <w:r>
        <w:rPr>
          <w:lang w:eastAsia="zh-CN"/>
        </w:rPr>
        <w:t>　　11、未经家长同意，不能私自外出、外宿和远游。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12、节假日期间，家长、同学要安排好假期活动，学校也希望各位同学端正学习态度，合理安排假期时间，请家长督促孩子适当复习功课，做好初中教材的预习。希望各位同学能严格服从监护人的安全监管，争取在学校做个好学生，在家里做个好孩子，在社会做个好公民。</w:t>
      </w:r>
      <w:r>
        <w:rPr>
          <w:lang w:eastAsia="zh-CN"/>
        </w:rPr>
        <w:br/>
      </w:r>
      <w:r>
        <w:rPr>
          <w:lang w:eastAsia="zh-CN"/>
        </w:rPr>
        <w:t>　　13、学生因不遵守本《责任书》出现的一切后果由学生本人、学生家长(监护人)承担。</w:t>
      </w:r>
      <w:r>
        <w:rPr>
          <w:lang w:eastAsia="zh-CN"/>
        </w:rPr>
        <w:br/>
      </w:r>
      <w:r>
        <w:rPr>
          <w:lang w:eastAsia="zh-CN"/>
        </w:rPr>
        <w:t>　　14、本《责任书》一式两份，自签字之日起有效。</w:t>
      </w:r>
      <w:r>
        <w:rPr>
          <w:lang w:eastAsia="zh-CN"/>
        </w:rPr>
        <w:br/>
      </w:r>
      <w:r>
        <w:rPr>
          <w:lang w:eastAsia="zh-CN"/>
        </w:rPr>
        <w:t>　　校长(签字)或盖章： 班主任(签字)：</w:t>
      </w:r>
      <w:r>
        <w:rPr>
          <w:lang w:eastAsia="zh-CN"/>
        </w:rPr>
        <w:br/>
      </w:r>
      <w:r>
        <w:rPr>
          <w:lang w:eastAsia="zh-CN"/>
        </w:rPr>
        <w:t>　　年 月 日 年 月 日</w:t>
      </w:r>
      <w:r>
        <w:rPr>
          <w:lang w:eastAsia="zh-CN"/>
        </w:rPr>
        <w:br/>
      </w:r>
      <w:r>
        <w:rPr>
          <w:lang w:eastAsia="zh-CN"/>
        </w:rPr>
        <w:t>　　学生(签字)： 监护人(签字按手印)： 年 月 日 年 月 日</w:t>
      </w:r>
      <w:r>
        <w:rPr>
          <w:lang w:eastAsia="zh-CN"/>
        </w:rPr>
        <w:br/>
      </w:r>
      <w:r>
        <w:rPr>
          <w:lang w:eastAsia="zh-CN"/>
        </w:rPr>
        <w:t xml:space="preserve">    毕业学生安全责任书 篇2 </w:t>
      </w:r>
      <w:r>
        <w:rPr>
          <w:lang w:eastAsia="zh-CN"/>
        </w:rPr>
        <w:br/>
      </w:r>
      <w:r>
        <w:rPr>
          <w:lang w:eastAsia="zh-CN"/>
        </w:rPr>
        <w:t>　　毕业年级学生安全责任书</w:t>
      </w:r>
      <w:r>
        <w:rPr>
          <w:lang w:eastAsia="zh-CN"/>
        </w:rPr>
        <w:br/>
      </w:r>
      <w:r>
        <w:rPr>
          <w:lang w:eastAsia="zh-CN"/>
        </w:rPr>
        <w:t>　　为了确保毕业年级学生中考期间以及中考后的人身安全，明确责任界限，健全学校教育、家庭教育、社会教育一体化网络，根据上级文件精神，结合学校实际，特签订本安全责任书：</w:t>
      </w:r>
      <w:r>
        <w:rPr>
          <w:lang w:eastAsia="zh-CN"/>
        </w:rPr>
        <w:br/>
      </w:r>
      <w:r>
        <w:rPr>
          <w:lang w:eastAsia="zh-CN"/>
        </w:rPr>
        <w:t>　　1、学校、家长、学生要牢固树立安全第一的思想，学校、家长经常进行安全法纪教育工作。家庭教育是学校教育的重要组成部分，作为学生法定第一监护人的家长有责任教育子女遵纪守法，用《学生日常行为规范》和《中小学生守则》来规范子女言行，做到家、校教育合一。</w:t>
      </w:r>
      <w:r>
        <w:rPr>
          <w:lang w:eastAsia="zh-CN"/>
        </w:rPr>
        <w:br/>
      </w:r>
      <w:r>
        <w:rPr>
          <w:lang w:eastAsia="zh-CN"/>
        </w:rPr>
        <w:t>　　2、中考和中考后学生之间违纪造成伤害的由肇事方负责，并承担一切费用。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3、严禁教师体罚学生和变相体罚学生，如因此造成后果的由教师本人负责;但属履行职责，进行正常批评教育，出现意外后果的，由学生方负责。</w:t>
      </w:r>
      <w:r>
        <w:rPr>
          <w:lang w:eastAsia="zh-CN"/>
        </w:rPr>
        <w:br/>
      </w:r>
      <w:r>
        <w:rPr>
          <w:lang w:eastAsia="zh-CN"/>
        </w:rPr>
        <w:t>　　4、学校开展校内外集体活动，因组织不周，造成意外伤害的，学校应承担相应的责任，因学生不听指挥，违背有关规定，造成意外伤害的，学生应承担责任。 严禁学生擅自组织各种活动，出现意外事故由学生方负责。</w:t>
      </w:r>
      <w:r>
        <w:rPr>
          <w:lang w:eastAsia="zh-CN"/>
        </w:rPr>
        <w:br/>
      </w:r>
      <w:r>
        <w:rPr>
          <w:lang w:eastAsia="zh-CN"/>
        </w:rPr>
        <w:t>　　5、学生在校外造成社会危害，由学生方负责经济赔偿，触犯法律的由公安部门依法处理。凡学生在校外发生的一切事故，责任概由学生家长负责。</w:t>
      </w:r>
      <w:r>
        <w:rPr>
          <w:lang w:eastAsia="zh-CN"/>
        </w:rPr>
        <w:br/>
      </w:r>
      <w:r>
        <w:rPr>
          <w:lang w:eastAsia="zh-CN"/>
        </w:rPr>
        <w:t>　　6、中考期间学生在校内，校方由责任保护其不受非法侵害，在校外遭受到不法侵害，由政府部门追究责任。</w:t>
      </w:r>
      <w:r>
        <w:rPr>
          <w:lang w:eastAsia="zh-CN"/>
        </w:rPr>
        <w:br/>
      </w:r>
      <w:r>
        <w:rPr>
          <w:lang w:eastAsia="zh-CN"/>
        </w:rPr>
        <w:t>　　7、中考前和中考后严禁学生擅自到沟塘、水库、江河游泳、洗澡;严禁学生进入三厅一室;严禁学生擅自组织聚会(喝酒等)，否则造成的意外事故一切由学生方负责，校方概不负责。</w:t>
      </w:r>
      <w:r>
        <w:rPr>
          <w:lang w:eastAsia="zh-CN"/>
        </w:rPr>
        <w:br/>
      </w:r>
      <w:r>
        <w:rPr>
          <w:lang w:eastAsia="zh-CN"/>
        </w:rPr>
        <w:t>　　8、中考期间学生身体健康发生异常情况，(曾有何病史，不便剧烈运动)及时通知学校老师，以便共同管理，以免意外事故发生。</w:t>
      </w:r>
      <w:r>
        <w:rPr>
          <w:lang w:eastAsia="zh-CN"/>
        </w:rPr>
        <w:br/>
      </w:r>
      <w:r>
        <w:rPr>
          <w:lang w:eastAsia="zh-CN"/>
        </w:rPr>
        <w:t>　　9、 中考期间学生要注意交通安全、饮食安全，要以健康的身心迎接中考取得好成绩。</w:t>
      </w:r>
      <w:r>
        <w:rPr>
          <w:lang w:eastAsia="zh-CN"/>
        </w:rPr>
        <w:br/>
      </w:r>
      <w:r>
        <w:rPr>
          <w:lang w:eastAsia="zh-CN"/>
        </w:rPr>
        <w:t>　　10、本责任书意一式两份，双方各执一份，自双方签字至学生毕业终止。</w:t>
      </w:r>
      <w:r>
        <w:rPr>
          <w:lang w:eastAsia="zh-CN"/>
        </w:rPr>
        <w:br/>
      </w:r>
      <w:r>
        <w:rPr>
          <w:lang w:eastAsia="zh-CN"/>
        </w:rPr>
        <w:t>　　学校(盖公章) 学生家长(签名)_______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安图县朝鲜族学校</w:t>
      </w:r>
      <w:r>
        <w:rPr>
          <w:lang w:eastAsia="zh-CN"/>
        </w:rPr>
        <w:br/>
      </w:r>
      <w:r>
        <w:rPr>
          <w:lang w:eastAsia="zh-CN"/>
        </w:rPr>
        <w:t>　　_年6月24日</w:t>
      </w:r>
      <w:r>
        <w:rPr>
          <w:lang w:eastAsia="zh-CN"/>
        </w:rPr>
        <w:br/>
      </w:r>
      <w:r>
        <w:rPr>
          <w:lang w:eastAsia="zh-CN"/>
        </w:rPr>
        <w:t xml:space="preserve">    毕业学生安全责任书 篇3 </w:t>
      </w:r>
      <w:r>
        <w:rPr>
          <w:lang w:eastAsia="zh-CN"/>
        </w:rPr>
        <w:br/>
      </w:r>
      <w:r>
        <w:rPr>
          <w:lang w:eastAsia="zh-CN"/>
        </w:rPr>
        <w:t>　　毕业年级学生安全责任书</w:t>
      </w:r>
      <w:r>
        <w:rPr>
          <w:lang w:eastAsia="zh-CN"/>
        </w:rPr>
        <w:br/>
      </w:r>
      <w:r>
        <w:rPr>
          <w:lang w:eastAsia="zh-CN"/>
        </w:rPr>
        <w:t>　　为了保证您的孩子安全，形成学校与家庭教育的合力，增强学生的法制观念和安全意识，确保学生正常地学习，健康地成长，请您加强孩子安全教育，认真履行监护职责，有下列行为导致学生自身或他人伤害的，家长或监护人应依法承担全部责任： 1、交通安全监护：要教育孩子在上、放学途中自觉遵守交通规则，自觉按路队行进，注意交通安全，不要在马路上追赶打闹，禁止未满12周岁儿童在道路上驾驶自行车等车辆，禁止未满16周岁少年儿童在道路上驾驶电动自行车，严禁中小学生使用机动车、电动自行车上下学，严禁乘坐超载车、酒后驾驶的车、无牌无证车，以确保孩子的人身安全。要教育孩子按照学校作息时间到校，不过早到校。小学低段学生和新集镇来校就读学生上、放学家长必须亲自接送。</w:t>
      </w:r>
      <w:r>
        <w:rPr>
          <w:lang w:eastAsia="zh-CN"/>
        </w:rPr>
        <w:br/>
      </w:r>
      <w:r>
        <w:rPr>
          <w:lang w:eastAsia="zh-CN"/>
        </w:rPr>
        <w:t>　　2、学生具有危险行为，学校教师已经教育、纠正，但学生不听劝阻，拒不改正的，家长要督促教育、帮其改正。</w:t>
      </w:r>
      <w:r>
        <w:rPr>
          <w:lang w:eastAsia="zh-CN"/>
        </w:rPr>
        <w:br/>
      </w:r>
      <w:r>
        <w:rPr>
          <w:lang w:eastAsia="zh-CN"/>
        </w:rPr>
        <w:t>　　3、学生行为或监护人知道学生有特异体质的，或者患有特定疾病，但未告知学校。</w:t>
      </w:r>
      <w:r>
        <w:rPr>
          <w:lang w:eastAsia="zh-CN"/>
        </w:rPr>
        <w:br/>
      </w:r>
      <w:r>
        <w:rPr>
          <w:lang w:eastAsia="zh-CN"/>
        </w:rPr>
        <w:t>　　4、未成年学生的身体状况、行为、情绪等异常情况，监护人知道或已被学校告知，但未履行相应监护职责。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5、地震、雷击、暴雨、洪水等不可抗拒的因素造成的，来自学校外部的突发性、偶发性侵害造成的，以及其他意外因素造成的。</w:t>
      </w:r>
      <w:r>
        <w:rPr>
          <w:lang w:eastAsia="zh-CN"/>
        </w:rPr>
        <w:br/>
      </w:r>
      <w:r>
        <w:rPr>
          <w:lang w:eastAsia="zh-CN"/>
        </w:rPr>
        <w:t>　　6、学生自杀、自伤、服毒等意外情况。</w:t>
      </w:r>
      <w:r>
        <w:rPr>
          <w:lang w:eastAsia="zh-CN"/>
        </w:rPr>
        <w:br/>
      </w:r>
      <w:r>
        <w:rPr>
          <w:lang w:eastAsia="zh-CN"/>
        </w:rPr>
        <w:t>　　7、在对抗性或者具有风险性的体育竞赛活动中发生意外伤害的。</w:t>
      </w:r>
      <w:r>
        <w:rPr>
          <w:lang w:eastAsia="zh-CN"/>
        </w:rPr>
        <w:br/>
      </w:r>
      <w:r>
        <w:rPr>
          <w:lang w:eastAsia="zh-CN"/>
        </w:rPr>
        <w:t>　　8、在学生自行上学、放学、返校、离校途中，家长不接送发生的一切不安全事故。</w:t>
      </w:r>
      <w:r>
        <w:rPr>
          <w:lang w:eastAsia="zh-CN"/>
        </w:rPr>
        <w:br/>
      </w:r>
      <w:r>
        <w:rPr>
          <w:lang w:eastAsia="zh-CN"/>
        </w:rPr>
        <w:t>　　9、夜间不按时睡觉，私自溜出学校引发的事故。</w:t>
      </w:r>
      <w:r>
        <w:rPr>
          <w:lang w:eastAsia="zh-CN"/>
        </w:rPr>
        <w:br/>
      </w:r>
      <w:r>
        <w:rPr>
          <w:lang w:eastAsia="zh-CN"/>
        </w:rPr>
        <w:t>　　10、学生自行外出或擅自离校期间发生的，学生与校外有劣迹人员不正当交往发生的不安全事故。</w:t>
      </w:r>
      <w:r>
        <w:rPr>
          <w:lang w:eastAsia="zh-CN"/>
        </w:rPr>
        <w:br/>
      </w:r>
      <w:r>
        <w:rPr>
          <w:lang w:eastAsia="zh-CN"/>
        </w:rPr>
        <w:t>　　11、在放学后、节假日或者假期等学校工作时间以外，学生自行滞留学校或者自行到校发生的，特定情况下学校放假后发生的，其他在学校管理职责外发生的。</w:t>
      </w:r>
      <w:r>
        <w:rPr>
          <w:lang w:eastAsia="zh-CN"/>
        </w:rPr>
        <w:br/>
      </w:r>
      <w:r>
        <w:rPr>
          <w:lang w:eastAsia="zh-CN"/>
        </w:rPr>
        <w:t>　　12、私自下水洗澡、强行渡河、爬山、远走离校、自发组成团伙出外游玩、招惹狗、蜂、牛、蛇等易给人带来伤害的动物、虫子造成伤害的。</w:t>
      </w:r>
      <w:r>
        <w:rPr>
          <w:lang w:eastAsia="zh-CN"/>
        </w:rPr>
        <w:br/>
      </w:r>
      <w:r>
        <w:rPr>
          <w:lang w:eastAsia="zh-CN"/>
        </w:rPr>
        <w:t>　　13、旷课、擅自外出、拉帮结派、打架斗殴、在校内外吸烟玩火，在教室或宿舍、操场、走廊、楼梯内上蹦下跳、在校院内骑车、出入校门不下车、攀爬电杆、树木、围墙、大门、楼梯、栏杆等造成的伤害。</w:t>
      </w:r>
      <w:r>
        <w:rPr>
          <w:lang w:eastAsia="zh-CN"/>
        </w:rPr>
        <w:br/>
      </w:r>
      <w:r>
        <w:rPr>
          <w:lang w:eastAsia="zh-CN"/>
        </w:rPr>
        <w:t>　　14、因开玩笑引发冲突造成的，在教育教学活动中、劳动和外出参加其他活动中不遵守有关规定造成的伤害。</w:t>
      </w:r>
      <w:r>
        <w:rPr>
          <w:lang w:eastAsia="zh-CN"/>
        </w:rPr>
        <w:br/>
      </w:r>
      <w:r>
        <w:rPr>
          <w:lang w:eastAsia="zh-CN"/>
        </w:rPr>
        <w:t>　　15、触摸、乱接或私自使用电器而造成的各种伤害，使用弹弓、刀具、飞镖等易燃易爆危险玩具造成自身或他人伤害的。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16、食用、饮用不卫生食物造成的。</w:t>
      </w:r>
      <w:r>
        <w:rPr>
          <w:lang w:eastAsia="zh-CN"/>
        </w:rPr>
        <w:br/>
      </w:r>
      <w:r>
        <w:rPr>
          <w:lang w:eastAsia="zh-CN"/>
        </w:rPr>
        <w:t>　　17、因家长或监护人教育方法不当，不按时接送、管护，导致学生发生的不安全事故。</w:t>
      </w:r>
      <w:r>
        <w:rPr>
          <w:lang w:eastAsia="zh-CN"/>
        </w:rPr>
        <w:br/>
      </w:r>
      <w:r>
        <w:rPr>
          <w:lang w:eastAsia="zh-CN"/>
        </w:rPr>
        <w:t>　　18、凡在校外发生的一切事故，责任由学生家长、监护人负责。</w:t>
      </w:r>
      <w:r>
        <w:rPr>
          <w:lang w:eastAsia="zh-CN"/>
        </w:rPr>
        <w:br/>
      </w:r>
      <w:r>
        <w:rPr>
          <w:lang w:eastAsia="zh-CN"/>
        </w:rPr>
        <w:t>　　此责任书一式二份，双方各执一份，自学校与家长签字日起至学生毕业离校前有效。本协议中没有涉及到的问题，依《学生伤害事故处理办法》予以解决。</w:t>
      </w:r>
      <w:r>
        <w:rPr>
          <w:lang w:eastAsia="zh-CN"/>
        </w:rPr>
        <w:br/>
      </w:r>
      <w:r>
        <w:rPr>
          <w:lang w:eastAsia="zh-CN"/>
        </w:rPr>
        <w:t>　　学校春季作息时间 :早上到校8:15，上午放学11:40;下午到校13:00，下午放学16:10(一、二年级星期二至星期五15:20);周五下午放学14:30 。</w:t>
      </w:r>
      <w:r>
        <w:rPr>
          <w:lang w:eastAsia="zh-CN"/>
        </w:rPr>
        <w:br/>
      </w:r>
      <w:r>
        <w:rPr>
          <w:lang w:eastAsia="zh-CN"/>
        </w:rPr>
        <w:t>　　年级学生： 家长： 班主任：</w:t>
      </w:r>
      <w:r>
        <w:rPr>
          <w:lang w:eastAsia="zh-CN"/>
        </w:rPr>
        <w:br/>
      </w:r>
      <w:r>
        <w:rPr>
          <w:lang w:eastAsia="zh-CN"/>
        </w:rPr>
        <w:t>　　监护人电话：</w:t>
      </w:r>
      <w:r>
        <w:rPr>
          <w:lang w:eastAsia="zh-CN"/>
        </w:rPr>
        <w:br/>
      </w:r>
      <w:r>
        <w:rPr>
          <w:lang w:eastAsia="zh-CN"/>
        </w:rPr>
        <w:t>　　_年二月十五日</w:t>
      </w:r>
      <w:r>
        <w:rPr>
          <w:lang w:eastAsia="zh-CN"/>
        </w:rPr>
        <w:br/>
      </w:r>
      <w:r>
        <w:rPr>
          <w:lang w:eastAsia="zh-CN"/>
        </w:rPr>
        <w:t xml:space="preserve">    毕业学生安全责任书 篇4 </w:t>
      </w:r>
      <w:r>
        <w:rPr>
          <w:lang w:eastAsia="zh-CN"/>
        </w:rPr>
        <w:br/>
      </w:r>
      <w:r>
        <w:rPr>
          <w:lang w:eastAsia="zh-CN"/>
        </w:rPr>
        <w:t>　　学校住校生安全责任协议书</w:t>
      </w:r>
      <w:r>
        <w:rPr>
          <w:lang w:eastAsia="zh-CN"/>
        </w:rPr>
        <w:br/>
      </w:r>
      <w:r>
        <w:rPr>
          <w:lang w:eastAsia="zh-CN"/>
        </w:rPr>
        <w:t>　　为了确保学生在校期间的人身安全，严格责任界限，健全学校--家庭教育--社会教育一体化网络，根据教育部颁发的《学生伤害事故处理办法》和有关法律、法规规定，结合我校实际特签订住校生安全协议书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学生的监护人是学生的父母或依法确定的监护人，其监护关系不因学生的入学而转移给学校，学校与学生只是教育管理关系。监护人应对学生进行安全教育和遵纪守法教育;学生在校住宿期间学校应对学生进行安全教育和遵纪守法教育。</w:t>
      </w:r>
      <w:r>
        <w:rPr>
          <w:lang w:eastAsia="zh-CN"/>
        </w:rPr>
        <w:br/>
      </w:r>
      <w:r>
        <w:rPr>
          <w:lang w:eastAsia="zh-CN"/>
        </w:rPr>
        <w:t>　　2、学校为住宿生提供学校食堂用餐条件，并负责监督食堂学生用餐的卫生、质量，为防止学生在校外用餐而发生食物中毒或引起食源性疾患，学校规定所有住校生一律不准出校就餐，如家长子女违反或因某种原因到校外就餐而因此发生食物中毒或引起食物疾患事件的，一切后果均有家长承担，学校概不负责。</w:t>
      </w:r>
      <w:r>
        <w:rPr>
          <w:lang w:eastAsia="zh-CN"/>
        </w:rPr>
        <w:br/>
      </w:r>
      <w:r>
        <w:rPr>
          <w:lang w:eastAsia="zh-CN"/>
        </w:rPr>
        <w:t>　　3、住校生住校时间为上周星期天下午5：00到校至本周星期六早7:00后自行回家(放假调整除外)，住校生学生到校后至本周星期六放学期间，一律不得私自出校门，因生病或者有特殊事情需要出校门的，必须写请假条经班主任签字或值班主任签字后，交门卫室登记，方可出校。如学生私自翻越围墙或私自混出校门，发生安全责任事故，学校不承担责任。星期六早离校回家，不得在学校留宿，非学校或老师的原因学生在校内滞留、嬉戏玩耍，造成伤害的，学校不承担赔偿责任。</w:t>
      </w:r>
      <w:r>
        <w:rPr>
          <w:lang w:eastAsia="zh-CN"/>
        </w:rPr>
        <w:br/>
      </w:r>
      <w:r>
        <w:rPr>
          <w:lang w:eastAsia="zh-CN"/>
        </w:rPr>
        <w:t>　　4、①住校生在校内遵守校规校纪，服从学校的管理。按时作息，及时完成各项学习任务，上课不得迟到、早退和旷课，并积极参加学校、班级组织的各类集体活动。②住校学生在校外期间，必须遵守国家法律、法规，遵守社会公德，不得从事有损于学校形象的事情。家长、学校应加强住校学生的安全教育，学校禁止住校生外宿，因学生自己偷偷在校外住宿而发生的一切个人的人身、财产安全问题以及由此引发的一切责任完全由学生及监护人承担，学校不承担相关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5、学校严禁住校学生玩火、玩电、玩水、玩手机、火炮、玩锐刃钝器物，因此发生赔偿纠纷，一般由肇事者承担责任。</w:t>
      </w:r>
      <w:r>
        <w:rPr>
          <w:lang w:eastAsia="zh-CN"/>
        </w:rPr>
        <w:br/>
      </w:r>
      <w:r>
        <w:rPr>
          <w:lang w:eastAsia="zh-CN"/>
        </w:rPr>
        <w:t>　　6、严禁住宿生私自翻越围墙出校到山塘水库河沟游泳，造成意外事故，学校不负责任。</w:t>
      </w:r>
      <w:r>
        <w:rPr>
          <w:lang w:eastAsia="zh-CN"/>
        </w:rPr>
        <w:br/>
      </w:r>
      <w:r>
        <w:rPr>
          <w:lang w:eastAsia="zh-CN"/>
        </w:rPr>
        <w:t>　　7、家长应加强对住校学生的安全、纪律教育，住校学生在住校期间，要严格遵守学校的住校生管理制度，服从学校管理，如在住校期间，多次违反学校住校纪律，学校将对其进行相关教育和处理，对不服从教育的、教育无效果的，住校有严重安全隐患的学生，学校有权拒绝其住校。</w:t>
      </w:r>
      <w:r>
        <w:rPr>
          <w:lang w:eastAsia="zh-CN"/>
        </w:rPr>
        <w:br/>
      </w:r>
      <w:r>
        <w:rPr>
          <w:lang w:eastAsia="zh-CN"/>
        </w:rPr>
        <w:t>　　8、学校不准学生进网吧上网,学校定期对学生进行相关教育,如学生违反规定到网吧上网,造成安全事故,学校一概不负责任。</w:t>
      </w:r>
      <w:r>
        <w:rPr>
          <w:lang w:eastAsia="zh-CN"/>
        </w:rPr>
        <w:br/>
      </w:r>
      <w:r>
        <w:rPr>
          <w:lang w:eastAsia="zh-CN"/>
        </w:rPr>
        <w:t>　　9、学校严禁学生与社会不良人员交往,并定期对学生进行相关教育,如学生违反规定,造成安全事故,学校不负责任。重视对女生的安全教育,家长应加强自己的子女的思想教育、生理卫生等教育,并教育其慎重交友,学校要求女学生严格按时作息,如私自外出或与不良人员交往，出现安全事故,责任自负。</w:t>
      </w:r>
      <w:r>
        <w:rPr>
          <w:lang w:eastAsia="zh-CN"/>
        </w:rPr>
        <w:br/>
      </w:r>
      <w:r>
        <w:rPr>
          <w:lang w:eastAsia="zh-CN"/>
        </w:rPr>
        <w:t>　　10、学校严禁学生谈恋爱,学校定期对学生进行相关教育,家长也应加强相关教育,如发现学生谈恋爱,立即通知家长,出现安全事故,学校不负责任。</w:t>
      </w:r>
      <w:r>
        <w:rPr>
          <w:lang w:eastAsia="zh-CN"/>
        </w:rPr>
        <w:br/>
      </w:r>
      <w:r>
        <w:rPr>
          <w:lang w:eastAsia="zh-CN"/>
        </w:rPr>
        <w:t>　　11、学校严禁学生结伙玩耍,星期六早7：00离校回家，要求学生离校后必须第一时间回家,如学生结伴玩耍，出现安全事故,学校不负责任。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12、已投保的学生在校园活动中发生安全事故或受到意外伤害，学校有责任积极配合家长向保险公司申请索赔。</w:t>
      </w:r>
      <w:r>
        <w:rPr>
          <w:lang w:eastAsia="zh-CN"/>
        </w:rPr>
        <w:br/>
      </w:r>
      <w:r>
        <w:rPr>
          <w:lang w:eastAsia="zh-CN"/>
        </w:rPr>
        <w:t>　　13、本协议一式二份，双方各执一份，自签字之日起生效，有效期为学生在该校学习住宿时间段内。</w:t>
      </w:r>
      <w:r>
        <w:rPr>
          <w:lang w:eastAsia="zh-CN"/>
        </w:rPr>
        <w:br/>
      </w:r>
      <w:r>
        <w:rPr>
          <w:lang w:eastAsia="zh-CN"/>
        </w:rPr>
        <w:t>　　14、本协议书如有遗漏之处以教育部颁发的《学生伤害事故处理办法》之规定为准。</w:t>
      </w:r>
      <w:r>
        <w:rPr>
          <w:lang w:eastAsia="zh-CN"/>
        </w:rPr>
        <w:br/>
      </w:r>
      <w:r>
        <w:rPr>
          <w:lang w:eastAsia="zh-CN"/>
        </w:rPr>
        <w:t>　　班级：</w:t>
      </w:r>
      <w:r>
        <w:rPr>
          <w:lang w:eastAsia="zh-CN"/>
        </w:rPr>
        <w:br/>
      </w:r>
      <w:r>
        <w:rPr>
          <w:lang w:eastAsia="zh-CN"/>
        </w:rPr>
        <w:t>　　学生姓名：</w:t>
      </w:r>
      <w:r>
        <w:rPr>
          <w:lang w:eastAsia="zh-CN"/>
        </w:rPr>
        <w:br/>
      </w:r>
      <w:r>
        <w:rPr>
          <w:lang w:eastAsia="zh-CN"/>
        </w:rPr>
        <w:t>　　(家长签字)：</w:t>
      </w:r>
      <w:r>
        <w:rPr>
          <w:lang w:eastAsia="zh-CN"/>
        </w:rPr>
        <w:br/>
      </w:r>
      <w:r>
        <w:rPr>
          <w:lang w:eastAsia="zh-CN"/>
        </w:rPr>
        <w:t>　　电话：</w:t>
      </w:r>
      <w:r>
        <w:rPr>
          <w:lang w:eastAsia="zh-CN"/>
        </w:rPr>
        <w:br/>
      </w:r>
      <w:r>
        <w:rPr>
          <w:lang w:eastAsia="zh-CN"/>
        </w:rPr>
        <w:t>　　(班主任签字)：</w:t>
      </w:r>
      <w:r>
        <w:rPr>
          <w:lang w:eastAsia="zh-CN"/>
        </w:rPr>
        <w:br/>
      </w:r>
      <w:r>
        <w:rPr>
          <w:lang w:eastAsia="zh-CN"/>
        </w:rPr>
        <w:t>　　东城中学教导处(公章)</w:t>
      </w:r>
      <w:r>
        <w:rPr>
          <w:lang w:eastAsia="zh-CN"/>
        </w:rPr>
        <w:br/>
      </w:r>
      <w:r>
        <w:rPr>
          <w:lang w:eastAsia="zh-CN"/>
        </w:rPr>
        <w:t xml:space="preserve">    毕业学生安全责任书 篇5 </w:t>
      </w:r>
      <w:r>
        <w:rPr>
          <w:lang w:eastAsia="zh-CN"/>
        </w:rPr>
        <w:br/>
      </w:r>
      <w:r>
        <w:rPr>
          <w:lang w:eastAsia="zh-CN"/>
        </w:rPr>
        <w:t>　　为了确保学生上学期间的人身安全，明确责任界限，健全学校教育、家庭教育、社会教育一体化网络，根据上级文件精神，结合学校实际，特签订本安全责任书。</w:t>
      </w:r>
      <w:r>
        <w:rPr>
          <w:lang w:eastAsia="zh-CN"/>
        </w:rPr>
        <w:br/>
      </w:r>
      <w:r>
        <w:rPr>
          <w:lang w:eastAsia="zh-CN"/>
        </w:rPr>
        <w:t>　　1、学校经常进行安全法纪教育，检查安全工作。家庭教育是学校教育的重要组成部分，作为学生法定第一监护人的家长有责任教育子女遵守法纪，用《中小学生守则》来规范子女言行，做到家校教育合一。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2、严禁在校内追逐打闹，不做危险性游戏，不跨越栏杆，不爬围墙，上下楼梯不拥挤，集体活动时一切行动听指挥。如有违反，造成伤害的由学生自己负责。</w:t>
      </w:r>
      <w:r>
        <w:rPr>
          <w:lang w:eastAsia="zh-CN"/>
        </w:rPr>
        <w:br/>
      </w:r>
      <w:r>
        <w:rPr>
          <w:lang w:eastAsia="zh-CN"/>
        </w:rPr>
        <w:t>　　3、学生之间违纪造成伤害的由肇事方负责，并承担一切费用。</w:t>
      </w:r>
      <w:r>
        <w:rPr>
          <w:lang w:eastAsia="zh-CN"/>
        </w:rPr>
        <w:br/>
      </w:r>
      <w:r>
        <w:rPr>
          <w:lang w:eastAsia="zh-CN"/>
        </w:rPr>
        <w:t>　　4、学生不准骑自行车上学，否则，如发生意外事故一切责任由学生家长负责。</w:t>
      </w:r>
      <w:r>
        <w:rPr>
          <w:lang w:eastAsia="zh-CN"/>
        </w:rPr>
        <w:br/>
      </w:r>
      <w:r>
        <w:rPr>
          <w:lang w:eastAsia="zh-CN"/>
        </w:rPr>
        <w:t>　　5、严禁学生擅自到沟塘、水库、江河游泳、洗澡，否则造成意外事故一切由学生方负责。</w:t>
      </w:r>
      <w:r>
        <w:rPr>
          <w:lang w:eastAsia="zh-CN"/>
        </w:rPr>
        <w:br/>
      </w:r>
      <w:r>
        <w:rPr>
          <w:lang w:eastAsia="zh-CN"/>
        </w:rPr>
        <w:t>　　6、搞好卫生防疫，避免流行性疾病的传播，注意饮食卫生防止食物中毒，学生不准乱吃零食，如因乱吃喝造成意外后果的由学生自己负责。</w:t>
      </w:r>
      <w:r>
        <w:rPr>
          <w:lang w:eastAsia="zh-CN"/>
        </w:rPr>
        <w:br/>
      </w:r>
      <w:r>
        <w:rPr>
          <w:lang w:eastAsia="zh-CN"/>
        </w:rPr>
        <w:t>　　7、学生要严格遵守交通规则，只准乘坐有证件的客运车辆等，否则发生事故的，由学生自己负责。</w:t>
      </w:r>
      <w:r>
        <w:rPr>
          <w:lang w:eastAsia="zh-CN"/>
        </w:rPr>
        <w:br/>
      </w:r>
      <w:r>
        <w:rPr>
          <w:lang w:eastAsia="zh-CN"/>
        </w:rPr>
        <w:t>　　8、严禁学生玩火、玩电、玩鞭炮、玩锐刀钝器物等，一旦出现后果，由学生自己负责。</w:t>
      </w:r>
      <w:r>
        <w:rPr>
          <w:lang w:eastAsia="zh-CN"/>
        </w:rPr>
        <w:br/>
      </w:r>
      <w:r>
        <w:rPr>
          <w:lang w:eastAsia="zh-CN"/>
        </w:rPr>
        <w:t>　　9、学生应严格遵守《中小学生守则》、《小学生日常行为规范》和学校安全制度，因违反上述规定或有关规定造成的后果，由学生自己负责。</w:t>
      </w:r>
      <w:r>
        <w:rPr>
          <w:lang w:eastAsia="zh-CN"/>
        </w:rPr>
        <w:br/>
      </w:r>
      <w:r>
        <w:rPr>
          <w:lang w:eastAsia="zh-CN"/>
        </w:rPr>
        <w:t>　　10、学生在校园活动中发生安全事故或受到意外伤害，学校有责任配合家长向保险公司申请素赔。(指已参保学生)</w:t>
      </w:r>
      <w:r>
        <w:rPr>
          <w:lang w:eastAsia="zh-CN"/>
        </w:rPr>
        <w:br/>
      </w:r>
      <w:r>
        <w:rPr>
          <w:lang w:eastAsia="zh-CN"/>
        </w:rPr>
        <w:t>　　__、凡学生在校外发生的一切事故，责任概由学生家长负责。要懂得自我救助和社会救助，如“__0”、“__9”、“120”、“122”等号码的功能。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12、学生在上学或放学途中，家长应督促他们按时到校，按时离校。不准在途中玩耍。学生因病因事不能到校，家长必须向班主任老师履行请假手续，学生上学或放学要求家长接送，确保孩子上学或放学途中的安全，如果出现任何事故责任自负。(上学时间：12:00;放学时间4:10。)</w:t>
      </w:r>
      <w:r>
        <w:rPr>
          <w:lang w:eastAsia="zh-CN"/>
        </w:rPr>
        <w:br/>
      </w:r>
      <w:r>
        <w:rPr>
          <w:lang w:eastAsia="zh-CN"/>
        </w:rPr>
        <w:t>　　13、学生在校内外，因不可抗拒力或意外遭受侵害，学校不负责任。学生在校内外遭受到不法侵害，由司法部门追究加害人责任。</w:t>
      </w:r>
      <w:r>
        <w:rPr>
          <w:lang w:eastAsia="zh-CN"/>
        </w:rPr>
        <w:br/>
      </w:r>
      <w:r>
        <w:rPr>
          <w:lang w:eastAsia="zh-CN"/>
        </w:rPr>
        <w:t>　　14、家长监管时间段：星期一至星期五上午 下午4:10——第二天早上12：00;周末以及节假日由家长全天监管。</w:t>
      </w:r>
      <w:r>
        <w:rPr>
          <w:lang w:eastAsia="zh-CN"/>
        </w:rPr>
        <w:br/>
      </w:r>
      <w:r>
        <w:rPr>
          <w:lang w:eastAsia="zh-CN"/>
        </w:rPr>
        <w:t>　　15、本责任书一式两份，学校保存一份。家长一份，本责任书。自签订之日起生效到20__年8月31止。</w:t>
      </w:r>
      <w:r>
        <w:rPr>
          <w:lang w:eastAsia="zh-CN"/>
        </w:rPr>
        <w:br/>
      </w:r>
      <w:r>
        <w:rPr>
          <w:lang w:eastAsia="zh-CN"/>
        </w:rPr>
        <w:t>　　班主任(签名)： 学生(签名)：</w:t>
      </w:r>
      <w:r>
        <w:rPr>
          <w:lang w:eastAsia="zh-CN"/>
        </w:rPr>
        <w:br/>
      </w:r>
      <w:r>
        <w:rPr>
          <w:lang w:eastAsia="zh-CN"/>
        </w:rPr>
        <w:t>　　学生家长签字：</w:t>
      </w:r>
      <w:r>
        <w:rPr>
          <w:lang w:eastAsia="zh-CN"/>
        </w:rPr>
        <w:br/>
      </w:r>
      <w:r>
        <w:rPr>
          <w:lang w:eastAsia="zh-CN"/>
        </w:rPr>
        <w:t>　　_____学校</w:t>
      </w:r>
      <w:r>
        <w:rPr>
          <w:lang w:eastAsia="zh-CN"/>
        </w:rPr>
        <w:br/>
      </w:r>
      <w:r>
        <w:rPr>
          <w:lang w:eastAsia="zh-CN"/>
        </w:rPr>
        <w:t>　　二〇__年九月一日</w:t>
      </w:r>
      <w:r>
        <w:rPr>
          <w:lang w:eastAsia="zh-CN"/>
        </w:rPr>
        <w:br/>
      </w:r>
      <w:r>
        <w:rPr>
          <w:lang w:eastAsia="zh-CN"/>
        </w:rPr>
        <w:t xml:space="preserve">    毕业学生安全责任书 篇6 </w:t>
      </w:r>
      <w:r>
        <w:rPr>
          <w:lang w:eastAsia="zh-CN"/>
        </w:rPr>
        <w:br/>
      </w:r>
      <w:r>
        <w:rPr>
          <w:lang w:eastAsia="zh-CN"/>
        </w:rPr>
        <w:t>　　为了确保学生假期辅导期间的人身安全，明确责任界限，更有效的优化辅导班日程安排，根据教育部颁布的《学生伤害事故处理办法》和其他法律法规有关规定，结合辅导班办班实际，特制定本安全责任书：</w:t>
      </w:r>
      <w:r>
        <w:rPr>
          <w:lang w:eastAsia="zh-CN"/>
        </w:rPr>
        <w:br/>
      </w:r>
      <w:r>
        <w:rPr>
          <w:lang w:eastAsia="zh-CN"/>
        </w:rPr>
        <w:t>　　一、辅导班、教师、学生和家长实行安全责任制和安全责任追究制;辅导班负责人和工作人员对本辅导班上课期间的学生的安全负责。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二、学生法定第一监护人家长应保证学生上或是下学路途的安全，保证学生参加完辅导班教学课程后及时回家。并电话告知辅导班安全管理人员。反之发生的责任由家长和学生自行负担，辅导班不承担任何责任。</w:t>
      </w:r>
      <w:r>
        <w:rPr>
          <w:lang w:eastAsia="zh-CN"/>
        </w:rPr>
        <w:br/>
      </w:r>
      <w:r>
        <w:rPr>
          <w:lang w:eastAsia="zh-CN"/>
        </w:rPr>
        <w:t>　　三、禁止学生参加辅导班及其上下学途中追逐打闹、做危险游戏、跨越栏杆、翻越围墙和大门、上下楼拥挤等危险行为发生。违反规定造成的伤害，由学生及其家人自行承担责任。</w:t>
      </w:r>
      <w:r>
        <w:rPr>
          <w:lang w:eastAsia="zh-CN"/>
        </w:rPr>
        <w:br/>
      </w:r>
      <w:r>
        <w:rPr>
          <w:lang w:eastAsia="zh-CN"/>
        </w:rPr>
        <w:t>　　四、辅导期间，相关辅导人员会提醒学生注意交通安全警示，经辅导人员告知后，学生之间因发生人身损害事件的，辅导班不承担责任。</w:t>
      </w:r>
      <w:r>
        <w:rPr>
          <w:lang w:eastAsia="zh-CN"/>
        </w:rPr>
        <w:br/>
      </w:r>
      <w:r>
        <w:rPr>
          <w:lang w:eastAsia="zh-CN"/>
        </w:rPr>
        <w:t>　　六、家长应保证学生在参加辅导班及其上下学途中不与不认识的陌生人接触;禁止参加辅导班及上下学回家的中途与他人游玩而不立刻回家。因发生上述情形，学生发生意外事故，一切责任由学生及其家长负责。派人接送学生的，家长指派的其他人员，需告知辅导班，辅导班会在核实身份以后，同意其他人员接送。</w:t>
      </w:r>
      <w:r>
        <w:rPr>
          <w:lang w:eastAsia="zh-CN"/>
        </w:rPr>
        <w:br/>
      </w:r>
      <w:r>
        <w:rPr>
          <w:lang w:eastAsia="zh-CN"/>
        </w:rPr>
        <w:t>　　七、学生在参加辅导班及其上下学途中立刻回家，禁止回家的中途擅自到河、塘、溪和江河游泳、洗澡等可能发生危险的活动。因发生上述情形造成意外事故的，辅导班不承担责任。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八、学生在参加辅导班及其上下学途中因为个人不当行为造成社会危害的，辅导班不承担责任。九、学生在参加辅导班及其上下学途中，严禁学生玩火、玩电、玩炮、玩锐刃钝器物或收藏管制刀具等，因发生上述情形造成意外事故辅导班不承担责任。发现上述情形，辅导班安全管理人员可以根据法律规定直接移交相关部门处理。</w:t>
      </w:r>
      <w:r>
        <w:rPr>
          <w:lang w:eastAsia="zh-CN"/>
        </w:rPr>
        <w:br/>
      </w:r>
      <w:r>
        <w:rPr>
          <w:lang w:eastAsia="zh-CN"/>
        </w:rPr>
        <w:t>　　十、学生在参加辅导班及其上下学途中，因不可抗拒力或意外遭受到侵害，辅导班不负任何责任。学生正在参加辅导教学时受到不法侵害，辅导班未尽到合理的救助措施的，辅导班应承担相应责任。辅导班无不当行为的，不承担责任。</w:t>
      </w:r>
      <w:r>
        <w:rPr>
          <w:lang w:eastAsia="zh-CN"/>
        </w:rPr>
        <w:br/>
      </w:r>
      <w:r>
        <w:rPr>
          <w:lang w:eastAsia="zh-CN"/>
        </w:rPr>
        <w:t>　　十一、学生在参加辅导班及其上下学途中发生安全事故或受到意外伤害，辅导班在适当的范围内可配合家长对实际加害人的相应索赔工作。</w:t>
      </w:r>
      <w:r>
        <w:rPr>
          <w:lang w:eastAsia="zh-CN"/>
        </w:rPr>
        <w:br/>
      </w:r>
      <w:r>
        <w:rPr>
          <w:lang w:eastAsia="zh-CN"/>
        </w:rPr>
        <w:t>　　十二、本责任书一式两份，自双方签字至学生辅导培训课程结束日时终止。</w:t>
      </w:r>
      <w:r>
        <w:rPr>
          <w:lang w:eastAsia="zh-CN"/>
        </w:rPr>
        <w:br/>
      </w:r>
      <w:r>
        <w:rPr>
          <w:lang w:eastAsia="zh-CN"/>
        </w:rPr>
        <w:t>　　学生及家长签名：</w:t>
      </w:r>
      <w:r>
        <w:rPr>
          <w:lang w:eastAsia="zh-CN"/>
        </w:rPr>
        <w:br/>
      </w:r>
      <w:r>
        <w:rPr>
          <w:lang w:eastAsia="zh-CN"/>
        </w:rPr>
        <w:t>　　年 月 日</w:t>
      </w:r>
      <w:r>
        <w:rPr>
          <w:lang w:eastAsia="zh-CN"/>
        </w:rPr>
        <w:br/>
      </w:r>
      <w:r>
        <w:rPr>
          <w:lang w:eastAsia="zh-CN"/>
        </w:rPr>
        <w:t>　　------教育负责人签名：</w:t>
      </w:r>
      <w:r>
        <w:rPr>
          <w:lang w:eastAsia="zh-CN"/>
        </w:rPr>
        <w:br/>
      </w:r>
      <w:r>
        <w:rPr>
          <w:lang w:eastAsia="zh-CN"/>
        </w:rPr>
        <w:t>　　年 月 日</w:t>
      </w:r>
      <w:r>
        <w:rPr>
          <w:lang w:eastAsia="zh-CN"/>
        </w:rPr>
        <w:br/>
      </w:r>
      <w:r>
        <w:rPr>
          <w:lang w:eastAsia="zh-CN"/>
        </w:rPr>
        <w:t xml:space="preserve">    毕业学生安全责任书 篇7 </w:t>
      </w:r>
      <w:r>
        <w:rPr>
          <w:lang w:eastAsia="zh-CN"/>
        </w:rPr>
        <w:br/>
      </w:r>
      <w:r>
        <w:rPr>
          <w:lang w:eastAsia="zh-CN"/>
        </w:rPr>
        <w:t>　　为切实保障与会师生人身安全，保证运动会安全顺利进行，特制定此责任书，望有关人员严格遵照执行。</w:t>
      </w:r>
      <w:r>
        <w:rPr>
          <w:lang w:eastAsia="zh-CN"/>
        </w:rPr>
        <w:br/>
      </w:r>
      <w:r>
        <w:rPr>
          <w:lang w:eastAsia="zh-CN"/>
        </w:rPr>
        <w:t>　　1.会前对全体与会师生进行安全教育，认真学习本预案，每个人都要明确职责，熟悉步骤，做到心中有数，并由校长、教练贯彻给每一个学生。领导讲明具体的安全措施，把安全教育放在首位。学校及教练就运动会过程中的每个细节提出纪律要求和注意事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2.学生根据自身身体状况自愿报名参加比赛项目，任何人不得强制学生参加比赛;对有心脏病、癫痫等不适宜进行体育锻炼的学生，不许其参加比赛;</w:t>
      </w:r>
      <w:r>
        <w:rPr>
          <w:lang w:eastAsia="zh-CN"/>
        </w:rPr>
        <w:br/>
      </w:r>
      <w:r>
        <w:rPr>
          <w:lang w:eastAsia="zh-CN"/>
        </w:rPr>
        <w:t>　　3.乘坐有资质的车辆，不坐不明车况的车。</w:t>
      </w:r>
      <w:r>
        <w:rPr>
          <w:lang w:eastAsia="zh-CN"/>
        </w:rPr>
        <w:br/>
      </w:r>
      <w:r>
        <w:rPr>
          <w:lang w:eastAsia="zh-CN"/>
        </w:rPr>
        <w:t>　　4. 学校要加强对食品的监督检查，确保大会召开期间师生饮水用餐安全。</w:t>
      </w:r>
      <w:r>
        <w:rPr>
          <w:lang w:eastAsia="zh-CN"/>
        </w:rPr>
        <w:br/>
      </w:r>
      <w:r>
        <w:rPr>
          <w:lang w:eastAsia="zh-CN"/>
        </w:rPr>
        <w:t>　　5.运动员在比赛时如果对比赛成绩有疑义的，必须通过教练向大会仲裁小组提出，不得私自找裁判裁决，更不允许寻衅滋事。</w:t>
      </w:r>
      <w:r>
        <w:rPr>
          <w:lang w:eastAsia="zh-CN"/>
        </w:rPr>
        <w:br/>
      </w:r>
      <w:r>
        <w:rPr>
          <w:lang w:eastAsia="zh-CN"/>
        </w:rPr>
        <w:t>　　6.所有老师在运动会期间始终要坚守岗位，随时准备处理可能发生的意外。</w:t>
      </w:r>
      <w:r>
        <w:rPr>
          <w:lang w:eastAsia="zh-CN"/>
        </w:rPr>
        <w:br/>
      </w:r>
      <w:r>
        <w:rPr>
          <w:lang w:eastAsia="zh-CN"/>
        </w:rPr>
        <w:t>　　7.裁判员和工作人员应密切关注运动员身体情况，发现学生身体出现异常，可强制其停止比赛。</w:t>
      </w:r>
      <w:r>
        <w:rPr>
          <w:lang w:eastAsia="zh-CN"/>
        </w:rPr>
        <w:br/>
      </w:r>
      <w:r>
        <w:rPr>
          <w:lang w:eastAsia="zh-CN"/>
        </w:rPr>
        <w:t xml:space="preserve">    毕业学生安全责任书 篇8 </w:t>
      </w:r>
      <w:r>
        <w:rPr>
          <w:lang w:eastAsia="zh-CN"/>
        </w:rPr>
        <w:br/>
      </w:r>
      <w:r>
        <w:rPr>
          <w:lang w:eastAsia="zh-CN"/>
        </w:rPr>
        <w:t>　　学生安全教育是每一位教师的责任，教师要强化学生的安全意识，对学生安全工作要常抓不懈。教学过程中的安全是整个学校安全工作的重要组成部分，教师是教学过程中安全责任的直接责任人。为保证我校教学工作顺利进行，本着预防为主，责任明确的原则，与全体教师签订教师工作安全责任书。</w:t>
      </w:r>
      <w:r>
        <w:rPr>
          <w:lang w:eastAsia="zh-CN"/>
        </w:rPr>
        <w:br/>
      </w:r>
      <w:r>
        <w:rPr>
          <w:lang w:eastAsia="zh-CN"/>
        </w:rPr>
        <w:t>　　1.依法从教，以德从教，严禁体罚和变相体罚学生。</w:t>
      </w:r>
      <w:r>
        <w:rPr>
          <w:lang w:eastAsia="zh-CN"/>
        </w:rPr>
        <w:br/>
      </w:r>
      <w:r>
        <w:rPr>
          <w:lang w:eastAsia="zh-CN"/>
        </w:rPr>
        <w:t>　　2.任课教师是该堂课的直接责任人。</w:t>
      </w:r>
      <w:r>
        <w:rPr>
          <w:lang w:eastAsia="zh-CN"/>
        </w:rPr>
        <w:br/>
      </w:r>
      <w:r>
        <w:rPr>
          <w:lang w:eastAsia="zh-CN"/>
        </w:rPr>
        <w:t>　　3.各科教师要结合本学科特点，做好学生的安全教育，教给学生安全常识。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4.严格遵守学校作息时间，严禁脱离岗位，不得随意提前或延后教学。</w:t>
      </w:r>
      <w:r>
        <w:rPr>
          <w:lang w:eastAsia="zh-CN"/>
        </w:rPr>
        <w:br/>
      </w:r>
      <w:r>
        <w:rPr>
          <w:lang w:eastAsia="zh-CN"/>
        </w:rPr>
        <w:t>　　5.教师不得随意让学生离开课堂，学生无故旷课或中途逃学，任课教师要及时追查去向并告知学校及班主任。</w:t>
      </w:r>
      <w:r>
        <w:rPr>
          <w:lang w:eastAsia="zh-CN"/>
        </w:rPr>
        <w:br/>
      </w:r>
      <w:r>
        <w:rPr>
          <w:lang w:eastAsia="zh-CN"/>
        </w:rPr>
        <w:t>　　6.课前检查教室、桌凳、教具、电源等是否存在安全隐患，教学过程中所用教学仪器、电教设备等妥善放置，消除安全隐患。</w:t>
      </w:r>
      <w:r>
        <w:rPr>
          <w:lang w:eastAsia="zh-CN"/>
        </w:rPr>
        <w:br/>
      </w:r>
      <w:r>
        <w:rPr>
          <w:lang w:eastAsia="zh-CN"/>
        </w:rPr>
        <w:t>　　7.体育教师课前应检查所用体育设施和用品的安全情况，按规定完成准备活动，强调活动中的安全事项及自我保护，询问有无不适宜本节课活动的学生，全程监控课堂活动。</w:t>
      </w:r>
      <w:r>
        <w:rPr>
          <w:lang w:eastAsia="zh-CN"/>
        </w:rPr>
        <w:br/>
      </w:r>
      <w:r>
        <w:rPr>
          <w:lang w:eastAsia="zh-CN"/>
        </w:rPr>
        <w:t>　　8.实验课教师严格按操作规范进行，讲明操作规范和安全注意事项，全监控学生实验。</w:t>
      </w:r>
      <w:r>
        <w:rPr>
          <w:lang w:eastAsia="zh-CN"/>
        </w:rPr>
        <w:br/>
      </w:r>
      <w:r>
        <w:rPr>
          <w:lang w:eastAsia="zh-CN"/>
        </w:rPr>
        <w:t>　　9.恰当处理好课堂偶发事件，及时调控学生之间发生的矛盾冲突。</w:t>
      </w:r>
      <w:r>
        <w:rPr>
          <w:lang w:eastAsia="zh-CN"/>
        </w:rPr>
        <w:br/>
      </w:r>
      <w:r>
        <w:rPr>
          <w:lang w:eastAsia="zh-CN"/>
        </w:rPr>
        <w:t>　　10.凡发生意外事故，该堂课的教师要进行妥善处理，并在第一时间报校有关部门。不得瞒报、迟报。若须及时疏散的，教师应按应急预案组织指挥学生立即疏散。</w:t>
      </w:r>
      <w:r>
        <w:rPr>
          <w:lang w:eastAsia="zh-CN"/>
        </w:rPr>
        <w:br/>
      </w:r>
      <w:r>
        <w:rPr>
          <w:lang w:eastAsia="zh-CN"/>
        </w:rPr>
        <w:t>　　11.对于学校组织的校内外集体活动，参与活动的教师要切实完成好学校布置的安全任务。</w:t>
      </w:r>
      <w:r>
        <w:rPr>
          <w:lang w:eastAsia="zh-CN"/>
        </w:rPr>
        <w:br/>
      </w:r>
      <w:r>
        <w:rPr>
          <w:lang w:eastAsia="zh-CN"/>
        </w:rPr>
        <w:t>　　12.在非教学时间，教师若发现学生有不安全行为的，应及时制止并教育学生。</w:t>
      </w:r>
      <w:r>
        <w:rPr>
          <w:lang w:eastAsia="zh-CN"/>
        </w:rPr>
        <w:br/>
      </w:r>
      <w:r>
        <w:rPr>
          <w:lang w:eastAsia="zh-CN"/>
        </w:rPr>
        <w:t>　　13.放学后，谁留学生谁负责学生在校的安全。</w:t>
      </w:r>
      <w:r>
        <w:rPr>
          <w:lang w:eastAsia="zh-CN"/>
        </w:rPr>
        <w:br/>
      </w:r>
      <w:r>
        <w:rPr>
          <w:lang w:eastAsia="zh-CN"/>
        </w:rPr>
        <w:t>　　此安全责任书有效时间为</w:t>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年，双方签字后生效，如有事故发生，学校将进行责任追究。</w:t>
      </w:r>
      <w:r>
        <w:rPr>
          <w:lang w:eastAsia="zh-CN"/>
        </w:rPr>
        <w:br/>
      </w:r>
      <w:r>
        <w:rPr>
          <w:lang w:eastAsia="zh-CN"/>
        </w:rPr>
        <w:t>　　学校(盖章)：</w:t>
      </w:r>
      <w:r>
        <w:rPr>
          <w:lang w:eastAsia="zh-CN"/>
        </w:rPr>
        <w:br/>
      </w:r>
      <w:r>
        <w:rPr>
          <w:lang w:eastAsia="zh-CN"/>
        </w:rPr>
        <w:t>　　学校责任人(签字)： 教 师(签字)：</w:t>
      </w:r>
      <w:r>
        <w:rPr>
          <w:lang w:eastAsia="zh-CN"/>
        </w:rPr>
        <w:br/>
      </w:r>
      <w:r>
        <w:rPr>
          <w:lang w:eastAsia="zh-CN"/>
        </w:rPr>
        <w:t>　　年 月 日</w:t>
      </w:r>
      <w:r>
        <w:rPr>
          <w:lang w:eastAsia="zh-CN"/>
        </w:rPr>
        <w:br/>
      </w:r>
      <w:r>
        <w:rPr>
          <w:lang w:eastAsia="zh-CN"/>
        </w:rPr>
        <w:t xml:space="preserve">    毕业学生安全责任书 篇9 </w:t>
      </w:r>
      <w:r>
        <w:rPr>
          <w:lang w:eastAsia="zh-CN"/>
        </w:rPr>
        <w:br/>
      </w:r>
      <w:r>
        <w:rPr>
          <w:lang w:eastAsia="zh-CN"/>
        </w:rPr>
        <w:t>　　尊敬的学生家长：</w:t>
      </w:r>
      <w:r>
        <w:rPr>
          <w:lang w:eastAsia="zh-CN"/>
        </w:rPr>
        <w:br/>
      </w:r>
      <w:r>
        <w:rPr>
          <w:lang w:eastAsia="zh-CN"/>
        </w:rPr>
        <w:t>　　根据上级教育主管部门的部署安排，20__年国庆节假期定于10月1日——10月8日，10月9日开学。假期中，我们把孩子完全交给你们。根据《中华人民共和国义务教育法》、《中华人民共和国未成年人保护法》，家长是学生的法定监护人。敬请各位家长在暑假期间督促、教育好子女遵纪守法，注意安全，使学生的身心得以健康成长，确保万无一失。现提醒家长尤其注意以下几点：</w:t>
      </w:r>
      <w:r>
        <w:rPr>
          <w:lang w:eastAsia="zh-CN"/>
        </w:rPr>
        <w:br/>
      </w:r>
      <w:r>
        <w:rPr>
          <w:lang w:eastAsia="zh-CN"/>
        </w:rPr>
        <w:t>　　1、不准私自下溪、河、池塘、水库等水域游泳洗澡或游玩，不准在水边戏水、捉鱼、划船等。</w:t>
      </w:r>
      <w:r>
        <w:rPr>
          <w:lang w:eastAsia="zh-CN"/>
        </w:rPr>
        <w:br/>
      </w:r>
      <w:r>
        <w:rPr>
          <w:lang w:eastAsia="zh-CN"/>
        </w:rPr>
        <w:t>　　2、不准骑自行车上路，禁止驾驶机动车辆，自觉遵守交通规则，注意交通安全。不准乘坐“三无”车辆。</w:t>
      </w:r>
      <w:r>
        <w:rPr>
          <w:lang w:eastAsia="zh-CN"/>
        </w:rPr>
        <w:br/>
      </w:r>
      <w:r>
        <w:rPr>
          <w:lang w:eastAsia="zh-CN"/>
        </w:rPr>
        <w:t>　　3、不准玩火、不准私自野炊，不接触易燃易爆物品，不准随便接触电源和带电电器;不得在雷雨时避于树下、电线杆下或其它易发雷电的地方。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4、不准参与非法组织活动，不偷、不抢、不骗、不打架斗殴、不酗酒闹事，不吸食毒品。严禁未成年人参加农村封建迷信活动，不抽烟，不喝酒，不赌博，不看“黄色”书刊、音像，不摆阔气乱花钱。</w:t>
      </w:r>
      <w:r>
        <w:rPr>
          <w:lang w:eastAsia="zh-CN"/>
        </w:rPr>
        <w:br/>
      </w:r>
      <w:r>
        <w:rPr>
          <w:lang w:eastAsia="zh-CN"/>
        </w:rPr>
        <w:t>　　5、严禁小学生进入“三厅、两室、一吧”活动。</w:t>
      </w:r>
      <w:r>
        <w:rPr>
          <w:lang w:eastAsia="zh-CN"/>
        </w:rPr>
        <w:br/>
      </w:r>
      <w:r>
        <w:rPr>
          <w:lang w:eastAsia="zh-CN"/>
        </w:rPr>
        <w:t>　　6、不准随便吃零食、野果，不买“三无”产品，不吃过期和霉烂变质的食品，防止食物中毒。</w:t>
      </w:r>
      <w:r>
        <w:rPr>
          <w:lang w:eastAsia="zh-CN"/>
        </w:rPr>
        <w:br/>
      </w:r>
      <w:r>
        <w:rPr>
          <w:lang w:eastAsia="zh-CN"/>
        </w:rPr>
        <w:t>　　7、未经家长同意，学生不准私自外出、外宿和远游，防止被不法分子绑架、拐骗和走失。不准进行不安全的戏闹，如抛石头、土块、杂物、弹弹弓，拿竹木棍、铁器、刀具等追逐打闹。</w:t>
      </w:r>
      <w:r>
        <w:rPr>
          <w:lang w:eastAsia="zh-CN"/>
        </w:rPr>
        <w:br/>
      </w:r>
      <w:r>
        <w:rPr>
          <w:lang w:eastAsia="zh-CN"/>
        </w:rPr>
        <w:t>　　8、按照要求做好甲型h1n1流感防控工作，具体要求另有“一封信”。</w:t>
      </w:r>
      <w:r>
        <w:rPr>
          <w:lang w:eastAsia="zh-CN"/>
        </w:rPr>
        <w:br/>
      </w:r>
      <w:r>
        <w:rPr>
          <w:lang w:eastAsia="zh-CN"/>
        </w:rPr>
        <w:t>　　家长是未成年子女的法定监护人，担负着教育子女成长的义务，在假期中确保学生安全，让您的孩子，我们的学生从小成为文明、守纪的好公民。</w:t>
      </w:r>
      <w:r>
        <w:rPr>
          <w:lang w:eastAsia="zh-CN"/>
        </w:rPr>
        <w:br/>
      </w:r>
      <w:r>
        <w:rPr>
          <w:lang w:eastAsia="zh-CN"/>
        </w:rPr>
        <w:t>　　本责任书有效期自20__年9月30日起至20__年10月8日止。</w:t>
      </w:r>
      <w:r>
        <w:rPr>
          <w:lang w:eastAsia="zh-CN"/>
        </w:rPr>
        <w:br/>
      </w:r>
      <w:r>
        <w:rPr>
          <w:lang w:eastAsia="zh-CN"/>
        </w:rPr>
        <w:t>　　家长(签名)__________</w:t>
      </w:r>
      <w:r>
        <w:rPr>
          <w:lang w:eastAsia="zh-CN"/>
        </w:rPr>
        <w:br/>
      </w:r>
      <w:r>
        <w:rPr>
          <w:lang w:eastAsia="zh-CN"/>
        </w:rPr>
        <w:t>　　班主任：(签名)____________ 学生(签名)____________</w:t>
      </w:r>
      <w:r>
        <w:rPr>
          <w:lang w:eastAsia="zh-CN"/>
        </w:rPr>
        <w:br/>
      </w:r>
      <w:r>
        <w:rPr>
          <w:lang w:eastAsia="zh-CN"/>
        </w:rPr>
        <w:t xml:space="preserve">    毕业学生安全责任书 篇10 </w:t>
      </w:r>
      <w:r>
        <w:rPr>
          <w:lang w:eastAsia="zh-CN"/>
        </w:rPr>
        <w:br/>
      </w:r>
      <w:r>
        <w:rPr>
          <w:lang w:eastAsia="zh-CN"/>
        </w:rPr>
        <w:t>　　为了进一步加强学生安全管理工作,建立健全安全管理制度,落实安全防范措施,依法处理学校各类安全事故,切实保障学生安全,维护正常的教学秩序,为学生健康成长创造良好的环境,学校特与家长签订学生安全责任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1、家长是学生的法定监护人，是学生校外安全的责任人，根据《中华人民共和国未成年人保护法》和《预防未成年人犯罪法》，父母或其他监护人应依法履行对子女的监护职责和抚养义务。</w:t>
      </w:r>
      <w:r>
        <w:rPr>
          <w:lang w:eastAsia="zh-CN"/>
        </w:rPr>
        <w:br/>
      </w:r>
      <w:r>
        <w:rPr>
          <w:lang w:eastAsia="zh-CN"/>
        </w:rPr>
        <w:t>　　2、家长负责加强对子女的安全教育工作，提高子女的安全防范意识。父母或其他监护人要经常对子女进行法律知识教育、安全知识教育，教育学生注意防火、防电、防食物中毒、防交通事故、防人身伤害、防疾病等，禁止不到法定年龄的学生骑车上学，以确保学生安全。</w:t>
      </w:r>
      <w:r>
        <w:rPr>
          <w:lang w:eastAsia="zh-CN"/>
        </w:rPr>
        <w:br/>
      </w:r>
      <w:r>
        <w:rPr>
          <w:lang w:eastAsia="zh-CN"/>
        </w:rPr>
        <w:t>　　3、父母或其他监护人应对子女进行道德教育、文明礼貌教育。要教育学生在校内要自觉遵守校纪，不打架、不骂人、不攀高爬低、不到危险的地方去玩。如学生不遵守校规校纪，追逐打闹，或因其它违纪情况造成人身伤害的，会由班主任及时通知家长，学校依法负责处理事件，根据情节轻重，责成当事人家长负责应承担的经济损失。</w:t>
      </w:r>
      <w:r>
        <w:rPr>
          <w:lang w:eastAsia="zh-CN"/>
        </w:rPr>
        <w:br/>
      </w:r>
      <w:r>
        <w:rPr>
          <w:lang w:eastAsia="zh-CN"/>
        </w:rPr>
        <w:t>　　4、父母或其他监护人负责并督促学生按作息时间按时到校，学生因病或其它事不能按时到校的，父母或其他监护人必须要提前向班主任老师请假。要经常与孩子沟通,了解学生学习、生活中的困难及时疏导、帮助。</w:t>
      </w:r>
      <w:r>
        <w:rPr>
          <w:lang w:eastAsia="zh-CN"/>
        </w:rPr>
        <w:br/>
      </w:r>
      <w:r>
        <w:rPr>
          <w:lang w:eastAsia="zh-CN"/>
        </w:rPr>
        <w:t>　　5、父母及其他监护人要负责学生上学、放学路上的安全，按学校规定接送学生。</w:t>
      </w:r>
      <w:r>
        <w:rPr>
          <w:lang w:eastAsia="zh-CN"/>
        </w:rPr>
        <w:br/>
      </w:r>
      <w:r>
        <w:rPr>
          <w:lang w:eastAsia="zh-CN"/>
        </w:rPr>
        <w:t>　　6、学生在上学或放学途中，家长应督促他们按时到校，按时离校。不准在途中玩耍。学生因病因事不能到校，家长必须向班主任老师履行请假手续，学生上学或放学要求家长接送，确保孩子上学或放学途中的安全，如果出现任何事故责任自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7、学生要严格遵守交通规则，只准乘坐有证件的客运车辆等，否则发生事故的，由学生自己负责。</w:t>
      </w:r>
      <w:r>
        <w:rPr>
          <w:lang w:eastAsia="zh-CN"/>
        </w:rPr>
        <w:br/>
      </w:r>
      <w:r>
        <w:rPr>
          <w:lang w:eastAsia="zh-CN"/>
        </w:rPr>
        <w:t>　　8、父母或其他监护人要全面负责学生在假期内的安全工作，确保学生安全。</w:t>
      </w:r>
      <w:r>
        <w:rPr>
          <w:lang w:eastAsia="zh-CN"/>
        </w:rPr>
        <w:br/>
      </w:r>
      <w:r>
        <w:rPr>
          <w:lang w:eastAsia="zh-CN"/>
        </w:rPr>
        <w:t>　　注：家长一经与各班和学校签定了此责任书，就要教育，管护好自家学生。若因家庭教育管理不到位而引发的学生不安全事故，学校概不负责。</w:t>
      </w:r>
      <w:r>
        <w:rPr>
          <w:lang w:eastAsia="zh-CN"/>
        </w:rPr>
        <w:br/>
      </w:r>
      <w:r>
        <w:rPr>
          <w:lang w:eastAsia="zh-CN"/>
        </w:rPr>
        <w:t>　　___</w:t>
      </w:r>
      <w:r>
        <w:rPr>
          <w:lang w:eastAsia="zh-CN"/>
        </w:rPr>
        <w:br/>
      </w:r>
      <w:r>
        <w:rPr>
          <w:lang w:eastAsia="zh-CN"/>
        </w:rPr>
        <w:t>　　20__年__月__日</w:t>
      </w:r>
      <w:r>
        <w:rPr>
          <w:lang w:eastAsia="zh-CN"/>
        </w:rPr>
        <w:br/>
      </w:r>
      <w:r>
        <w:rPr>
          <w:lang w:eastAsia="zh-CN"/>
        </w:rPr>
        <w:t xml:space="preserve">    毕业学生安全责任书 篇11 </w:t>
      </w:r>
      <w:r>
        <w:rPr>
          <w:lang w:eastAsia="zh-CN"/>
        </w:rPr>
        <w:br/>
      </w:r>
      <w:r>
        <w:rPr>
          <w:lang w:eastAsia="zh-CN"/>
        </w:rPr>
        <w:t>　　为了确保学生在托教期间的人身安全，严格责任界限，根据教育部颁发的《学生伤害事故处理办法》和有关法律、法规规定，结合我托教中心的实际，特制定本安全责任书，不认同本责任书者可拒绝入托：</w:t>
      </w:r>
      <w:r>
        <w:rPr>
          <w:lang w:eastAsia="zh-CN"/>
        </w:rPr>
        <w:br/>
      </w:r>
      <w:r>
        <w:rPr>
          <w:lang w:eastAsia="zh-CN"/>
        </w:rPr>
        <w:t>　　1、学生的监护人是学生的父母或依法确定的监护人，其监护关系不因学生的入托而转移给托教中心。托教中心与学生只是管理教育关系，监护人应对学生进行安全教育和遵纪守法教育，学生在托期间托教中心应对学生进行安全教育和遵纪守法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学生在托教中心生活、学习期间，因第三人或个人的原因造成身体受到伤害，由第三人或监护人承担赔偿责任;造成他人人身或财产损害的，由其监护人承担赔偿责任。如能够证明托教中心有过错的，按托教中心过错的大小确定托教中心应承担的赔偿责任。构成犯罪的，移交司法机关处理。</w:t>
      </w:r>
      <w:r>
        <w:rPr>
          <w:lang w:eastAsia="zh-CN"/>
        </w:rPr>
        <w:br/>
      </w:r>
      <w:r>
        <w:rPr>
          <w:lang w:eastAsia="zh-CN"/>
        </w:rPr>
        <w:t>　　3、符合下列条件即可确定与托管站无过错：(1)损害事件的发生与托教中心的设施无关，或者虽与托教中心的设施有关，但托教中心的设施并无缺陷;(2)托教中心或托教老师履行了应尽的教育管理职责，损害事件仍不可避免地必然发生。</w:t>
      </w:r>
      <w:r>
        <w:rPr>
          <w:lang w:eastAsia="zh-CN"/>
        </w:rPr>
        <w:br/>
      </w:r>
      <w:r>
        <w:rPr>
          <w:lang w:eastAsia="zh-CN"/>
        </w:rPr>
        <w:t>　　4、学生家长需按指定时间接送，如果不能按时来接送，需要打电话给托教中心的老师说明。到了托教时间后家长接到孩子(或自行回家的学生)应立即离开托教中心回家，非托教中心或托教老师的原因学生在托教中心滞留、途中嬉戏玩耍，造成伤害的，托教中心不承担赔偿责任。</w:t>
      </w:r>
      <w:r>
        <w:rPr>
          <w:lang w:eastAsia="zh-CN"/>
        </w:rPr>
        <w:br/>
      </w:r>
      <w:r>
        <w:rPr>
          <w:lang w:eastAsia="zh-CN"/>
        </w:rPr>
        <w:t>　　5、严禁托教老师侮辱、殴打、体罚和变相体罚学生，如因此造成后果的由托教老师本人负责或由托教老师和托教中心共同负责，托教中心还可根据情节对托教老师进行纪律处分，但托教老师履行职责，进行正常的批评教育，出现意外后果的，托教中心负责任。</w:t>
      </w:r>
      <w:r>
        <w:rPr>
          <w:lang w:eastAsia="zh-CN"/>
        </w:rPr>
        <w:br/>
      </w:r>
      <w:r>
        <w:rPr>
          <w:lang w:eastAsia="zh-CN"/>
        </w:rPr>
        <w:t>　　6、托教中心开展室内外集体活动，因组织不周，造成意外伤害，托教中心应承担一定责任;因学生不听指挥，违背有关规定，造成意外伤害的，托教中心不承担责任。日常托教期间，学生未到或私自离开托教中心，托教中心及时通知学生的监护人，学生因此造成社会危害或出现意外事故的，托教中心不承担责任。</w:t>
      </w:r>
      <w:r>
        <w:rPr>
          <w:lang w:eastAsia="zh-CN"/>
        </w:rPr>
        <w:br/>
      </w:r>
      <w:r>
        <w:rPr>
          <w:lang w:eastAsia="zh-CN"/>
        </w:rPr>
        <w:t>　　7、本托教中心放学、上学不用过道，严禁学生自行过道。违反规定出现事故，托教中心不负责任。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8、托教中心严禁学生玩火、玩电、玩水、玩甩炮、火炮、玩锐刃钝器物，因此发生赔偿纠纷，一般由肇事者承担责任;如果肇事方或受害方能证明托教中心、托教老师明知有上述危险情形而不制止的，托教中心或托教老师承担部分责任。</w:t>
      </w:r>
      <w:r>
        <w:rPr>
          <w:lang w:eastAsia="zh-CN"/>
        </w:rPr>
        <w:br/>
      </w:r>
      <w:r>
        <w:rPr>
          <w:lang w:eastAsia="zh-CN"/>
        </w:rPr>
        <w:t>　　9、教职员工擅离工作岗位或虽在工作岗位但未认真履行职责，或违反工作要求和操作规程造成事故的，由擅自离岗或违反规程，失责的工作人员负责。</w:t>
      </w:r>
      <w:r>
        <w:rPr>
          <w:lang w:eastAsia="zh-CN"/>
        </w:rPr>
        <w:br/>
      </w:r>
      <w:r>
        <w:rPr>
          <w:lang w:eastAsia="zh-CN"/>
        </w:rPr>
        <w:t>　　10、学生在托教中心活动中发生安全事故或受到意外伤害，在学生投保的情况下托管中心有责任积极配合家长向保险公司申请索赔。</w:t>
      </w:r>
      <w:r>
        <w:rPr>
          <w:lang w:eastAsia="zh-CN"/>
        </w:rPr>
        <w:br/>
      </w:r>
      <w:r>
        <w:rPr>
          <w:lang w:eastAsia="zh-CN"/>
        </w:rPr>
        <w:t>　　11、学生在已经投保情况下，发生安全事故后，受伤害的学生，其父母(监护人)不愿协商调解的，或经协商，调解不成的，可依法向人民法院提起诉讼。</w:t>
      </w:r>
      <w:r>
        <w:rPr>
          <w:lang w:eastAsia="zh-CN"/>
        </w:rPr>
        <w:br/>
      </w:r>
      <w:r>
        <w:rPr>
          <w:lang w:eastAsia="zh-CN"/>
        </w:rPr>
        <w:t>　　12、托教中心必须保证学生的饮食安全。(有忌口的入托之前必需书面说明情况)</w:t>
      </w:r>
      <w:r>
        <w:rPr>
          <w:lang w:eastAsia="zh-CN"/>
        </w:rPr>
        <w:br/>
      </w:r>
      <w:r>
        <w:rPr>
          <w:lang w:eastAsia="zh-CN"/>
        </w:rPr>
        <w:t xml:space="preserve">    毕业学生安全责任书 篇12 </w:t>
      </w:r>
      <w:r>
        <w:rPr>
          <w:lang w:eastAsia="zh-CN"/>
        </w:rPr>
        <w:br/>
      </w:r>
      <w:r>
        <w:rPr>
          <w:lang w:eastAsia="zh-CN"/>
        </w:rPr>
        <w:t>　　为了切实加强学生的安全教育和管理工作，落实安全责任措施，确保学生人身安全，构建安全、健康、和谐的校园环境，根据有关法律法规及上级有关文件精神，结合我校实际情况，特制定关山中学《学生安全责任书》。</w:t>
      </w:r>
      <w:r>
        <w:rPr>
          <w:lang w:eastAsia="zh-CN"/>
        </w:rPr>
        <w:br/>
      </w:r>
      <w:r>
        <w:rPr>
          <w:lang w:eastAsia="zh-CN"/>
        </w:rPr>
        <w:t>　　1.全校学生都要自觉接受学校的法制纪律安全教育，保证遵守学校纪律安全制度，服从学校纪律安全管理。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2.不迟到、不早退、不旷课，有事有病离校必须办理请假手续，学生若有特异体质，家长提前向班主任说明，以便采取相应措施。</w:t>
      </w:r>
      <w:r>
        <w:rPr>
          <w:lang w:eastAsia="zh-CN"/>
        </w:rPr>
        <w:br/>
      </w:r>
      <w:r>
        <w:rPr>
          <w:lang w:eastAsia="zh-CN"/>
        </w:rPr>
        <w:t>　　3.切实做到不翻墙、翻窗、翻门、攀登各类护栏，追逐嘻闹、骑在楼梯栏杆下滑，上下楼不得拥挤推搡，上下楼必须轻脚漫步靠右行。</w:t>
      </w:r>
      <w:r>
        <w:rPr>
          <w:lang w:eastAsia="zh-CN"/>
        </w:rPr>
        <w:br/>
      </w:r>
      <w:r>
        <w:rPr>
          <w:lang w:eastAsia="zh-CN"/>
        </w:rPr>
        <w:t>　　4.上体育课或实验课、活动课时，要听从老师指导，严格遵守操作规章和有关规定,切实按照老师的要求去做。</w:t>
      </w:r>
      <w:r>
        <w:rPr>
          <w:lang w:eastAsia="zh-CN"/>
        </w:rPr>
        <w:br/>
      </w:r>
      <w:r>
        <w:rPr>
          <w:lang w:eastAsia="zh-CN"/>
        </w:rPr>
        <w:t>　　5.注意交通安全，预防交通事故发生，切实按交通规则去做，特别注意横过马路时的安全，学生不得骑摩托车、不得驾驶机动车辆。</w:t>
      </w:r>
      <w:r>
        <w:rPr>
          <w:lang w:eastAsia="zh-CN"/>
        </w:rPr>
        <w:br/>
      </w:r>
      <w:r>
        <w:rPr>
          <w:lang w:eastAsia="zh-CN"/>
        </w:rPr>
        <w:t>　　6.注意饮食卫生，防止食物中毒，不买劣质变质及不符合卫生标准的各类食品及饮用品，不到门口摊点买饭。</w:t>
      </w:r>
      <w:r>
        <w:rPr>
          <w:lang w:eastAsia="zh-CN"/>
        </w:rPr>
        <w:br/>
      </w:r>
      <w:r>
        <w:rPr>
          <w:lang w:eastAsia="zh-CN"/>
        </w:rPr>
        <w:t>　　7.注意劳动安全，学生参加各类劳动及打扫卫生时，要严格按老师的要求去做，听从老师的指导，在有危险的地方劳动，要采取严格的保护措施。</w:t>
      </w:r>
      <w:r>
        <w:rPr>
          <w:lang w:eastAsia="zh-CN"/>
        </w:rPr>
        <w:br/>
      </w:r>
      <w:r>
        <w:rPr>
          <w:lang w:eastAsia="zh-CN"/>
        </w:rPr>
        <w:t>　　8.学生参加户外活动，应按照学校规定的时间，地点，路线参加活动，听从外出带队老师或学校各级领导的安排，以上活动要注意防跌、防滑，参观文物古迹要注意不能触摸，不乱刻乱画。</w:t>
      </w:r>
      <w:r>
        <w:rPr>
          <w:lang w:eastAsia="zh-CN"/>
        </w:rPr>
        <w:br/>
      </w:r>
      <w:r>
        <w:rPr>
          <w:lang w:eastAsia="zh-CN"/>
        </w:rPr>
        <w:t>　　9.不得携带、窝藏管制刀具、棍棒、汽枪、红外线手电筒等器具进入校园。不得玩各种危险性的玩具。</w:t>
      </w:r>
      <w:r>
        <w:rPr>
          <w:lang w:eastAsia="zh-CN"/>
        </w:rPr>
        <w:br/>
      </w:r>
      <w:r>
        <w:rPr>
          <w:lang w:eastAsia="zh-CN"/>
        </w:rPr>
        <w:t>　　10.不抽烟、不喝酒、不赌博、不看黄色书刊、音像。不进三厅、两室、一吧等各种营业性娱乐场所，不打架斗殴，有事及时向老师报告。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11.不准私自外出游泳，不到施工场地或危险楼房、危险地段、桥梁等有危险地方游玩和逗留。不玩易燃易爆物品。</w:t>
      </w:r>
      <w:r>
        <w:rPr>
          <w:lang w:eastAsia="zh-CN"/>
        </w:rPr>
        <w:br/>
      </w:r>
      <w:r>
        <w:rPr>
          <w:lang w:eastAsia="zh-CN"/>
        </w:rPr>
        <w:t>　　12.在放学后、节假日等学校工作时间以外，学生不得自行滞留学校或自行到校。</w:t>
      </w:r>
      <w:r>
        <w:rPr>
          <w:lang w:eastAsia="zh-CN"/>
        </w:rPr>
        <w:br/>
      </w:r>
      <w:r>
        <w:rPr>
          <w:lang w:eastAsia="zh-CN"/>
        </w:rPr>
        <w:t>　　13.严格遵守学校的用电制度，不私自乱接线路，乱用乱动各类电器，遇雨天时要采取防护措施，防雷电击伤。</w:t>
      </w:r>
      <w:r>
        <w:rPr>
          <w:lang w:eastAsia="zh-CN"/>
        </w:rPr>
        <w:br/>
      </w:r>
      <w:r>
        <w:rPr>
          <w:lang w:eastAsia="zh-CN"/>
        </w:rPr>
        <w:t>　　14.住校生要严格执行学校《公寓管理制度》，严格遵守作息时间，不得随意到校外去，严格履行请假制度及外出制度，如有特殊情况学生需离校的由家长亲自接送，并负责学生的一切安全，住校生不得在校外借宿，也不得招呼、容留非住校生住宿。家长同意学生可自行回家的一切安全责任由家长负责。</w:t>
      </w:r>
      <w:r>
        <w:rPr>
          <w:lang w:eastAsia="zh-CN"/>
        </w:rPr>
        <w:br/>
      </w:r>
      <w:r>
        <w:rPr>
          <w:lang w:eastAsia="zh-CN"/>
        </w:rPr>
        <w:t>　　15. 熄灯后住校生不得在宿舍点蜡烛，不得从窗口向外泼水、扔杂物。</w:t>
      </w:r>
      <w:r>
        <w:rPr>
          <w:lang w:eastAsia="zh-CN"/>
        </w:rPr>
        <w:br/>
      </w:r>
      <w:r>
        <w:rPr>
          <w:lang w:eastAsia="zh-CN"/>
        </w:rPr>
        <w:t>　　16.在家住宿的(包括随父母租住房屋的)，不准未经家长同意私自外出，外宿和远游。</w:t>
      </w:r>
      <w:r>
        <w:rPr>
          <w:lang w:eastAsia="zh-CN"/>
        </w:rPr>
        <w:br/>
      </w:r>
      <w:r>
        <w:rPr>
          <w:lang w:eastAsia="zh-CN"/>
        </w:rPr>
        <w:t>　　17.同学之间发生纠纷时要及时报告老师，通过正常渠道解决，严禁私下解决，更不能纠集他人打架或其它方式威胁、恫吓进行解决。</w:t>
      </w:r>
      <w:r>
        <w:rPr>
          <w:lang w:eastAsia="zh-CN"/>
        </w:rPr>
        <w:br/>
      </w:r>
      <w:r>
        <w:rPr>
          <w:lang w:eastAsia="zh-CN"/>
        </w:rPr>
        <w:t>　　18.学会自救和互救，发现同学出现安全事故，要及时的向学校或家长报告，最大限度的减少损失。</w:t>
      </w:r>
      <w:r>
        <w:rPr>
          <w:lang w:eastAsia="zh-CN"/>
        </w:rPr>
        <w:br/>
      </w:r>
      <w:r>
        <w:rPr>
          <w:lang w:eastAsia="zh-CN"/>
        </w:rPr>
        <w:t>　　19.任何学生不得随意将校外生带入校园内，更不能在校园内搞其它破坏活动或影响学校正常教学秩序。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20.学生贵重物品、钱财要妥善保管或交老师代管，离开教室、宿舍关好门窗。</w:t>
      </w:r>
      <w:r>
        <w:rPr>
          <w:lang w:eastAsia="zh-CN"/>
        </w:rPr>
        <w:br/>
      </w:r>
      <w:r>
        <w:rPr>
          <w:lang w:eastAsia="zh-CN"/>
        </w:rPr>
        <w:t>　　违犯以上规定，由学校及家长对其进行批评教育。情节严重的，学校要给予纪律处分，直至开除学籍，并承担相应的经济损失，触犯国家法律法规者，按有关法律法规条款规定处理。本责任书自双方签字盖章之日起生效。《学生安全责任书》如有变更，将重新签订。</w:t>
      </w:r>
      <w:r>
        <w:rPr>
          <w:lang w:eastAsia="zh-CN"/>
        </w:rPr>
        <w:br/>
      </w:r>
      <w:r>
        <w:rPr>
          <w:lang w:eastAsia="zh-CN"/>
        </w:rPr>
        <w:t>　　学校(盖章)： 　　　　　　　　　　学生(签名)：</w:t>
      </w:r>
      <w:r>
        <w:rPr>
          <w:lang w:eastAsia="zh-CN"/>
        </w:rPr>
        <w:br/>
      </w:r>
      <w:r>
        <w:rPr>
          <w:lang w:eastAsia="zh-CN"/>
        </w:rPr>
        <w:t>　　班主任(签名)： 　　　　　　　　　家长(签名)：</w:t>
      </w:r>
      <w:r>
        <w:rPr>
          <w:lang w:eastAsia="zh-CN"/>
        </w:rPr>
        <w:br/>
      </w:r>
      <w:r>
        <w:rPr>
          <w:lang w:eastAsia="zh-CN"/>
        </w:rPr>
        <w:t>　　_中学</w:t>
      </w:r>
      <w:r>
        <w:rPr>
          <w:lang w:eastAsia="zh-CN"/>
        </w:rPr>
        <w:br/>
      </w:r>
      <w:r>
        <w:rPr>
          <w:lang w:eastAsia="zh-CN"/>
        </w:rPr>
        <w:t>　　二〇__年九月三日</w:t>
      </w:r>
      <w:r>
        <w:rPr>
          <w:lang w:eastAsia="zh-CN"/>
        </w:rPr>
        <w:br/>
      </w:r>
      <w:r>
        <w:rPr>
          <w:lang w:eastAsia="zh-CN"/>
        </w:rPr>
        <w:t xml:space="preserve">    毕业学生安全责任书 篇13 </w:t>
      </w:r>
      <w:r>
        <w:rPr>
          <w:lang w:eastAsia="zh-CN"/>
        </w:rPr>
        <w:br/>
      </w:r>
      <w:r>
        <w:rPr>
          <w:lang w:eastAsia="zh-CN"/>
        </w:rPr>
        <w:t>　　甲方：学生及其监护人乙方：辅导班负责人</w:t>
      </w:r>
      <w:r>
        <w:rPr>
          <w:lang w:eastAsia="zh-CN"/>
        </w:rPr>
        <w:br/>
      </w:r>
      <w:r>
        <w:rPr>
          <w:lang w:eastAsia="zh-CN"/>
        </w:rPr>
        <w:t>　　学生假期辅导期间，应当遵守辅导班的制度和纪律。根据相关法律规定学生应当根据自身的年龄、认知能力和法律行为能力，避免和消除相应的危害，对自己的行为承担相应的责任。为了确保学生假期辅导期间的人身安全，明确责任界限，更有效的优化辅导班日程安排，根据教育部颁布的《学生伤害事故处理办法》和其他法律法规有关规定，结合辅导班办班实际，特制定本安全责任书：</w:t>
      </w:r>
      <w:r>
        <w:rPr>
          <w:lang w:eastAsia="zh-CN"/>
        </w:rPr>
        <w:br/>
      </w:r>
      <w:r>
        <w:rPr>
          <w:lang w:eastAsia="zh-CN"/>
        </w:rPr>
        <w:t>　　一、辅导班、教师、学生和家长实行安全责任制和安全责任追究制；辅导班负责人和工作人员对本辅导班上课期间的学生的安全负责。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二、作为学生法定第一监护人的家长应当保证学生上或是下学路途的安全，保证学生参加完辅导班教学课程后及时回家。反之发生的责任由家长和学生自行负担辅导班不承担责任。</w:t>
      </w:r>
      <w:r>
        <w:rPr>
          <w:lang w:eastAsia="zh-CN"/>
        </w:rPr>
        <w:br/>
      </w:r>
      <w:r>
        <w:rPr>
          <w:lang w:eastAsia="zh-CN"/>
        </w:rPr>
        <w:t>　　三、辅导期间，相关辅导人员会定期提醒学生注意交通安全警示，经辅导人员告知后，学生之间因发生人身损害事件的，辅导班不承担责任。</w:t>
      </w:r>
      <w:r>
        <w:rPr>
          <w:lang w:eastAsia="zh-CN"/>
        </w:rPr>
        <w:br/>
      </w:r>
      <w:r>
        <w:rPr>
          <w:lang w:eastAsia="zh-CN"/>
        </w:rPr>
        <w:t>　　四、家长应保证学生在参加辅导班及其上下学途中立刻回家，不会与不认识的陌生人接触；禁止参加辅导班及上下学回家的中途与他人游玩而不立刻回家。因发生上述情形，学生发生意外事故，一切责任由学生及其家长负责。　　五、学生在参加辅导班及其上下学途中立刻回家，禁止参加辅导班及上下学回家的中途擅自到河、塘、溪和江河游泳、洗澡等可能发生危险的活动。因发生上述情形造成意外事故的，辅导班不承担责任。</w:t>
      </w:r>
      <w:r>
        <w:rPr>
          <w:lang w:eastAsia="zh-CN"/>
        </w:rPr>
        <w:br/>
      </w:r>
      <w:r>
        <w:rPr>
          <w:lang w:eastAsia="zh-CN"/>
        </w:rPr>
        <w:t>　　六、住校学生按时作息，反之与随意外出者责任自负。</w:t>
      </w:r>
      <w:r>
        <w:rPr>
          <w:lang w:eastAsia="zh-CN"/>
        </w:rPr>
        <w:br/>
      </w:r>
      <w:r>
        <w:rPr>
          <w:lang w:eastAsia="zh-CN"/>
        </w:rPr>
        <w:t>　　七、学生在参加辅导班及其上下学途中，严禁学生玩锐刃钝器物或收藏管制刀具等，因发生上述情形造成意外事故辅导班不承担责任。对于上述情形，辅导班安全管理人员可以根据法律规定直接移交相关部门处理。</w:t>
      </w:r>
      <w:r>
        <w:rPr>
          <w:lang w:eastAsia="zh-CN"/>
        </w:rPr>
        <w:br/>
      </w:r>
      <w:r>
        <w:rPr>
          <w:lang w:eastAsia="zh-CN"/>
        </w:rPr>
        <w:t>　　八、学生在参加辅导班及其上下学途中，因不可抗拒力或意外遭受到侵害，辅导班不负任何责任。　</w:t>
      </w:r>
      <w:r>
        <w:rPr>
          <w:lang w:eastAsia="zh-CN"/>
        </w:rPr>
        <w:br/>
      </w:r>
      <w:r>
        <w:rPr>
          <w:lang w:eastAsia="zh-CN"/>
        </w:rPr>
        <w:t>　　九、在辅导班学习中故意寻衅滋事，与同学打架斗殴一切责任由当事双方负责。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十、本责任书一式两份，自双方签字至学生辅导培训课程结束日时终止。</w:t>
      </w:r>
      <w:r>
        <w:rPr>
          <w:lang w:eastAsia="zh-CN"/>
        </w:rPr>
        <w:br/>
      </w:r>
      <w:r>
        <w:rPr>
          <w:lang w:eastAsia="zh-CN"/>
        </w:rPr>
        <w:t>　　学生及家长签名： 负责人签名：</w:t>
      </w:r>
      <w:r>
        <w:rPr>
          <w:lang w:eastAsia="zh-CN"/>
        </w:rPr>
        <w:br/>
      </w:r>
      <w:r>
        <w:rPr>
          <w:lang w:eastAsia="zh-CN"/>
        </w:rPr>
        <w:t>　　年 月 日 年 月 日</w:t>
      </w:r>
      <w:r>
        <w:rPr>
          <w:lang w:eastAsia="zh-CN"/>
        </w:rPr>
        <w:br/>
      </w:r>
      <w:r>
        <w:rPr>
          <w:lang w:eastAsia="zh-CN"/>
        </w:rPr>
        <w:t xml:space="preserve">    毕业学生安全责任书 篇14 </w:t>
      </w:r>
      <w:r>
        <w:rPr>
          <w:lang w:eastAsia="zh-CN"/>
        </w:rPr>
        <w:br/>
      </w:r>
      <w:r>
        <w:rPr>
          <w:lang w:eastAsia="zh-CN"/>
        </w:rPr>
        <w:t>　　为更进一步增强学生及家长的安全防范意识，确保学生平安到校，安全回家，并结合我校的实际情况和贵家长特签订如下安全责任书：</w:t>
      </w:r>
      <w:r>
        <w:rPr>
          <w:lang w:eastAsia="zh-CN"/>
        </w:rPr>
        <w:br/>
      </w:r>
      <w:r>
        <w:rPr>
          <w:lang w:eastAsia="zh-CN"/>
        </w:rPr>
        <w:t>　　一、要求家长经常给孩子传授安全防范意识的知识，进行安全教育，做到安全警钟长鸣，安全责任重于一切，提高防范意识。</w:t>
      </w:r>
      <w:r>
        <w:rPr>
          <w:lang w:eastAsia="zh-CN"/>
        </w:rPr>
        <w:br/>
      </w:r>
      <w:r>
        <w:rPr>
          <w:lang w:eastAsia="zh-CN"/>
        </w:rPr>
        <w:t>　　二、学生全天的到校和回家必须家长接送，路上的安全责任和学校无关。</w:t>
      </w:r>
      <w:r>
        <w:rPr>
          <w:lang w:eastAsia="zh-CN"/>
        </w:rPr>
        <w:br/>
      </w:r>
      <w:r>
        <w:rPr>
          <w:lang w:eastAsia="zh-CN"/>
        </w:rPr>
        <w:t>　　三、学生因病、因事离校，必须向班主任写请假条说明事由，班主任批准后方可离开学校，私自旷课离校责任自负。</w:t>
      </w:r>
      <w:r>
        <w:rPr>
          <w:lang w:eastAsia="zh-CN"/>
        </w:rPr>
        <w:br/>
      </w:r>
      <w:r>
        <w:rPr>
          <w:lang w:eastAsia="zh-CN"/>
        </w:rPr>
        <w:t>　　四、由于我校寄宿学生较多，必须开设晚间活动，活动期间由学校负责安排和管理。走读生如果参加晚间活动，必须同意以下几点后才接纳：</w:t>
      </w:r>
      <w:r>
        <w:rPr>
          <w:lang w:eastAsia="zh-CN"/>
        </w:rPr>
        <w:br/>
      </w:r>
      <w:r>
        <w:rPr>
          <w:lang w:eastAsia="zh-CN"/>
        </w:rPr>
        <w:t>　　1.学生自愿请求，家长同意;</w:t>
      </w:r>
      <w:r>
        <w:rPr>
          <w:lang w:eastAsia="zh-CN"/>
        </w:rPr>
        <w:br/>
      </w:r>
      <w:r>
        <w:rPr>
          <w:lang w:eastAsia="zh-CN"/>
        </w:rPr>
        <w:t>　　2.来校和回家必须家长或其他监护人接送;</w:t>
      </w:r>
      <w:r>
        <w:rPr>
          <w:lang w:eastAsia="zh-CN"/>
        </w:rPr>
        <w:br/>
      </w:r>
      <w:r>
        <w:rPr>
          <w:lang w:eastAsia="zh-CN"/>
        </w:rPr>
        <w:t>　　3.路上安全责任自负，一出校门与学校无关;</w:t>
      </w:r>
      <w:r>
        <w:rPr>
          <w:lang w:eastAsia="zh-CN"/>
        </w:rPr>
        <w:br/>
      </w:r>
      <w:r>
        <w:rPr>
          <w:lang w:eastAsia="zh-CN"/>
        </w:rPr>
        <w:t>　　4.学生和家长或监护人必须在本责任书上签字，按手印;</w:t>
      </w:r>
      <w:r>
        <w:rPr>
          <w:lang w:eastAsia="zh-CN"/>
        </w:rPr>
        <w:br/>
      </w:r>
      <w:r>
        <w:rPr>
          <w:lang w:eastAsia="zh-CN"/>
        </w:rPr>
        <w:t>　　5.不签订本责任书者，不可参加晚间活动。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本责任书经家长、学生签字带回学校后即可生效。</w:t>
      </w:r>
      <w:r>
        <w:rPr>
          <w:lang w:eastAsia="zh-CN"/>
        </w:rPr>
        <w:br/>
      </w:r>
      <w:r>
        <w:rPr>
          <w:lang w:eastAsia="zh-CN"/>
        </w:rPr>
        <w:t>　　学生签字：</w:t>
      </w:r>
      <w:r>
        <w:rPr>
          <w:lang w:eastAsia="zh-CN"/>
        </w:rPr>
        <w:br/>
      </w:r>
      <w:r>
        <w:rPr>
          <w:lang w:eastAsia="zh-CN"/>
        </w:rPr>
        <w:t>　　年级：</w:t>
      </w:r>
      <w:r>
        <w:rPr>
          <w:lang w:eastAsia="zh-CN"/>
        </w:rPr>
        <w:br/>
      </w:r>
      <w:r>
        <w:rPr>
          <w:lang w:eastAsia="zh-CN"/>
        </w:rPr>
        <w:t>　　家长签字：</w:t>
      </w:r>
      <w:r>
        <w:rPr>
          <w:lang w:eastAsia="zh-CN"/>
        </w:rPr>
        <w:br/>
      </w:r>
      <w:r>
        <w:rPr>
          <w:lang w:eastAsia="zh-CN"/>
        </w:rPr>
        <w:t>　　联系电话：</w:t>
      </w:r>
      <w:r>
        <w:rPr>
          <w:lang w:eastAsia="zh-CN"/>
        </w:rPr>
        <w:br/>
      </w:r>
      <w:r>
        <w:rPr>
          <w:lang w:eastAsia="zh-CN"/>
        </w:rPr>
        <w:t>　　铁峪铺中学(盖章)</w:t>
      </w:r>
      <w:r>
        <w:rPr>
          <w:lang w:eastAsia="zh-CN"/>
        </w:rPr>
        <w:br/>
      </w:r>
      <w:r>
        <w:rPr>
          <w:lang w:eastAsia="zh-CN"/>
        </w:rPr>
        <w:t>　　20__年2月25日</w:t>
      </w:r>
      <w:r>
        <w:rPr>
          <w:lang w:eastAsia="zh-CN"/>
        </w:rPr>
        <w:br/>
      </w:r>
      <w:r>
        <w:rPr>
          <w:lang w:eastAsia="zh-CN"/>
        </w:rPr>
        <w:t xml:space="preserve">    毕业学生安全责任书 篇15 </w:t>
      </w:r>
      <w:r>
        <w:rPr>
          <w:lang w:eastAsia="zh-CN"/>
        </w:rPr>
        <w:br/>
      </w:r>
      <w:r>
        <w:rPr>
          <w:lang w:eastAsia="zh-CN"/>
        </w:rPr>
        <w:t>　　贵家长：</w:t>
      </w:r>
      <w:r>
        <w:rPr>
          <w:lang w:eastAsia="zh-CN"/>
        </w:rPr>
        <w:br/>
      </w:r>
      <w:r>
        <w:rPr>
          <w:lang w:eastAsia="zh-CN"/>
        </w:rPr>
        <w:t>　　为保证你的孩子校外租房住宿时的人身安全，学校特制定本责任书，请你及你的孩子认真阅读并按要求去做：</w:t>
      </w:r>
      <w:r>
        <w:rPr>
          <w:lang w:eastAsia="zh-CN"/>
        </w:rPr>
        <w:br/>
      </w:r>
      <w:r>
        <w:rPr>
          <w:lang w:eastAsia="zh-CN"/>
        </w:rPr>
        <w:t>　　一、校外租房住宿学生需由家长(监护人)陪伴照顾，不能让学生在校外单独租房。</w:t>
      </w:r>
      <w:r>
        <w:rPr>
          <w:lang w:eastAsia="zh-CN"/>
        </w:rPr>
        <w:br/>
      </w:r>
      <w:r>
        <w:rPr>
          <w:lang w:eastAsia="zh-CN"/>
        </w:rPr>
        <w:t>　　二、家长(监护人)要经常关心学生的食宿条件和安全管理设施设备，发现问题，及时向房东提出，并督促改进，防止因管理不善引发安全事故。</w:t>
      </w:r>
      <w:r>
        <w:rPr>
          <w:lang w:eastAsia="zh-CN"/>
        </w:rPr>
        <w:br/>
      </w:r>
      <w:r>
        <w:rPr>
          <w:lang w:eastAsia="zh-CN"/>
        </w:rPr>
        <w:t>　　三、家长(监护人)要经常和房东、班主任取得联系，及时反映学生在校外住宿动态，以便共同教育。</w:t>
      </w:r>
      <w:r>
        <w:rPr>
          <w:lang w:eastAsia="zh-CN"/>
        </w:rPr>
        <w:br/>
      </w:r>
      <w:r>
        <w:rPr>
          <w:lang w:eastAsia="zh-CN"/>
        </w:rPr>
        <w:t>　　四、家长(监护人)要协助房东作好学生寄宿期间的疾病防疫等工作。</w:t>
      </w:r>
      <w:r>
        <w:rPr>
          <w:lang w:eastAsia="zh-CN"/>
        </w:rPr>
        <w:br/>
      </w:r>
      <w:r>
        <w:rPr>
          <w:lang w:eastAsia="zh-CN"/>
        </w:rPr>
        <w:t>　　五、放学后按时回租住房，未经家长允许不到同学家串门，或在校外逗留。</w:t>
      </w:r>
      <w:r>
        <w:rPr>
          <w:lang w:eastAsia="zh-CN"/>
        </w:rPr>
        <w:br/>
      </w:r>
    </w:p>
    <w:p w:rsidR="001B1F19" w14:textId="27C3F48A">
      <w:pPr>
        <w:rPr>
          <w:rFonts w:hint="eastAsia"/>
          <w:lang w:eastAsia="zh-CN"/>
        </w:rPr>
      </w:pPr>
      <w:r>
        <w:rPr>
          <w:lang w:eastAsia="zh-CN"/>
        </w:rPr>
        <w:t>　　六、学生校外租房属个人自愿行为，在租住期间，若出现安全责任由学生家长本人负责，与学校无关。</w:t>
      </w:r>
      <w:r>
        <w:rPr>
          <w:lang w:eastAsia="zh-CN"/>
        </w:rPr>
        <w:br/>
      </w:r>
      <w:r>
        <w:rPr>
          <w:lang w:eastAsia="zh-CN"/>
        </w:rPr>
        <w:t>　　鸣皋一中</w:t>
      </w:r>
      <w:r>
        <w:rPr>
          <w:lang w:eastAsia="zh-CN"/>
        </w:rPr>
        <w:br/>
      </w:r>
      <w:r>
        <w:rPr>
          <w:lang w:eastAsia="zh-CN"/>
        </w:rPr>
        <w:t>　　20__年2月26日</w:t>
      </w:r>
      <w:r>
        <w:rPr>
          <w:lang w:eastAsia="zh-CN"/>
        </w:rPr>
        <w:br/>
      </w:r>
      <w:r>
        <w:rPr>
          <w:lang w:eastAsia="zh-CN"/>
        </w:rPr>
        <w:t>　　家长承诺</w:t>
      </w:r>
      <w:r>
        <w:rPr>
          <w:lang w:eastAsia="zh-CN"/>
        </w:rPr>
        <w:br/>
      </w:r>
      <w:r>
        <w:rPr>
          <w:lang w:eastAsia="zh-CN"/>
        </w:rPr>
        <w:t>　　我接受学校的善意提示，保证做好租住期间孩子安全教育及管理工作。在租住期间，孩子在校的一切责任由我本人负责，与学校无关。租房地点：</w:t>
      </w:r>
      <w:r>
        <w:rPr>
          <w:lang w:eastAsia="zh-CN"/>
        </w:rPr>
        <w:br/>
      </w:r>
      <w:r>
        <w:rPr>
          <w:lang w:eastAsia="zh-CN"/>
        </w:rPr>
        <w:t>　　学生本人签字：</w:t>
      </w:r>
      <w:r>
        <w:rPr>
          <w:lang w:eastAsia="zh-CN"/>
        </w:rPr>
        <w:br/>
      </w:r>
      <w:r>
        <w:rPr>
          <w:lang w:eastAsia="zh-CN"/>
        </w:rPr>
        <w:t>　　学生家长签字：</w:t>
      </w:r>
      <w:r>
        <w:rPr>
          <w:lang w:eastAsia="zh-CN"/>
        </w:rPr>
        <w:br/>
      </w:r>
      <w:r>
        <w:rPr>
          <w:lang w:eastAsia="zh-CN"/>
        </w:rPr>
        <w:t>　　20__年2月27日</w:t>
      </w:r>
      <w:r>
        <w:rPr>
          <w:lang w:eastAsia="zh-CN"/>
        </w:rPr>
        <w:br/>
      </w:r>
      <w:r>
        <w:rPr>
          <w:lang w:eastAsia="zh-CN"/>
        </w:rPr>
        <w:t xml:space="preserve">    毕业学生安全责任书 篇16 </w:t>
      </w:r>
      <w:r>
        <w:rPr>
          <w:lang w:eastAsia="zh-CN"/>
        </w:rPr>
        <w:br/>
      </w:r>
      <w:r>
        <w:rPr>
          <w:lang w:eastAsia="zh-CN"/>
        </w:rPr>
        <w:t>　　孩子是祖国的未来，家庭的希望，在关注孩子健康成长的同时，我校要求家长们时时刻刻以身作则，并及时加强对子女交通安全、活动安全、游泳安全、抗震安全、防火、防电、禁毒、防绑架等教育，增强“安全无小事”的意识，注重引导、培养和提高子女自救自护的能力。为了学生的安全，学校与家长签订以下安全责任书：</w:t>
      </w:r>
      <w:r>
        <w:rPr>
          <w:lang w:eastAsia="zh-CN"/>
        </w:rPr>
        <w:br/>
      </w:r>
      <w:r>
        <w:rPr>
          <w:lang w:eastAsia="zh-CN"/>
        </w:rPr>
        <w:t>　　一、教育子女按时到校上课，有事或有病必须向学校老师请假，放学及时回家，注意道路交通安全、瞻前顾后，做到“一停二看三通过”，不得在公路上追逐、打闹、嬉戏，低年级的学生需要家长亲自接送，以防意外。</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https://d.book118.com/478002072111006033</w:t>
        </w:r>
      </w:hyperlink>
    </w:p>
    <w:p w:rsidR="001B1F19">
      <w:pPr>
        <w:rPr>
          <w:rFonts w:hint="eastAsia"/>
          <w:lang w:eastAsia="zh-CN"/>
        </w:rPr>
      </w:pPr>
    </w:p>
    <w:sectPr>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8002072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