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2024年元旦促销活动总结范文（35篇）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2024年元旦促销活动总结范文（通用35篇）</w:t>
      </w:r>
      <w:r>
        <w:rPr>
          <w:lang w:eastAsia="zh-CN"/>
        </w:rPr>
        <w:br/>
      </w:r>
      <w:r>
        <w:rPr>
          <w:lang w:eastAsia="zh-CN"/>
        </w:rPr>
        <w:t xml:space="preserve">    2024年元旦促销活动总结范文 篇1 </w:t>
      </w:r>
      <w:r>
        <w:rPr>
          <w:lang w:eastAsia="zh-CN"/>
        </w:rPr>
        <w:br/>
      </w:r>
      <w:r>
        <w:rPr>
          <w:lang w:eastAsia="zh-CN"/>
        </w:rPr>
        <w:t>　　针对元旦为期3天的商场促销活动总结如下：</w:t>
      </w:r>
      <w:r>
        <w:rPr>
          <w:lang w:eastAsia="zh-CN"/>
        </w:rPr>
        <w:br/>
      </w:r>
      <w:r>
        <w:rPr>
          <w:lang w:eastAsia="zh-CN"/>
        </w:rPr>
        <w:t>　　店面形象</w:t>
      </w:r>
      <w:r>
        <w:rPr>
          <w:lang w:eastAsia="zh-CN"/>
        </w:rPr>
        <w:br/>
      </w:r>
      <w:r>
        <w:rPr>
          <w:lang w:eastAsia="zh-CN"/>
        </w:rPr>
        <w:t>　　作为塑造品牌价值的第一步，店面形象的维护非常重要。一个装潢高档、格调优雅的专卖店用自身的良好形象为店内的商品增值，所以良好的卖场形象是专卖店塑造品牌价值、展示产品档次、拉开与杂牌距离并避开与其低价竞争的第一步。</w:t>
      </w:r>
      <w:r>
        <w:rPr>
          <w:lang w:eastAsia="zh-CN"/>
        </w:rPr>
        <w:br/>
      </w:r>
      <w:r>
        <w:rPr>
          <w:lang w:eastAsia="zh-CN"/>
        </w:rPr>
        <w:t>　　广告宣传</w:t>
      </w:r>
      <w:r>
        <w:rPr>
          <w:lang w:eastAsia="zh-CN"/>
        </w:rPr>
        <w:br/>
      </w:r>
      <w:r>
        <w:rPr>
          <w:lang w:eastAsia="zh-CN"/>
        </w:rPr>
        <w:t>　　广告宣传有力保证着促销成绩的取得，经销商朋友要根据自身的店面规模、活动筹划、当地情况进行宣传。强力而科学的广告宣传更有可能弥补地理位置的缺陷。加大促销宣传力度，不仅可以让更多的人了解万圣节促销活动内容、提升品牌在当地的知名度，还可以在一定程度上弥补地理位置所带来的先天不足。</w:t>
      </w:r>
      <w:r>
        <w:rPr>
          <w:lang w:eastAsia="zh-CN"/>
        </w:rPr>
        <w:br/>
      </w:r>
      <w:r>
        <w:rPr>
          <w:lang w:eastAsia="zh-CN"/>
        </w:rPr>
        <w:t>　　客户维护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此次活动中，有不少专卖店尽管受到来自公司、市场、自身等因素的制约，仍然取得了不错的成绩，这得益于专卖店的客户维护工作。专卖店良好的售后服务可以为其在当地赢得良好的口碑和信誉。</w:t>
      </w:r>
      <w:r>
        <w:rPr>
          <w:lang w:eastAsia="zh-CN"/>
        </w:rPr>
        <w:br/>
      </w:r>
      <w:r>
        <w:rPr>
          <w:lang w:eastAsia="zh-CN"/>
        </w:rPr>
        <w:t>　　导购能力</w:t>
      </w:r>
      <w:r>
        <w:rPr>
          <w:lang w:eastAsia="zh-CN"/>
        </w:rPr>
        <w:br/>
      </w:r>
      <w:r>
        <w:rPr>
          <w:lang w:eastAsia="zh-CN"/>
        </w:rPr>
        <w:t>　　专卖店大量广告费用的投入、震撼折扣和特价的推出，目的就是为了吸引顾客进店，以借此机会成交顾客。所以，在前期工作完成以后，接下来，考验的.就是导购员的销售能力。除了进行专门的导购人员培训，专卖店管理人员更要督促和鼓励导购员自觉运用网络和书本资源学习导购知识，提升销售能力。</w:t>
      </w:r>
      <w:r>
        <w:rPr>
          <w:lang w:eastAsia="zh-CN"/>
        </w:rPr>
        <w:br/>
      </w:r>
      <w:r>
        <w:rPr>
          <w:lang w:eastAsia="zh-CN"/>
        </w:rPr>
        <w:t xml:space="preserve">    2024年元旦促销活动总结范文 篇2 </w:t>
      </w:r>
      <w:r>
        <w:rPr>
          <w:lang w:eastAsia="zh-CN"/>
        </w:rPr>
        <w:br/>
      </w:r>
      <w:r>
        <w:rPr>
          <w:lang w:eastAsia="zh-CN"/>
        </w:rPr>
        <w:t>　　今年的元旦节天气较好，大大地促进了商场的人流活动及购买欲，我们商场从1月1日到1月3日短短三天的销售额比去年猛增了30%，这其中一方面有天气的帮助，另一方面我们促销准备工作做得好，做得早，从而激发了人们的购买欲。</w:t>
      </w:r>
      <w:r>
        <w:rPr>
          <w:lang w:eastAsia="zh-CN"/>
        </w:rPr>
        <w:br/>
      </w:r>
      <w:r>
        <w:rPr>
          <w:lang w:eastAsia="zh-CN"/>
        </w:rPr>
        <w:t>　　活动时间安排紧紧扣住元旦假期情况，同样在30日至1日之间也出现了连续三日平均营业额_元，并将这种形式延续到1月8日。</w:t>
      </w:r>
      <w:r>
        <w:rPr>
          <w:lang w:eastAsia="zh-CN"/>
        </w:rPr>
        <w:br/>
      </w:r>
      <w:r>
        <w:rPr>
          <w:lang w:eastAsia="zh-CN"/>
        </w:rPr>
        <w:t>　　本次活动前期宣传费用，12月23日《刊》封底整版_元，展板和_展架__元，宣传费销售占比1%。</w:t>
      </w:r>
      <w:r>
        <w:rPr>
          <w:lang w:eastAsia="zh-CN"/>
        </w:rPr>
        <w:br/>
      </w:r>
      <w:r>
        <w:rPr>
          <w:lang w:eastAsia="zh-CN"/>
        </w:rPr>
        <w:t>　　从礼品发放情况来看，单比消费额有所提升，但消费额集中。</w:t>
      </w:r>
      <w:r>
        <w:rPr>
          <w:lang w:eastAsia="zh-CN"/>
        </w:rPr>
        <w:br/>
      </w:r>
      <w:r>
        <w:rPr>
          <w:lang w:eastAsia="zh-CN"/>
        </w:rPr>
        <w:t>　　礼品发放数量比实际估计数量减少30%。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9日活动内销售联通手机体验卡41张。与联通公司合作活动看，这种新型营销模式给消费者带来一些新意，尤其是联通公司在各主管营业厅悬挂“中国联通红楼百货强强联合购物送手机体验卡”和印刷的500份宣传单页，“缤纷节日红楼百货中国联通强强联合购物得联通体验卡”不但给我们的活动进行了宣传，同时“强强联合”也让消费者感受到了实惠。</w:t>
      </w:r>
      <w:r>
        <w:rPr>
          <w:lang w:eastAsia="zh-CN"/>
        </w:rPr>
        <w:br/>
      </w:r>
      <w:r>
        <w:rPr>
          <w:lang w:eastAsia="zh-CN"/>
        </w:rPr>
        <w:t>　　从以上情况来看</w:t>
      </w:r>
      <w:r>
        <w:rPr>
          <w:lang w:eastAsia="zh-CN"/>
        </w:rPr>
        <w:br/>
      </w:r>
      <w:r>
        <w:rPr>
          <w:lang w:eastAsia="zh-CN"/>
        </w:rPr>
        <w:t>　　1、媒体选择：</w:t>
      </w:r>
      <w:r>
        <w:rPr>
          <w:lang w:eastAsia="zh-CN"/>
        </w:rPr>
        <w:br/>
      </w:r>
      <w:r>
        <w:rPr>
          <w:lang w:eastAsia="zh-CN"/>
        </w:rPr>
        <w:t>　　本次活动在媒体平台选择上存在不足，28日广告宣传打出，29日(周六)销售比上个周六却下降17.6%，在元旦前夕营业额应呈增长趋势，尤其是在促销活动的带动下，营业额增长应较明显。从数据上看，我们在媒体选择上存在宣传范围狭隘性和目标群体偏离性。</w:t>
      </w:r>
      <w:r>
        <w:rPr>
          <w:lang w:eastAsia="zh-CN"/>
        </w:rPr>
        <w:br/>
      </w:r>
      <w:r>
        <w:rPr>
          <w:lang w:eastAsia="zh-CN"/>
        </w:rPr>
        <w:t>　　我们主打的是时尚休闲口号，目标定位在时尚女性和年轻群体，在媒体选择上同样应该选择在媒体中具有较高知名度的平台。符合商场和目标群体共性。</w:t>
      </w:r>
      <w:r>
        <w:rPr>
          <w:lang w:eastAsia="zh-CN"/>
        </w:rPr>
        <w:br/>
      </w:r>
      <w:r>
        <w:rPr>
          <w:lang w:eastAsia="zh-CN"/>
        </w:rPr>
        <w:t>　　2、缺乏计划性：</w:t>
      </w:r>
      <w:r>
        <w:rPr>
          <w:lang w:eastAsia="zh-CN"/>
        </w:rPr>
        <w:br/>
      </w:r>
      <w:r>
        <w:rPr>
          <w:lang w:eastAsia="zh-CN"/>
        </w:rPr>
        <w:t>　　促销活动是在时间的迫使下组织实施的，虽然具备了一定市场基础，在单个活动或企业总体发展方向及年度规划上存在较大偏差。单次活动对企业品牌积累上轻则无力可施，重则影响到品牌积累步伐。如本次活动在奖品制定上是参考了畅销品牌的销售记录，然而在本次活动中几家畅销品牌却没有参加，不但影响到活动力度，还影响到了商场凝聚力。</w:t>
      </w:r>
      <w:r>
        <w:rPr>
          <w:lang w:eastAsia="zh-CN"/>
        </w:rPr>
        <w:br/>
      </w:r>
      <w:r>
        <w:rPr>
          <w:lang w:eastAsia="zh-CN"/>
        </w:rPr>
        <w:t>　　3、营利部门与非营利部门工作协调性差：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各楼层专厅促销活动，不能定期反馈给把这些信息宣传到外部去的企划部，专厅促销信息成了内销文件，不能起到增加品牌顾客的作用，薄利多销的目的也成了一相情愿。企划部失去了这些信息的支撑，在活动计划拟订上，不能将商场活动与专厅活动结合，不但存在独立性，更甚使活动被孤立，营业部与代理商或厂家洽谈活动承担比例时，失去立场。</w:t>
      </w:r>
      <w:r>
        <w:rPr>
          <w:lang w:eastAsia="zh-CN"/>
        </w:rPr>
        <w:br/>
      </w:r>
      <w:r>
        <w:rPr>
          <w:lang w:eastAsia="zh-CN"/>
        </w:rPr>
        <w:t>　　4、活动执行力差：</w:t>
      </w:r>
      <w:r>
        <w:rPr>
          <w:lang w:eastAsia="zh-CN"/>
        </w:rPr>
        <w:br/>
      </w:r>
      <w:r>
        <w:rPr>
          <w:lang w:eastAsia="zh-CN"/>
        </w:rPr>
        <w:t>　　一项活动，无论大小，“策占三划占七”，可见活动实施重要性，即使再好的策略，没有人去实施，他还是等与零。员工对活动的促销知识了解不够，缺少服务热情，对促销活动促进上缺乏技巧和活力，在员工心目中没有“活动是在大量资金与人力投入下，营业额大幅度拔高的概念”。另外，活动在销售过程中也没有一个激进方案，销售任务没有进行细分，“笼统管理，大概销售”，也限制了销售额的增长。</w:t>
      </w:r>
      <w:r>
        <w:rPr>
          <w:lang w:eastAsia="zh-CN"/>
        </w:rPr>
        <w:br/>
      </w:r>
      <w:r>
        <w:rPr>
          <w:lang w:eastAsia="zh-CN"/>
        </w:rPr>
        <w:t>　　5、前瞻性和时尚性表现不够：</w:t>
      </w:r>
      <w:r>
        <w:rPr>
          <w:lang w:eastAsia="zh-CN"/>
        </w:rPr>
        <w:br/>
      </w:r>
      <w:r>
        <w:rPr>
          <w:lang w:eastAsia="zh-CN"/>
        </w:rPr>
        <w:t>　　企划部成员应常走出去，了解最新市场信息，做好信息归整，并多了解时尚前沿时尚资讯。</w:t>
      </w:r>
      <w:r>
        <w:rPr>
          <w:lang w:eastAsia="zh-CN"/>
        </w:rPr>
        <w:br/>
      </w:r>
      <w:r>
        <w:rPr>
          <w:lang w:eastAsia="zh-CN"/>
        </w:rPr>
        <w:t xml:space="preserve">    2024年元旦促销活动总结范文 篇3 </w:t>
      </w:r>
      <w:r>
        <w:rPr>
          <w:lang w:eastAsia="zh-CN"/>
        </w:rPr>
        <w:br/>
      </w:r>
      <w:r>
        <w:rPr>
          <w:lang w:eastAsia="zh-CN"/>
        </w:rPr>
        <w:t>　　一、促销主办方：超级市场</w:t>
      </w:r>
      <w:r>
        <w:rPr>
          <w:lang w:eastAsia="zh-CN"/>
        </w:rPr>
        <w:br/>
      </w:r>
      <w:r>
        <w:rPr>
          <w:lang w:eastAsia="zh-CN"/>
        </w:rPr>
        <w:t>　　二、促销主题：“元旦”回报社会大赠送</w:t>
      </w:r>
      <w:r>
        <w:rPr>
          <w:lang w:eastAsia="zh-CN"/>
        </w:rPr>
        <w:br/>
      </w:r>
      <w:r>
        <w:rPr>
          <w:lang w:eastAsia="zh-CN"/>
        </w:rPr>
        <w:t>　　三、市场效果：据工作人员介绍，效果显著，每天平均三百人次</w:t>
      </w:r>
      <w:r>
        <w:rPr>
          <w:lang w:eastAsia="zh-CN"/>
        </w:rPr>
        <w:br/>
      </w:r>
      <w:r>
        <w:rPr>
          <w:lang w:eastAsia="zh-CN"/>
        </w:rPr>
        <w:t>　　四、分析本次促销活动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昌大昌超市是湛江市的一个大型连锁超市，雷州昌大昌超市是它的一个子超市，拥有员工二百多名，这次“教师节”黄金周，超市搞了一个大型的促销活动，把全体员工的三分之一投入这个“教师节”活动中，据负责人介绍，超市想利用这次的活动提高在消费群体的口碑，同时想把握这个节假日的大量销售额，在和百一等超市竞争中取得有利的主动权。本次的促销活动主要分为三大类：</w:t>
      </w:r>
      <w:r>
        <w:rPr>
          <w:lang w:eastAsia="zh-CN"/>
        </w:rPr>
        <w:br/>
      </w:r>
      <w:r>
        <w:rPr>
          <w:lang w:eastAsia="zh-CN"/>
        </w:rPr>
        <w:t>　　一.现场特价销售:</w:t>
      </w:r>
      <w:r>
        <w:rPr>
          <w:lang w:eastAsia="zh-CN"/>
        </w:rPr>
        <w:br/>
      </w:r>
      <w:r>
        <w:rPr>
          <w:lang w:eastAsia="zh-CN"/>
        </w:rPr>
        <w:t>　　现场销售品有五大类，其中有化妆品，日常生活用品，电器，饮料，家具</w:t>
      </w:r>
      <w:r>
        <w:rPr>
          <w:lang w:eastAsia="zh-CN"/>
        </w:rPr>
        <w:br/>
      </w:r>
      <w:r>
        <w:rPr>
          <w:lang w:eastAsia="zh-CN"/>
        </w:rPr>
        <w:t>　　化妆品主要是厂商直接派促销人员和超市员工负责，日常生活用品是明码标价，电视，空调等家电进行降价和赠送副带品，各种饮料都比平时价格要低，家具全部打8折.</w:t>
      </w:r>
      <w:r>
        <w:rPr>
          <w:lang w:eastAsia="zh-CN"/>
        </w:rPr>
        <w:br/>
      </w:r>
      <w:r>
        <w:rPr>
          <w:lang w:eastAsia="zh-CN"/>
        </w:rPr>
        <w:t>　　二.游动宣传赠货品</w:t>
      </w:r>
      <w:r>
        <w:rPr>
          <w:lang w:eastAsia="zh-CN"/>
        </w:rPr>
        <w:br/>
      </w:r>
      <w:r>
        <w:rPr>
          <w:lang w:eastAsia="zh-CN"/>
        </w:rPr>
        <w:t>　　超市利用各赞助商的车加上超市名进_派送广告品(化妆品和日常生活用品)和宣传单.</w:t>
      </w:r>
      <w:r>
        <w:rPr>
          <w:lang w:eastAsia="zh-CN"/>
        </w:rPr>
        <w:br/>
      </w:r>
      <w:r>
        <w:rPr>
          <w:lang w:eastAsia="zh-CN"/>
        </w:rPr>
        <w:t>　　三.现场抽奖活动</w:t>
      </w:r>
      <w:r>
        <w:rPr>
          <w:lang w:eastAsia="zh-CN"/>
        </w:rPr>
        <w:br/>
      </w:r>
      <w:r>
        <w:rPr>
          <w:lang w:eastAsia="zh-CN"/>
        </w:rPr>
        <w:t>　　抽奖的办法和奖品比较灵活，中奖率100%，利用变形促销各类产品.</w:t>
      </w:r>
      <w:r>
        <w:rPr>
          <w:lang w:eastAsia="zh-CN"/>
        </w:rPr>
        <w:br/>
      </w:r>
      <w:r>
        <w:rPr>
          <w:lang w:eastAsia="zh-CN"/>
        </w:rPr>
        <w:t>　　我通过一天的观察与了解，觉得这整个活动是比较成功的，但从我个人的角度来看，还是有一些不足的地方.</w:t>
      </w:r>
      <w:r>
        <w:rPr>
          <w:lang w:eastAsia="zh-CN"/>
        </w:rPr>
        <w:br/>
      </w:r>
      <w:r>
        <w:rPr>
          <w:lang w:eastAsia="zh-CN"/>
        </w:rPr>
        <w:t>　　我就从以下几点说说我的看法</w:t>
      </w:r>
      <w:r>
        <w:rPr>
          <w:lang w:eastAsia="zh-CN"/>
        </w:rPr>
        <w:br/>
      </w:r>
      <w:r>
        <w:rPr>
          <w:lang w:eastAsia="zh-CN"/>
        </w:rPr>
        <w:t>　　一.广告宣传，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在广告宣传的用词和出发点不是很好，应该改成以美文阅读网消费者的角度出发，广告的衫底音乐也应该适合大部分消费者的心里，经过不同的街口就要放不同的音乐.</w:t>
      </w:r>
      <w:r>
        <w:rPr>
          <w:lang w:eastAsia="zh-CN"/>
        </w:rPr>
        <w:br/>
      </w:r>
      <w:r>
        <w:rPr>
          <w:lang w:eastAsia="zh-CN"/>
        </w:rPr>
        <w:t>　　二.员工积极性</w:t>
      </w:r>
      <w:r>
        <w:rPr>
          <w:lang w:eastAsia="zh-CN"/>
        </w:rPr>
        <w:br/>
      </w:r>
      <w:r>
        <w:rPr>
          <w:lang w:eastAsia="zh-CN"/>
        </w:rPr>
        <w:t>　　“元旦”的客量增大，工作时间会加长，就会出现一些员工的消极性.应该安国家规定增加员工三倍的补助金，据员工说，只是按平时的工资加工费，还有就是包吃一餐.所以，员工的积极性直接影响到促销效果.</w:t>
      </w:r>
      <w:r>
        <w:rPr>
          <w:lang w:eastAsia="zh-CN"/>
        </w:rPr>
        <w:br/>
      </w:r>
      <w:r>
        <w:rPr>
          <w:lang w:eastAsia="zh-CN"/>
        </w:rPr>
        <w:t>　　三.增强竞争力</w:t>
      </w:r>
      <w:r>
        <w:rPr>
          <w:lang w:eastAsia="zh-CN"/>
        </w:rPr>
        <w:br/>
      </w:r>
      <w:r>
        <w:rPr>
          <w:lang w:eastAsia="zh-CN"/>
        </w:rPr>
        <w:t>　　a建立创新制度，加强自身素质建设，做到硬件过关、软件到位。</w:t>
      </w:r>
      <w:r>
        <w:rPr>
          <w:lang w:eastAsia="zh-CN"/>
        </w:rPr>
        <w:br/>
      </w:r>
      <w:r>
        <w:rPr>
          <w:lang w:eastAsia="zh-CN"/>
        </w:rPr>
        <w:t>　　b健全管理体制。好的管理体制是超市各种策略、方案顺利实施的保证，也是企业不断成功的保证。力求做到超市分工至细、权职分明、监督有效。</w:t>
      </w:r>
      <w:r>
        <w:rPr>
          <w:lang w:eastAsia="zh-CN"/>
        </w:rPr>
        <w:br/>
      </w:r>
      <w:r>
        <w:rPr>
          <w:lang w:eastAsia="zh-CN"/>
        </w:rPr>
        <w:t>　　c完善培训制度。现代企业以人为主，优秀的员工是企业得以生存和发展的关键。超市应完善员工的教育培训及福利待遇制度，确立员工入企业先培训制度，和员工进行有效的沟通，做到人无贵贱、事无巨细、教育及时、奖惩分明。</w:t>
      </w:r>
      <w:r>
        <w:rPr>
          <w:lang w:eastAsia="zh-CN"/>
        </w:rPr>
        <w:br/>
      </w:r>
      <w:r>
        <w:rPr>
          <w:lang w:eastAsia="zh-CN"/>
        </w:rPr>
        <w:t>　　d充分运用营销理念。解除员工思想包袱，把握好美文阅读网顾客投诉的接待与处理，积极开拓市场、巩固市场。</w:t>
      </w:r>
      <w:r>
        <w:rPr>
          <w:lang w:eastAsia="zh-CN"/>
        </w:rPr>
        <w:br/>
      </w:r>
      <w:r>
        <w:rPr>
          <w:lang w:eastAsia="zh-CN"/>
        </w:rPr>
        <w:t>　　e做好日志、月志工作。管理人员必须每日书面汇报工作状况及突发事件的发生与处理。超市还应定期举行员工大会，总结经验，进行员工激励，制定发展目标等。</w:t>
      </w:r>
      <w:r>
        <w:rPr>
          <w:lang w:eastAsia="zh-CN"/>
        </w:rPr>
        <w:br/>
      </w:r>
      <w:r>
        <w:rPr>
          <w:lang w:eastAsia="zh-CN"/>
        </w:rPr>
        <w:t xml:space="preserve">    2024年元旦促销活动总结范文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按照总公司的部署和安排，郯城国大仁和堂郯东中店于12月9日—11日举行了药品促销活动，在总公司的正确领导和全体店员的共同努力下，本次促销活动取得了较好的成绩，并一定程度了扩大了国大仁和堂药店在社会的良好信誉。现将本次促销活动总结如下：</w:t>
      </w:r>
      <w:r>
        <w:rPr>
          <w:lang w:eastAsia="zh-CN"/>
        </w:rPr>
        <w:br/>
      </w:r>
      <w:r>
        <w:rPr>
          <w:lang w:eastAsia="zh-CN"/>
        </w:rPr>
        <w:t>　　一、活动前充分做好准备工作，为促销活动成功奠定基础。</w:t>
      </w:r>
      <w:r>
        <w:rPr>
          <w:lang w:eastAsia="zh-CN"/>
        </w:rPr>
        <w:br/>
      </w:r>
      <w:r>
        <w:rPr>
          <w:lang w:eastAsia="zh-CN"/>
        </w:rPr>
        <w:t>　　1、组织店员学习领会总公司安排的这次活动精神，在每月固定时间的促销活动工作的基础上，分析工作中存在的漏洞，强调了本次活动的重要性，把DM单分到每一位职工手中，划片发放。并要求所有店员提前安排好时间，活动期间全天上班。</w:t>
      </w:r>
      <w:r>
        <w:rPr>
          <w:lang w:eastAsia="zh-CN"/>
        </w:rPr>
        <w:br/>
      </w:r>
      <w:r>
        <w:rPr>
          <w:lang w:eastAsia="zh-CN"/>
        </w:rPr>
        <w:t>　　2、根据活动要求，组织店员清点库存，分别对促销产品、赠品准备货源，提早对特价药品，常用药品，本季节药品，洗化，家电等进行备货。</w:t>
      </w:r>
      <w:r>
        <w:rPr>
          <w:lang w:eastAsia="zh-CN"/>
        </w:rPr>
        <w:br/>
      </w:r>
      <w:r>
        <w:rPr>
          <w:lang w:eastAsia="zh-CN"/>
        </w:rPr>
        <w:t>　　3、专门组织职工讨论怎样促销药品，分析可能出现的问题。如果特价的商品，冲量品销售太多，怎样销售才能保证毛利。</w:t>
      </w:r>
      <w:r>
        <w:rPr>
          <w:lang w:eastAsia="zh-CN"/>
        </w:rPr>
        <w:br/>
      </w:r>
      <w:r>
        <w:rPr>
          <w:lang w:eastAsia="zh-CN"/>
        </w:rPr>
        <w:t>　　4、营造良好服务环境。组织店员对店内店外环境整理卫生，做到整洁卫生，药品摆放整齐。对特价药品做了POP宣传海报。针对70多个特价药品全部做了店外宣传海报，张贴在药店外8个橱窗。同时为突出特价药品，引起顾客的注意，专门做了70多个爆炸贴放在该药品陈列位上。为突出活动效果，在门店前搭起彩虹门，摆放了花篮，安排了音响，对本次活动起到了很大作用。</w:t>
      </w:r>
      <w:r>
        <w:rPr>
          <w:lang w:eastAsia="zh-CN"/>
        </w:rPr>
        <w:br/>
      </w:r>
      <w:r>
        <w:rPr>
          <w:lang w:eastAsia="zh-CN"/>
        </w:rPr>
        <w:t>　　二、本次活动取得的效果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12月9日销售2。9万，12月10日销售4。1万，12月11日销售5。8万。</w:t>
      </w:r>
      <w:r>
        <w:rPr>
          <w:lang w:eastAsia="zh-CN"/>
        </w:rPr>
        <w:br/>
      </w:r>
      <w:r>
        <w:rPr>
          <w:lang w:eastAsia="zh-CN"/>
        </w:rPr>
        <w:t>　　三、本次活动心得体会</w:t>
      </w:r>
      <w:r>
        <w:rPr>
          <w:lang w:eastAsia="zh-CN"/>
        </w:rPr>
        <w:br/>
      </w:r>
      <w:r>
        <w:rPr>
          <w:lang w:eastAsia="zh-CN"/>
        </w:rPr>
        <w:t>　　1、从12月5日—12月8日都是阴雨雾天，活动之初我们预想效果比平时能增加营业额30%左右就算成功。因为天</w:t>
      </w:r>
      <w:r>
        <w:rPr>
          <w:lang w:eastAsia="zh-CN"/>
        </w:rPr>
        <w:br/>
      </w:r>
      <w:r>
        <w:rPr>
          <w:lang w:eastAsia="zh-CN"/>
        </w:rPr>
        <w:t>　　气等原因我们感到信心不足，没想到我们提前做的各项准备工作起到了很大作用。</w:t>
      </w:r>
      <w:r>
        <w:rPr>
          <w:lang w:eastAsia="zh-CN"/>
        </w:rPr>
        <w:br/>
      </w:r>
      <w:r>
        <w:rPr>
          <w:lang w:eastAsia="zh-CN"/>
        </w:rPr>
        <w:t>　　2、活动前短信宣传、全市医保一卡通在12月10日全市联网刷卡、农行年底前清卡、丰厚的赠品等因素带动了销售量。</w:t>
      </w:r>
      <w:r>
        <w:rPr>
          <w:lang w:eastAsia="zh-CN"/>
        </w:rPr>
        <w:br/>
      </w:r>
      <w:r>
        <w:rPr>
          <w:lang w:eastAsia="zh-CN"/>
        </w:rPr>
        <w:t>　　3、DM单发放时间短，有些仓促，覆盖面不够广;由于担心预期活动效果，龙大花生油备货不充分，出现短缺。</w:t>
      </w:r>
      <w:r>
        <w:rPr>
          <w:lang w:eastAsia="zh-CN"/>
        </w:rPr>
        <w:br/>
      </w:r>
      <w:r>
        <w:rPr>
          <w:lang w:eastAsia="zh-CN"/>
        </w:rPr>
        <w:t>　　4、下一步工作要积极吸取本次活动经验与不足，积极发展新会员，在活动促销中发短信才能起作用。本次活动得到了总公司领导的全力支持和帮助，常经理第一时间为我们店提供赠品，荣海峰经理一周吃住在郯城，随时帮助解决遇到的问题!这次活动取得了成绩全店职工都非常兴奋，都有一种释放的感觉————心血没白费，没白加班，以后会更加努力提高营业额，积极完成公司任务。</w:t>
      </w:r>
      <w:r>
        <w:rPr>
          <w:lang w:eastAsia="zh-CN"/>
        </w:rPr>
        <w:br/>
      </w:r>
      <w:r>
        <w:rPr>
          <w:lang w:eastAsia="zh-CN"/>
        </w:rPr>
        <w:t xml:space="preserve">    2024年元旦促销活动总结范文 篇5 </w:t>
      </w:r>
      <w:r>
        <w:rPr>
          <w:lang w:eastAsia="zh-CN"/>
        </w:rPr>
        <w:br/>
      </w:r>
      <w:r>
        <w:rPr>
          <w:lang w:eastAsia="zh-CN"/>
        </w:rPr>
        <w:t>　　现在已经可以准备起来了，每年的五一、十一和双十一都是商家们展开促销活动方案的好时机。在这一天，大街小巷上到处都弥漫着节日的火热气氛，人们在商家的各种优惠打折促销活动的攻势下，很容易就陷入“买买买”的状态，所以这也是美容院冲业绩的好时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想要在这一天吸引到足够的客流量，提高成交率，就要从宣传上下功夫，在五月一号到来的前半个月，就要开始着手准备策划五一节的活动了。</w:t>
      </w:r>
      <w:r>
        <w:rPr>
          <w:lang w:eastAsia="zh-CN"/>
        </w:rPr>
        <w:br/>
      </w:r>
      <w:r>
        <w:rPr>
          <w:lang w:eastAsia="zh-CN"/>
        </w:rPr>
        <w:t>　　一般我们都会采取拉横幅、张贴海报、分发传单等方式来做节日的预热活动，在一些三四线城镇，招揽一些车队、腰鼓队在各个街道循环播放广告都是可取的，通过这种大张旗鼓的方式，让消息迅速扩散出去，覆盖到周边的人群，只要形式新颖、活动劲爆，自然会吸引到众多的客流量。</w:t>
      </w:r>
      <w:r>
        <w:rPr>
          <w:lang w:eastAsia="zh-CN"/>
        </w:rPr>
        <w:br/>
      </w:r>
      <w:r>
        <w:rPr>
          <w:lang w:eastAsia="zh-CN"/>
        </w:rPr>
        <w:t>　　除了以上说的这些方式，还可以通过给顾客发短信、发微信来告知本次的五一促销活动。在发消息的时候要注意，不要太早发消息，提前三天发送消息就可以了，不然信息会失去时效性，在五一前一天再发一条，效果会更好。短信内容不要太多分散，主题明确，告知活动时间、地点、优惠力度，再加一句问好足矣。</w:t>
      </w:r>
      <w:r>
        <w:rPr>
          <w:lang w:eastAsia="zh-CN"/>
        </w:rPr>
        <w:br/>
      </w:r>
      <w:r>
        <w:rPr>
          <w:lang w:eastAsia="zh-CN"/>
        </w:rPr>
        <w:t>　　在活动当天，美容院注意要营造出活动火爆的氛围，可以在门店门口搭建活动主题海报墙，配合音响、音乐、小游戏以及小礼品，吸引过往行人。只要有一个人被吸引过来了，那么后续的围观行为很容易就形成了，人都是爱凑热闹的，有着好奇心，因此，活动一定要注意营造氛围。</w:t>
      </w:r>
      <w:r>
        <w:rPr>
          <w:lang w:eastAsia="zh-CN"/>
        </w:rPr>
        <w:br/>
      </w:r>
      <w:r>
        <w:rPr>
          <w:lang w:eastAsia="zh-CN"/>
        </w:rPr>
        <w:t xml:space="preserve">    2024年元旦促销活动总结范文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过完了情人节，一年一度的三八节又要来临了，这一天是女性的节日，也是网店拉动消费的大好时机。在商界流传着这么一句话，女人的钱是最好赚的，居然女人的钱是最好赚的，那在属于女人节日到来之际，商家们当然要好好赚一把。</w:t>
      </w:r>
      <w:r>
        <w:rPr>
          <w:lang w:eastAsia="zh-CN"/>
        </w:rPr>
        <w:br/>
      </w:r>
      <w:r>
        <w:rPr>
          <w:lang w:eastAsia="zh-CN"/>
        </w:rPr>
        <w:t>　　现在虽然离三八妇女节还有十来天，但网店也应该提前准备，都说机会留给有准备的人，下面就让我们一起来分享在网店培训中总结出的三八节促销方法。</w:t>
      </w:r>
      <w:r>
        <w:rPr>
          <w:lang w:eastAsia="zh-CN"/>
        </w:rPr>
        <w:br/>
      </w:r>
      <w:r>
        <w:rPr>
          <w:lang w:eastAsia="zh-CN"/>
        </w:rPr>
        <w:t>　　给“她”一份温暖</w:t>
      </w:r>
      <w:r>
        <w:rPr>
          <w:lang w:eastAsia="zh-CN"/>
        </w:rPr>
        <w:br/>
      </w:r>
      <w:r>
        <w:rPr>
          <w:lang w:eastAsia="zh-CN"/>
        </w:rPr>
        <w:t>　　这个促销主要是针对男性用户的，为什么是针对男性同胞呢?那是因为三八是女性过的节日，那在这一天女性就有机会收礼物，而送礼物的当然是男性买家。而那个“她”可以是母亲、老婆、女朋友等，一般有心的男买家在三八节到来的时候都会主动送礼，不管是给情人还是母亲，他们都想表达一份爱，那店家在促销的时候就要给他们缔造这个机会，通过抓住男性买家的这个心理来拉动他们消费。所以在做活动的时候尽量跟爱情、亲情、温情等主题联系在一起，现在三八节也逐渐成为了男性对女性表达爱意的节日，在这个时候男同胞买礼物也是情理中的事情。</w:t>
      </w:r>
      <w:r>
        <w:rPr>
          <w:lang w:eastAsia="zh-CN"/>
        </w:rPr>
        <w:br/>
      </w:r>
      <w:r>
        <w:rPr>
          <w:lang w:eastAsia="zh-CN"/>
        </w:rPr>
        <w:t>　　让母亲更快乐</w:t>
      </w:r>
      <w:r>
        <w:rPr>
          <w:lang w:eastAsia="zh-CN"/>
        </w:rPr>
        <w:br/>
      </w:r>
      <w:r>
        <w:rPr>
          <w:lang w:eastAsia="zh-CN"/>
        </w:rPr>
        <w:t>　　一般三八节我们都会想起自己的母亲，母亲含辛茹苦把我们养大，她们是最伟大的女性，所以在这一天就应该让她们好好享受节日的特权，作为子女的一般都想为母亲献上一份礼物，而专卖女性或者跟母亲相关产品的店家就要好好利用这个主题，促进更多子女在三八节的时候为自己的母亲送上一份独一无二的关怀。</w:t>
      </w:r>
      <w:r>
        <w:rPr>
          <w:lang w:eastAsia="zh-CN"/>
        </w:rPr>
        <w:br/>
      </w:r>
      <w:r>
        <w:rPr>
          <w:lang w:eastAsia="zh-CN"/>
        </w:rPr>
        <w:t xml:space="preserve">    2024年元旦促销活动总结范文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节期间各大超市都为吸引客户来购买而大力出击，大部分的超市促销手法都是相似的，所以我大致总结为三个部分：</w:t>
      </w:r>
      <w:r>
        <w:rPr>
          <w:lang w:eastAsia="zh-CN"/>
        </w:rPr>
        <w:br/>
      </w:r>
      <w:r>
        <w:rPr>
          <w:lang w:eastAsia="zh-CN"/>
        </w:rPr>
        <w:t>　　一、全体出击，营造节氛围</w:t>
      </w:r>
      <w:r>
        <w:rPr>
          <w:lang w:eastAsia="zh-CN"/>
        </w:rPr>
        <w:br/>
      </w:r>
      <w:r>
        <w:rPr>
          <w:lang w:eastAsia="zh-CN"/>
        </w:rPr>
        <w:t>　　1、音乐</w:t>
      </w:r>
      <w:r>
        <w:rPr>
          <w:lang w:eastAsia="zh-CN"/>
        </w:rPr>
        <w:br/>
      </w:r>
      <w:r>
        <w:rPr>
          <w:lang w:eastAsia="zh-CN"/>
        </w:rPr>
        <w:t>　　不管在节期间进入哪个超市，里面环绕的音乐必然是喜庆的为过年而准备的吉祥歌曲，如：发财发福中国年、新年好、恭喜发财、好运来、财神来到我家门等，通过音乐让顾客一进门就感受到了浓烈的年味儿，使顾客心情愉悦，提高购物欲望。</w:t>
      </w:r>
      <w:r>
        <w:rPr>
          <w:lang w:eastAsia="zh-CN"/>
        </w:rPr>
        <w:br/>
      </w:r>
      <w:r>
        <w:rPr>
          <w:lang w:eastAsia="zh-CN"/>
        </w:rPr>
        <w:t>　　2、店内装饰</w:t>
      </w:r>
      <w:r>
        <w:rPr>
          <w:lang w:eastAsia="zh-CN"/>
        </w:rPr>
        <w:br/>
      </w:r>
      <w:r>
        <w:rPr>
          <w:lang w:eastAsia="zh-CN"/>
        </w:rPr>
        <w:t>　　超市内在节期间挂上喜庆的红灯笼，商品陈列柜也采用红色为主要色彩，有的超市店员的服装也改成了节特色的福字员工服，购物袋也是_年新印的大红色福字袋，所有的小细节能够给顾客带来很好的购物体验，不仅增添了节购物激情，同时还为超市提高了印象分，留住了顾客。</w:t>
      </w:r>
      <w:r>
        <w:rPr>
          <w:lang w:eastAsia="zh-CN"/>
        </w:rPr>
        <w:br/>
      </w:r>
      <w:r>
        <w:rPr>
          <w:lang w:eastAsia="zh-CN"/>
        </w:rPr>
        <w:t>　　二、重点突出，商品分类促销</w:t>
      </w:r>
      <w:r>
        <w:rPr>
          <w:lang w:eastAsia="zh-CN"/>
        </w:rPr>
        <w:br/>
      </w:r>
      <w:r>
        <w:rPr>
          <w:lang w:eastAsia="zh-CN"/>
        </w:rPr>
        <w:t>　　1、摆放位置</w:t>
      </w:r>
      <w:r>
        <w:rPr>
          <w:lang w:eastAsia="zh-CN"/>
        </w:rPr>
        <w:br/>
      </w:r>
      <w:r>
        <w:rPr>
          <w:lang w:eastAsia="zh-CN"/>
        </w:rPr>
        <w:t>　　节期间顾客进商场购物都是为了置办年货，所以超市管理人员选择一些符合顾客需求的商品放到显眼位置，有助于商品销售。</w:t>
      </w:r>
      <w:r>
        <w:rPr>
          <w:lang w:eastAsia="zh-CN"/>
        </w:rPr>
        <w:br/>
      </w:r>
      <w:r>
        <w:rPr>
          <w:lang w:eastAsia="zh-CN"/>
        </w:rPr>
        <w:t>　　2、选择重点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节期间，超市选择的主要重点是：食品（糖果、饮品、烟酒、坚果、散装熟食类）、春联、果盘、水果、玩具等，选择这些重点的目的是促进销售，让顾客看到这些便觉得自己是需要的，加上打折力度，容易让顾客产生打折消费心理，比如有的商品是打折的，有的商品还维持原价，但顾客看到的时候一个是觉得方便就一起购买，另一个认为这一定是促销价格便选择购买，无形中销量大增。</w:t>
      </w:r>
      <w:r>
        <w:rPr>
          <w:lang w:eastAsia="zh-CN"/>
        </w:rPr>
        <w:br/>
      </w:r>
      <w:r>
        <w:rPr>
          <w:lang w:eastAsia="zh-CN"/>
        </w:rPr>
        <w:t>　　3、节日打折宣传单</w:t>
      </w:r>
      <w:r>
        <w:rPr>
          <w:lang w:eastAsia="zh-CN"/>
        </w:rPr>
        <w:br/>
      </w:r>
      <w:r>
        <w:rPr>
          <w:lang w:eastAsia="zh-CN"/>
        </w:rPr>
        <w:t>　　过节期间，超市印发的降价宣传单能够让顾客直接看到商品与价格，促销的降价幅度越大，越能够吸引顾客，也有助于吸引客源，扩大销量。</w:t>
      </w:r>
      <w:r>
        <w:rPr>
          <w:lang w:eastAsia="zh-CN"/>
        </w:rPr>
        <w:br/>
      </w:r>
      <w:r>
        <w:rPr>
          <w:lang w:eastAsia="zh-CN"/>
        </w:rPr>
        <w:t>　　三、具体的促销手法</w:t>
      </w:r>
      <w:r>
        <w:rPr>
          <w:lang w:eastAsia="zh-CN"/>
        </w:rPr>
        <w:br/>
      </w:r>
      <w:r>
        <w:rPr>
          <w:lang w:eastAsia="zh-CN"/>
        </w:rPr>
        <w:t>　　1、买一送一</w:t>
      </w:r>
      <w:r>
        <w:rPr>
          <w:lang w:eastAsia="zh-CN"/>
        </w:rPr>
        <w:br/>
      </w:r>
      <w:r>
        <w:rPr>
          <w:lang w:eastAsia="zh-CN"/>
        </w:rPr>
        <w:t>　　很多食用类商品采用买一送一促销法，比如饼干、酸奶等。</w:t>
      </w:r>
      <w:r>
        <w:rPr>
          <w:lang w:eastAsia="zh-CN"/>
        </w:rPr>
        <w:br/>
      </w:r>
      <w:r>
        <w:rPr>
          <w:lang w:eastAsia="zh-CN"/>
        </w:rPr>
        <w:t>　　2、特惠包装</w:t>
      </w:r>
      <w:r>
        <w:rPr>
          <w:lang w:eastAsia="zh-CN"/>
        </w:rPr>
        <w:br/>
      </w:r>
      <w:r>
        <w:rPr>
          <w:lang w:eastAsia="zh-CN"/>
        </w:rPr>
        <w:t>　　洗衣液、洗发水、牙膏等生活物品通常采用特惠包装，凸显价格优势。</w:t>
      </w:r>
      <w:r>
        <w:rPr>
          <w:lang w:eastAsia="zh-CN"/>
        </w:rPr>
        <w:br/>
      </w:r>
      <w:r>
        <w:rPr>
          <w:lang w:eastAsia="zh-CN"/>
        </w:rPr>
        <w:t>　　3、送赠品</w:t>
      </w:r>
      <w:r>
        <w:rPr>
          <w:lang w:eastAsia="zh-CN"/>
        </w:rPr>
        <w:br/>
      </w:r>
      <w:r>
        <w:rPr>
          <w:lang w:eastAsia="zh-CN"/>
        </w:rPr>
        <w:t>　　方便面、饮料、酸奶、咖啡粉等商品都选择送赠品来吸引顾客，有送水杯、塑料盒、碗等。</w:t>
      </w:r>
      <w:r>
        <w:rPr>
          <w:lang w:eastAsia="zh-CN"/>
        </w:rPr>
        <w:br/>
      </w:r>
      <w:r>
        <w:rPr>
          <w:lang w:eastAsia="zh-CN"/>
        </w:rPr>
        <w:t>　　4、印花折扣券</w:t>
      </w:r>
      <w:r>
        <w:rPr>
          <w:lang w:eastAsia="zh-CN"/>
        </w:rPr>
        <w:br/>
      </w:r>
      <w:r>
        <w:rPr>
          <w:lang w:eastAsia="zh-CN"/>
        </w:rPr>
        <w:t>　　超市今年推出的印花折扣券是在此超市单次购物满即送印花一枚，集齐印花</w:t>
      </w:r>
      <w:r>
        <w:rPr>
          <w:lang w:eastAsia="zh-CN"/>
        </w:rPr>
        <w:br/>
      </w:r>
      <w:r>
        <w:rPr>
          <w:lang w:eastAsia="zh-CN"/>
        </w:rPr>
        <w:t>　　就可低于折换购不锈钢刀具系列。</w:t>
      </w:r>
      <w:r>
        <w:rPr>
          <w:lang w:eastAsia="zh-CN"/>
        </w:rPr>
        <w:br/>
      </w:r>
      <w:r>
        <w:rPr>
          <w:lang w:eastAsia="zh-CN"/>
        </w:rPr>
        <w:t>　　5、现金折扣券</w:t>
      </w:r>
      <w:r>
        <w:rPr>
          <w:lang w:eastAsia="zh-CN"/>
        </w:rPr>
        <w:br/>
      </w:r>
      <w:r>
        <w:rPr>
          <w:lang w:eastAsia="zh-CN"/>
        </w:rPr>
        <w:t>　　也是来自于超市，在规定日期，单张发票满__元发__元折扣券，满__元发__元折扣券。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6、试吃</w:t>
      </w:r>
      <w:r>
        <w:rPr>
          <w:lang w:eastAsia="zh-CN"/>
        </w:rPr>
        <w:br/>
      </w:r>
      <w:r>
        <w:rPr>
          <w:lang w:eastAsia="zh-CN"/>
        </w:rPr>
        <w:t>　　很多火腿、香肠等食品，商家会提供试吃服务，将食品炸熟，供顾客试吃，能够让顾客直接感受商品，提高顾客购买欲望。</w:t>
      </w:r>
      <w:r>
        <w:rPr>
          <w:lang w:eastAsia="zh-CN"/>
        </w:rPr>
        <w:br/>
      </w:r>
      <w:r>
        <w:rPr>
          <w:lang w:eastAsia="zh-CN"/>
        </w:rPr>
        <w:t>　　7、会员兑奖</w:t>
      </w:r>
      <w:r>
        <w:rPr>
          <w:lang w:eastAsia="zh-CN"/>
        </w:rPr>
        <w:br/>
      </w:r>
      <w:r>
        <w:rPr>
          <w:lang w:eastAsia="zh-CN"/>
        </w:rPr>
        <w:t>　　很多超市提供办理会员卡积分，当积分到了一定额度，就可以兑换礼品，这样能够让顾客固定在一个超市消费。</w:t>
      </w:r>
      <w:r>
        <w:rPr>
          <w:lang w:eastAsia="zh-CN"/>
        </w:rPr>
        <w:br/>
      </w:r>
      <w:r>
        <w:rPr>
          <w:lang w:eastAsia="zh-CN"/>
        </w:rPr>
        <w:t>　　总结：大数据时代，科技日新月异，人们的生活越来越简便化、电子化，一味的靠老式推销手法是不会取得大的效果的，对待人们已经熟知的推销场所，我们可以保留其原本的推销手法，在其基础上创新，一些更加现代化的商店，我们就必须采用贴近现代化的推销手法，利用人们常用的社交软件、利用互联网来进行推销，甚至可以推广电子平台，经营微商城。</w:t>
      </w:r>
      <w:r>
        <w:rPr>
          <w:lang w:eastAsia="zh-CN"/>
        </w:rPr>
        <w:br/>
      </w:r>
      <w:r>
        <w:rPr>
          <w:lang w:eastAsia="zh-CN"/>
        </w:rPr>
        <w:t xml:space="preserve">    2024年元旦促销活动总结范文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20__年6月1日下午2点，在朝阳区星吧路餐饮一条街举办了为了灾区的孩子撑起一片天——六一儿童节爱心促销活动，此次活动是圣诺亚公益社团活动部、北京站联合新浪论坛、新浪锐博客、星吧路餐饮一条街、比力必利非洲餐吧一起为灾区的孩子们搞的促销拍卖会，参与志愿者服务的`是圣诺亚北京站志愿者团队。参与物品捐赠的是社会各界爱心人士、网友、新浪论坛、新浪锐博客、比力必利非洲餐吧，还有来自太阳村孩子们的手工绘画和秀品，圣诺亚天津站的心香一瓣带领的弘德家园的孩子们捐赠的玩具，以及社团志愿者捐赠的促销品、拍卖品和捐赠物资。室外促销场促销一到五十元价位不等的玩具、小饰品、日用品、书籍、明星海报、工艺品、提包及其他物品共计2163。5元;内场促销物品共计1308元;拍卖品共计14050余元，现场捐款为1790元。当天所筹善款约19311。50元，将用于为甘肃重灾区陇南的孩子们购买一百五十套课桌椅及灾区孩子们的生活、学习必须品，活动中所获捐赠玩具、书籍、食品和日用品等将由志愿者直接分发到灾区的孩子们手里。</w:t>
      </w:r>
      <w:r>
        <w:rPr>
          <w:lang w:eastAsia="zh-CN"/>
        </w:rPr>
        <w:br/>
      </w:r>
      <w:r>
        <w:rPr>
          <w:lang w:eastAsia="zh-CN"/>
        </w:rPr>
        <w:t>　　活动策划目的</w:t>
      </w:r>
      <w:r>
        <w:rPr>
          <w:lang w:eastAsia="zh-CN"/>
        </w:rPr>
        <w:br/>
      </w:r>
      <w:r>
        <w:rPr>
          <w:lang w:eastAsia="zh-CN"/>
        </w:rPr>
        <w:t>　　1、为甘肃灾区学校重建提供150套课桌椅筹集部分费用</w:t>
      </w:r>
      <w:r>
        <w:rPr>
          <w:lang w:eastAsia="zh-CN"/>
        </w:rPr>
        <w:br/>
      </w:r>
      <w:r>
        <w:rPr>
          <w:lang w:eastAsia="zh-CN"/>
        </w:rPr>
        <w:t>　　2、为灾区一线妇女儿童募集购置卫生用品</w:t>
      </w:r>
      <w:r>
        <w:rPr>
          <w:lang w:eastAsia="zh-CN"/>
        </w:rPr>
        <w:br/>
      </w:r>
      <w:r>
        <w:rPr>
          <w:lang w:eastAsia="zh-CN"/>
        </w:rPr>
        <w:t>　　3、为灾区学龄儿童募集部分课本，书本和文具用品</w:t>
      </w:r>
      <w:r>
        <w:rPr>
          <w:lang w:eastAsia="zh-CN"/>
        </w:rPr>
        <w:br/>
      </w:r>
      <w:r>
        <w:rPr>
          <w:lang w:eastAsia="zh-CN"/>
        </w:rPr>
        <w:t>　　活动过程描述</w:t>
      </w:r>
      <w:r>
        <w:rPr>
          <w:lang w:eastAsia="zh-CN"/>
        </w:rPr>
        <w:br/>
      </w:r>
      <w:r>
        <w:rPr>
          <w:lang w:eastAsia="zh-CN"/>
        </w:rPr>
        <w:t>　　1、在5月20日左右由圣诺亚部分成员提出促销活动想法，由小范围讨论可行性并且进行了场地早期踩点的准备。</w:t>
      </w:r>
      <w:r>
        <w:rPr>
          <w:lang w:eastAsia="zh-CN"/>
        </w:rPr>
        <w:br/>
      </w:r>
      <w:r>
        <w:rPr>
          <w:lang w:eastAsia="zh-CN"/>
        </w:rPr>
        <w:t>　　2、通过小范围讨论，在5月22———25日之间确定了基本步骤和负责人：场地联系(万水千山)，内部联络(梦冰)，策划协调(空队，梦冰，卉欣，向灵)，</w:t>
      </w:r>
      <w:r>
        <w:rPr>
          <w:lang w:eastAsia="zh-CN"/>
        </w:rPr>
        <w:br/>
      </w:r>
      <w:r>
        <w:rPr>
          <w:lang w:eastAsia="zh-CN"/>
        </w:rPr>
        <w:t>　　对外收集促销品(梦冰，向灵)，</w:t>
      </w:r>
      <w:r>
        <w:rPr>
          <w:lang w:eastAsia="zh-CN"/>
        </w:rPr>
        <w:br/>
      </w:r>
      <w:r>
        <w:rPr>
          <w:lang w:eastAsia="zh-CN"/>
        </w:rPr>
        <w:t>　　宣传资料准备(万水千山、穿_甲、佳佳)</w:t>
      </w:r>
      <w:r>
        <w:rPr>
          <w:lang w:eastAsia="zh-CN"/>
        </w:rPr>
        <w:br/>
      </w:r>
      <w:r>
        <w:rPr>
          <w:lang w:eastAsia="zh-CN"/>
        </w:rPr>
        <w:t>　　3、在5月26日对外公开活动内容， 公开方式(圣诺亚论坛，圣诺亚博客，部分成员博客，其他论坛)</w:t>
      </w:r>
      <w:r>
        <w:rPr>
          <w:lang w:eastAsia="zh-CN"/>
        </w:rPr>
        <w:br/>
      </w:r>
      <w:r>
        <w:rPr>
          <w:lang w:eastAsia="zh-CN"/>
        </w:rPr>
        <w:t>　　4、5月27日由卉欣，梦冰，向灵协调制定了工作分配和细化发布在论坛专贴跟贴中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5、5月28日总结协调大家的工作后正式确定具体活动地点，工作岗位，工作流程，促销方式种类并把正式宣传内容定稿发布在新浪首页扩大社会影响</w:t>
      </w:r>
      <w:r>
        <w:rPr>
          <w:lang w:eastAsia="zh-CN"/>
        </w:rPr>
        <w:br/>
      </w:r>
      <w:r>
        <w:rPr>
          <w:lang w:eastAsia="zh-CN"/>
        </w:rPr>
        <w:t>　　6、5月29日由卉欣更新细化分配发布在论坛专贴跟贴中</w:t>
      </w:r>
      <w:r>
        <w:rPr>
          <w:lang w:eastAsia="zh-CN"/>
        </w:rPr>
        <w:br/>
      </w:r>
      <w:r>
        <w:rPr>
          <w:lang w:eastAsia="zh-CN"/>
        </w:rPr>
        <w:t>　　7、5月30日由卉欣汇总制定了活动流程发布在论坛专贴跟贴中</w:t>
      </w:r>
      <w:r>
        <w:rPr>
          <w:lang w:eastAsia="zh-CN"/>
        </w:rPr>
        <w:br/>
      </w:r>
      <w:r>
        <w:rPr>
          <w:lang w:eastAsia="zh-CN"/>
        </w:rPr>
        <w:t>　　8、5月31日空队，梦冰，卉欣，缘来如此，老赵，万水千山，慧瑶，向灵一起在志愿者个人家里联合办公，完成促销品收集，造册，登记，标价和汇总</w:t>
      </w:r>
      <w:r>
        <w:rPr>
          <w:lang w:eastAsia="zh-CN"/>
        </w:rPr>
        <w:br/>
      </w:r>
      <w:r>
        <w:rPr>
          <w:lang w:eastAsia="zh-CN"/>
        </w:rPr>
        <w:t>　　9、5月31日晚上最后敲定每个成员的岗位和现场所用ppt资料</w:t>
      </w:r>
      <w:r>
        <w:rPr>
          <w:lang w:eastAsia="zh-CN"/>
        </w:rPr>
        <w:br/>
      </w:r>
      <w:r>
        <w:rPr>
          <w:lang w:eastAsia="zh-CN"/>
        </w:rPr>
        <w:t>　　10、6月1日正式活动，现场准备经历了2个小时，志愿者到来比较多，但是没有能够完全按照协定的岗位就位。开始时间推迟了20分钟。室外静卖场由于天气原因提前1个半小时结束，室内静卖场由于场地原因提前1小时结束，拍卖场由于场地原因提前半小时结束。</w:t>
      </w:r>
      <w:r>
        <w:rPr>
          <w:lang w:eastAsia="zh-CN"/>
        </w:rPr>
        <w:br/>
      </w:r>
      <w:r>
        <w:rPr>
          <w:lang w:eastAsia="zh-CN"/>
        </w:rPr>
        <w:t>　　现场的促销品剩余较多。</w:t>
      </w:r>
      <w:r>
        <w:rPr>
          <w:lang w:eastAsia="zh-CN"/>
        </w:rPr>
        <w:br/>
      </w:r>
      <w:r>
        <w:rPr>
          <w:lang w:eastAsia="zh-CN"/>
        </w:rPr>
        <w:t>　　11、6月1日下午6点活动结束，圣诺亚成员合影留念</w:t>
      </w:r>
      <w:r>
        <w:rPr>
          <w:lang w:eastAsia="zh-CN"/>
        </w:rPr>
        <w:br/>
      </w:r>
      <w:r>
        <w:rPr>
          <w:lang w:eastAsia="zh-CN"/>
        </w:rPr>
        <w:t>　　12、6月1日—3日期间，成员忆梦，空队，等写了部分活动记录和总结发布在个人博客和论坛讨论贴中</w:t>
      </w:r>
      <w:r>
        <w:rPr>
          <w:lang w:eastAsia="zh-CN"/>
        </w:rPr>
        <w:br/>
      </w:r>
      <w:r>
        <w:rPr>
          <w:lang w:eastAsia="zh-CN"/>
        </w:rPr>
        <w:t>　　活动结果评价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1、促销现金收入近19311。50元将专项用于购置150套课桌椅和妇幼卫生用品</w:t>
      </w:r>
      <w:r>
        <w:rPr>
          <w:lang w:eastAsia="zh-CN"/>
        </w:rPr>
        <w:br/>
      </w:r>
      <w:r>
        <w:rPr>
          <w:lang w:eastAsia="zh-CN"/>
        </w:rPr>
        <w:t>　　2、接受现场和提前收集的捐赠课本，书本和文具品可以直接运往灾区</w:t>
      </w:r>
      <w:r>
        <w:rPr>
          <w:lang w:eastAsia="zh-CN"/>
        </w:rPr>
        <w:br/>
      </w:r>
      <w:r>
        <w:rPr>
          <w:lang w:eastAsia="zh-CN"/>
        </w:rPr>
        <w:t>　　优点：</w:t>
      </w:r>
      <w:r>
        <w:rPr>
          <w:lang w:eastAsia="zh-CN"/>
        </w:rPr>
        <w:br/>
      </w:r>
      <w:r>
        <w:rPr>
          <w:lang w:eastAsia="zh-CN"/>
        </w:rPr>
        <w:t>　　1、北京站志愿者参加踊跃，一部分有相应工作经验的人(慧瑶，丝舞，万水千山，忆梦)可以迅速主动找到工作的切入点。丝舞在身体不适的情况下坚持把全场拍卖主持完毕，宝丫头在3个小时的拍卖中一直以亲切的微笑展示着每一件拍卖品，其他志愿者都能认真完成自身工作，尤其是室外促销场的志愿者：多多、丝茉茉、心心、小妖、稳欢、会飞的baby、8弃、熊熊、石头开窍、草原儒狼、加州战小士，从布置场地到5点下雨收场。一直在烈日下辛苦的促销和宣传。</w:t>
      </w:r>
      <w:r>
        <w:rPr>
          <w:lang w:eastAsia="zh-CN"/>
        </w:rPr>
        <w:br/>
      </w:r>
      <w:r>
        <w:rPr>
          <w:lang w:eastAsia="zh-CN"/>
        </w:rPr>
        <w:t>　　2、本次活动财务工作人员在现场工作很到位，帐目清楚细致无错误。</w:t>
      </w:r>
      <w:r>
        <w:rPr>
          <w:lang w:eastAsia="zh-CN"/>
        </w:rPr>
        <w:br/>
      </w:r>
      <w:r>
        <w:rPr>
          <w:lang w:eastAsia="zh-CN"/>
        </w:rPr>
        <w:t>　　缺点：</w:t>
      </w:r>
      <w:r>
        <w:rPr>
          <w:lang w:eastAsia="zh-CN"/>
        </w:rPr>
        <w:br/>
      </w:r>
      <w:r>
        <w:rPr>
          <w:lang w:eastAsia="zh-CN"/>
        </w:rPr>
        <w:t>　　1、活动准备时间不够充足，没有提前把各项任务分配到位。</w:t>
      </w:r>
      <w:r>
        <w:rPr>
          <w:lang w:eastAsia="zh-CN"/>
        </w:rPr>
        <w:br/>
      </w:r>
      <w:r>
        <w:rPr>
          <w:lang w:eastAsia="zh-CN"/>
        </w:rPr>
        <w:t>　　2、活动对外宣传时间较短，宣传面比较窄，造成拍卖中买家较少，一些拍卖物没有拍卖到应有价值。</w:t>
      </w:r>
      <w:r>
        <w:rPr>
          <w:lang w:eastAsia="zh-CN"/>
        </w:rPr>
        <w:br/>
      </w:r>
      <w:r>
        <w:rPr>
          <w:lang w:eastAsia="zh-CN"/>
        </w:rPr>
        <w:t>　　3、收集物品明细清单，收集捐赠品明细清单，各个促销种类的收支，采购计划的设计不够完善，有待进一步总结改进。</w:t>
      </w:r>
      <w:r>
        <w:rPr>
          <w:lang w:eastAsia="zh-CN"/>
        </w:rPr>
        <w:br/>
      </w:r>
      <w:r>
        <w:rPr>
          <w:lang w:eastAsia="zh-CN"/>
        </w:rPr>
        <w:t>　　4、现场指挥不够到位，造成开场晚了20分钟，有待进一步完善。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2024年元旦促销活动总结范文 篇9 </w:t>
      </w:r>
      <w:r>
        <w:rPr>
          <w:lang w:eastAsia="zh-CN"/>
        </w:rPr>
        <w:br/>
      </w:r>
      <w:r>
        <w:rPr>
          <w:lang w:eastAsia="zh-CN"/>
        </w:rPr>
        <w:t>　　公司领导：</w:t>
      </w:r>
      <w:r>
        <w:rPr>
          <w:lang w:eastAsia="zh-CN"/>
        </w:rPr>
        <w:br/>
      </w:r>
      <w:r>
        <w:rPr>
          <w:lang w:eastAsia="zh-CN"/>
        </w:rPr>
        <w:t>　　进入公司已经有将近1年的时间，在公司领导的强有力的领导以及关心支持下，我在20__年度取得了很大的进步，也在工作过程中，初步达成了公司20__年年度网络营销工作目标。现将有关20__年度个人工作情况作如下总结：</w:t>
      </w:r>
      <w:r>
        <w:rPr>
          <w:lang w:eastAsia="zh-CN"/>
        </w:rPr>
        <w:br/>
      </w:r>
      <w:r>
        <w:rPr>
          <w:lang w:eastAsia="zh-CN"/>
        </w:rPr>
        <w:t>　　一、年度工作情况：</w:t>
      </w:r>
      <w:r>
        <w:rPr>
          <w:lang w:eastAsia="zh-CN"/>
        </w:rPr>
        <w:br/>
      </w:r>
      <w:r>
        <w:rPr>
          <w:lang w:eastAsia="zh-CN"/>
        </w:rPr>
        <w:t>　　1、熟悉了解公司</w:t>
      </w:r>
      <w:r>
        <w:rPr>
          <w:lang w:eastAsia="zh-CN"/>
        </w:rPr>
        <w:br/>
      </w:r>
      <w:r>
        <w:rPr>
          <w:lang w:eastAsia="zh-CN"/>
        </w:rPr>
        <w:t>　　我于20__年9月进入公司，为了更快更好地融入公司这个团队，为以后的工作打好铺垫，我加紧对公司的各项工作流程的了解，熟悉公司的企业文化。通过了解和熟悉，我为能进入公司这个团队感到自豪，同时也感到自身的压力。在以后的工作中，我将严格要求自己，在坚持原则的情况下敢于创新，更快更好地完成工作任务。</w:t>
      </w:r>
      <w:r>
        <w:rPr>
          <w:lang w:eastAsia="zh-CN"/>
        </w:rPr>
        <w:br/>
      </w:r>
      <w:r>
        <w:rPr>
          <w:lang w:eastAsia="zh-CN"/>
        </w:rPr>
        <w:t>　　2、熟悉市场工作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作为市场专员，熟悉和了解市场对工作是必要的。为了以后能更好地开展工作，我常常查询资料及在每次活动中学习广告公司的策划安全，对各类市场活动深化了解，对促销活动做了更深层次的了解。在参与各类活动之后之后，掌握了各种市场组织、操作流程，以及活动所能涉及的细节，提高了在市场活动方面专业知识和有效经验。春季大车展中，我学习到了各类市场费用的管理，并参与编制修改了市场网络部的费用管理的制度及费用报表，制度及报表的规范有利于明确市场活动的费用合理分配，为市场活动提供保障。但我在5月的费用报销工作中，因为我对细节的不注重，差点让公司蒙受巨大损失，让我得到了对于不把握细节的深刻教训，通过这次教训，让我未来的工作积极的梳理把握细节，也使自己对未来的工作方向更加明确。</w:t>
      </w:r>
      <w:r>
        <w:rPr>
          <w:lang w:eastAsia="zh-CN"/>
        </w:rPr>
        <w:br/>
      </w:r>
      <w:r>
        <w:rPr>
          <w:lang w:eastAsia="zh-CN"/>
        </w:rPr>
        <w:t>　　3、参与网络营销</w:t>
      </w:r>
      <w:r>
        <w:rPr>
          <w:lang w:eastAsia="zh-CN"/>
        </w:rPr>
        <w:br/>
      </w:r>
      <w:r>
        <w:rPr>
          <w:lang w:eastAsia="zh-CN"/>
        </w:rPr>
        <w:t>　　20__年，网络营销工作在公司领导的大力支持帮助下，不断的探索前进。6月的开始了对车易通平台的试用，宣传当期“促销4980”促销活动，当期单条广告新闻有效点击次数达20__余次，公司会员页面首次浏览破万次;8月与成都全搜索网站合作开展团购活动，共并车69台;10月份厂家集采使用，当期促销新闻点击达1000余次，首次实现网上订单转化，交车3台;12月，公司正式集采11家车易通后台，公司12家经营单位同期开展网络营销工作，截止12月31日，市场网络部及12家经营单位共发布新闻105条，报价推送3516次，新闻推送3145次，浏览量123741次，搜索445868次，400来电116次，获得订单71个，成交15台，成交率8%。</w:t>
      </w:r>
      <w:r>
        <w:rPr>
          <w:lang w:eastAsia="zh-CN"/>
        </w:rPr>
        <w:br/>
      </w:r>
      <w:r>
        <w:rPr>
          <w:lang w:eastAsia="zh-CN"/>
        </w:rPr>
        <w:t>　　在从事网络营销工作中，在领导的鼓励帮助下，我尝试对市场大环境的学习理解，着重在网络营销的广告宣传上下苦功，在实际反馈数据中取得初步的成果。更多的学会了观察、转化，并将自己的工作用实际的数据说话。</w:t>
      </w:r>
      <w:r>
        <w:rPr>
          <w:lang w:eastAsia="zh-CN"/>
        </w:rPr>
        <w:br/>
      </w:r>
      <w:r>
        <w:rPr>
          <w:lang w:eastAsia="zh-CN"/>
        </w:rPr>
        <w:t>　　二、存在的不足以及改进措施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20__年即将随风逝去，回想自己在公司将近1年的工作，虽然工作量比较大，但是闪光点并不多，许多工作还有不尽如意之处，总</w:t>
      </w:r>
      <w:r>
        <w:rPr>
          <w:lang w:eastAsia="zh-CN"/>
        </w:rPr>
        <w:br/>
      </w:r>
      <w:r>
        <w:rPr>
          <w:lang w:eastAsia="zh-CN"/>
        </w:rPr>
        <w:t>　　结起来存在的不足主要有以下几点：</w:t>
      </w:r>
      <w:r>
        <w:rPr>
          <w:lang w:eastAsia="zh-CN"/>
        </w:rPr>
        <w:br/>
      </w:r>
      <w:r>
        <w:rPr>
          <w:lang w:eastAsia="zh-CN"/>
        </w:rPr>
        <w:t>　　1、缺乏主动学习沟通、不能充分利用资源</w:t>
      </w:r>
      <w:r>
        <w:rPr>
          <w:lang w:eastAsia="zh-CN"/>
        </w:rPr>
        <w:br/>
      </w:r>
      <w:r>
        <w:rPr>
          <w:lang w:eastAsia="zh-CN"/>
        </w:rPr>
        <w:t>　　在工作的过程中，由于对汽车专业比较陌生，对于销售政策的不及时了解并消化，造成宣传工作效率降低甚至出现错误，不能达到优势资源充分利用。俗话说的好“三人行必有我师”，在以后的工作中，我要主动加强和销售部及经营单位同事的沟通，通过公司这个平台达到资源共享，从而提高自己的业务水平。</w:t>
      </w:r>
      <w:r>
        <w:rPr>
          <w:lang w:eastAsia="zh-CN"/>
        </w:rPr>
        <w:br/>
      </w:r>
      <w:r>
        <w:rPr>
          <w:lang w:eastAsia="zh-CN"/>
        </w:rPr>
        <w:t>　　2、缺乏计划、总结性</w:t>
      </w:r>
      <w:r>
        <w:rPr>
          <w:lang w:eastAsia="zh-CN"/>
        </w:rPr>
        <w:br/>
      </w:r>
      <w:r>
        <w:rPr>
          <w:lang w:eastAsia="zh-CN"/>
        </w:rPr>
        <w:t>　　在日常工作过程中，由于缺乏计划、总结性，工作目的不够明确，主次矛盾不清，日常工作结束后不能形成具体的材料，常常达到事倍功半的效果，领导不满意不说，自己还一肚子委屈。在以后的工作过程中，我要认真制订工作计划，完成工作结束后的各类信息回收，做事加强目的认识，分清主次矛盾，争取能达到事半功倍的效果。</w:t>
      </w:r>
      <w:r>
        <w:rPr>
          <w:lang w:eastAsia="zh-CN"/>
        </w:rPr>
        <w:br/>
      </w:r>
      <w:r>
        <w:rPr>
          <w:lang w:eastAsia="zh-CN"/>
        </w:rPr>
        <w:t>　　3、专业面狭窄</w:t>
      </w:r>
      <w:r>
        <w:rPr>
          <w:lang w:eastAsia="zh-CN"/>
        </w:rPr>
        <w:br/>
      </w:r>
      <w:r>
        <w:rPr>
          <w:lang w:eastAsia="zh-CN"/>
        </w:rPr>
        <w:t>　　作为一个市场部成员，应该是一专多能的，这样的人才才符合公司的需求。自己的专业面狭窄，对汽车行业其它专业认识不够，特别是活动策划以及宣传创新，这都限制了自身的发展。在以后的工作过程中，我将加强其他专业的学习，充分利用公司资源，提高主观能动性，争取能成为一专多能的复合型人才。</w:t>
      </w:r>
      <w:r>
        <w:rPr>
          <w:lang w:eastAsia="zh-CN"/>
        </w:rPr>
        <w:br/>
      </w:r>
      <w:r>
        <w:rPr>
          <w:lang w:eastAsia="zh-CN"/>
        </w:rPr>
        <w:t>　　三、完成20__年目标计划的措施以及建议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为了网络营销工作的顺利开展，也为了网络营销的可持续性发展，我在这方面以及其它方面做以下建议。</w:t>
      </w:r>
      <w:r>
        <w:rPr>
          <w:lang w:eastAsia="zh-CN"/>
        </w:rPr>
        <w:br/>
      </w:r>
      <w:r>
        <w:rPr>
          <w:lang w:eastAsia="zh-CN"/>
        </w:rPr>
        <w:t>　　1、网络营销专员</w:t>
      </w:r>
      <w:r>
        <w:rPr>
          <w:lang w:eastAsia="zh-CN"/>
        </w:rPr>
        <w:br/>
      </w:r>
      <w:r>
        <w:rPr>
          <w:lang w:eastAsia="zh-CN"/>
        </w:rPr>
        <w:t>　　市场活动是为公司销售打基础做铺垫的，在公司销售工作中地位非同小可。</w:t>
      </w:r>
      <w:r>
        <w:rPr>
          <w:lang w:eastAsia="zh-CN"/>
        </w:rPr>
        <w:br/>
      </w:r>
      <w:r>
        <w:rPr>
          <w:lang w:eastAsia="zh-CN"/>
        </w:rPr>
        <w:t>　　经营单位在对接市场活动及网络营销工作中，大部份网络营销专员是一人做多项工作，经常出现紧急改相关数据时不能及时到位，反应滞后，出现网上宣传、网上销售整套体系混乱，推进速度极其缓慢。</w:t>
      </w:r>
      <w:r>
        <w:rPr>
          <w:lang w:eastAsia="zh-CN"/>
        </w:rPr>
        <w:br/>
      </w:r>
      <w:r>
        <w:rPr>
          <w:lang w:eastAsia="zh-CN"/>
        </w:rPr>
        <w:t>　　网络营销这一销售模式，是公司在20__年的重点投入之一，是公司开展的全新销售模式，更是拓开的另一个销售渠道。建议公司在20__年能够在各经营单位指定专门的市场专员，定向对接市场工作及网络营销工作，让网络营销工作能够稳步快速发展。</w:t>
      </w:r>
      <w:r>
        <w:rPr>
          <w:lang w:eastAsia="zh-CN"/>
        </w:rPr>
        <w:br/>
      </w:r>
      <w:r>
        <w:rPr>
          <w:lang w:eastAsia="zh-CN"/>
        </w:rPr>
        <w:t>　　2 、新闻、形象页面</w:t>
      </w:r>
      <w:r>
        <w:rPr>
          <w:lang w:eastAsia="zh-CN"/>
        </w:rPr>
        <w:br/>
      </w:r>
      <w:r>
        <w:rPr>
          <w:lang w:eastAsia="zh-CN"/>
        </w:rPr>
        <w:t>　　网络营销给公司带来了营销宣传上的便捷性，但由于网络平台使用人群的复杂度及网络的传播方式，容易在网上产生不良信息。</w:t>
      </w:r>
      <w:r>
        <w:rPr>
          <w:lang w:eastAsia="zh-CN"/>
        </w:rPr>
        <w:br/>
      </w:r>
      <w:r>
        <w:rPr>
          <w:lang w:eastAsia="zh-CN"/>
        </w:rPr>
        <w:t>　　20__年，我们将继续加大对新闻的监管力度，在牢牢抓住深化消费者“ ”的购车理念的宣传重点，在新闻上，除促销外，新闻依然由市场网络部进行审核后发送，并在每一条企业新闻、促销新闻中，并逐步加大企业新闻的发布量，加强对万友翔宇公司品牌、企业文化、经营理念的宣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页面规范中，我们将持续规范礼貌用语，为公司树立良好的企业形象，另外将全新投入对于车友活动、售后服务的宣传，呈现出网上立体“4S”，并对参与活动、享受服务的客户，将指导各经营单位网络营销专员，引导客户在网络上以提车作业、售后保养作业的信息</w:t>
      </w:r>
      <w:r>
        <w:rPr>
          <w:lang w:eastAsia="zh-CN"/>
        </w:rPr>
        <w:br/>
      </w:r>
      <w:r>
        <w:rPr>
          <w:lang w:eastAsia="zh-CN"/>
        </w:rPr>
        <w:t>　　发布在汽车论坛上。结合传统媒体广告，打造网络营销宣传立体化，扩大相关客户群的影响力，继而促进销售，为公司创造更好的效益及良好的口碑。</w:t>
      </w:r>
      <w:r>
        <w:rPr>
          <w:lang w:eastAsia="zh-CN"/>
        </w:rPr>
        <w:br/>
      </w:r>
      <w:r>
        <w:rPr>
          <w:lang w:eastAsia="zh-CN"/>
        </w:rPr>
        <w:t>　　3 、电话营销</w:t>
      </w:r>
      <w:r>
        <w:rPr>
          <w:lang w:eastAsia="zh-CN"/>
        </w:rPr>
        <w:br/>
      </w:r>
      <w:r>
        <w:rPr>
          <w:lang w:eastAsia="zh-CN"/>
        </w:rPr>
        <w:t>　　在经过1月的集采使用后，400电话客户比网上直接呈现订单的客户在多很多，20__年网络营销实现销售量，电话营销工作开展势在必行，在加强各单位礼貌用语的同时，对于400电话客户的周期回访，形成报表制，降低400来电客户流失率。</w:t>
      </w:r>
      <w:r>
        <w:rPr>
          <w:lang w:eastAsia="zh-CN"/>
        </w:rPr>
        <w:br/>
      </w:r>
      <w:r>
        <w:rPr>
          <w:lang w:eastAsia="zh-CN"/>
        </w:rPr>
        <w:t>　　4、 促进销量</w:t>
      </w:r>
      <w:r>
        <w:rPr>
          <w:lang w:eastAsia="zh-CN"/>
        </w:rPr>
        <w:br/>
      </w:r>
      <w:r>
        <w:rPr>
          <w:lang w:eastAsia="zh-CN"/>
        </w:rPr>
        <w:t>　　现阶段网络营销工作上出现了疲软的现象，我们在进行网络营销工作的实例阶段，未形成有效的奖惩手段，在网上购车的客户也不能享有网购带来的其他惊喜，网络营销专员从网上卖车不能享受到一定程度的奖励，这些都降低了我们在网络营销工作上的销售量、来电量，20__年，我建议领导能够在前两个季度实行，网上购车有奖，网络营销专员网上卖车也有奖的网销政策，在刺激消费者的同时，提高网络营销专员的营销宣传积极性，为公司在网络上占据有利地形，打下坚实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网络营销工作相当复杂，他综合了实体4S的所有内容，并不是单纯的宣传和销售如此简单。所以作为从事网络营销的的员工，我们要牢牢树立全员经营的意识，拥有强烈的危机感，以主人翁的精神投入到工作中去。</w:t>
      </w:r>
      <w:r>
        <w:rPr>
          <w:lang w:eastAsia="zh-CN"/>
        </w:rPr>
        <w:br/>
      </w:r>
      <w:r>
        <w:rPr>
          <w:lang w:eastAsia="zh-CN"/>
        </w:rPr>
        <w:t>　　四、总结语</w:t>
      </w:r>
      <w:r>
        <w:rPr>
          <w:lang w:eastAsia="zh-CN"/>
        </w:rPr>
        <w:br/>
      </w:r>
      <w:r>
        <w:rPr>
          <w:lang w:eastAsia="zh-CN"/>
        </w:rPr>
        <w:t>　　20__年已过去，虽然网络营销工作才刚刚起步，但收获也不少。特别是领导塌实的工作作风、认真负责的工作态度、不断创新的工作方式给我们员工树立了榜样。总结过去，展望未来，20__年工作多，任务重，对于我来说也是一种挑战。新环境，新机遇，新挑战，如何优质、高效的实现网络营销、优化网络宣传，是作为目前的我该思考的课题。在以后的工作中，作为领导暂时指定的网络营销工作的负责人，我将认真执行公司的相关规定，充分发挥个人主观能动性，以铁的纪律来约束自己，不断学习吸收管理经验及汽车知识，多计划多总结，不断的在公司给予的平台上努力奋斗。</w:t>
      </w:r>
      <w:r>
        <w:rPr>
          <w:lang w:eastAsia="zh-CN"/>
        </w:rPr>
        <w:br/>
      </w:r>
      <w:r>
        <w:rPr>
          <w:lang w:eastAsia="zh-CN"/>
        </w:rPr>
        <w:t>　　最后感谢领导一年来对我的无私帮助、支持、鼓励，也希望在新的一年里公司的领导能给我更多的理解和更大的支持，争取为网络营销工作的快速发展贡献自己的力量。</w:t>
      </w:r>
      <w:r>
        <w:rPr>
          <w:lang w:eastAsia="zh-CN"/>
        </w:rPr>
        <w:br/>
      </w:r>
      <w:r>
        <w:rPr>
          <w:lang w:eastAsia="zh-CN"/>
        </w:rPr>
        <w:t xml:space="preserve">    2024年元旦促销活动总结范文 篇10 </w:t>
      </w:r>
      <w:r>
        <w:rPr>
          <w:lang w:eastAsia="zh-CN"/>
        </w:rPr>
        <w:br/>
      </w:r>
      <w:r>
        <w:rPr>
          <w:lang w:eastAsia="zh-CN"/>
        </w:rPr>
        <w:t>　　一、促销活动准备</w:t>
      </w:r>
      <w:r>
        <w:rPr>
          <w:lang w:eastAsia="zh-CN"/>
        </w:rPr>
        <w:br/>
      </w:r>
      <w:r>
        <w:rPr>
          <w:lang w:eastAsia="zh-CN"/>
        </w:rPr>
        <w:t>　　促销现场布置，不管做任何形式的促销活动都要把现场的气氛搞起来，活动现场布置风格，把最有力的促销产品摆在显眼的位置，还是就是对员工进行活动前的培训，如客户来由谁负责接待、宣传产品派发、跟客户沟通话术培训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二、促销策略</w:t>
      </w:r>
      <w:r>
        <w:rPr>
          <w:lang w:eastAsia="zh-CN"/>
        </w:rPr>
        <w:br/>
      </w:r>
      <w:r>
        <w:rPr>
          <w:lang w:eastAsia="zh-CN"/>
        </w:rPr>
        <w:t>　　即然是促销，本次的活动主题是什么？对什么产品进行促销及促销力度都要提前策划好，促销方案能够制定很多种，买什么送什么？等其他优惠策略。</w:t>
      </w:r>
      <w:r>
        <w:rPr>
          <w:lang w:eastAsia="zh-CN"/>
        </w:rPr>
        <w:br/>
      </w:r>
      <w:r>
        <w:rPr>
          <w:lang w:eastAsia="zh-CN"/>
        </w:rPr>
        <w:t>　　三、活动形式</w:t>
      </w:r>
      <w:r>
        <w:rPr>
          <w:lang w:eastAsia="zh-CN"/>
        </w:rPr>
        <w:br/>
      </w:r>
      <w:r>
        <w:rPr>
          <w:lang w:eastAsia="zh-CN"/>
        </w:rPr>
        <w:t>　　为了增加化妆品此刻促销活动气氛，要在促销现场做些活动，如砸金蛋、摇奖、抽奖等，与现场消费者互动，增加客户好感度，增加乐趣。</w:t>
      </w:r>
      <w:r>
        <w:rPr>
          <w:lang w:eastAsia="zh-CN"/>
        </w:rPr>
        <w:br/>
      </w:r>
      <w:r>
        <w:rPr>
          <w:lang w:eastAsia="zh-CN"/>
        </w:rPr>
        <w:t>　　四、促销优点</w:t>
      </w:r>
      <w:r>
        <w:rPr>
          <w:lang w:eastAsia="zh-CN"/>
        </w:rPr>
        <w:br/>
      </w:r>
      <w:r>
        <w:rPr>
          <w:lang w:eastAsia="zh-CN"/>
        </w:rPr>
        <w:t>　　经过化妆品促销活动能够带动消费，快速实现资金回流，所以，我们在做促销产品时，要尽量多制定些促销方案及更多的产品供客户选择。</w:t>
      </w:r>
      <w:r>
        <w:rPr>
          <w:lang w:eastAsia="zh-CN"/>
        </w:rPr>
        <w:br/>
      </w:r>
      <w:r>
        <w:rPr>
          <w:lang w:eastAsia="zh-CN"/>
        </w:rPr>
        <w:t>　　五、促销缺点</w:t>
      </w:r>
      <w:r>
        <w:rPr>
          <w:lang w:eastAsia="zh-CN"/>
        </w:rPr>
        <w:br/>
      </w:r>
      <w:r>
        <w:rPr>
          <w:lang w:eastAsia="zh-CN"/>
        </w:rPr>
        <w:t>　　对单个产品影响正常毛利润，可能吸引一些便宜的客户进来，但也没有关系，能够为你带来人气，如果你的产品质量好，还有后期消费。</w:t>
      </w:r>
      <w:r>
        <w:rPr>
          <w:lang w:eastAsia="zh-CN"/>
        </w:rPr>
        <w:br/>
      </w:r>
      <w:r>
        <w:rPr>
          <w:lang w:eastAsia="zh-CN"/>
        </w:rPr>
        <w:t>　　关于化妆品的促销活动方案就分享到那里，在活动中，除了制定好的化妆品促销方案，其次重要的是要职责到人，每个在现场的员工各自负责什么，这样才能保证让整个促销活动现场顺利进行。</w:t>
      </w:r>
      <w:r>
        <w:rPr>
          <w:lang w:eastAsia="zh-CN"/>
        </w:rPr>
        <w:br/>
      </w:r>
      <w:r>
        <w:rPr>
          <w:lang w:eastAsia="zh-CN"/>
        </w:rPr>
        <w:t xml:space="preserve">    2024年元旦促销活动总结范文 篇11 </w:t>
      </w:r>
      <w:r>
        <w:rPr>
          <w:lang w:eastAsia="zh-CN"/>
        </w:rPr>
        <w:br/>
      </w:r>
      <w:r>
        <w:rPr>
          <w:lang w:eastAsia="zh-CN"/>
        </w:rPr>
        <w:t>　　一。活动目的：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母亲节的由来：母亲节最早是古代的希人和马人都会举春季节日，以表达他们对母亲神的崇敬。后，在中古世纪的英国，大致在每的二月底至四月初的四旬斋的第四个星期日，就是母亲日。那一天，长大的孩子，务必带著物回家，送给自己的妈妈。在美国，最早关於母亲节的记载是1872由茱丽雅所提出的，她推荐将这一天献给「和平」，并在波斯顿等地举母亲节的集会。</w:t>
      </w:r>
      <w:r>
        <w:rPr>
          <w:lang w:eastAsia="zh-CN"/>
        </w:rPr>
        <w:br/>
      </w:r>
      <w:r>
        <w:rPr>
          <w:lang w:eastAsia="zh-CN"/>
        </w:rPr>
        <w:t>　　1907，费城的安娜为发起订全国性的母亲节而活动。她说服她母亲所属的西维琴尼亚州的教会，在她母亲逝世二周的忌日即五月的第二个星期天，举办母亲节庆祝活动。之后，安娜和支持者们开始写信给部长、企业家和政治家，要求订全国性的母亲节。威尔生总统亦於1914发表官方声言，让母亲节成为全国性的节日，就是每五月的第二个礼拜天这一天。2。活动目的：提升当日营业额。争取新顾客，巩固顾客。树红屋真情服务、用心品质的健康企业形象。</w:t>
      </w:r>
      <w:r>
        <w:rPr>
          <w:lang w:eastAsia="zh-CN"/>
        </w:rPr>
        <w:br/>
      </w:r>
      <w:r>
        <w:rPr>
          <w:lang w:eastAsia="zh-CN"/>
        </w:rPr>
        <w:t>　　二。活动时间：20__年5月14日</w:t>
      </w:r>
      <w:r>
        <w:rPr>
          <w:lang w:eastAsia="zh-CN"/>
        </w:rPr>
        <w:br/>
      </w:r>
      <w:r>
        <w:rPr>
          <w:lang w:eastAsia="zh-CN"/>
        </w:rPr>
        <w:t>　　三。活动主题：红屋“母亲节我最想对母亲说的一话”活动</w:t>
      </w:r>
      <w:r>
        <w:rPr>
          <w:lang w:eastAsia="zh-CN"/>
        </w:rPr>
        <w:br/>
      </w:r>
      <w:r>
        <w:rPr>
          <w:lang w:eastAsia="zh-CN"/>
        </w:rPr>
        <w:t>　　四。活动资料：因为母亲节的节日性，优惠套餐也许能够提升销，但出于企业形象建设等长远益以及顾客感受思考促销活动应以感情诉求为主。在母亲节当天对所有同母亲一同来就餐的顾客都送一张母亲节贺卡和一支康乃馨。顾客能够现场在贺卡上填写为母亲送上的祝福，能够由服务人员在店内为其广播祝福语。注：a活动仅限与母亲一同来的顾客，无论纪大小。具体由服务人员观察询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允许多送但允许过任何一位来就餐的母亲，否则会使顾客产生满。b广播人员语气语调务必恳富含感情，可有敷衍走形式状况发生，负责会使顾客感到尴尬和被戏感觉。小学生相对而言比较适合。c配合《世上只有妈妈好》等歌曲伴奏读效果比较好。</w:t>
      </w:r>
      <w:r>
        <w:rPr>
          <w:lang w:eastAsia="zh-CN"/>
        </w:rPr>
        <w:br/>
      </w:r>
      <w:r>
        <w:rPr>
          <w:lang w:eastAsia="zh-CN"/>
        </w:rPr>
        <w:t>　　五。活动宣传：</w:t>
      </w:r>
      <w:r>
        <w:rPr>
          <w:lang w:eastAsia="zh-CN"/>
        </w:rPr>
        <w:br/>
      </w:r>
      <w:r>
        <w:rPr>
          <w:lang w:eastAsia="zh-CN"/>
        </w:rPr>
        <w:t>　　1。文案题目：红屋“母亲节我最想对母亲说的一话”活动</w:t>
      </w:r>
      <w:r>
        <w:rPr>
          <w:lang w:eastAsia="zh-CN"/>
        </w:rPr>
        <w:br/>
      </w:r>
      <w:r>
        <w:rPr>
          <w:lang w:eastAsia="zh-CN"/>
        </w:rPr>
        <w:t>　　2。文案正文：母亲节，你为母亲准备么礼物？其实，你真的用为此大伤脑筋，因为最能让母亲快乐的事莫过于全家人的团圆与平安。送上一枝盛开的康乃馨，送上一真心的祝福，一顿可口而简单的团圆饭，就是对妈最好的礼物。这一红屋都为你准备好。您送给母亲最贴心的祝福，红屋送您最贴心的服务。</w:t>
      </w:r>
      <w:r>
        <w:rPr>
          <w:lang w:eastAsia="zh-CN"/>
        </w:rPr>
        <w:br/>
      </w:r>
      <w:r>
        <w:rPr>
          <w:lang w:eastAsia="zh-CN"/>
        </w:rPr>
        <w:t>　　3。宣传方式：POP宣传海报，条幅。费用预算1。根据三家店三月份人潮统计分析：中山店周日最高人潮326人，平均人潮288人延安店周日最高人潮250人，平均人潮196人闽江店周日最高人潮232人，平均人潮196人其中，周人潮多数状况下较周日人潮要多。另外根据20__母亲节促销活动资来看一部分人倾向于母亲节在家吃饭。我们闽江店顾客的重要组成部分儿童没有强的意识和足够经济能与母亲到红屋就餐。</w:t>
      </w:r>
      <w:r>
        <w:rPr>
          <w:lang w:eastAsia="zh-CN"/>
        </w:rPr>
        <w:br/>
      </w:r>
      <w:r>
        <w:rPr>
          <w:lang w:eastAsia="zh-CN"/>
        </w:rPr>
        <w:t>　　因此，本着促销用品能短缺及节约的原则由各店经预估人潮。我个人认为中山店发放康乃馨150支、贺卡100份，延安店发放康乃馨80支、贺卡100份，闽江店发放康乃馨90支、贺卡100份。贺卡剩余能够存放，康乃馨保存期短，如出现大剩余可送出或由服务人员在店门口售卖均可。2。促销成本预算康乃馨批发价大约在每打9元左右，每打12支。费用在300元以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贺卡根据质同批发价大约在0。5至1。5元左右。但出于宣传效果思考贺卡应有红屋标志并且较为精美具必须保存价值。费用就应能够控制在300元以下。总费用可控制在600元左右，促销成本较低。</w:t>
      </w:r>
      <w:r>
        <w:rPr>
          <w:lang w:eastAsia="zh-CN"/>
        </w:rPr>
        <w:br/>
      </w:r>
      <w:r>
        <w:rPr>
          <w:lang w:eastAsia="zh-CN"/>
        </w:rPr>
        <w:t>　　“游子吟：慈母手中线，游子身上衣，临行密密缝，意恐迟迟归，谁言寸草心，报得三春晖。”、“世界上一切光荣和骄傲都来自母亲”、“妈妈你在哪儿，哪儿就是最快乐的地方”、“世界上许多事物都是假的，空的，而母爱却是真的、永恒的、不灭的”；美国国会1914年5月7日透过决议，确定每年五月的第二个星期天是母亲节。母爱是无私的，更是没有国界。母亲一生为养育儿女呕心沥血，付出的最多。这一天正是提醒每位做儿女的要永远记住母亲的辛劳和养育之恩。为了纪念这个温馨的节日，人们一般都以赠送康乃馨来表达对母亲深深的爱恋，康乃馨是母爱之花，它是慈祥、温馨和真挚的代名词。在国外在这一天康乃馨是花市里的俏销货，其销量是十分惊人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20__年2月初，我作为应邀作为策划人协同策划组对我市进行了一次大范围及详细的市场调查，规划方案《母亲节促销活动方案》。透过两个星期的调查，我们发现：在母亲节期间的主要消费群体是25—45岁的，约占55%；其次是18—25岁的消费群体；而45岁以上的消费群体也占到了将近3%；消费者购买花卉的数目组合以1支、3支、6支、9支、12支、33支等数目为主，大约占到76%；市内其他花卉销售商在母亲节期间基本没有什么较大的促销活动，即使有也只是针对零售花店的通路促销，更多的花卉销售商及花店采取的是自然销售，从业人员营销观念比较落后。市内人们经常光顾的场所如电影院等虽然每年也搞活动，但不外乎幸运抽奖、降价优惠等形式，资料千篇一律，没有新意，而且活动宣传乏力，不到位，效果不佳。另外，在受访人群中，有56%的消费者认为每年都送康乃馨缺乏新意，不能将母亲节温馨长久留住，期望除赠送康乃馨以外，能赠送其他更时尚更有保留价值的礼品。显然，消费者的需求意味着巨大的商机。</w:t>
      </w:r>
      <w:r>
        <w:rPr>
          <w:lang w:eastAsia="zh-CN"/>
        </w:rPr>
        <w:br/>
      </w:r>
      <w:r>
        <w:rPr>
          <w:lang w:eastAsia="zh-CN"/>
        </w:rPr>
        <w:t>　　透过这些资料的收集、整理、决定、分析后，我们首先提出了重新定位公司目标消费群市场的草案：</w:t>
      </w:r>
      <w:r>
        <w:rPr>
          <w:lang w:eastAsia="zh-CN"/>
        </w:rPr>
        <w:br/>
      </w:r>
      <w:r>
        <w:rPr>
          <w:lang w:eastAsia="zh-CN"/>
        </w:rPr>
        <w:t>　　A类消费群：25—45岁的消费群，此类消费者都是母亲节康乃馨消费的主力人群。此类群体或是处于事业的起步期、上升期，或已事业有成，由于性格、年龄、偏好、收入、环境、习惯、价值观等原因，使得此类群体显得心态尤为成熟，能深切体会到做母亲的疾苦。</w:t>
      </w:r>
      <w:r>
        <w:rPr>
          <w:lang w:eastAsia="zh-CN"/>
        </w:rPr>
        <w:br/>
      </w:r>
      <w:r>
        <w:rPr>
          <w:lang w:eastAsia="zh-CN"/>
        </w:rPr>
        <w:t>　　B类消费群：45岁以上的消费群，此类人群虽然对新事物的理解程度不如年轻人，但由于每年母亲节气氛的影响，在整个花卉消费群体中已占有3%的比例，说明其时尚心态渐起，是一支易被“感化”的群体，如果其儿女能够推波助澜，媒体广告刺激到位，则此类消费群可能成为一只“绩优股”，升值潜力很大，而且也是一个值得关注的社会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C类消费群：18—25岁的消费群，他们富有激情，崇尚浪漫、时尚，喜欢幻想，能快速理解新事物，是一个为了求新、求变永远也不会厌倦的时尚阶层。她将是影响B类消费群的一支“伏兵”，即不能放下，而是要有针对性的进行市场推广。</w:t>
      </w:r>
      <w:r>
        <w:rPr>
          <w:lang w:eastAsia="zh-CN"/>
        </w:rPr>
        <w:br/>
      </w:r>
      <w:r>
        <w:rPr>
          <w:lang w:eastAsia="zh-CN"/>
        </w:rPr>
        <w:t>　　该草案采取了“抓两头带中间”目标市场定位：即透过对A类消费群和B类消费的重点诉求，带动C类消费群的用心参与。A类消费群的消费意识最强，需求最大，是主要目标市场，也是广告的主要对象。B类消费群虽然需求较小，但如果购买欲望被激发出来，也是一个不小的市场，而且其社会影响对公司的品牌建设将十分有利。</w:t>
      </w:r>
      <w:r>
        <w:rPr>
          <w:lang w:eastAsia="zh-CN"/>
        </w:rPr>
        <w:br/>
      </w:r>
      <w:r>
        <w:rPr>
          <w:lang w:eastAsia="zh-CN"/>
        </w:rPr>
        <w:t>　　该草案的提出获得了董事们的一致好评。</w:t>
      </w:r>
      <w:r>
        <w:rPr>
          <w:lang w:eastAsia="zh-CN"/>
        </w:rPr>
        <w:br/>
      </w:r>
      <w:r>
        <w:rPr>
          <w:lang w:eastAsia="zh-CN"/>
        </w:rPr>
        <w:t>　　透过调查我们还发现：康乃馨已经是母亲节的常规礼品，但此刻人们已经不仅仅仅满足于赠送康乃馨。康乃馨代表着温情，代表着温馨，但由于其物理属性，只能保存数天，而真挚的亲情需要永恒与执著，显然，只能保鲜数天康乃馨承载不了这层信息。因此，消费者需要一种能承载着永恒的亲情、代表着执著信息的礼品。这种礼品需要时尚，需要创新。珠宝饰品是较好的承载体，但其几千元、上万元的昂贵价格只能使手头拮据的年轻人望宝兴叹。到底这种载体应是怎样的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们发现，此刻正流行一种代表着中华民族深刻文化内涵且历史久远的手绣品：十字绣。“十字绣”（CrossStitch）产生于中国的唐代，在明清时代尤为盛行，和中国传统的很多绣法不同，它十分地简单易学，不论男女老少都能够轻而易举地掌握它，即可长久保存，还可享受到DIY的乐趣，于是乎广泛的在年轻人中流行开来，应是我们寻找的理想的载体。同时，由于十字绣是从远古传下来的女红手艺，这样就为她与母亲节的结合找到了一个巧妙的切入点，即这个针对母亲节的礼品就叫“亲恩绣”（结合市场时尚理念还可叫“亲恩秀”或“亲恩show”）。她不同于市场上销售的十字绣，我们赋予了她全新的内涵：“‘亲恩绣’SHOW出母亲节，亲恩不能忘怀，饮水要思源”，寓示着亲情的执著、久远。而且“亲恩绣”本身就是一个很好的卖点。</w:t>
      </w:r>
      <w:r>
        <w:rPr>
          <w:lang w:eastAsia="zh-CN"/>
        </w:rPr>
        <w:br/>
      </w:r>
      <w:r>
        <w:rPr>
          <w:lang w:eastAsia="zh-CN"/>
        </w:rPr>
        <w:t>　　于是，我们当即就此提出了另一草案，为公司发掘出的产品进行概念更新及重新包装应市，这次草案的提出，获得了董事们的一致认可，并要求我们即刻针对所重新定位的消费群、新开发的产品制定具体的促销活动方案，及尽快实施。</w:t>
      </w:r>
      <w:r>
        <w:rPr>
          <w:lang w:eastAsia="zh-CN"/>
        </w:rPr>
        <w:br/>
      </w:r>
      <w:r>
        <w:rPr>
          <w:lang w:eastAsia="zh-CN"/>
        </w:rPr>
        <w:t>　　于是紧之后20__年3月、4月我们就此为公司发掘出的产品进行了全新的包装组合及概念更新，具体操作如下：</w:t>
      </w:r>
      <w:r>
        <w:rPr>
          <w:lang w:eastAsia="zh-CN"/>
        </w:rPr>
        <w:br/>
      </w:r>
      <w:r>
        <w:rPr>
          <w:lang w:eastAsia="zh-CN"/>
        </w:rPr>
        <w:t>　　20__年3月我们迅速联系了一家手绣厂，用2个月时间开发出了系列的“亲恩绣”礼品，包括“有福绣”、“爱心绣”、“牵手绣”等，并且每种“亲恩绣”都配备了时尚、高档材质的包装盒，一改以往十字绣的低档、简单的形象。但由于其技术性不强，易被模仿，因此在活动之前，我们采取了严密的保护措施，防止概念、产品的外流。</w:t>
      </w:r>
      <w:r>
        <w:rPr>
          <w:lang w:eastAsia="zh-CN"/>
        </w:rPr>
        <w:br/>
      </w:r>
      <w:r>
        <w:rPr>
          <w:lang w:eastAsia="zh-CN"/>
        </w:rPr>
        <w:t xml:space="preserve">    2024年元旦促销活动总结范文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三星开展了“听赏大玩家，酷爽好过夏”的促销活动，据称三星此次活动总投入价值超过二千万，仅凭数字就足以让人目瞪口呆，先看一下三星的超两千万大礼，“7月1日-8月31日期间，凡购买三星17-20英寸液晶显示器好礼赠品买就送，_为实用的促销品真诚奉献，无限惊喜等你体验：凡购买三星17英寸液晶显示器，赠送价值58元的三星pleoma_键盘;凡购买三星19/20英寸液晶显示器(除931bf/940bw/205bw外)，赠送价值128元的三星pleoma_时尚水晶鼠标;凡购买三星940/205bw,931bf液晶显示器，赠送价值268元的三星_新pleoma_usb音箱。”</w:t>
      </w:r>
      <w:r>
        <w:rPr>
          <w:lang w:eastAsia="zh-CN"/>
        </w:rPr>
        <w:br/>
      </w:r>
      <w:r>
        <w:rPr>
          <w:lang w:eastAsia="zh-CN"/>
        </w:rPr>
        <w:t>　　“只要你买，三星就送”这是三星此次促销的_大诱惑，并且键盘、鼠标、音箱个个都很经典实用，而且维持的时间也比较长。</w:t>
      </w:r>
      <w:r>
        <w:rPr>
          <w:lang w:eastAsia="zh-CN"/>
        </w:rPr>
        <w:br/>
      </w:r>
      <w:r>
        <w:rPr>
          <w:lang w:eastAsia="zh-CN"/>
        </w:rPr>
        <w:t>　　飞利浦此次的促销活动走的是“平民化”路线，从7月1日至7月31日，凡购买飞利浦指定型号的17寸和19寸液晶显示器的朋友将分别获赠usb吸尘器和时尚太阳能腕表，市场价值在20-50元之间。另外飞利浦还有体验抽奖活动，大奖是spark乐驰轿车，还是非常诱人的，但中奖几率和双色球的500万大奖率不相上下，多少还是有点小郁闷。</w:t>
      </w:r>
      <w:r>
        <w:rPr>
          <w:lang w:eastAsia="zh-CN"/>
        </w:rPr>
        <w:br/>
      </w:r>
      <w:r>
        <w:rPr>
          <w:lang w:eastAsia="zh-CN"/>
        </w:rPr>
        <w:t>　　aoc的促销活动是：“从7月1日开始至8月31日，凡是购买aocf系列和p系列液晶显示器产品都可以获赠遮阳伞一把，不等价值的当当网购物卡一张，同时还有机会抽取价值5000元的aoc液晶电视大奖。”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aoc此次仅有两个系列型号参加促销，着实有些小气，而且“夏日送伞”虽有心意在，但是伞的价值实在不高，至于当当购物卡更是没什么价值，对消费者购买促进作用并不明显。</w:t>
      </w:r>
      <w:r>
        <w:rPr>
          <w:lang w:eastAsia="zh-CN"/>
        </w:rPr>
        <w:br/>
      </w:r>
      <w:r>
        <w:rPr>
          <w:lang w:eastAsia="zh-CN"/>
        </w:rPr>
        <w:t>　　明基从6月30日～7月31日，凡购买benq宽屏系列液晶显示器产品的用户，指定经销点以购物凭证获取惊喜“刮刮卡”，提供的奖品包括：20个价值1280元的漫步者s5.1m音箱、50个价值588元的松下dvd、150个华卫电视盒、200个saitekr220游戏方向盘、1000个液晶护颜套装，_低也有5元现金奖。买超人机系列液晶显示器——fp73g/fp93g，即获赠一套三个可爱的“超人变身玩偶”。凡购买benq冲浪机系列——fp72e/fp92e的用户，再加29元即可获一款价值99元的时尚夏日沙滩椅。刮刮卡中至少有5元的安慰奖，比起看不见摸不着的大奖来说，这个还是_实惠的。</w:t>
      </w:r>
      <w:r>
        <w:rPr>
          <w:lang w:eastAsia="zh-CN"/>
        </w:rPr>
        <w:br/>
      </w:r>
      <w:r>
        <w:rPr>
          <w:lang w:eastAsia="zh-CN"/>
        </w:rPr>
        <w:t>　　明基的礼品准备还算丰富，但是1个月的促销时间有点短暂，另外，刮刮卡的形式可是需要你拥有很高的幸运指数的。</w:t>
      </w:r>
      <w:r>
        <w:rPr>
          <w:lang w:eastAsia="zh-CN"/>
        </w:rPr>
        <w:br/>
      </w:r>
      <w:r>
        <w:rPr>
          <w:lang w:eastAsia="zh-CN"/>
        </w:rPr>
        <w:t>　　这就是我所知道的几个厂商的促销活动，准备购机的朋友可以作为参考。</w:t>
      </w:r>
      <w:r>
        <w:rPr>
          <w:lang w:eastAsia="zh-CN"/>
        </w:rPr>
        <w:br/>
      </w:r>
      <w:r>
        <w:rPr>
          <w:lang w:eastAsia="zh-CN"/>
        </w:rPr>
        <w:t xml:space="preserve">    2024年元旦促销活动总结范文 篇13 </w:t>
      </w:r>
      <w:r>
        <w:rPr>
          <w:lang w:eastAsia="zh-CN"/>
        </w:rPr>
        <w:br/>
      </w:r>
      <w:r>
        <w:rPr>
          <w:lang w:eastAsia="zh-CN"/>
        </w:rPr>
        <w:t>　　我通过一天的观察与了解，觉得这整个活动是比较成功的，但从我个人的角度来看，还是有一些不足的地方。</w:t>
      </w:r>
      <w:r>
        <w:rPr>
          <w:lang w:eastAsia="zh-CN"/>
        </w:rPr>
        <w:br/>
      </w:r>
      <w:r>
        <w:rPr>
          <w:lang w:eastAsia="zh-CN"/>
        </w:rPr>
        <w:t>　　我就从以下几点说说我的看法</w:t>
      </w:r>
      <w:r>
        <w:rPr>
          <w:lang w:eastAsia="zh-CN"/>
        </w:rPr>
        <w:br/>
      </w:r>
      <w:r>
        <w:rPr>
          <w:lang w:eastAsia="zh-CN"/>
        </w:rPr>
        <w:t>　　一、广告宣传</w:t>
      </w:r>
      <w:r>
        <w:rPr>
          <w:lang w:eastAsia="zh-CN"/>
        </w:rPr>
        <w:br/>
      </w:r>
      <w:r>
        <w:rPr>
          <w:lang w:eastAsia="zh-CN"/>
        </w:rPr>
        <w:t>　　在广告宣传的用词和出发点不是很好，应该改成以消费者的角度出发，广告的衫底音乐也应该适合大部分消费者的心里，经过不同的街口就要放不同的音乐。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二、员工积极性</w:t>
      </w:r>
      <w:r>
        <w:rPr>
          <w:lang w:eastAsia="zh-CN"/>
        </w:rPr>
        <w:br/>
      </w:r>
      <w:r>
        <w:rPr>
          <w:lang w:eastAsia="zh-CN"/>
        </w:rPr>
        <w:t>　　“五一”黄金周的客量增大，工作时间会加长，就会出现一些员工的消极性。应该安国家规定增加员工三倍的补助金，据员工说，只是按平时的工资加工费，还有就是包吃一餐。所以，员工的积极性直接影响到促销效果。</w:t>
      </w:r>
      <w:r>
        <w:rPr>
          <w:lang w:eastAsia="zh-CN"/>
        </w:rPr>
        <w:br/>
      </w:r>
      <w:r>
        <w:rPr>
          <w:lang w:eastAsia="zh-CN"/>
        </w:rPr>
        <w:t>　　三、增强竞争力</w:t>
      </w:r>
      <w:r>
        <w:rPr>
          <w:lang w:eastAsia="zh-CN"/>
        </w:rPr>
        <w:br/>
      </w:r>
      <w:r>
        <w:rPr>
          <w:lang w:eastAsia="zh-CN"/>
        </w:rPr>
        <w:t>　　a建立创新制度，加强自身素质建设，做到硬件过关、软件到位。</w:t>
      </w:r>
      <w:r>
        <w:rPr>
          <w:lang w:eastAsia="zh-CN"/>
        </w:rPr>
        <w:br/>
      </w:r>
      <w:r>
        <w:rPr>
          <w:lang w:eastAsia="zh-CN"/>
        </w:rPr>
        <w:t>　　b健全管理体制。好的管理体制是超市各种策略、方案顺利实施的保证，也是企业不断成功的保证。力求做到超市分工至细、权职分明、监督有效。</w:t>
      </w:r>
      <w:r>
        <w:rPr>
          <w:lang w:eastAsia="zh-CN"/>
        </w:rPr>
        <w:br/>
      </w:r>
      <w:r>
        <w:rPr>
          <w:lang w:eastAsia="zh-CN"/>
        </w:rPr>
        <w:t>　　c完善培训制度。现代企业以人为主，优秀的员工是企业得以生存和发展的关键。超市应完善员工的教育培训及福利待遇制度，确立员工入企业先培训制度，和员工进行有效的沟通，做到人无贵贱、事无巨细、教育及时、奖惩分明。</w:t>
      </w:r>
      <w:r>
        <w:rPr>
          <w:lang w:eastAsia="zh-CN"/>
        </w:rPr>
        <w:br/>
      </w:r>
      <w:r>
        <w:rPr>
          <w:lang w:eastAsia="zh-CN"/>
        </w:rPr>
        <w:t>　　d充分运用营销理念。解除员工思想包袱，把握好顾客投诉的接待与处理，积极开拓市场、巩固市场。</w:t>
      </w:r>
      <w:r>
        <w:rPr>
          <w:lang w:eastAsia="zh-CN"/>
        </w:rPr>
        <w:br/>
      </w:r>
      <w:r>
        <w:rPr>
          <w:lang w:eastAsia="zh-CN"/>
        </w:rPr>
        <w:t>　　e做好日志、月志工作。管理人员必须每日书面汇报工作状况及突发事件的发生与处理。超市还应定期举行员工大会，总结经验，进行员工激励，制定发展目标等。</w:t>
      </w:r>
      <w:r>
        <w:rPr>
          <w:lang w:eastAsia="zh-CN"/>
        </w:rPr>
        <w:br/>
      </w:r>
      <w:r>
        <w:rPr>
          <w:lang w:eastAsia="zh-CN"/>
        </w:rPr>
        <w:t xml:space="preserve">    2024年元旦促销活动总结范文 篇14 </w:t>
      </w:r>
      <w:r>
        <w:rPr>
          <w:lang w:eastAsia="zh-CN"/>
        </w:rPr>
        <w:br/>
      </w:r>
      <w:r>
        <w:rPr>
          <w:lang w:eastAsia="zh-CN"/>
        </w:rPr>
        <w:t>　　一、促销背景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屈臣氏一年24期常规促销活动，形式非常独有，与其他零售店的方式完全不一样。能让都市时尚白领一族以逛屈臣氏商店为乐趣,并在购物后仍然津津乐道。但由于现今化妆品零售行业中莎莎，万宁，都有自有品牌。各消费者根据年龄收入不同而去购买不同产品。屈臣氏正面临着前所未有的竞争压力，只有通过不断新颖的促销来抓住消费者的心。</w:t>
      </w:r>
      <w:r>
        <w:rPr>
          <w:lang w:eastAsia="zh-CN"/>
        </w:rPr>
        <w:br/>
      </w:r>
      <w:r>
        <w:rPr>
          <w:lang w:eastAsia="zh-CN"/>
        </w:rPr>
        <w:t>　　二、促销计划</w:t>
      </w:r>
      <w:r>
        <w:rPr>
          <w:lang w:eastAsia="zh-CN"/>
        </w:rPr>
        <w:br/>
      </w:r>
      <w:r>
        <w:rPr>
          <w:lang w:eastAsia="zh-CN"/>
        </w:rPr>
        <w:t>　　一)活动名称</w:t>
      </w:r>
      <w:r>
        <w:rPr>
          <w:lang w:eastAsia="zh-CN"/>
        </w:rPr>
        <w:br/>
      </w:r>
      <w:r>
        <w:rPr>
          <w:lang w:eastAsia="zh-CN"/>
        </w:rPr>
        <w:t>　　1、春之缤纷</w:t>
      </w:r>
      <w:r>
        <w:rPr>
          <w:lang w:eastAsia="zh-CN"/>
        </w:rPr>
        <w:br/>
      </w:r>
      <w:r>
        <w:rPr>
          <w:lang w:eastAsia="zh-CN"/>
        </w:rPr>
        <w:t>　　2、清凉购物</w:t>
      </w:r>
      <w:r>
        <w:rPr>
          <w:lang w:eastAsia="zh-CN"/>
        </w:rPr>
        <w:br/>
      </w:r>
      <w:r>
        <w:rPr>
          <w:lang w:eastAsia="zh-CN"/>
        </w:rPr>
        <w:t>　　3、秋之野性</w:t>
      </w:r>
      <w:r>
        <w:rPr>
          <w:lang w:eastAsia="zh-CN"/>
        </w:rPr>
        <w:br/>
      </w:r>
      <w:r>
        <w:rPr>
          <w:lang w:eastAsia="zh-CN"/>
        </w:rPr>
        <w:t>　　4、冬日减价</w:t>
      </w:r>
      <w:r>
        <w:rPr>
          <w:lang w:eastAsia="zh-CN"/>
        </w:rPr>
        <w:br/>
      </w:r>
      <w:r>
        <w:rPr>
          <w:lang w:eastAsia="zh-CN"/>
        </w:rPr>
        <w:t>　　二)计划目的</w:t>
      </w:r>
      <w:r>
        <w:rPr>
          <w:lang w:eastAsia="zh-CN"/>
        </w:rPr>
        <w:br/>
      </w:r>
      <w:r>
        <w:rPr>
          <w:lang w:eastAsia="zh-CN"/>
        </w:rPr>
        <w:t>　　1、提升屈臣氏销售量，加大分销力度;</w:t>
      </w:r>
      <w:r>
        <w:rPr>
          <w:lang w:eastAsia="zh-CN"/>
        </w:rPr>
        <w:br/>
      </w:r>
      <w:r>
        <w:rPr>
          <w:lang w:eastAsia="zh-CN"/>
        </w:rPr>
        <w:t>　　2、提升知名度，激发犹豫徘徊消费者的购买欲望;</w:t>
      </w:r>
      <w:r>
        <w:rPr>
          <w:lang w:eastAsia="zh-CN"/>
        </w:rPr>
        <w:br/>
      </w:r>
      <w:r>
        <w:rPr>
          <w:lang w:eastAsia="zh-CN"/>
        </w:rPr>
        <w:t>　　3、有效打击竞争对手，完成季度销售量;</w:t>
      </w:r>
      <w:r>
        <w:rPr>
          <w:lang w:eastAsia="zh-CN"/>
        </w:rPr>
        <w:br/>
      </w:r>
      <w:r>
        <w:rPr>
          <w:lang w:eastAsia="zh-CN"/>
        </w:rPr>
        <w:t>　　4、增强产品信心，振作员工士气。</w:t>
      </w:r>
      <w:r>
        <w:rPr>
          <w:lang w:eastAsia="zh-CN"/>
        </w:rPr>
        <w:br/>
      </w:r>
      <w:r>
        <w:rPr>
          <w:lang w:eastAsia="zh-CN"/>
        </w:rPr>
        <w:t>　　三)计划主题</w:t>
      </w:r>
      <w:r>
        <w:rPr>
          <w:lang w:eastAsia="zh-CN"/>
        </w:rPr>
        <w:br/>
      </w:r>
      <w:r>
        <w:rPr>
          <w:lang w:eastAsia="zh-CN"/>
        </w:rPr>
        <w:t>　　“持之以恒”四季促销</w:t>
      </w:r>
      <w:r>
        <w:rPr>
          <w:lang w:eastAsia="zh-CN"/>
        </w:rPr>
        <w:br/>
      </w:r>
      <w:r>
        <w:rPr>
          <w:lang w:eastAsia="zh-CN"/>
        </w:rPr>
        <w:t>　　四)计划内容</w:t>
      </w:r>
      <w:r>
        <w:rPr>
          <w:lang w:eastAsia="zh-CN"/>
        </w:rPr>
        <w:br/>
      </w:r>
      <w:r>
        <w:rPr>
          <w:lang w:eastAsia="zh-CN"/>
        </w:rPr>
        <w:t>　　1、春之缤纷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这期促销活动一般安排在春节过后的2-4月份，整个促销以绿意浓浓的春天为主题，以展示春色时尚用品为主，屈臣氏的店铺在本期促销期间，布置的一片绿色，宣传牌、pop、物价牌、色条、还有促销商品都是以春色为主，“炫色春时尚”展示春天时尚用品;“三月浓情关爱女性”展示绿色女性用品为主;“唤醒春之容颜”提供大量春天彩妆系列;“逍遥享春风”推荐系列清醒系列用品，有空气清新用品，有带有薄荷清新气味的用品;“春节健康心选”提供系列有益的保健食品。</w:t>
      </w:r>
      <w:r>
        <w:rPr>
          <w:lang w:eastAsia="zh-CN"/>
        </w:rPr>
        <w:br/>
      </w:r>
      <w:r>
        <w:rPr>
          <w:lang w:eastAsia="zh-CN"/>
        </w:rPr>
        <w:t>　　2、清凉购物</w:t>
      </w:r>
      <w:r>
        <w:rPr>
          <w:lang w:eastAsia="zh-CN"/>
        </w:rPr>
        <w:br/>
      </w:r>
      <w:r>
        <w:rPr>
          <w:lang w:eastAsia="zh-CN"/>
        </w:rPr>
        <w:t>　　这期促销活动在5-7月份，会以两个主题为核心，第一是屈臣氏自有品牌商品全线八折，店铺会换上所有自有品牌全线八折的宣传标识，促销力度非常大，常用的商品都会多购买一些;第二是夏季的应季商品促销，以“绽放身体的魅力”为主题，推出大量清凉的护肤产品，护齿用品，渲染“炎炎夏日，清凉购物”感觉。</w:t>
      </w:r>
      <w:r>
        <w:rPr>
          <w:lang w:eastAsia="zh-CN"/>
        </w:rPr>
        <w:br/>
      </w:r>
      <w:r>
        <w:rPr>
          <w:lang w:eastAsia="zh-CN"/>
        </w:rPr>
        <w:t>　　3、秋之野性</w:t>
      </w:r>
      <w:r>
        <w:rPr>
          <w:lang w:eastAsia="zh-CN"/>
        </w:rPr>
        <w:br/>
      </w:r>
      <w:r>
        <w:rPr>
          <w:lang w:eastAsia="zh-CN"/>
        </w:rPr>
        <w:t>　　这是针对10月份至11月份秋天气候干燥，主推秋季滋润护肤系列商品为主，包括“秋季护肤易”、“健康新动力”、“秋之魅力”、“万圣节之夜”、“护齿小百科”、“贴身温柔享”、“天天新欲望”等等。针对秋天的还有另外一个主题是“秋之野性”，推出众多秋季应季时尚潮流物品，充分体现时尚潮流魅力。</w:t>
      </w:r>
      <w:r>
        <w:rPr>
          <w:lang w:eastAsia="zh-CN"/>
        </w:rPr>
        <w:br/>
      </w:r>
      <w:r>
        <w:rPr>
          <w:lang w:eastAsia="zh-CN"/>
        </w:rPr>
        <w:t>　　4、冬日减价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每年的12月至次年1月份，屈臣氏举行以冬日产品为主题的促销活动，这个促销活动商品从两个方面做主题，一是针对冬日应季商品促销，展示大量冬季特价商品，“冬季护肤系列”是其中非常重要的主题;第二是根据公司部分积压的商品做一个年终清仓，大幅度折价销售。</w:t>
      </w:r>
      <w:r>
        <w:rPr>
          <w:lang w:eastAsia="zh-CN"/>
        </w:rPr>
        <w:br/>
      </w:r>
      <w:r>
        <w:rPr>
          <w:lang w:eastAsia="zh-CN"/>
        </w:rPr>
        <w:t>　　三、促销效果</w:t>
      </w:r>
      <w:r>
        <w:rPr>
          <w:lang w:eastAsia="zh-CN"/>
        </w:rPr>
        <w:br/>
      </w:r>
      <w:r>
        <w:rPr>
          <w:lang w:eastAsia="zh-CN"/>
        </w:rPr>
        <w:t>　　完成销售目标，促销期间销售额比之前翻上2成。</w:t>
      </w:r>
      <w:r>
        <w:rPr>
          <w:lang w:eastAsia="zh-CN"/>
        </w:rPr>
        <w:br/>
      </w:r>
      <w:r>
        <w:rPr>
          <w:lang w:eastAsia="zh-CN"/>
        </w:rPr>
        <w:t>　　四、促销预算</w:t>
      </w:r>
      <w:r>
        <w:rPr>
          <w:lang w:eastAsia="zh-CN"/>
        </w:rPr>
        <w:br/>
      </w:r>
      <w:r>
        <w:rPr>
          <w:lang w:eastAsia="zh-CN"/>
        </w:rPr>
        <w:t>　　费用预计：控制在10000元内</w:t>
      </w:r>
      <w:r>
        <w:rPr>
          <w:lang w:eastAsia="zh-CN"/>
        </w:rPr>
        <w:br/>
      </w:r>
      <w:r>
        <w:rPr>
          <w:lang w:eastAsia="zh-CN"/>
        </w:rPr>
        <w:t xml:space="preserve">    2024年元旦促销活动总结范文 篇15 </w:t>
      </w:r>
      <w:r>
        <w:rPr>
          <w:lang w:eastAsia="zh-CN"/>
        </w:rPr>
        <w:br/>
      </w:r>
      <w:r>
        <w:rPr>
          <w:lang w:eastAsia="zh-CN"/>
        </w:rPr>
        <w:t>　　1、商店要有良好的卫生环境。带我进入服装店，作了简单的介绍后，便开始了一天的工作，首先被安排的任务便是打扫卫生，先拖地，然后擦拭、整理衣服货架。每次顾客走后，若地面脏乱也要整理，尤其是门口一带。良好的卫生环境能给顾客留下好的第一印象，是顾客愿意逗留、顺利购物的前提。反之，顾客很可能产生反感情绪甚至“拂袖而去”。</w:t>
      </w:r>
      <w:r>
        <w:rPr>
          <w:lang w:eastAsia="zh-CN"/>
        </w:rPr>
        <w:br/>
      </w:r>
      <w:r>
        <w:rPr>
          <w:lang w:eastAsia="zh-CN"/>
        </w:rPr>
        <w:t>　　2、销售人员要有良好的精神面貌。销售人员如果拥有阳光向上、富有活力的精神面貌，便会影响到顾客，从而让顾客也感到自己情绪高昂，那么才能让顾客愿意主动与你交流。好的精神状态还表现在仪容仪表上，顾客们在看一个品牌时，销售人员就成为了这个品牌的“代言人”，具备良好的专业知识的销售人员，才能对服装品牌给出的诠释。精神状态好的销售者，成交的几率会大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3、营业人员要有良好的身体素质。销售人员一整天都要在店里工作，忙碌时更要不停地走动，站立服务让我感到劳累。只有拥有良好的身体素质，才能拥有旺盛的精力来全力以赴地工作。强健的体魄是一个销售人员必备的“硬功夫”。从这个角度来讲，做生意也是一种体力活。</w:t>
      </w:r>
      <w:r>
        <w:rPr>
          <w:lang w:eastAsia="zh-CN"/>
        </w:rPr>
        <w:br/>
      </w:r>
      <w:r>
        <w:rPr>
          <w:lang w:eastAsia="zh-CN"/>
        </w:rPr>
        <w:t>　　4、销售人员要有良好的专业知识。专业知识自然是顺利销售商品的基础，我们在销售商品时要掌握相关专业知识，譬如32号是小号，34号是中号，36号是大号，而且我们看到顾客，就应当大致清楚他(她)应穿多大的衣服，我们也要清楚每种服装的价格，熟悉它们在仓库的位置，并熟悉商店的折扣情况，从而更好地为顾客服务。</w:t>
      </w:r>
      <w:r>
        <w:rPr>
          <w:lang w:eastAsia="zh-CN"/>
        </w:rPr>
        <w:br/>
      </w:r>
      <w:r>
        <w:rPr>
          <w:lang w:eastAsia="zh-CN"/>
        </w:rPr>
        <w:t>　　5、销售人员要有良好的销售技巧。销售技巧是顺利销售货物的关键，作为销售人员，要善于察言观色，能够大致了解顾客的心思，判断顾客的态度。譬如从顾客说话的方式、走路的姿势等言谈举止，便能判断出顾客是漫无目的的闲逛，还是想要认真地挑选。当顾客试穿衣服时，要真诚地称赞顾客的优点，委婉地指出不足，注意措辞，当顾客临走时，亦可推荐顾客到与本店拥有共同利益的其它店(对方不知情)，正所谓“肥水不流外人田”。</w:t>
      </w:r>
      <w:r>
        <w:rPr>
          <w:lang w:eastAsia="zh-CN"/>
        </w:rPr>
        <w:br/>
      </w:r>
      <w:r>
        <w:rPr>
          <w:lang w:eastAsia="zh-CN"/>
        </w:rPr>
        <w:t>　　6、销售人要有良好的营销心态。经过在服装店实习，我进一步认识了社会，一天的时间也接触到了形形色色的人。总体感觉作为销售人员，必须具备良好的心理状态，树立“顾客至上”的销售理念，无论顾客是何态度，都要用友好的态度耐心地为顾客服务，即使卖不出衣服也不可急躁。同时，长久的站立服务可能会感到枯燥、疲倦，销售人员应当具备顽强的毅力，才能坚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经过实习，我感受到了工作的辛苦、挣钱的不易，也丰富了一些社会阅历，并进一步拓宽了视野，同时也认识到了自己的不足，这都是一笔财富，为将来进入、融入社会积累了一些宝贵的经验。</w:t>
      </w:r>
      <w:r>
        <w:rPr>
          <w:lang w:eastAsia="zh-CN"/>
        </w:rPr>
        <w:br/>
      </w:r>
      <w:r>
        <w:rPr>
          <w:lang w:eastAsia="zh-CN"/>
        </w:rPr>
        <w:t>　　促销活动总结</w:t>
      </w:r>
      <w:r>
        <w:rPr>
          <w:lang w:eastAsia="zh-CN"/>
        </w:rPr>
        <w:br/>
      </w:r>
      <w:r>
        <w:rPr>
          <w:lang w:eastAsia="zh-CN"/>
        </w:rPr>
        <w:t>　　对于网店来说，一年里总有几个时段是销售的旺季，这不才过去不久，“双十二”又和广大买家们见面了。对此，作为淘宝卖家的我们确实该好好感谢下马先生，他不仅开创了淘宝这个欢迎的.网商平台，让不少像我这样想要创业的人开创出自己的事业，而且他更是创新网络营销模式，开启了中国的“双十二”购物狂潮，让不少卖家和买家都成为其中的受益者。</w:t>
      </w:r>
      <w:r>
        <w:rPr>
          <w:lang w:eastAsia="zh-CN"/>
        </w:rPr>
        <w:br/>
      </w:r>
      <w:r>
        <w:rPr>
          <w:lang w:eastAsia="zh-CN"/>
        </w:rPr>
        <w:t>　　我是卖茶的，地道的武夷山茶，从我的淘宝店开业至今，也见证了多次的火爆场景，于是今年在不少茶友的建议下，经过与家人商议也欣然参与了今年的活动，首次参与这种活动，也遇到了不少问题，最直接的问题就是发货问题，面对来自全国各地茶友们的订单，我和客服完全忙不过来，只能动员全家一起上阵。万幸忙碌的过去了，经过促销的洗礼，面对接下来的“双十二”，我也充满了信心，决定力度的回馈广大爱喝茶的朋友，全店大部分商品首次做到8折。这一活动一经上线发布，就迎来了广大朋友们的光顾，获得了大家的支持。同时我也吸取了发货慢的教训，对不少地方远的顾客自己贴钱，选择最快的顺丰快递。顺丰，不愧是快递业的领跑者，也难怪是比其他快递价格贵，双十二当天我打包发货，没几天就收到了茶友们确认收货且好评的评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顾客的好评，无疑是对我们真诚付出的肯定，鞭策着我们更好的为广大朋友们服务，绝不因活动而降低产品质量，服务质量，恰恰相反在这个特殊时节更要全心全意的为大家送上的服务，因为这个时节才是真正考验商家的时刻。为什么这样说?因为在与到我淘宝店买茶的买家们交流中，听到过一件这样的事儿：去年的，该买家在某店买了件衣服，而卖家以量大快递紧张为由，迟迟不发货，原来是该卖家都断货了，在等进货后才给这位买家发货。后来，这位买家给了中评，也再没去该店买过东西。所以说，越是重大活动越是考验店家的时刻，如果这个时候店家依然很好，这样的店家在日常销售中也绝对差不了。</w:t>
      </w:r>
      <w:r>
        <w:rPr>
          <w:lang w:eastAsia="zh-CN"/>
        </w:rPr>
        <w:br/>
      </w:r>
      <w:r>
        <w:rPr>
          <w:lang w:eastAsia="zh-CN"/>
        </w:rPr>
        <w:t>　　所以，面对忙碌的、双十二，我提前就做足了准备，不仅精心挑选出一批好茶满足茶友们的需求，而且在服务方面更是一如既往的贴心，在双十二中甚至为较远的茶友们贴钱发顺丰快递，我的这种做法也得到了大家的支持，两场活动下来我店铺的业绩也都不错，尤其是在“双十二”活动中。活动结束后，我统计发现，活动期间在我店铺购买茶叶的朋友，老顾客明显多于新顾客，对此我由衷的感到高兴，老顾客多于新顾客说明我的茶叶和服务得到大家的认可，这将是我坚持卖好茶的动力，谢谢你们。</w:t>
      </w:r>
      <w:r>
        <w:rPr>
          <w:lang w:eastAsia="zh-CN"/>
        </w:rPr>
        <w:br/>
      </w:r>
      <w:r>
        <w:rPr>
          <w:lang w:eastAsia="zh-CN"/>
        </w:rPr>
        <w:t xml:space="preserve">    2024年元旦促销活动总结范文 篇16 </w:t>
      </w:r>
      <w:r>
        <w:rPr>
          <w:lang w:eastAsia="zh-CN"/>
        </w:rPr>
        <w:br/>
      </w:r>
      <w:r>
        <w:rPr>
          <w:lang w:eastAsia="zh-CN"/>
        </w:rPr>
        <w:t>　　这次促销的活动也是随着假期的结束而结束了，回顾这次的促销活动，各个部门的同事们都是非常的努力，来把工作给做好，我也是对于这次的活动来总结下。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从前期的准备活动开始，各个部门的同事就是在努力，从货品的准备，宣发的资料准备，以及心理上对于这次活动的重视也是让大家一起去完成了前期的工作，受到疫情的影响，一直以来，超市的销售业绩和去年同期相比起来，也是有了一些差距，特别是二月份的时候更是如此，但是随着疫情的减退，四月份的时候，销售也是有了一定的起色，但是和去年相比还是有一些差距，所以对于这次五一的促销，都是比较的重视，希望能做好，能让销售回暖，在前期的准备工作之中，大家也是努力的去做好自己本职，货品准备充足，摆放也是提前的做好，同时对于宣传也是积极的去做，无论是广告或者标识，都是积极的配合，一起做好，在节日前，整个超市也是已经有了节日的氛围了。</w:t>
      </w:r>
      <w:r>
        <w:rPr>
          <w:lang w:eastAsia="zh-CN"/>
        </w:rPr>
        <w:br/>
      </w:r>
      <w:r>
        <w:rPr>
          <w:lang w:eastAsia="zh-CN"/>
        </w:rPr>
        <w:t>　　在促销过程之中，货架空了，同事会积极的去补充，一些促销的产品卖得火爆，也是会提前的做好补仓的准备，各个同事都是积极的去配合，去把促销的工作认真的做好，而今假期结束，回顾这段日子的促销工作，也是过得充实，同时也是达成了当初制定的促销目标，和往年相比，也是不差，同时也是让我们更加的坚定了信心，疫情虽然还是有一定的影响，但是并没有那么大了，我们也是相信通过这次的促销也是会让超市的销售在后续之中回暖，达成往年的水平，去把营业额做好。</w:t>
      </w:r>
      <w:r>
        <w:rPr>
          <w:lang w:eastAsia="zh-CN"/>
        </w:rPr>
        <w:br/>
      </w:r>
    </w:p>
    <w:p w:rsidR="001B1F19" w14:textId="27C3F48A">
      <w:pPr>
        <w:rPr>
          <w:rFonts w:hint="eastAsia"/>
          <w:lang w:eastAsia="zh-CN"/>
        </w:rPr>
      </w:pPr>
      <w:r>
        <w:rPr>
          <w:lang w:eastAsia="zh-CN"/>
        </w:rPr>
        <w:t>　　当然促销的过程之中也是有一些小的问题，虽然没有影响到营业，但是也是要去反思，要去改进的，一些工作也是可以做的更细致一些，一些准备也是可以再做的充分一点，也是要在下次的促销活动之中去注意，并且把这次做的好的一个地方继续的去发挥，通过促销，也是让我们更加的看到了好的前景，超市的人流量也是多了起来。同时也是让我感受到，这种促销的活动，可以多做，特别是节日或者周末的时间完全也是可以多做一些小型的促销来促进销售，提升营业额，让超市的销售做得更好。并且也是要不断地去优化，去改进，以前一些促销的手段也是有些过时，要有一些新的方式来更好的吸引到客户，去让超市的促销做得更好。</w:t>
      </w:r>
      <w:r>
        <w:rPr>
          <w:lang w:eastAsia="zh-CN"/>
        </w:rPr>
        <w:br/>
      </w:r>
      <w:r>
        <w:rPr>
          <w:lang w:eastAsia="zh-CN"/>
        </w:rPr>
        <w:t xml:space="preserve">    2024年元旦促销活动总结范文 篇17 </w:t>
      </w:r>
      <w:r>
        <w:rPr>
          <w:lang w:eastAsia="zh-CN"/>
        </w:rPr>
        <w:br/>
      </w:r>
      <w:r>
        <w:rPr>
          <w:lang w:eastAsia="zh-CN"/>
        </w:rPr>
        <w:t>　　为了提升公司的产品销量，宣传品牌，回馈消费者，也为了在佳节即将到来之际，进一步配合我司门店工作的胜利进行，我司开展了节促销活动。</w:t>
      </w:r>
      <w:r>
        <w:rPr>
          <w:lang w:eastAsia="zh-CN"/>
        </w:rPr>
        <w:br/>
      </w:r>
      <w:r>
        <w:rPr>
          <w:lang w:eastAsia="zh-CN"/>
        </w:rPr>
        <w:t>　　为了在不同的时间段针对不同的产品进行促销以达到最佳的促销效果，此次促销分为两个时间段：第一、直营门店鲜肉促销时间为：_月_日、_日共计_天。第二、其他促销时间为：_月_日开始促销，礼品送完即止。针对不同的产品采用的促销赠品也有所不同。</w:t>
      </w:r>
      <w:r>
        <w:rPr>
          <w:lang w:eastAsia="zh-CN"/>
        </w:rPr>
        <w:br/>
      </w:r>
      <w:r>
        <w:rPr>
          <w:lang w:eastAsia="zh-CN"/>
        </w:rPr>
        <w:t>　　活动概况：</w:t>
      </w:r>
      <w:r>
        <w:rPr>
          <w:lang w:eastAsia="zh-CN"/>
        </w:rPr>
        <w:br/>
      </w:r>
      <w:r>
        <w:rPr>
          <w:lang w:eastAsia="zh-CN"/>
        </w:rPr>
        <w:t>　　1、直营门店鲜肉促销</w:t>
      </w:r>
      <w:r>
        <w:rPr>
          <w:lang w:eastAsia="zh-CN"/>
        </w:rPr>
        <w:br/>
      </w:r>
      <w:r>
        <w:rPr>
          <w:lang w:eastAsia="zh-CN"/>
        </w:rPr>
        <w:t>　　直营门店鲜肉促销区域涵盖了__地区现有的家直营门店，时间为：_日、_日，共计_天。促销方式是：凡在我司直营门店购买鲜肉金额_元以上即可领取对联一幅。分配的对联数量为幅，并于_月_日全部送至办事处，各门店具体分配数量由直营门店根据实际情况统一安排。</w:t>
      </w:r>
      <w:r>
        <w:rPr>
          <w:lang w:eastAsia="zh-CN"/>
        </w:rPr>
        <w:br/>
      </w:r>
      <w:r>
        <w:rPr>
          <w:lang w:eastAsia="zh-CN"/>
        </w:rPr>
        <w:t>　　2、直营门店肉制品、豆制品促销</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https://d.book118.com/478067020111006033</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8067020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