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初三经典的国旗下讲话（35篇）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初三经典的国旗下讲话（通用35篇）</w:t>
      </w:r>
      <w:r>
        <w:rPr>
          <w:lang w:eastAsia="zh-CN"/>
        </w:rPr>
        <w:br/>
      </w:r>
      <w:r>
        <w:rPr>
          <w:lang w:eastAsia="zh-CN"/>
        </w:rPr>
        <w:t xml:space="preserve">    初三经典的国旗下讲话 篇1 </w:t>
      </w:r>
      <w:r>
        <w:rPr>
          <w:lang w:eastAsia="zh-CN"/>
        </w:rPr>
        <w:br/>
      </w:r>
      <w:r>
        <w:rPr>
          <w:lang w:eastAsia="zh-CN"/>
        </w:rPr>
        <w:t>　　各位老师、同学们：</w:t>
      </w:r>
      <w:r>
        <w:rPr>
          <w:lang w:eastAsia="zh-CN"/>
        </w:rPr>
        <w:br/>
      </w:r>
      <w:r>
        <w:rPr>
          <w:lang w:eastAsia="zh-CN"/>
        </w:rPr>
        <w:t>　　大家早上好!我今天讲话的主题是《安全无小事，关系你我他》。</w:t>
      </w:r>
      <w:r>
        <w:rPr>
          <w:lang w:eastAsia="zh-CN"/>
        </w:rPr>
        <w:br/>
      </w:r>
      <w:r>
        <w:rPr>
          <w:lang w:eastAsia="zh-CN"/>
        </w:rPr>
        <w:t>　　安全是全社会都非常关心的问题，安全涉及千家万户、亿万百姓的幸福和安康，校园安全问题，更是大如天的事。据有关调查显示：我国中小学生因意外死亡的人数平均每天就有40多人，这意味着每天有将近一个班的同学消失!这是一个极其可怕的数据。人最宝贵的就是生命，安全的警钟要长鸣。有专家指出，通过安全教育，提高自我保护意识和能力，80%的意外伤害是可以避免的。俗话说：多想一下，免得出差;多防一步，少出事故。多看一眼，有惊无险;安全放松，人财两空。受练伟平校长的嘱咐，在此我强调一下近期比较突出的几个校园安全问题。</w:t>
      </w:r>
      <w:r>
        <w:rPr>
          <w:lang w:eastAsia="zh-CN"/>
        </w:rPr>
        <w:br/>
      </w:r>
      <w:r>
        <w:rPr>
          <w:lang w:eastAsia="zh-CN"/>
        </w:rPr>
        <w:t>　　一、消防安全问题：</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近期有关工作人员巡逻时发现，有些班级存在擅自开启课室空调或违规使用电源插座给充电宝或手机充电的现象，还有一些班级存在电线凌乱甚至裸露的情况，这些都必须要引起咱们的高度重视。在此我重申：1、未经学校同意，任何班级都不得随意使用课室的空调及插座，一经发现将断电取消该班空调使用资格;2、不得改变课室原有的电线电路;如有损坏的，不得自行修理，要及时到服务大厅报告，由学校派电工修理;3、在宿舍里一律不准违规使用电器，离开宿舍时要断开手机充电宝的电源，以免发生爆炸引起火灾(这都是有案例的);4、要多留意宿舍的空调和电扇的运转情况，发现不对劲立即报告宿管办，由专人来处理。</w:t>
      </w:r>
      <w:r>
        <w:rPr>
          <w:lang w:eastAsia="zh-CN"/>
        </w:rPr>
        <w:br/>
      </w:r>
      <w:r>
        <w:rPr>
          <w:lang w:eastAsia="zh-CN"/>
        </w:rPr>
        <w:t>　　二、食品卫生问题：</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近期各年级都有反映说很多同学患上了肠胃炎，引起了老师和家长的议论，甚至恐慌。学校总务处和安全办高度重视，一方面加强了对学生食堂的监督检查，一方面对课室、宿舍、厕所、下水道等场地增加了消杀的次数和力度，同时也对各班患病情况进行了调查统计。根据各班数据显示，有的班级患病人数较多，有的班级较少甚至没有。这样，我们首先排除了食物中毒的可能性。而根据目前的季节和传染病的发病规律，我们认为是诺如病毒导致的可能性更大。诺如病毒是一种高致病、传染性极强的肠道病毒，春季高发，通过食用或饮用受病毒污染的食物或水;接触患者的呕吐物或粪便;经呕吐时产生的带病毒喷沫;甚至接触经污染的手、物体和用具都会感染，在患者患病期间和康复后三天内是传染性最强的时期。所以，只要班上有一个同学感染了，没来得及隔离或正确处理，就会迅速感染其周围的同学，引起大面积患病的现象。感染诺如病毒后，发病突然，会出现腹痛、腹泻、恶心、呕吐、低烧、头痛等症状，一般持续48小时，最短12小时，最长72小时。如不幸患病，请同学们及时作好隔离措施，并立即到医院或诊所就医，对呕吐物和粪便冲洗干净并消毒，在家休养两三天，带好口罩，以免感染家人和其他同学。在此，学校一方面严格要求食堂做好食品卫生工作，同学们在学校食堂就餐时如发现有不愉快的事，请第一时间与食堂管理人(饭堂的墙面上挂有)或学校总务处进行申诉，我们一定会从速从严处理。另一方面，严格禁止购买外卖快餐，说实话，这个才是感染诺如病毒的主要途径，同时也严重影响校园秩序。这些外卖快餐无论是原材料、制作场所，还是制作的过程，都没有任何的卫生保障。这周起，学校安全办将联合德育处和各年级对外卖问题集中进行整治，对不听劝阻，一意孤行的同学将按规定进行惩处。</w:t>
      </w:r>
      <w:r>
        <w:rPr>
          <w:lang w:eastAsia="zh-CN"/>
        </w:rPr>
        <w:br/>
      </w:r>
      <w:r>
        <w:rPr>
          <w:lang w:eastAsia="zh-CN"/>
        </w:rPr>
        <w:t>　　三、珍惜生命，严防溺水事故：</w:t>
      </w:r>
      <w:r>
        <w:rPr>
          <w:lang w:eastAsia="zh-CN"/>
        </w:rPr>
        <w:br/>
      </w:r>
      <w:r>
        <w:rPr>
          <w:lang w:eastAsia="zh-CN"/>
        </w:rPr>
        <w:t>　　近期，天气回暖，在博罗、龙门等地接连发生了好几起青少年儿童溺水死亡的事故。关于防溺水的安全教育，无论是家庭、学校，还是政府都非常地重视，一而再，再而三地进行宣传和教育，但每年这样的悲剧还是会上演。同学们，生命没有第二次机会，世间也没有后悔药，请同学们务必提高认识，不要麻痹大意，绝不能私自或结伴到江、海、河流、湖泊等野外场所游泳或岸边玩水，游泳必须要到正规的有救生员的游泳场所。发现溺水事件，不要擅自下水营救，应立即高声呼喊和报警处理。</w:t>
      </w:r>
      <w:r>
        <w:rPr>
          <w:lang w:eastAsia="zh-CN"/>
        </w:rPr>
        <w:br/>
      </w:r>
      <w:r>
        <w:rPr>
          <w:lang w:eastAsia="zh-CN"/>
        </w:rPr>
        <w:t>　　四、信息安全问题：</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近期，有很多家长收到了关于学校组织某培训要收取费用的诈骗信息，学校第一时间通过校讯通告知了家长，但仍有个别家长上当受骗。关于信息诈骗，手段可谓层出不穷，希望大家也要提高警惕，对于陌生号码发来的信息或打来的电话，我们一定要小心冷静，特别是对于一些如紧急通知，手机欠费、信用卡欠费、中奖通知、酬谢回馈、福利返还等等这样的信息和电话，基本上都是骗人的，完全可以忽略不理。在电话和信息当中涉及到要自己的身份证号码、银行卡账号、密码、家庭住址等信息的也要提高警惕，不要轻易泄露!另一方面，现在的智能手机安装有各种软件，很多都已要求绑定个人信息了，在使用这些软件的时候，也要时刻注意避免个人信息的泄露;在交友、论坛、直播、微信、微博等平台上发言时要注意用词和态度。这几天，厦门大学某女研究生在社交网站上发表了精日言论，受到了各方严厉谴责，也受到了母校对其以往表彰的追究，可谓成了过街老鼠，人人喊打。同时，我们上网时还要做到不造谣、不传谣、不信谣，始终充满正能量，把好正确的思想政治方向。</w:t>
      </w:r>
      <w:r>
        <w:rPr>
          <w:lang w:eastAsia="zh-CN"/>
        </w:rPr>
        <w:br/>
      </w:r>
      <w:r>
        <w:rPr>
          <w:lang w:eastAsia="zh-CN"/>
        </w:rPr>
        <w:t>　　五、正视心理健康问题：</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良好的心理状态是每个人正常健康学习、工作和生活的保障。同学们正处在青春期，高中学习压力又大，特别是高三，一定要多留意自己的情绪变动，控制好自己的情绪情感，冷静处理好与同学之间、与老师之间、与家长之间的矛盾，遇事要冷静，多做自我批评，主动与老师和家长沟通。遇到不愉快不开心的事，找几个信任的同学或长辈倾吐出来，或通过适当的体育运动发泄出来，甚至干脆就找个角落哭出来......总之，没有过不去的河，没有跨不过的山，留得青山在，哪怕没柴烧。香港TVB就经常告诫我们：做人最重要的就是要开心!</w:t>
      </w:r>
      <w:r>
        <w:rPr>
          <w:lang w:eastAsia="zh-CN"/>
        </w:rPr>
        <w:br/>
      </w:r>
      <w:r>
        <w:rPr>
          <w:lang w:eastAsia="zh-CN"/>
        </w:rPr>
        <w:t>　　最后，引用延参法师的经典语句结束今天的讲话：生命，是多么的辉煌;生命，是如此的精彩。让我们，共同祝福</w:t>
      </w:r>
      <w:r>
        <w:rPr>
          <w:lang w:eastAsia="zh-CN"/>
        </w:rPr>
        <w:br/>
      </w:r>
      <w:r>
        <w:rPr>
          <w:lang w:eastAsia="zh-CN"/>
        </w:rPr>
        <w:t xml:space="preserve">    初三经典的国旗下讲话 篇2 </w:t>
      </w:r>
      <w:r>
        <w:rPr>
          <w:lang w:eastAsia="zh-CN"/>
        </w:rPr>
        <w:br/>
      </w:r>
      <w:r>
        <w:rPr>
          <w:lang w:eastAsia="zh-CN"/>
        </w:rPr>
        <w:t>　　一、感谢曾经努力的自己</w:t>
      </w:r>
      <w:r>
        <w:rPr>
          <w:lang w:eastAsia="zh-CN"/>
        </w:rPr>
        <w:br/>
      </w:r>
      <w:r>
        <w:rPr>
          <w:lang w:eastAsia="zh-CN"/>
        </w:rPr>
        <w:t>　　我们从8月31日进入九年级，在我们的班主任和任教师老师全程陪伴下，在过去，朝五晚10的的83天学习生活里，每天在教室的时间大约为17小时，还要坚持繁重的体育训练早上跑步18圈大约4公里。换来了学业水平的一次次提升，学习成绩的大幅提升。仅从刚结束的期中五校联考来看，和一中相比由开始的两科领先，到现在的六科领先。</w:t>
      </w:r>
      <w:r>
        <w:rPr>
          <w:lang w:eastAsia="zh-CN"/>
        </w:rPr>
        <w:br/>
      </w:r>
      <w:r>
        <w:rPr>
          <w:lang w:eastAsia="zh-CN"/>
        </w:rPr>
        <w:t>　　关于目标：人能走多远，这话不是要问双脚，而是要问志向;人能攀多高，这事不是要问双手，而是意志。</w:t>
      </w:r>
      <w:r>
        <w:rPr>
          <w:lang w:eastAsia="zh-CN"/>
        </w:rPr>
        <w:br/>
      </w:r>
      <w:r>
        <w:rPr>
          <w:lang w:eastAsia="zh-CN"/>
        </w:rPr>
        <w:t>　　记得微信上有个段子说：985坐的是飞机，211是高铁，二本是动车，三本是特快火车，专科是普通火车，其他都是摩托车甚至单车，现在社会的现实就是仍然在乎学历，不仅是在乎，而且是非常在乎，无数个岗位清清楚楚写着非985大学毕业的不要。985院校各省份分布(39所)河南没有一所，郑州大学是唯一的一所211院校。每年90万高考生，近5万能上好大学。竞争就是如此残酷，上重点高中才有希望上好大学。从数据分析上一高火箭班，年级前2;考上一高，年级30;考上实高，年级60.</w:t>
      </w:r>
      <w:r>
        <w:rPr>
          <w:lang w:eastAsia="zh-CN"/>
        </w:rPr>
        <w:br/>
      </w:r>
      <w:r>
        <w:rPr>
          <w:lang w:eastAsia="zh-CN"/>
        </w:rPr>
        <w:t>　　二、严格管教是最大的关爱</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1、衡水中学-----清北港名校摇篮，你若努力，全世界都会为你让路</w:t>
      </w:r>
      <w:r>
        <w:rPr>
          <w:lang w:eastAsia="zh-CN"/>
        </w:rPr>
        <w:br/>
      </w:r>
      <w:r>
        <w:rPr>
          <w:lang w:eastAsia="zh-CN"/>
        </w:rPr>
        <w:t>　　__年高考理科700分以上69人，占全省考生56.6%;文科700分以上3人，占全省考生60%。其中，9人进入__省文科前10名，7人进入__省理科前10名。升入清华北大的学生预计将超过200人，超级中学名不虚传!语文146分，全省最高分;英语149分，全省最高分;数学，理科有68个满分;文科有88个满分;理综最高分295分;文综最高分278分。</w:t>
      </w:r>
      <w:r>
        <w:rPr>
          <w:lang w:eastAsia="zh-CN"/>
        </w:rPr>
        <w:br/>
      </w:r>
      <w:r>
        <w:rPr>
          <w:lang w:eastAsia="zh-CN"/>
        </w:rPr>
        <w:t>　　2、河南郸城一高&amp;&amp;超级中学的崛起和穷孩子的最后一个逆袭机会!</w:t>
      </w:r>
      <w:r>
        <w:rPr>
          <w:lang w:eastAsia="zh-CN"/>
        </w:rPr>
        <w:br/>
      </w:r>
      <w:r>
        <w:rPr>
          <w:lang w:eastAsia="zh-CN"/>
        </w:rPr>
        <w:t>　　__高考成绩考生朱笑寒以707分获河南省理科第一名。文科600分以上159人;理科600分以上595人。文理科600分以上考生共计754人，位居河南省第一。共有37人被清华大学、北京大学录取，连续7年被清华大学、北京大学录取217人，位居全国县级高中第一。</w:t>
      </w:r>
      <w:r>
        <w:rPr>
          <w:lang w:eastAsia="zh-CN"/>
        </w:rPr>
        <w:br/>
      </w:r>
      <w:r>
        <w:rPr>
          <w:lang w:eastAsia="zh-CN"/>
        </w:rPr>
        <w:t>　　郸城一高生源，小县城的中低等收入家庭，以及农村条件稍好的家庭。每天早上5:30，这所学校最早在县城睡醒过来，9000多名在读生依次静默地刷牙、洗脸、早自习，开始了长达14小时的苦读时间。郸城一高崛起的秘密是什么?他们回答，就两个字：吃苦。他们从骨子里把奋斗当做安身立命之本。</w:t>
      </w:r>
      <w:r>
        <w:rPr>
          <w:lang w:eastAsia="zh-CN"/>
        </w:rPr>
        <w:br/>
      </w:r>
      <w:r>
        <w:rPr>
          <w:lang w:eastAsia="zh-CN"/>
        </w:rPr>
        <w:t>　　【感悟心语】拒绝平庸，追求卓越，引导教育学生青春是用来吃苦的，努力到无能为力，拼搏到感动自己。名校就是这样炼成的!</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三、勤奋刻苦是最好的营养</w:t>
      </w:r>
      <w:r>
        <w:rPr>
          <w:lang w:eastAsia="zh-CN"/>
        </w:rPr>
        <w:br/>
      </w:r>
      <w:r>
        <w:rPr>
          <w:lang w:eastAsia="zh-CN"/>
        </w:rPr>
        <w:t>　　1、超级考生尤卓越：河南省高考文科状元(667分)</w:t>
      </w:r>
      <w:r>
        <w:rPr>
          <w:lang w:eastAsia="zh-CN"/>
        </w:rPr>
        <w:br/>
      </w:r>
      <w:r>
        <w:rPr>
          <w:lang w:eastAsia="zh-CN"/>
        </w:rPr>
        <w:t>　　尤卓越的话：如果我们没有成功，说明我们想要成功的决心不够大。</w:t>
      </w:r>
      <w:r>
        <w:rPr>
          <w:lang w:eastAsia="zh-CN"/>
        </w:rPr>
        <w:br/>
      </w:r>
      <w:r>
        <w:rPr>
          <w:lang w:eastAsia="zh-CN"/>
        </w:rPr>
        <w:t>　　进入高三，她就把目标定为北大。她在每天5时30分跑早操时，就把终点假想为北大，自己必须跑到终点，不能半途而废。所以，跑操每次总能坚持跑完全程，这叫信念。</w:t>
      </w:r>
      <w:r>
        <w:rPr>
          <w:lang w:eastAsia="zh-CN"/>
        </w:rPr>
        <w:br/>
      </w:r>
      <w:r>
        <w:rPr>
          <w:lang w:eastAsia="zh-CN"/>
        </w:rPr>
        <w:t>　　每天做一件事，长期坚持做下去。为啥我英语考了146分?我从初一开始，就每天坚持做两篇英语阅读理解。我从初一开始，就每天坚持做两篇英语阅读理解，这是当时老师介绍的经验，能坚持得比较少，我却坚持了下来。</w:t>
      </w:r>
      <w:r>
        <w:rPr>
          <w:lang w:eastAsia="zh-CN"/>
        </w:rPr>
        <w:br/>
      </w:r>
      <w:r>
        <w:rPr>
          <w:lang w:eastAsia="zh-CN"/>
        </w:rPr>
        <w:t>　　2、寒门贵子刘媛媛：从倒数考到了年级第一</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高中前，刘媛媛是个中等生，以她的成绩，将来肯定上一个不满意的大学，找一个不满意的工作过平庸的人生。绝对不允许自己平庸到底，除了学习，无路可走!在窄小的图书馆里她发了疯似的要去北大，迫切想要变得更加强大，要改变自己脱离贫困，走去更远大的世界。初三开始到高中每天她是女生寝室里起的最早的一个，五点多起来发现门还锁着，就蹲在那儿背英语。中午放学，别人去食堂吃饭，她为了不排队浪费时间，到讲桌旁边的窗户下念历史，晚上也不去玩，继续学习，没有时间八卦，不在意别人之间的矛盾和背后的非议，她觉得每天脑门上都刻着一句话，我有更重要的事情做。她研究出一套适合自己的学习方法：如何做题快准狠、怎么彻底解决拖延症、怎样在几秒内进入学习状态......</w:t>
      </w:r>
      <w:r>
        <w:rPr>
          <w:lang w:eastAsia="zh-CN"/>
        </w:rPr>
        <w:t xml:space="preserve"> 高三那年，从倒数考到了年级第一。</w:t>
      </w:r>
      <w:r>
        <w:rPr>
          <w:lang w:eastAsia="zh-CN"/>
        </w:rPr>
        <w:br/>
      </w:r>
      <w:r>
        <w:rPr>
          <w:lang w:eastAsia="zh-CN"/>
        </w:rPr>
        <w:t>　　3、拒绝平庸朱笑寒：河南高考理科状元(707分)</w:t>
      </w:r>
      <w:r>
        <w:rPr>
          <w:lang w:eastAsia="zh-CN"/>
        </w:rPr>
        <w:br/>
      </w:r>
      <w:r>
        <w:rPr>
          <w:lang w:eastAsia="zh-CN"/>
        </w:rPr>
        <w:t>　　一年时间，说长也长，说短也短，对于我这样一个习惯于郑州市宽松、松散教育教学环境的高中生而言，这一年着实太苦太累。但是，我们知道，凤凰涅槃，浴火方可重生。雄鹰为了延长寿命，再次翱翔天际，不得不在40岁时一根根拔掉自己的羽毛，在岩石上敲掉自己的喙，拔出指甲。或许这些都只是传说，但它们告诉我们的却是颠扑不破的真理。人活着不是为了证明苦难，而是只有经历过黑暗，才配拥有光明。磨难是上天赐予我们的财富，因此，在这里我想告诉同学们，请珍惜高三一年的拼搏与磨练，这才是人生真正的跳板。有句话说得好，拿下高考，再谈人生，对于我们而言，虽然成绩不是一切，但没有成绩一切都将是空谈。</w:t>
      </w:r>
      <w:r>
        <w:rPr>
          <w:lang w:eastAsia="zh-CN"/>
        </w:rPr>
        <w:br/>
      </w:r>
      <w:r>
        <w:rPr>
          <w:lang w:eastAsia="zh-CN"/>
        </w:rPr>
        <w:t>　　【感悟心语】精英的成长无外乎两点：一是比一般人付出更多;第二就是能更好地约束管理自己。不要在该奋斗的年华选择安逸与逃避，你现在吃的苦，是你看世界的光，会照亮你未来的路!此时不拼，更待何时?</w:t>
      </w:r>
      <w:r>
        <w:rPr>
          <w:lang w:eastAsia="zh-CN"/>
        </w:rPr>
        <w:br/>
      </w:r>
      <w:r>
        <w:rPr>
          <w:lang w:eastAsia="zh-CN"/>
        </w:rPr>
        <w:t>　　几个数字的启示</w:t>
      </w:r>
      <w:r>
        <w:rPr>
          <w:lang w:eastAsia="zh-CN"/>
        </w:rPr>
        <w:br/>
      </w:r>
      <w:r>
        <w:rPr>
          <w:lang w:eastAsia="zh-CN"/>
        </w:rPr>
        <w:t>　　1、自从中考改革后，一半的毕业生要中职学校，即一半的学生上高中，一高、实高、三高，综合这两年来的情况看，</w:t>
      </w:r>
      <w:r>
        <w:rPr>
          <w:lang w:eastAsia="zh-CN"/>
        </w:rPr>
        <w:t xml:space="preserve"> 一高录取分数为570分，实高540分、三高510分，咱们学校前30名、60名可以上一高、实高，</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要想继续上重点高中，你的最低名次应该名次在60名以内，总分520分，这就意味着，在座的各位同学，你必须战胜二分之一的同学才能拿到重点高中录取通知书。战胜四分之三的同学才能拿到灵宝一高录取通知书。这是第一批数字。你们都自己知道自己的处境，请问，除了全力以赴、奋力拼搏以外，我们还有别的选择吗?</w:t>
      </w:r>
      <w:r>
        <w:rPr>
          <w:lang w:eastAsia="zh-CN"/>
        </w:rPr>
        <w:br/>
      </w:r>
      <w:r>
        <w:rPr>
          <w:lang w:eastAsia="zh-CN"/>
        </w:rPr>
        <w:t>　　2、下面列第二组数字。中考时，语、数、英、物化、政史7科总分600分， 体育 70分、理化生实验30分，合计700分，而一高的录取分数线在570左右，实高的最低录取分数线在540左右，现在请大家按照自己的平均成绩分析一下，你自己现在是什么程度?你距离高中录取分数线还差多少?我们在这个差距面前应该做些什么呢?你们想过没有?</w:t>
      </w:r>
      <w:r>
        <w:rPr>
          <w:lang w:eastAsia="zh-CN"/>
        </w:rPr>
        <w:br/>
      </w:r>
      <w:r>
        <w:rPr>
          <w:lang w:eastAsia="zh-CN"/>
        </w:rPr>
        <w:t>　　黑马是如何产生的。历届中考中，有很多中等生考上一高火箭班、奥赛班的例子，也有很多成绩较差的学生在一年中进步四五十名的例子，这些学生后来都上了比较理想的高中，这些人统称为黑马，综合这些黑马的共同点，就是充分认识到了学习重要性，在这最后一年里，踏踏实实，每天忘我的学习，成绩才有了如此大的进步。所以，那些目前成绩不在前60名的学生，千万不要灰心丧气，在最终结果没有出来以前，胜负未分，谁是最终的胜利者还没有确定。请记住：一分耕耘不见得有一分收获，十分耕耘必有收获;只要功夫深，铁杵磨成针!前60名的学生更要注意了，别以为现在你已经高枕无忧了，</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你们随时都有被超越的危险，特别是想考一高的学生，可是在整个招收70人，不是在中招70人，你们的对手是整个中学生，你只有站在整个6000余名九年级学生的最前列，才能实现自己的一高梦想;只有进入全市前100才能进入一高火箭班。</w:t>
      </w:r>
      <w:r>
        <w:rPr>
          <w:lang w:eastAsia="zh-CN"/>
        </w:rPr>
        <w:br/>
      </w:r>
      <w:r>
        <w:rPr>
          <w:lang w:eastAsia="zh-CN"/>
        </w:rPr>
        <w:t>　　四、坚定信念 点滴做起</w:t>
      </w:r>
      <w:r>
        <w:rPr>
          <w:lang w:eastAsia="zh-CN"/>
        </w:rPr>
        <w:br/>
      </w:r>
      <w:r>
        <w:rPr>
          <w:lang w:eastAsia="zh-CN"/>
        </w:rPr>
        <w:t>　　期中考试结束了，成绩优秀的同学和有明显进步的同学，你们用自己的实际行动向父母证实了你们的孝心，向老师证实了你们的付出，向同学们证实了你们的实力。你们是我们在座所有同学学习的榜样，我代表全体老师向你们表示诚挚的祝贺!</w:t>
      </w:r>
      <w:r>
        <w:rPr>
          <w:lang w:eastAsia="zh-CN"/>
        </w:rPr>
        <w:br/>
      </w:r>
      <w:r>
        <w:rPr>
          <w:lang w:eastAsia="zh-CN"/>
        </w:rPr>
        <w:t>　　但是冠军毕竟只有一个，受表彰的总是少数。对于大多数同学来说，我们在向受表彰的同学祝贺时，更多地是要从他们的成功中对照和反思自己的差距，看一看我们的学习态度是否端正?学习目标是否明确?学习方法是否得当?学习效率是否高效?学习时间是否充足?当别人为我们树立了榜样，我们就要向榜样看齐;当我们已经意识到差距，我们就要奋力追赶。作为老师的我，更希望下一次能够看到你们灿烂的笑脸!</w:t>
      </w:r>
      <w:r>
        <w:rPr>
          <w:lang w:eastAsia="zh-CN"/>
        </w:rPr>
        <w:br/>
      </w:r>
      <w:r>
        <w:rPr>
          <w:lang w:eastAsia="zh-CN"/>
        </w:rPr>
        <w:t>　　还有一些同学，你们的成绩暂时不理想，但你们绝不要气馁，要及时调整心态，发奋努力，一样会有好收获。真诚希望这些同学努力拼搏，因为拼搏是青春最美的姿态。</w:t>
      </w:r>
      <w:r>
        <w:rPr>
          <w:lang w:eastAsia="zh-CN"/>
        </w:rPr>
        <w:br/>
      </w:r>
      <w:r>
        <w:rPr>
          <w:lang w:eastAsia="zh-CN"/>
        </w:rPr>
        <w:t>　　同学们，期中考试是个加油站，关键是我们要从中得到经验和教训，在此我想对同学们提出四点希望：</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是希望同学们抓住课堂。课堂是我们学习的重要阵地。在课堂上要紧跟老师的思维，积极主动举手发言，大胆提问。要牢记：抓住课堂，你才抓住了学习的主动权。因为重点、难点、考点、方法、技巧，老师都会将其融入课堂之中，只有抓住课堂的点点滴滴，你才不会课下做题磕磕绊绊，你才能将所有的分数收入囊中。</w:t>
      </w:r>
      <w:r>
        <w:rPr>
          <w:lang w:eastAsia="zh-CN"/>
        </w:rPr>
        <w:br/>
      </w:r>
      <w:r>
        <w:rPr>
          <w:lang w:eastAsia="zh-CN"/>
        </w:rPr>
        <w:t>　　二是希望大家要端正态度。端正的态度，首先，是要把字写工整。现在越来越多的考试普及电子阅卷，电子阅卷提高了对书写的要求。如果有人字写的一团糟，那他的答题卡通过扫描仪扫进电脑时，几乎就是一团模糊。所以漂亮规范的书写，将会让你在考场中大放光彩。其次，要杜绝拖延。成绩不理想的同学，百分之九十九都是拖延症。拖延症的坏处在于，一旦养成了这种习惯，不但学习上会拖拖拉拉，生活上也会变得磨磨蹭蹭。所以孩子们，今天能做的事，绝不要拖延到明天;此刻能完成的事，也绝不要拖到下一刻。最后，是养成细心沉稳的习惯。考试后经常有同学说：粗心了。是真的粗心吗?不，这只是一个借口。其实是基础知识掌握的不够扎实，考试时，你每科若随便粗心两下子，十几分甚至几十分就会从你手下溜走。所以细心沉稳，脚踏实地是一个好学生必备的心理素质。</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第三点是希望大家能够广泛阅读。很多同学都说自己阅读题失分，都说作文写不好。但实际上阅读题失分、作文写不好的原因就只有一个：读书太少!举个例子:同样是写青少年要有远大志向,好好学习：读书多的同学会说，我要有远大志向，好好学习;读书多的同学会说，恰同学少年，风华正茂，书生意气，挥斥方遒。同样是描写秋天的芦苇：读书少的同学说，哇，你看那片芦苇，多美!读书多的同学会说，蒹葭苍苍，白露为霜，所谓伊人，在水一方。所以孩子们，多读书，才能提升你的语文能力;多读书，才能拓宽你的视野;多读书，才能让你成为腹有诗书气自华的谦谦君子。</w:t>
      </w:r>
      <w:r>
        <w:rPr>
          <w:lang w:eastAsia="zh-CN"/>
        </w:rPr>
        <w:br/>
      </w:r>
      <w:r>
        <w:rPr>
          <w:lang w:eastAsia="zh-CN"/>
        </w:rPr>
        <w:t>　　第四是有明确的目标，并为之坚持不懈。学习本身就是一件苦中寓乐的事，贵在刻苦拼搏，持之以恒。有一个故事，说的是能登上金字塔的生物只有两种：鹰和蜗牛。虽然我们不能人人都像雄鹰一样一飞冲天，但我们至少可以像蜗牛一样朝着自己的目标，凭着自己的耐力，持之以恒，默默前行，直到登上金字塔的塔顶。</w:t>
      </w:r>
      <w:r>
        <w:rPr>
          <w:lang w:eastAsia="zh-CN"/>
        </w:rPr>
        <w:br/>
      </w:r>
      <w:r>
        <w:rPr>
          <w:lang w:eastAsia="zh-CN"/>
        </w:rPr>
        <w:t>　　同学们，从今天开始算，距离中考，你们真正的在校时间(放假不算，周六周日不算)还有183天，也就是整半年。因为今年是闰年，366天。可以肯定的说，时不我待，我们要、而且必须要有所作为，我们要掀起一个学习的热潮，一个学习的狂潮，从而更有把握为明年的中考胜利抢得先机，为自己升入灵宝一高，升入实验高中抢得先机。</w:t>
      </w:r>
      <w:r>
        <w:rPr>
          <w:lang w:eastAsia="zh-CN"/>
        </w:rPr>
        <w:br/>
      </w:r>
      <w:r>
        <w:rPr>
          <w:lang w:eastAsia="zh-CN"/>
        </w:rPr>
        <w:t>　　你每认真学习一分钟，就为最后的冲刺积攒了一分力气，胜利的天平就会向你倾斜一点儿，就多了一分希望。每浪费一分钟，每多玩一分钟，你就比别人少了一分钟的竞争机会，就少了一分希望。同时，你和努力的人之间就多出了两分钟的差距，不要小看这一点儿差距，这就是人才和庸人之间的差别，也是人生之所以不同的根本原因。</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大家都学过《伤仲永》这篇文章，方仲永为何一开始自是指物作诗立就，其文理皆有可观者，后来却泯然众人矣?用原文中的一句话回答就是不使学，也就是说，方仲永之所以和普通人一样了就是因为不学习，相信这个道理大家都记得，也都懂，你学以致用了吗?你明白了为什么还不行动起来呢?难道你只想泯然众人矣吗?书山有路勤为径，学海无涯苦作舟。老祖宗几千年的经验教训，不会欺骗我们的。</w:t>
      </w:r>
      <w:r>
        <w:rPr>
          <w:lang w:eastAsia="zh-CN"/>
        </w:rPr>
        <w:br/>
      </w:r>
      <w:r>
        <w:rPr>
          <w:lang w:eastAsia="zh-CN"/>
        </w:rPr>
        <w:t>　　记住考上好大学，仍然是改变自己生活境遇的最重要途径。还记得河南一位农民工在河南省实验中学暑期施工时，写在教室黑板上的一番寄语吧?</w:t>
      </w:r>
      <w:r>
        <w:rPr>
          <w:lang w:eastAsia="zh-CN"/>
        </w:rPr>
        <w:br/>
      </w:r>
      <w:r>
        <w:rPr>
          <w:lang w:eastAsia="zh-CN"/>
        </w:rPr>
        <w:t>　　不奋斗，你的才华如何配上你的任性;</w:t>
      </w:r>
      <w:r>
        <w:rPr>
          <w:lang w:eastAsia="zh-CN"/>
        </w:rPr>
        <w:br/>
      </w:r>
      <w:r>
        <w:rPr>
          <w:lang w:eastAsia="zh-CN"/>
        </w:rPr>
        <w:t>　　不奋斗，你的脚步如何赶上父母老去的速度;</w:t>
      </w:r>
      <w:r>
        <w:rPr>
          <w:lang w:eastAsia="zh-CN"/>
        </w:rPr>
        <w:br/>
      </w:r>
      <w:r>
        <w:rPr>
          <w:lang w:eastAsia="zh-CN"/>
        </w:rPr>
        <w:t>　　不奋斗，世界那么大，你靠什么去看看;</w:t>
      </w:r>
      <w:r>
        <w:rPr>
          <w:lang w:eastAsia="zh-CN"/>
        </w:rPr>
        <w:br/>
      </w:r>
      <w:r>
        <w:rPr>
          <w:lang w:eastAsia="zh-CN"/>
        </w:rPr>
        <w:t>　　一个人老去的时候，最痛苦的事情，不是失败，而是我本可以。</w:t>
      </w:r>
      <w:r>
        <w:rPr>
          <w:lang w:eastAsia="zh-CN"/>
        </w:rPr>
        <w:br/>
      </w:r>
      <w:r>
        <w:rPr>
          <w:lang w:eastAsia="zh-CN"/>
        </w:rPr>
        <w:t>　　每个人心里都有一片海，自己不扬帆，没人帮你启航，只有拼出来的成功，没有等出来的辉煌!</w:t>
      </w:r>
      <w:r>
        <w:rPr>
          <w:lang w:eastAsia="zh-CN"/>
        </w:rPr>
        <w:br/>
      </w:r>
      <w:r>
        <w:rPr>
          <w:lang w:eastAsia="zh-CN"/>
        </w:rPr>
        <w:t>　　世界上许多美好的事情都源于坚持。而失败只有一种，就是半途而废。就好比你在跑马拉松时，无论一开始的速度多快、力气多足，能跑到终点的只有一种人，就是没有停下奔跑的人。</w:t>
      </w:r>
      <w:r>
        <w:rPr>
          <w:lang w:eastAsia="zh-CN"/>
        </w:rPr>
        <w:br/>
      </w:r>
      <w:r>
        <w:rPr>
          <w:lang w:eastAsia="zh-CN"/>
        </w:rPr>
        <w:t>　　同学们，我们可以有无数理由放弃，却只有一个理由坚持：就是我想坚持。请坚信，你的坚持，终将美好;而那些美好，终会为你照亮前行的路</w:t>
      </w:r>
      <w:r>
        <w:rPr>
          <w:lang w:eastAsia="zh-CN"/>
        </w:rPr>
        <w:br/>
      </w:r>
      <w:r>
        <w:rPr>
          <w:lang w:eastAsia="zh-CN"/>
        </w:rPr>
        <w:t xml:space="preserve">    初三经典的国旗下讲话 篇3 </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伴随着六月八号下午五点的那声铃响，轰轰烈烈的20__年高考终于落下了帷幕。转眼间，昔日熙熙攘攘的红楼又送走了一届毕业生，在夏日的阳光里安静地等待着她的下一批主人。</w:t>
      </w:r>
      <w:r>
        <w:rPr>
          <w:lang w:eastAsia="zh-CN"/>
        </w:rPr>
        <w:br/>
      </w:r>
      <w:r>
        <w:rPr>
          <w:lang w:eastAsia="zh-CN"/>
        </w:rPr>
        <w:t>　　高考，作为一年一度规模最大的选拔性考试，历来都受到了社会各界的广泛关注。高考作文，当之无愧地成为了讨论度最高的话题之一。5月4日在学生集会上的演讲稿，1949年10月1日，参加开国大典庆祝游行后的家书，1979年9月15日参加新生开学典礼后给同学的信，20__年4月30日收看纪念五四运动100周年大会后的观后感，2049年9月30日写给某位百年中国功勋人物的国庆节慰问信，今年的二卷作文选择了20__年的大热门话题。但与我们预料的不同的是，作文要求我们以当时的青年学生的角度执笔，而非我们常写的以一个旁观者、后来人的身份回望祖国百年来的发展。将自己代入当时的情景，能使得当代青年人对祖国的历史事件有更深刻的认识和感触，增强我们青年一代的责任感和使命感。正如所说，五四运动以来的120__年，是中国青年一代又一代接续奋斗、凯歌前行的120__年，是中国青年用青春之我创造青春之中国、青春之民族的120__年。在时代的更迭中，爱国主义始终流淌在青年一代的血液之中。</w:t>
      </w:r>
      <w:r>
        <w:rPr>
          <w:lang w:eastAsia="zh-CN"/>
        </w:rPr>
        <w:br/>
      </w:r>
      <w:r>
        <w:rPr>
          <w:lang w:eastAsia="zh-CN"/>
        </w:rPr>
        <w:t>　　高考已经结束，故事还在继续，20__年、20__年的高考才是我们的主场。</w:t>
      </w:r>
      <w:r>
        <w:rPr>
          <w:lang w:eastAsia="zh-CN"/>
        </w:rPr>
        <w:br/>
      </w:r>
      <w:r>
        <w:rPr>
          <w:lang w:eastAsia="zh-CN"/>
        </w:rPr>
        <w:t>　　亲爱的高二同胞们，今天是我们准高三的第一天。终于，我们成为了廿四校园里的年纪最大的一届; 终于，晚饭的学生校服的颜色由红又变成了黄，每晚七点二十的音乐将为我们响起;终于，那充盈着丰富多彩的各式各样的活动的高二也即将迎来尾声。</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从5月31日空间里满屏的廿四灯火，到6月6日刷屏的高考加油、24必胜，再到前天的365天高考倒计时截屏，终于，故事的主角从他们，轮到了我们，高考的接力棒就这样在我们甚至还没完全准备好的时候塞到了我们手上。我们与高考之间的最后一道屏障，就这样悄然地消失了，十二年的征程，如今只剩下最后十二个月。20__年高考，从昔日的模糊的属于远方的事物，变得逐渐清晰起来。还有，两年前入校时默默许下的梦想。</w:t>
      </w:r>
      <w:r>
        <w:rPr>
          <w:lang w:eastAsia="zh-CN"/>
        </w:rPr>
        <w:br/>
      </w:r>
      <w:r>
        <w:rPr>
          <w:lang w:eastAsia="zh-CN"/>
        </w:rPr>
        <w:t>　　亲爱的高一学弟学妹们，你们将成为这所学校的中流砥柱，将成为大大小小活动的中坚力量，这将是高中三年里最丰富多彩的一年，希望你们在学习之余也能发现自己其它的闪光点。</w:t>
      </w:r>
      <w:r>
        <w:rPr>
          <w:lang w:eastAsia="zh-CN"/>
        </w:rPr>
        <w:br/>
      </w:r>
      <w:r>
        <w:rPr>
          <w:lang w:eastAsia="zh-CN"/>
        </w:rPr>
        <w:t>　　征人已去，万里长空。而新的一批征人正马不停蹄地奔赴战场。未来一年的生活，注定艰辛，但必不凡，一年后的夏天，那满楼的灯火，那同学群里齐刷刷的红色，还有那无数声高考加油、高考必胜，都将为我们点亮，都将为我们换好，都将献给我们。而我们，则将带着廿四人的骄傲，挺胸直立、无所畏惧地走向考场，将廿四的辉煌继续书写下去!</w:t>
      </w:r>
      <w:r>
        <w:rPr>
          <w:lang w:eastAsia="zh-CN"/>
        </w:rPr>
        <w:br/>
      </w:r>
      <w:r>
        <w:rPr>
          <w:lang w:eastAsia="zh-CN"/>
        </w:rPr>
        <w:t>　　最后，祝高一高二同学在明年、后年的今天都能自由地在心仪学校间选择，实现自己的理想。</w:t>
      </w:r>
      <w:r>
        <w:rPr>
          <w:lang w:eastAsia="zh-CN"/>
        </w:rPr>
        <w:br/>
      </w:r>
      <w:r>
        <w:rPr>
          <w:lang w:eastAsia="zh-CN"/>
        </w:rPr>
        <w:t xml:space="preserve">    初三经典的国旗下讲话 篇4 </w:t>
      </w:r>
      <w:r>
        <w:rPr>
          <w:lang w:eastAsia="zh-CN"/>
        </w:rPr>
        <w:br/>
      </w:r>
      <w:r>
        <w:rPr>
          <w:lang w:eastAsia="zh-CN"/>
        </w:rPr>
        <w:t>　　老师们，同学们：</w:t>
      </w:r>
      <w:r>
        <w:rPr>
          <w:lang w:eastAsia="zh-CN"/>
        </w:rPr>
        <w:br/>
      </w:r>
      <w:r>
        <w:rPr>
          <w:lang w:eastAsia="zh-CN"/>
        </w:rPr>
        <w:t>　　早上好!</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6月6日，也就是这个周三，是关系到大家健康的一天。今天是“全国眼爱日”。所以，今天我演讲的主题是：爱护眼睛，从点滴做起。</w:t>
      </w:r>
      <w:r>
        <w:rPr>
          <w:lang w:eastAsia="zh-CN"/>
        </w:rPr>
        <w:br/>
      </w:r>
      <w:r>
        <w:rPr>
          <w:lang w:eastAsia="zh-CN"/>
        </w:rPr>
        <w:t>　　为什么要设立这样的节日?</w:t>
      </w:r>
      <w:r>
        <w:rPr>
          <w:lang w:eastAsia="zh-CN"/>
        </w:rPr>
        <w:br/>
      </w:r>
      <w:r>
        <w:rPr>
          <w:lang w:eastAsia="zh-CN"/>
        </w:rPr>
        <w:t>　　眼睛是“心灵的窗户”，每个人都想拥有一双明亮的眼睛。但统计结果显示，我国约有500万盲人、600万低视力者和1000万斜视性弱视者。卫生部和教育部联合调查显示，中国学生近视发病率接近60%，居世界第二，学生人数居世界第一。</w:t>
      </w:r>
      <w:r>
        <w:rPr>
          <w:lang w:eastAsia="zh-CN"/>
        </w:rPr>
        <w:br/>
      </w:r>
      <w:r>
        <w:rPr>
          <w:lang w:eastAsia="zh-CN"/>
        </w:rPr>
        <w:t>　　这意味着在我们中间，大约每10个学生中就有6个会成为近视患者。</w:t>
      </w:r>
      <w:r>
        <w:rPr>
          <w:lang w:eastAsia="zh-CN"/>
        </w:rPr>
        <w:br/>
      </w:r>
      <w:r>
        <w:rPr>
          <w:lang w:eastAsia="zh-CN"/>
        </w:rPr>
        <w:t>　　我听到大家惊呼，是的，这样的情况几乎可以用“可怕”来形容。</w:t>
      </w:r>
      <w:r>
        <w:rPr>
          <w:lang w:eastAsia="zh-CN"/>
        </w:rPr>
        <w:br/>
      </w:r>
      <w:r>
        <w:rPr>
          <w:lang w:eastAsia="zh-CN"/>
        </w:rPr>
        <w:t>　　因为在我们国家眼睛如此重要，眼疾如此严重，</w:t>
      </w:r>
      <w:r>
        <w:rPr>
          <w:lang w:eastAsia="zh-CN"/>
        </w:rPr>
        <w:br/>
      </w:r>
      <w:r>
        <w:rPr>
          <w:lang w:eastAsia="zh-CN"/>
        </w:rPr>
        <w:t>　　1996年，卫生部、教育部、共青团中央、中国残疾人联合会等12个部委联合发布通知，将爱眼日列为国家节日之一，并将每年的6月6日定为“全国爱眼日”。</w:t>
      </w:r>
      <w:r>
        <w:rPr>
          <w:lang w:eastAsia="zh-CN"/>
        </w:rPr>
        <w:br/>
      </w:r>
      <w:r>
        <w:rPr>
          <w:lang w:eastAsia="zh-CN"/>
        </w:rPr>
        <w:t>　　喜欢眼睛怎么办?</w:t>
      </w:r>
      <w:r>
        <w:rPr>
          <w:lang w:eastAsia="zh-CN"/>
        </w:rPr>
        <w:br/>
      </w:r>
      <w:r>
        <w:rPr>
          <w:lang w:eastAsia="zh-CN"/>
        </w:rPr>
        <w:t>　　第一，少看电脑和电视。根本不禁止不碰。第一，少看点。第二，注意休息，让眼部肌肉有机会放松。有人会问：“不看电脑电视怎么办?”我们可以做更多的运动，交更多的朋友，我们的生活会更丰富，我们的收获也会更丰富。也许你可以被称为演奏者、游泳者、钢琴王子、芭蕾公主等等。</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二、做到“三个一”：即手指离笔尖一寸，眼睛离课本一尺，胸部离桌子一拳。每天，我们应该在学校做眼保健操。</w:t>
      </w:r>
      <w:r>
        <w:rPr>
          <w:lang w:eastAsia="zh-CN"/>
        </w:rPr>
        <w:br/>
      </w:r>
      <w:r>
        <w:rPr>
          <w:lang w:eastAsia="zh-CN"/>
        </w:rPr>
        <w:t>　　第三，饮食也可以帮助人们保护眼睛。胡萝卜是众所周知的保护视力的食物，西红柿、菠菜和蛋黄也很好。最近有专家发现，甜食是孩子视力下降的罪魁祸首，所以提醒大家控制不要过量甜食。</w:t>
      </w:r>
      <w:r>
        <w:rPr>
          <w:lang w:eastAsia="zh-CN"/>
        </w:rPr>
        <w:br/>
      </w:r>
      <w:r>
        <w:rPr>
          <w:lang w:eastAsia="zh-CN"/>
        </w:rPr>
        <w:t>　　其实学生对这些方法都有一定的了解，家里的家长也经常提醒。我觉得坚持下去，坚持下去很重要。你的眼睛会永远像星星一样发光。人们说：“眼睛是心灵的窗户。”我也给你一句话：“黑夜给我黑色的眼睛，但我用它们来寻找光明。”让我们打开心灵的窗户呼吸，让阳光照耀进来，让我们的生活一直精彩!</w:t>
      </w:r>
      <w:r>
        <w:rPr>
          <w:lang w:eastAsia="zh-CN"/>
        </w:rPr>
        <w:br/>
      </w:r>
      <w:r>
        <w:rPr>
          <w:lang w:eastAsia="zh-CN"/>
        </w:rPr>
        <w:t>　　我的演讲结束了，谢谢!</w:t>
      </w:r>
      <w:r>
        <w:rPr>
          <w:lang w:eastAsia="zh-CN"/>
        </w:rPr>
        <w:br/>
      </w:r>
      <w:r>
        <w:rPr>
          <w:lang w:eastAsia="zh-CN"/>
        </w:rPr>
        <w:t xml:space="preserve">    初三经典的国旗下讲话 篇5 </w:t>
      </w:r>
      <w:r>
        <w:rPr>
          <w:lang w:eastAsia="zh-CN"/>
        </w:rPr>
        <w:br/>
      </w:r>
      <w:r>
        <w:rPr>
          <w:lang w:eastAsia="zh-CN"/>
        </w:rPr>
        <w:t>　　各位老师、各位同学：</w:t>
      </w:r>
      <w:r>
        <w:rPr>
          <w:lang w:eastAsia="zh-CN"/>
        </w:rPr>
        <w:br/>
      </w:r>
      <w:r>
        <w:rPr>
          <w:lang w:eastAsia="zh-CN"/>
        </w:rPr>
        <w:t>　　大家好!今天,我国旗下讲话的题目是《关注心理健康，学会珍爱自己》。</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心理学家告诉我们：人的健康一半是身体健康，一半是心理健康。然而在日常生活中，人们常常重视身体健康，而忽视心理健康。现代社会，竞争激烈，学习或工作负担重，生活节奏日益加快，人际关系复杂，越来越多的人由此产生了心理问题，心理健康受到极大地威胁。在我们的周围，有的人脾气暴躁，常常无端发火，因琐碎小事甚至与人争吵;有的人感到孤独寂寞，意志消沉，整天无所事事，迷恋上网，厌学情绪严重;有的人自卑，心理脆弱，总觉得自己不如别人;有的人目空一切，惟我独尊，对人苛刻，认为别人都不如他，对于别人善意的批评和劝告拒不接受。</w:t>
      </w:r>
      <w:r>
        <w:rPr>
          <w:lang w:eastAsia="zh-CN"/>
        </w:rPr>
        <w:br/>
      </w:r>
      <w:r>
        <w:rPr>
          <w:lang w:eastAsia="zh-CN"/>
        </w:rPr>
        <w:t>　　所有这些都与人的心理是否健康密切相关。心理是否健康，小而言之，影响着一场考试的得失，影响着一场比赛的胜负;大而言之，影响着人的工作、学习和生活，影响着班级、学校的和谐，社会的安定。</w:t>
      </w:r>
      <w:r>
        <w:rPr>
          <w:lang w:eastAsia="zh-CN"/>
        </w:rPr>
        <w:br/>
      </w:r>
      <w:r>
        <w:rPr>
          <w:lang w:eastAsia="zh-CN"/>
        </w:rPr>
        <w:t>　　那我们怎样才能拥有健康的心理?</w:t>
      </w:r>
      <w:r>
        <w:rPr>
          <w:lang w:eastAsia="zh-CN"/>
        </w:rPr>
        <w:br/>
      </w:r>
      <w:r>
        <w:rPr>
          <w:lang w:eastAsia="zh-CN"/>
        </w:rPr>
        <w:t>　　首先，是培养积极的人生态度：要正确认识自己，不要自卑，不要自负。要相信自己，天生我材必有用，每个人都有自己的优点，不存在差学生，只存在有差异的学生。</w:t>
      </w:r>
      <w:r>
        <w:rPr>
          <w:lang w:eastAsia="zh-CN"/>
        </w:rPr>
        <w:br/>
      </w:r>
      <w:r>
        <w:rPr>
          <w:lang w:eastAsia="zh-CN"/>
        </w:rPr>
        <w:t>　　其次，是提高道德修养水平：道德修养影响一个人的健康，现代医学、心理学证明了：道德高尚多做好事,经常满腔热忱地帮助人，扶助人，爱护人，援救人，人们会投桃报李，给以热情地回报。</w:t>
      </w:r>
      <w:r>
        <w:rPr>
          <w:lang w:eastAsia="zh-CN"/>
        </w:rPr>
        <w:br/>
      </w:r>
      <w:r>
        <w:rPr>
          <w:lang w:eastAsia="zh-CN"/>
        </w:rPr>
        <w:t>　　第三，树立正确的名利观。处于人生起步阶段的小学生，在日常学习和生活中，要想保持良好的情绪状态，维护和谐和增进心理健康，一方面要争先进，创一流;另一方面要不斤斤计较功名得失，有了这样的名利观，我们就不会因自己暂时不如别人而自卑。</w:t>
      </w:r>
      <w:r>
        <w:rPr>
          <w:lang w:eastAsia="zh-CN"/>
        </w:rPr>
        <w:br/>
      </w:r>
      <w:r>
        <w:rPr>
          <w:lang w:eastAsia="zh-CN"/>
        </w:rPr>
        <w:t>　　第四、培养勤奋学习的好习惯。养成良好的学习习惯,读书学习能使人掌握知识，提高素质，懂得人生的真谛，使人热爱生命，热爱生活，具有积极的人生态度，让人始终斗志昂扬，乐观向上。</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第五，要正确与人交往，建立和谐的人际关系。和谐的人际关系来自于对别人的爱心，来自于对别人的尊重。把你的爱心与老师、同学分享，你会得到更多的快乐;把你的意见与别人沟通，你会得到许多有益的忠告;与人分享快乐，快乐会加倍，与人分担痛苦，痛苦会减半。</w:t>
      </w:r>
      <w:r>
        <w:rPr>
          <w:lang w:eastAsia="zh-CN"/>
        </w:rPr>
        <w:br/>
      </w:r>
      <w:r>
        <w:rPr>
          <w:lang w:eastAsia="zh-CN"/>
        </w:rPr>
        <w:t>　　同学们，老师们，让我们在关注身体健康的同时，一起来关注心理健康，做一个全面健康的人，共同营造健康的校园、和谐的校园。</w:t>
      </w:r>
      <w:r>
        <w:rPr>
          <w:lang w:eastAsia="zh-CN"/>
        </w:rPr>
        <w:br/>
      </w:r>
      <w:r>
        <w:rPr>
          <w:lang w:eastAsia="zh-CN"/>
        </w:rPr>
        <w:t>　　我的演讲完毕，谢谢大家!</w:t>
      </w:r>
      <w:r>
        <w:rPr>
          <w:lang w:eastAsia="zh-CN"/>
        </w:rPr>
        <w:br/>
      </w:r>
      <w:r>
        <w:rPr>
          <w:lang w:eastAsia="zh-CN"/>
        </w:rPr>
        <w:t xml:space="preserve">    初三经典的国旗下讲话 篇6 </w:t>
      </w:r>
      <w:r>
        <w:rPr>
          <w:lang w:eastAsia="zh-CN"/>
        </w:rPr>
        <w:br/>
      </w:r>
      <w:r>
        <w:rPr>
          <w:lang w:eastAsia="zh-CN"/>
        </w:rPr>
        <w:t>　　1960年1月8日，雷锋和新战士们一齐，乘火车来到营口车站。这时，月台上锣鼓喧天，口号阵阵。新战士一走下火车，团首长和老战士们就立刻迎上来，热情握手，问寒问暖，争抢背包</w:t>
      </w:r>
      <w:r>
        <w:rPr>
          <w:lang w:eastAsia="zh-CN"/>
        </w:rPr>
        <w:br/>
      </w:r>
      <w:r>
        <w:rPr>
          <w:lang w:eastAsia="zh-CN"/>
        </w:rPr>
        <w:t>　　雷锋被编入运输连手工艺新兵排，不久军事训练便开始了。</w:t>
      </w:r>
      <w:r>
        <w:rPr>
          <w:lang w:eastAsia="zh-CN"/>
        </w:rPr>
        <w:br/>
      </w:r>
      <w:r>
        <w:rPr>
          <w:lang w:eastAsia="zh-CN"/>
        </w:rPr>
        <w:t>　　雷锋所在班的班长是个扎实、苦干的战士。他看雷锋个子小，力气不足，担心他的训练成绩。在开班务会议的时候，他提醒雷锋说：小雷呀，咱们革命战士最讲互相帮忙，你有什么困难可得吱声，别闷着。雷锋高兴地回答：放心吧，班长，我什么困难也不怕。</w:t>
      </w:r>
      <w:r>
        <w:rPr>
          <w:lang w:eastAsia="zh-CN"/>
        </w:rPr>
        <w:br/>
      </w:r>
      <w:r>
        <w:rPr>
          <w:lang w:eastAsia="zh-CN"/>
        </w:rPr>
        <w:t>　　真叫班长猜着了。练习投手榴弹，人家膀大腰园的新战士只要抓起教练弹，跑上几步，一撤手，教练弹就像燕子似的，打着旋儿飞得老远老远。可是，教练弹抓在雷锋手里，就有点沉重了。几天来，他费尽了力气，投一次，不及格，再投一次，还是不及格。班长再三向他传授动作要领，他左体会，右琢磨，整整练了一上午，胳膊甩得生疼，还是个不及格。</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中午，他回到宿舍，心里十分不安。屋子里并不热，他额头上还是腾腾直冒汗。他想：一个人不及格，就影响全班的成绩，当一名国防战士，连个手榴弹都投不好，像话吗他决定加倍苦练，把一切休息时间都搭上，达不到标准，决不罢休!他一个投来投去，一连投了几天，结果不但没有提高，反而越投越近了。这可真叫雷锋急得觉也睡不好，饭也吃不香。</w:t>
      </w:r>
      <w:r>
        <w:rPr>
          <w:lang w:eastAsia="zh-CN"/>
        </w:rPr>
        <w:br/>
      </w:r>
      <w:r>
        <w:rPr>
          <w:lang w:eastAsia="zh-CN"/>
        </w:rPr>
        <w:t>　　从班长的传授中，在大家的帮忙下，他懂得投弹投得远，全凭臂力。所以，他投一会儿手榴弹，就练一会儿单杠。手握铁杠，刺骨冰凉。管它呢，他咬咬牙，练!练!练!，直到双手磨得再也抓不住杠子了，这才抄起手来暖一暖。他的衬衣被汗水浸透了，北风吹来，寒意沁入骨髓，他都不在乎。</w:t>
      </w:r>
      <w:r>
        <w:rPr>
          <w:lang w:eastAsia="zh-CN"/>
        </w:rPr>
        <w:br/>
      </w:r>
      <w:r>
        <w:rPr>
          <w:lang w:eastAsia="zh-CN"/>
        </w:rPr>
        <w:t>　　实弹投掷的时候，新战士们集合在靶场上，按照命令，一个之后一个，掀开手榴弹盖，投进假设的敌人碉堡。</w:t>
      </w:r>
      <w:r>
        <w:rPr>
          <w:lang w:eastAsia="zh-CN"/>
        </w:rPr>
        <w:br/>
      </w:r>
      <w:r>
        <w:rPr>
          <w:lang w:eastAsia="zh-CN"/>
        </w:rPr>
        <w:t>　　雷锋就位!指导员发出命令了。</w:t>
      </w:r>
      <w:r>
        <w:rPr>
          <w:lang w:eastAsia="zh-CN"/>
        </w:rPr>
        <w:br/>
      </w:r>
      <w:r>
        <w:rPr>
          <w:lang w:eastAsia="zh-CN"/>
        </w:rPr>
        <w:t>　　雷锋的心呀忍不住咚咚乱跳。最了解新战士的心境，急忙跑过来叮嘱说“可别慌，沉住气，保准成功!指导员呢，也投来鼓励的目光，好像说：小伙子，勇敢些，功夫是不会白练的啊!</w:t>
      </w:r>
      <w:r>
        <w:rPr>
          <w:lang w:eastAsia="zh-CN"/>
        </w:rPr>
        <w:br/>
      </w:r>
      <w:r>
        <w:rPr>
          <w:lang w:eastAsia="zh-CN"/>
        </w:rPr>
        <w:t>　　雷锋答应一声，拧开手榴弹盖，把小铁环套在指头上，纵身一跃，跳出了堑壕，冲过一段开阔地，猛力一甩，只听轰的一声，手榴弹恰好投进了敌人的碉堡，得了个优秀。</w:t>
      </w:r>
      <w:r>
        <w:rPr>
          <w:lang w:eastAsia="zh-CN"/>
        </w:rPr>
        <w:br/>
      </w:r>
      <w:r>
        <w:rPr>
          <w:lang w:eastAsia="zh-CN"/>
        </w:rPr>
        <w:t>　　靶场上所有的人都为他祝贺。他兴奋地咧着嘴笑了。他是多么高兴啊!多少天的苦练，最终得到了满意的成果。</w:t>
      </w:r>
      <w:r>
        <w:rPr>
          <w:lang w:eastAsia="zh-CN"/>
        </w:rPr>
        <w:br/>
      </w:r>
      <w:r>
        <w:rPr>
          <w:lang w:eastAsia="zh-CN"/>
        </w:rPr>
        <w:t xml:space="preserve">    初三经典的国旗下讲话 篇7 </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转眼间一个学期将过，回想起进入这个新团体的这段时光，一霎时，我感到了我正在成长。</w:t>
      </w:r>
      <w:r>
        <w:rPr>
          <w:lang w:eastAsia="zh-CN"/>
        </w:rPr>
        <w:br/>
      </w:r>
      <w:r>
        <w:rPr>
          <w:lang w:eastAsia="zh-CN"/>
        </w:rPr>
        <w:t>　　我本应当像小学一样是平平静静、默默无闻的成为初中这个班团体的一份子，可生活却变得不一样起来。军训后开学的第一天，就出现了翻天覆地的变化，莫不相识的同学都认识了我，我不可思议的被选做班长。以前只当过卫生委员的我，一下子就当上了班长，万分的不适应。一开始，班里有我在与没我在都一样，都是吵吵闹闹。初次应对吵闹的班级，我只能不知所措地站着，各种思想在脑海之中乱七八糟的纠结起来，愣了半天，才意识到我是班长，只好对同学硬生生的叫了声“安静”。这句“安静”成为当班长的第一个开端，接下来的班长生涯，就在这句“安静”中打开。没有当班长的经验，我被别人称作最差的班长，我认真负责的管理，却没有多少人认可。除了失望，我更加的努力为班级服务。从中，我懂得了奉献不需回报。虽然立刻要重选班干部了，但我从为班级服务的这段时期中成长了，能否再选上班长我都不太介意了。</w:t>
      </w:r>
      <w:r>
        <w:rPr>
          <w:lang w:eastAsia="zh-CN"/>
        </w:rPr>
        <w:br/>
      </w:r>
      <w:r>
        <w:rPr>
          <w:lang w:eastAsia="zh-CN"/>
        </w:rPr>
        <w:t>　　初中生活，我还学会了很多。从一开始连一句“起立”都会忘了喊，再到之后能脆生生、响亮的喊出“起立”这个简单但又有力的词语，我明白了要大方;从一开始成绩的起伏不定到，再到之后的平稳，我学会了坚持;从一开始被选为当配角，再到之后请求试当主角，我学会了争取;从一开始看到运动会要报名项目而望而却步，再到之后报了无人愿跑的一千五百米，我学会了尝试······</w:t>
      </w:r>
      <w:r>
        <w:rPr>
          <w:lang w:eastAsia="zh-CN"/>
        </w:rPr>
        <w:br/>
      </w:r>
      <w:r>
        <w:rPr>
          <w:lang w:eastAsia="zh-CN"/>
        </w:rPr>
        <w:t>　　初中，我踏上了成长的道路。</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初三经典的国旗下讲话 篇8 </w:t>
      </w:r>
      <w:r>
        <w:rPr>
          <w:lang w:eastAsia="zh-CN"/>
        </w:rPr>
        <w:br/>
      </w:r>
      <w:r>
        <w:rPr>
          <w:lang w:eastAsia="zh-CN"/>
        </w:rPr>
        <w:t>　　人人都有欢乐的事情，我也一样，帮忙别人，欢乐自我!。我今日也跟大家分享一下我欢乐的事情。</w:t>
      </w:r>
      <w:r>
        <w:rPr>
          <w:lang w:eastAsia="zh-CN"/>
        </w:rPr>
        <w:br/>
      </w:r>
      <w:r>
        <w:rPr>
          <w:lang w:eastAsia="zh-CN"/>
        </w:rPr>
        <w:t>　　那是一个十分炎热的夏天，太阳像一个大火炉似的。人们被晒得纷纷打上太阳伞，抹上防晒霜出门。而我只能用乞求爸爸、妈妈的办法，换来那梦寐以求的一元钱，买一根冰棍，解一解夏天的炎热。有一天，我在家里玩电脑游戏。那天出奇地热，我热得汗流浃背，汗都浸湿了衣服。我想：哎，一会儿去买根冰棍吧。</w:t>
      </w:r>
      <w:r>
        <w:rPr>
          <w:lang w:eastAsia="zh-CN"/>
        </w:rPr>
        <w:br/>
      </w:r>
      <w:r>
        <w:rPr>
          <w:lang w:eastAsia="zh-CN"/>
        </w:rPr>
        <w:t>　　吃完中午饭，我和我的哥哥去买冰棍。正当我买完冰棍，从超市里心满意足地走出来时，看见一位老奶奶站在街角，她衣衫褴褛，皮肤黝黑，她有一双十分枯瘦的手和有着无数皱纹的脸，尽管她用一双渴望的眼睛看着过往行人，可是没有一个人理睬她，还有几个人用蔑视的眼神看她，我的哥哥更是视而不见。我心里有些愤怒，但又发不出火。</w:t>
      </w:r>
      <w:r>
        <w:rPr>
          <w:lang w:eastAsia="zh-CN"/>
        </w:rPr>
        <w:br/>
      </w:r>
      <w:r>
        <w:rPr>
          <w:lang w:eastAsia="zh-CN"/>
        </w:rPr>
        <w:t>　　我翻翻衣兜，找到买冰棍剩下的五角钱，送到她手里，她眼里顿时充满了感激，还用那眼神望着我，她的眼神仿佛要对我说：“多谢你，好心人!”也许我的行为不被一些人理解，或被他们嘲笑，但我认为，这位老奶奶需要我们关心和帮忙。虽然我失去了一次再买一根冰棍的机会，可是，那位老奶奶因为我的帮忙而感到了欢乐，使我也有了欢乐。这件事我做得很值得。</w:t>
      </w:r>
      <w:r>
        <w:rPr>
          <w:lang w:eastAsia="zh-CN"/>
        </w:rPr>
        <w:br/>
      </w:r>
      <w:r>
        <w:rPr>
          <w:lang w:eastAsia="zh-CN"/>
        </w:rPr>
        <w:t>　　欢乐，可能就在你一念之间，也可能在你眼前，让我们记住这句话：帮忙别人，欢乐自我!去寻找欢乐吧!</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初三经典的国旗下讲话 篇9 </w:t>
      </w:r>
      <w:r>
        <w:rPr>
          <w:lang w:eastAsia="zh-CN"/>
        </w:rPr>
        <w:br/>
      </w:r>
      <w:r>
        <w:rPr>
          <w:lang w:eastAsia="zh-CN"/>
        </w:rPr>
        <w:t>　　尊敬的老师们，亲爱的同学们。</w:t>
      </w:r>
      <w:r>
        <w:rPr>
          <w:lang w:eastAsia="zh-CN"/>
        </w:rPr>
        <w:br/>
      </w:r>
      <w:r>
        <w:rPr>
          <w:lang w:eastAsia="zh-CN"/>
        </w:rPr>
        <w:t>　　大家好!</w:t>
      </w:r>
      <w:r>
        <w:rPr>
          <w:lang w:eastAsia="zh-CN"/>
        </w:rPr>
        <w:br/>
      </w:r>
      <w:r>
        <w:rPr>
          <w:lang w:eastAsia="zh-CN"/>
        </w:rPr>
        <w:t>　　站在这庄严的国旗下，今天我想和大家探讨一下集体荣誉感。</w:t>
      </w:r>
      <w:r>
        <w:rPr>
          <w:lang w:eastAsia="zh-CN"/>
        </w:rPr>
        <w:br/>
      </w:r>
      <w:r>
        <w:rPr>
          <w:lang w:eastAsia="zh-CN"/>
        </w:rPr>
        <w:t>　　什么是集体荣誉感?书本上的解释是集体中的每个成员意识到集体的一种尊严的情感体验，是以维护所在集体的利益为崇高目标的。而我要说的是，集体荣誉感不仅仅是你个人的心理行为，更主要是集体对你的一种折射行为。集体对你我有哪些影响呢?举个例子来说吧，一个才华横溢之人因一次小失误而进了监狱，出来后，监狱这个集体就给他身上镀了一层黑影，大部分人会因他进了监狱而只见黑影却不见其才华;相反，一个资质平庸的人因为机遇侥幸进了清华北大，而这个集体就给他周身镀了一层金，出来后把这名牌一亮，别人无不注目敬佩。当然这例子也许不太准确，但是它却深刻地说明一个道理：不管你愿意还是不愿意，集体都会公正地把它的光环投射到每个人身上，成为你一生永远难忘的印记。</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现在西坡就是这样一个会把其痕迹投印在我们身上的集体，它还有一个更响亮的名字叫母校，什么是母校呢?华工大的院长李培根教授的一句解释，我很喜欢，他说母校就是你每天骂它八遍却不允许别人骂的地方好好思量这句话，这么质朴的解释告诉我们，母校是亲切而又神圣的!每个学子都有义务和责任为它的繁荣昌盛贡献一点自己的力量，我们的前辈师哥师姐们用她们不懈的努力和成绩奠定了西坡中学在随州教育史上的英名，那我们的任务就是让它的一切更加发扬光大。我们每天都该在心中扪问作为西坡生，你为西坡做了点什么?你为西坡留了点什么?</w:t>
      </w:r>
      <w:r>
        <w:rPr>
          <w:lang w:eastAsia="zh-CN"/>
        </w:rPr>
        <w:br/>
      </w:r>
      <w:r>
        <w:rPr>
          <w:lang w:eastAsia="zh-CN"/>
        </w:rPr>
        <w:t>　　有的同学孜孜不倦，刻苦求学，用优异的成绩为西坡这个母校脸上镀了层金色的光环;有的同学谦虚礼让，举止文明，为西坡这个母校身上披了件漂亮的外衣;有的同学劳动积极，勤奋锻炼，为西坡这个母校身体里注入了新鲜的血液;有的同学多才多艺，发展全面，为西坡这个母校心脏地跳动注入了不竭的动力。大家都在努力，你呢?我亲爱的同学，你还在那抱怨校园周围不太干净吗?还在抱怨周围充斥着脏话声吗?还在抱怨食堂的饭菜不好吃吗?当一连串的抱怨想说出口时，你可曾想过，为这个共同的母亲，你可曾做过让它骄傲的事，可曾把它放在心底最神圣的位置来敬重?</w:t>
      </w:r>
      <w:r>
        <w:rPr>
          <w:lang w:eastAsia="zh-CN"/>
        </w:rPr>
        <w:br/>
      </w:r>
      <w:r>
        <w:rPr>
          <w:lang w:eastAsia="zh-CN"/>
        </w:rPr>
        <w:t>　　同学们，停下你的牢骚，停下你的漠视，拿出你的真心真情好好为西坡中学做点什么吧!勿以恶大而为之，勿以善小而不为西坡这个母亲它一直都看着呢，看着你的每个成长历程，看着你的每个进步，你为她添金银还是添粪土，她都在默默承受着。</w:t>
      </w:r>
      <w:r>
        <w:rPr>
          <w:lang w:eastAsia="zh-CN"/>
        </w:rPr>
        <w:br/>
      </w:r>
      <w:r>
        <w:rPr>
          <w:lang w:eastAsia="zh-CN"/>
        </w:rPr>
        <w:t>　　希望我们的同学坚定西坡荣，我荣;西坡兴，我强的观念，时时刻刻严格要求自己，为把母校建得更好而真诚地努力!</w:t>
      </w:r>
      <w:r>
        <w:rPr>
          <w:lang w:eastAsia="zh-CN"/>
        </w:rPr>
        <w:br/>
      </w:r>
      <w:r>
        <w:rPr>
          <w:lang w:eastAsia="zh-CN"/>
        </w:rPr>
        <w:t>　　我的国旗下完毕，谢谢大家!</w:t>
      </w:r>
      <w:r>
        <w:rPr>
          <w:lang w:eastAsia="zh-CN"/>
        </w:rPr>
        <w:br/>
      </w:r>
      <w:r>
        <w:rPr>
          <w:lang w:eastAsia="zh-CN"/>
        </w:rPr>
        <w:t xml:space="preserve">    初三经典的国旗下讲话 篇10 </w:t>
      </w:r>
      <w:r>
        <w:rPr>
          <w:lang w:eastAsia="zh-CN"/>
        </w:rPr>
        <w:br/>
      </w:r>
      <w:r>
        <w:rPr>
          <w:lang w:eastAsia="zh-CN"/>
        </w:rPr>
        <w:t>　　一本好书如同一位良师，一位益友，他会陪伴你一生。</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在我的脑海中，总有一片无边无际的书的海洋，无时无刻的吸引着我的视线，诱惑着我的灵魂，激发着我的潜能，丰富着我的知识，提升我的内涵。</w:t>
      </w:r>
      <w:r>
        <w:rPr>
          <w:lang w:eastAsia="zh-CN"/>
        </w:rPr>
        <w:br/>
      </w:r>
      <w:r>
        <w:rPr>
          <w:lang w:eastAsia="zh-CN"/>
        </w:rPr>
        <w:t>　　好书给了我成功的资本，成长的铺路石。人的精神发展史，应该是他个人的阅读史。好书能调整我的心态，净化我的灵魂。人不可能总是成功，但我失败的心灰意冷之时，我会一心一意的挑一本好书偷偷的躲在角落里看。此时，那本好书已经进化成一位良师在谆谆教导我，细心地为我抹去心灵的污点，使我的心灵的得到一次升华。在书里，我努力的寻找着能医治痛苦的良药，吃下去——又翻过了一页。</w:t>
      </w:r>
      <w:r>
        <w:rPr>
          <w:lang w:eastAsia="zh-CN"/>
        </w:rPr>
        <w:br/>
      </w:r>
      <w:r>
        <w:rPr>
          <w:lang w:eastAsia="zh-CN"/>
        </w:rPr>
        <w:t>　　好书改变了我的人生，给我以鞭策与鼓励。读好书时的意境陶冶了我的情操。我喜欢一个管理者的果断与干练。我在无人的夜晚缩短现实与梦想的距离。浏览管理者的语言，此时，我忘记了黑暗，忘记了白天的烦心事，在书中我寻找到了属于自己的光明。这种读书的意境，是让我茁壮成长的食粮。书能引起我无尽的遐想，在遐想中我快乐，茁壮的成长。</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不敢说是好书使我改变命运的路又多了几条。我只知道，读书使我的知识得到了聚集;读书使我的视野得到了扩展;读书使我以各种各样的方式进行成长，激励着我，让我去尝试那些我原本不敢尝试的事。书是社会就业的总结，书是人生航行中领航的灯塔，书是人类进步的阶梯。人在饥饿的时候，应该把书当成是一块肉;在寒冷的时候，应该把书当成是一条棉袄;在孤独的时候，应该把书当成是一位挚友;在穷困潦倒的时候，应该把书当成是一块金子。好书在我的成长过程中，提供给了我许多养分，让我在人生道路上勇往直前。我是幸福的，因为有好书伴我成长。</w:t>
      </w:r>
      <w:r>
        <w:rPr>
          <w:lang w:eastAsia="zh-CN"/>
        </w:rPr>
        <w:br/>
      </w:r>
      <w:r>
        <w:rPr>
          <w:lang w:eastAsia="zh-CN"/>
        </w:rPr>
        <w:t>　　人生的快事莫过于读书。它能让我们认识到天地的广博，知晓人生的道路。它是我们的精神粮食，生命的禅师。但很少有人能把一本好书读完，这就促使人对书的一些不认可。书让我领悟了人生的真谛。当我迷惑、仿惶时，书犹如一支明亮的火炬，指引我前进的方向，为我排忧解难，增强我的勇气和信心;当我悲伤痛苦时，书告诉我，悲伤是短暂的，只要勇于开拓，变会发现乐趣;当我被人误解时，书告诉我，勇敢地走你自己的路，人们就会发现真实的你。</w:t>
      </w:r>
      <w:r>
        <w:rPr>
          <w:lang w:eastAsia="zh-CN"/>
        </w:rPr>
        <w:br/>
      </w:r>
      <w:r>
        <w:rPr>
          <w:lang w:eastAsia="zh-CN"/>
        </w:rPr>
        <w:t>　　书啊!你真是一样奇妙的东西。在读你时，我得到了无尽的快乐;在想你时，我得到了无边的悲伤。哎，还是好好看书吧!</w:t>
      </w:r>
      <w:r>
        <w:rPr>
          <w:lang w:eastAsia="zh-CN"/>
        </w:rPr>
        <w:br/>
      </w:r>
      <w:r>
        <w:rPr>
          <w:lang w:eastAsia="zh-CN"/>
        </w:rPr>
        <w:t xml:space="preserve">    初三经典的国旗下讲话 篇11 </w:t>
      </w:r>
      <w:r>
        <w:rPr>
          <w:lang w:eastAsia="zh-CN"/>
        </w:rPr>
        <w:br/>
      </w:r>
      <w:r>
        <w:rPr>
          <w:lang w:eastAsia="zh-CN"/>
        </w:rPr>
        <w:t>　　五星红旗迎风飘扬，胜利歌声多么响亮;歌唱我们亲爱的祖国，从今走向繁荣富强。每当听到这首歌我都会感到自豪，尤其是在建国60周年即将到来之际，我的心情更是无比激动。但是热爱祖国不应该只停留在唱一首歌，喊几句口号上。爱国，是我们的一种责任，在我们做每一件事前，我们应该想想，自己的行为对国家究竟意味着什么。</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平时和许多同学交谈中，我觉得有很多人觉得爱国很遥远，它应该发生在建功立业时，应是一番惊天动地的行为，应是在抵御外敌时战死疆场，应是在收复中国台湾时为国效力等等。为此，我曾经告诉我们的同学，其实爱国并不远，爱国就在我们身边。如果我们爱自己的民族，就让我们中华民族的整体素质再提高一点，这就是爱国。有人问：我有什么办法，有什么能力让一个民族的素质提高?我说：能。作为中华民族的一员，可以这样说，个人的素质就是民族的素质，提高了自己的素质就提高了民族的素质，每个人让自己的素质提高一点，这就是最平凡最简单的爱国。如果每个人都把提高素质作为自己应尽的责任，那么中华民族何愁不是一个强大的民族，一个令外人敬畏的民族?</w:t>
      </w:r>
      <w:r>
        <w:rPr>
          <w:lang w:eastAsia="zh-CN"/>
        </w:rPr>
        <w:br/>
      </w:r>
      <w:r>
        <w:rPr>
          <w:lang w:eastAsia="zh-CN"/>
        </w:rPr>
        <w:t>　　也许有人说我不知道怎样提高自己的素质，那么我想，从现在开始，我们应该学着爱自己的学校，爱自己的家园。如果你不想让自己家园和校园看起来邋遢，就应维护它的整洁;而不是走在路上随心所欲，随处乱扔垃圾。古人云：一屋不扫何以扫天下?我们如果连家园和校园都不爱护，又如何去爱国?所以，爱国不是口号，而是行动。如果我们从自身做起，爱护身边的环境，这就是爱国。</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我们总喜欢忽略或轻视自己身边的小事，认为无关紧要或与我无关。就在我们生活的空间，在我们美好的校园中，常常会感到一些不和谐的音符。比如：雪白的墙壁上被鞋印沾污，清洁的楼道上经常留下有些同学嘴谗后的果壳纸屑，教室内的桌椅被刻上经典留言，投不中的垃圾被弃之于桶外，耳旁时不时飘过几句污言秽语，弱小的同学不仅得不到帮助，取而代之的是欺负与嘲笑。再如，我们习惯了在走廊上打打闹闹，对老师和同学的提醒劝告当成耳边风;我们习惯了上课时我行我素，对完成学习任务搁之脑后;我们习惯了自己大声喧哗和吵闹，对是否影响了他人的休息毫不关心，总之，我们习惯了为自己考虑的太多太多，而为他人考虑的太少太少，而正是这些习惯，让我们许多同学变得缺乏责任心，也正是因为这样让我们的形象一落千丈。有人说，这不是我一个人的问题，别人都这样，很多人都这样。拿我认为你的想法太可笑了，难道我们不能从自身做起，为他人树立榜样吗?</w:t>
      </w:r>
      <w:r>
        <w:rPr>
          <w:lang w:eastAsia="zh-CN"/>
        </w:rPr>
        <w:br/>
      </w:r>
      <w:r>
        <w:rPr>
          <w:lang w:eastAsia="zh-CN"/>
        </w:rPr>
        <w:t>　　同学们，中华民族自古以来就有着优良的传统美德：我们有老吾老以及人之老，幼吾幼以及人之幼的诚挚爱心;我们有勿以恶小而为之，勿以善小而不为的谆谆告诫;我们有先天下之忧而忧，后天下之乐而乐的爱国情思。就是这些惊世名言，在经过几千年历史的更迭之后，仍能够熠熠生辉，因此，我们要做的还有很多很多。比如：尊敬老师，热爱学习，遵守纪律，爱护公物，少几句脏话臭话、多一点文明礼貌、抛弃那些无知和愚蠢、献上一份诚信与爱心，养成良好习惯和品质，完成我们必须担负的重任，那么，我们的内心才会充实，我们的胸怀才能宽广，我们的行为才会潇洒，我们的素质才能提高，我们的民族才会自豪!</w:t>
      </w:r>
      <w:r>
        <w:rPr>
          <w:lang w:eastAsia="zh-CN"/>
        </w:rPr>
        <w:br/>
      </w:r>
      <w:r>
        <w:rPr>
          <w:lang w:eastAsia="zh-CN"/>
        </w:rPr>
        <w:t>　　为此，我今天再次向全校同学发出倡议：为了表达我们对祖国最真诚的爱，请同学们在举行升旗仪式的时候，要以认真的态度、庄严的姿态，面对冉冉升起的五星红旗，让爱国情感、民族精神体现到我们的日常行动中来，就从身边的第一件小事做起，以高度的责任心和百倍的努力去实现我们的理想，去完成新时代赋予我们的神圣历史使命。</w:t>
      </w:r>
      <w:r>
        <w:rPr>
          <w:lang w:eastAsia="zh-CN"/>
        </w:rPr>
        <w:br/>
      </w:r>
      <w:r>
        <w:rPr>
          <w:lang w:eastAsia="zh-CN"/>
        </w:rPr>
        <w:t xml:space="preserve">    初三经典的国旗下讲话 篇12 </w:t>
      </w:r>
      <w:r>
        <w:rPr>
          <w:lang w:eastAsia="zh-CN"/>
        </w:rPr>
        <w:br/>
      </w:r>
      <w:r>
        <w:rPr>
          <w:lang w:eastAsia="zh-CN"/>
        </w:rPr>
        <w:t>　　老师们，同学们，早上好!</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今天我讲话的主题是交通安全伴我行。</w:t>
      </w:r>
      <w:r>
        <w:rPr>
          <w:lang w:eastAsia="zh-CN"/>
        </w:rPr>
        <w:br/>
      </w:r>
      <w:r>
        <w:rPr>
          <w:lang w:eastAsia="zh-CN"/>
        </w:rPr>
        <w:t>　　安全，牵系着每个人的生活。</w:t>
      </w:r>
      <w:r>
        <w:rPr>
          <w:lang w:eastAsia="zh-CN"/>
        </w:rPr>
        <w:br/>
      </w:r>
      <w:r>
        <w:rPr>
          <w:lang w:eastAsia="zh-CN"/>
        </w:rPr>
        <w:t>　　我国是一个人口大国，人多车多，使道路显得更加拥挤。据统计，我国每年因车祸死亡人数超过10万人，其中，儿童死亡人数近2万，居世界之首。</w:t>
      </w:r>
      <w:r>
        <w:rPr>
          <w:lang w:eastAsia="zh-CN"/>
        </w:rPr>
        <w:br/>
      </w:r>
      <w:r>
        <w:rPr>
          <w:lang w:eastAsia="zh-CN"/>
        </w:rPr>
        <w:t>　　多么惊人的数字。在这些触目惊心的数字后面，又有多少个家庭失去欢乐，多少个亲人痛不欲生，多少朵生命之花永远凋零。</w:t>
      </w:r>
      <w:r>
        <w:rPr>
          <w:lang w:eastAsia="zh-CN"/>
        </w:rPr>
        <w:br/>
      </w:r>
      <w:r>
        <w:rPr>
          <w:lang w:eastAsia="zh-CN"/>
        </w:rPr>
        <w:t>　　想到这些，我抑制不住内心的激动，为遇难者流下同情的泪水，对肇事者产生无比的愤慨!</w:t>
      </w:r>
      <w:r>
        <w:rPr>
          <w:lang w:eastAsia="zh-CN"/>
        </w:rPr>
        <w:br/>
      </w:r>
      <w:r>
        <w:rPr>
          <w:lang w:eastAsia="zh-CN"/>
        </w:rPr>
        <w:t>　　然而这些事故的发生，绝大多数都是因为人们交通安全意识淡薄，不遵守交通法规造成的。</w:t>
      </w:r>
      <w:r>
        <w:rPr>
          <w:lang w:eastAsia="zh-CN"/>
        </w:rPr>
        <w:br/>
      </w:r>
      <w:r>
        <w:rPr>
          <w:lang w:eastAsia="zh-CN"/>
        </w:rPr>
        <w:t>　　同学们当你看到那一幕幕惨剧时，你会没有感触吗?当你听到这些触目惊心的数字时，你还会违反交通规则吗?我想一定不会!作为一名小学生，我们理应积极行动起来，从我做起，从身边做起。</w:t>
      </w:r>
      <w:r>
        <w:rPr>
          <w:lang w:eastAsia="zh-CN"/>
        </w:rPr>
        <w:br/>
      </w:r>
      <w:r>
        <w:rPr>
          <w:lang w:eastAsia="zh-CN"/>
        </w:rPr>
        <w:t>　　因此，我建议：校外注意交通安全，走路走人行道;过马路，看清楚红绿灯，走斑马线，不翻越护栏;</w:t>
      </w:r>
      <w:r>
        <w:rPr>
          <w:lang w:eastAsia="zh-CN"/>
        </w:rPr>
        <w:br/>
      </w:r>
      <w:r>
        <w:rPr>
          <w:lang w:eastAsia="zh-CN"/>
        </w:rPr>
        <w:t>　　行走集中注意力，不看书，不听音乐，不打闹。</w:t>
      </w:r>
      <w:r>
        <w:rPr>
          <w:lang w:eastAsia="zh-CN"/>
        </w:rPr>
        <w:br/>
      </w:r>
      <w:r>
        <w:rPr>
          <w:lang w:eastAsia="zh-CN"/>
        </w:rPr>
        <w:t>　　上学、放学要遵守交通规则，防止交通事故的发生。</w:t>
      </w:r>
      <w:r>
        <w:rPr>
          <w:lang w:eastAsia="zh-CN"/>
        </w:rPr>
        <w:br/>
      </w:r>
      <w:r>
        <w:rPr>
          <w:lang w:eastAsia="zh-CN"/>
        </w:rPr>
        <w:t>　　校内课间不乱跑，不拥挤，上下楼梯靠右走。</w:t>
      </w:r>
      <w:r>
        <w:rPr>
          <w:lang w:eastAsia="zh-CN"/>
        </w:rPr>
        <w:br/>
      </w:r>
      <w:r>
        <w:rPr>
          <w:lang w:eastAsia="zh-CN"/>
        </w:rPr>
        <w:t>　　同学们，红灯短暂，生命无限，不怕百步远，只怕一步险。</w:t>
      </w:r>
      <w:r>
        <w:rPr>
          <w:lang w:eastAsia="zh-CN"/>
        </w:rPr>
        <w:br/>
      </w:r>
      <w:r>
        <w:rPr>
          <w:lang w:eastAsia="zh-CN"/>
        </w:rPr>
        <w:t>　　为了我们的生命之花永远绽放，为了让所有的家庭幸福美满，让我们把交通安全这四个字永记心间吧!</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让我们一起来创建我们的平安校园吧! 让我们在国旗下共同祝愿，祝愿我们每天平平安安到校，高高兴兴回家，祝愿我们的生活处处开满安全之花!</w:t>
      </w:r>
      <w:r>
        <w:rPr>
          <w:lang w:eastAsia="zh-CN"/>
        </w:rPr>
        <w:br/>
      </w:r>
      <w:r>
        <w:rPr>
          <w:lang w:eastAsia="zh-CN"/>
        </w:rPr>
        <w:t>　　我的国旗下讲话完毕，谢谢!</w:t>
      </w:r>
      <w:r>
        <w:rPr>
          <w:lang w:eastAsia="zh-CN"/>
        </w:rPr>
        <w:br/>
      </w:r>
      <w:r>
        <w:rPr>
          <w:lang w:eastAsia="zh-CN"/>
        </w:rPr>
        <w:t xml:space="preserve">    初三经典的国旗下讲话 篇13 </w:t>
      </w:r>
      <w:r>
        <w:rPr>
          <w:lang w:eastAsia="zh-CN"/>
        </w:rPr>
        <w:br/>
      </w:r>
      <w:r>
        <w:rPr>
          <w:lang w:eastAsia="zh-CN"/>
        </w:rPr>
        <w:t>　　尊敬的老师、亲爱的同学们：</w:t>
      </w:r>
      <w:r>
        <w:rPr>
          <w:lang w:eastAsia="zh-CN"/>
        </w:rPr>
        <w:br/>
      </w:r>
      <w:r>
        <w:rPr>
          <w:lang w:eastAsia="zh-CN"/>
        </w:rPr>
        <w:t>　　你们好!今天我国旗下讲话的题目是：民族精神 牢记心头</w:t>
      </w:r>
      <w:r>
        <w:rPr>
          <w:lang w:eastAsia="zh-CN"/>
        </w:rPr>
        <w:br/>
      </w:r>
      <w:r>
        <w:rPr>
          <w:lang w:eastAsia="zh-CN"/>
        </w:rPr>
        <w:t>　　民族精神是一个国家，是一个民族兴旺发达的精神支柱，是维系本国民族人民生存发展的根基，民族精神的核心是爱国主义。</w:t>
      </w:r>
      <w:r>
        <w:rPr>
          <w:lang w:eastAsia="zh-CN"/>
        </w:rPr>
        <w:br/>
      </w:r>
      <w:r>
        <w:rPr>
          <w:lang w:eastAsia="zh-CN"/>
        </w:rPr>
        <w:t>　　绵延五千多年的中华文明，之所以历经磨难而不衰，饱含艰辛而不屈，千锤百炼而更坚强，就是不断丰富和发展的民族精神，鼓舞着古往今来的中华儿女奋发向上。</w:t>
      </w:r>
      <w:r>
        <w:rPr>
          <w:lang w:eastAsia="zh-CN"/>
        </w:rPr>
        <w:br/>
      </w:r>
      <w:r>
        <w:rPr>
          <w:lang w:eastAsia="zh-CN"/>
        </w:rPr>
        <w:t>　　1935年12月9日，是一个难以忘怀的日子，是一个让国人倍受鼓舞的日子，是一个值得我们细细咀嚼的日子。在日寇疯狂进攻我华北大地，国人沉醉麻木，国民党消极抗日，社会如一潭死水的民族存亡关头，具有民族忧患意识的北平学子，在中国共产党的领导下，摇旗呐喊，树起华夏大地第一面战旗，他们是历史的改造者，是革命的先驱!</w:t>
      </w:r>
      <w:r>
        <w:rPr>
          <w:lang w:eastAsia="zh-CN"/>
        </w:rPr>
        <w:br/>
      </w:r>
    </w:p>
    <w:p w:rsidR="001B1F19" w14:textId="27C3F48A">
      <w:pPr>
        <w:rPr>
          <w:lang w:eastAsia="zh-CN"/>
        </w:rPr>
      </w:pPr>
      <w:r>
        <w:rPr>
          <w:lang w:eastAsia="zh-CN"/>
        </w:rPr>
        <w:t>　　而今，历史的车轮已辗入了21世纪，风华正茂的我们正疾步奔行。作为时代的弄潮儿，我们应继承和发扬“12·9”运动的优良传统，12·9精神为前进的动力，努力承担振兴中华的历史使命。刻苦学习，顽强拼搏。用科学文化知识武装自己，随时听候祖国的安排，发出新时代新青年的呐喊!</w:t>
      </w:r>
      <w:r>
        <w:rPr>
          <w:lang w:eastAsia="zh-CN"/>
        </w:rPr>
        <w:br/>
      </w:r>
      <w:r>
        <w:rPr>
          <w:lang w:eastAsia="zh-CN"/>
        </w:rPr>
        <w:t>　　新时代的我们，新时代的新青年，正迈着坚实的步伐，向前进取。我深信，在中国共产党的领导下，以北京精神为动力，新时代的我们会以独特的方式抒发我的爱国之情，为实现中华民族的伟大复兴，国家的富强而贡献自己的力量。同我们的热血，同我们的真诚，同我们的努力铸就华夏大地上一道最亮的风景线。</w:t>
      </w:r>
      <w:r>
        <w:rPr>
          <w:lang w:eastAsia="zh-CN"/>
        </w:rPr>
        <w:br/>
      </w:r>
      <w:r>
        <w:rPr>
          <w:lang w:eastAsia="zh-CN"/>
        </w:rPr>
        <w:t>　　“中国”，在每一个炎黄子孙的心里都是一个神圣的字眼，“祖国”在每一个中华儿女的心中都是一个亲切的词汇。热爱祖国，是中华民族生命之源泉、情感之归宿、奋斗之动力。千百年来，我们中华民族历经无数次内忧外患，是什么力量使其维系不坠?是什么力量把56个民族兄弟紧紧地团结在一起，披荆斩棘，一往无前?——是中华民族强大的凝聚力和向心力，是中华民族悠久的爱国主义传统，是中华儿女自强不息的民族精神。</w:t>
      </w:r>
      <w:r>
        <w:rPr>
          <w:lang w:eastAsia="zh-CN"/>
        </w:rPr>
        <w:br/>
      </w:r>
      <w:r>
        <w:rPr>
          <w:lang w:eastAsia="zh-CN"/>
        </w:rPr>
        <w:t>　　同学们，当今世界风云变幻，国际竞争日趋激烈，我们必须大力弘扬爱国主义，培育民族精神。你们是祖国未来的建设者和接班人，一定要有时代感、紧迫感、责任感，我们现在是学生，应把爱国主义精神转化为爱学校、爱班级、爱学习的热情，要高扬民族精神的大旗，增强民族自豪感，用我们的实际行动去践行北京精神，去热爱我们伟大的祖国!</w:t>
      </w:r>
      <w:r>
        <w:rPr>
          <w:lang w:eastAsia="zh-CN"/>
        </w:rPr>
        <w:br/>
      </w:r>
      <w:r>
        <w:rPr>
          <w:lang w:eastAsia="zh-CN"/>
        </w:rPr>
        <w:t xml:space="preserve">    初三经典的国旗下讲话 篇14 </w:t>
      </w:r>
      <w:r>
        <w:rPr>
          <w:lang w:eastAsia="zh-CN"/>
        </w:rPr>
        <w:br/>
      </w:r>
      <w:r>
        <w:rPr>
          <w:lang w:eastAsia="zh-CN"/>
        </w:rPr>
        <w:t>　　尊敬的各位老师，亲爱的同学们：</w:t>
      </w:r>
      <w:r>
        <w:rPr>
          <w:lang w:eastAsia="zh-CN"/>
        </w:rPr>
        <w:br/>
      </w:r>
      <w:r>
        <w:rPr>
          <w:lang w:eastAsia="zh-CN"/>
        </w:rPr>
        <w:t>　　大家早上好!我是六年级(2)班的，我是六(2)班的。</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https://d.book118.com/486053013040010055</w:t>
        </w:r>
      </w:hyperlink>
    </w:p>
    <w:p w:rsidR="001B1F19">
      <w:pPr>
        <w:rPr>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8605301304001005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