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活动方案范文</w:t>
      </w:r>
    </w:p>
    <w:p>
      <w:pPr>
        <w:spacing w:before="100" w:after="200" w:line="360" w:lineRule="auto"/>
        <w:ind w:firstLine="576"/>
        <w:jc w:val="left"/>
      </w:pPr>
      <w:r>
        <w:rPr>
          <w:rFonts w:ascii="宋体" w:eastAsia="宋体" w:hAnsi="宋体"/>
          <w:sz w:val="28"/>
        </w:rPr>
        <w:t>2023活动方案</w:t>
      </w:r>
    </w:p>
    <w:p>
      <w:pPr>
        <w:spacing w:before="100" w:after="200" w:line="360" w:lineRule="auto"/>
        <w:ind w:firstLine="576"/>
        <w:jc w:val="left"/>
      </w:pPr>
      <w:r>
        <w:rPr>
          <w:rFonts w:ascii="宋体" w:eastAsia="宋体" w:hAnsi="宋体"/>
          <w:sz w:val="28"/>
        </w:rPr>
        <w:t>2023活动方案1</w:t>
      </w:r>
    </w:p>
    <w:p>
      <w:pPr>
        <w:spacing w:before="100" w:after="200" w:line="360" w:lineRule="auto"/>
        <w:ind w:firstLine="576"/>
        <w:jc w:val="left"/>
      </w:pPr>
      <w:r>
        <w:rPr>
          <w:rFonts w:ascii="宋体" w:eastAsia="宋体" w:hAnsi="宋体"/>
          <w:sz w:val="28"/>
        </w:rPr>
        <w:t>为更好地践行教师团队学习的理念，进一步增强教师的合作意识与合作能力，探讨学本课堂，提升校本研训质量，促进教师专业成长，经研究，决定举行温州英育学校教师团队赛课活动。现将有关事项通知如下：</w:t>
      </w:r>
    </w:p>
    <w:p>
      <w:pPr>
        <w:spacing w:before="100" w:after="200" w:line="360" w:lineRule="auto"/>
        <w:jc w:val="left"/>
      </w:pPr>
      <w:r>
        <w:rPr>
          <w:rFonts w:ascii="宋体 (中文正文)" w:eastAsia="宋体" w:hAnsi="宋体 (中文正文)"/>
          <w:b/>
          <w:sz w:val="28"/>
        </w:rPr>
        <w:t>一、活动时间</w:t>
      </w:r>
    </w:p>
    <w:p>
      <w:pPr>
        <w:spacing w:before="100" w:after="200" w:line="360" w:lineRule="auto"/>
        <w:ind w:firstLine="576"/>
        <w:jc w:val="left"/>
      </w:pPr>
      <w:r>
        <w:rPr>
          <w:rFonts w:ascii="宋体" w:eastAsia="宋体" w:hAnsi="宋体"/>
          <w:sz w:val="28"/>
        </w:rPr>
        <w:t>展示时间:周一周前会议时间（暂定第6周数学、9社会、10科学、13英语、15周语文），地点：三楼电教室。</w:t>
      </w:r>
    </w:p>
    <w:p>
      <w:pPr>
        <w:spacing w:before="100" w:after="200" w:line="360" w:lineRule="auto"/>
        <w:jc w:val="left"/>
      </w:pPr>
      <w:r>
        <w:rPr>
          <w:rFonts w:ascii="宋体 (中文正文)" w:eastAsia="宋体" w:hAnsi="宋体 (中文正文)"/>
          <w:sz w:val="28"/>
        </w:rPr>
        <w:t>二、参与对象：</w:t>
      </w:r>
    </w:p>
    <w:p>
      <w:pPr>
        <w:spacing w:before="100" w:after="200" w:line="360" w:lineRule="auto"/>
        <w:ind w:firstLine="576"/>
        <w:jc w:val="left"/>
      </w:pPr>
      <w:r>
        <w:rPr>
          <w:rFonts w:ascii="宋体" w:eastAsia="宋体" w:hAnsi="宋体"/>
          <w:sz w:val="28"/>
        </w:rPr>
        <w:t>所有初中文化学科教师</w:t>
      </w:r>
    </w:p>
    <w:p>
      <w:pPr>
        <w:spacing w:before="100" w:after="200" w:line="360" w:lineRule="auto"/>
        <w:jc w:val="left"/>
      </w:pPr>
      <w:r>
        <w:rPr>
          <w:rFonts w:ascii="宋体 (中文正文)" w:eastAsia="宋体" w:hAnsi="宋体 (中文正文)"/>
          <w:sz w:val="28"/>
        </w:rPr>
        <w:t>三、组队方式、要求：</w:t>
      </w:r>
    </w:p>
    <w:p>
      <w:pPr>
        <w:spacing w:before="100" w:after="200" w:line="360" w:lineRule="auto"/>
        <w:ind w:firstLine="576"/>
        <w:jc w:val="left"/>
      </w:pPr>
      <w:r>
        <w:rPr>
          <w:rFonts w:ascii="宋体" w:eastAsia="宋体" w:hAnsi="宋体"/>
          <w:sz w:val="28"/>
        </w:rPr>
        <w:t>一个教研组作为一个团队，全组参与。组长负责组织工作，各成员既有主要承担任务，又要交流切磋，发挥团队合作精神。鼓励高级教师、骨干教师、中老年教师承担课堂教学展示任务，各成员分别承担教学设计、磨课过程叙述、课堂教学、课堂观察设计与反馈、研修课例、研修案例和点评稿撰写等任务，务必做到每位成员都有任务。</w:t>
      </w:r>
    </w:p>
    <w:p>
      <w:pPr>
        <w:spacing w:before="100" w:after="200" w:line="360" w:lineRule="auto"/>
        <w:jc w:val="left"/>
      </w:pPr>
      <w:r>
        <w:rPr>
          <w:rFonts w:ascii="宋体 (中文正文)" w:eastAsia="宋体" w:hAnsi="宋体 (中文正文)"/>
          <w:sz w:val="28"/>
        </w:rPr>
        <w:t>四、赛课主题和课题：</w:t>
      </w:r>
    </w:p>
    <w:p>
      <w:pPr>
        <w:spacing w:before="100" w:after="200" w:line="360" w:lineRule="auto"/>
        <w:ind w:firstLine="576"/>
        <w:jc w:val="left"/>
      </w:pPr>
      <w:r>
        <w:rPr>
          <w:rFonts w:ascii="宋体" w:eastAsia="宋体" w:hAnsi="宋体"/>
          <w:sz w:val="28"/>
        </w:rPr>
        <w:t>1.主题:学本课堂的构建。</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2.课题:七、八、九年级本学期教学内容任选一课。</w:t>
      </w:r>
    </w:p>
    <w:p>
      <w:pPr>
        <w:spacing w:before="100" w:after="200" w:line="360" w:lineRule="auto"/>
        <w:jc w:val="left"/>
      </w:pPr>
      <w:r>
        <w:rPr>
          <w:rFonts w:ascii="宋体 (中文正文)" w:eastAsia="宋体" w:hAnsi="宋体 (中文正文)"/>
          <w:sz w:val="28"/>
        </w:rPr>
        <w:t>五、团队赛课方式说明：</w:t>
      </w:r>
    </w:p>
    <w:p>
      <w:pPr>
        <w:spacing w:before="100" w:after="200" w:line="360" w:lineRule="auto"/>
        <w:ind w:firstLine="576"/>
        <w:jc w:val="left"/>
      </w:pPr>
      <w:r>
        <w:rPr>
          <w:rFonts w:ascii="宋体" w:eastAsia="宋体" w:hAnsi="宋体"/>
          <w:sz w:val="28"/>
        </w:rPr>
        <w:t>1.教学设计、课堂观察量表、课堂评价量表。教学设计、课堂观察量表、课堂评价量表在课堂展示之前发给全体听课教师。</w:t>
      </w:r>
    </w:p>
    <w:p>
      <w:pPr>
        <w:spacing w:before="100" w:after="200" w:line="360" w:lineRule="auto"/>
        <w:ind w:firstLine="576"/>
        <w:jc w:val="left"/>
      </w:pPr>
      <w:r>
        <w:rPr>
          <w:rFonts w:ascii="宋体" w:eastAsia="宋体" w:hAnsi="宋体"/>
          <w:sz w:val="28"/>
        </w:rPr>
        <w:t>2.课堂教学展示。一位成员完整展示课堂教学。</w:t>
      </w:r>
    </w:p>
    <w:p>
      <w:pPr>
        <w:spacing w:before="100" w:after="200" w:line="360" w:lineRule="auto"/>
        <w:ind w:firstLine="576"/>
        <w:jc w:val="left"/>
      </w:pPr>
      <w:r>
        <w:rPr>
          <w:rFonts w:ascii="宋体" w:eastAsia="宋体" w:hAnsi="宋体"/>
          <w:sz w:val="28"/>
        </w:rPr>
        <w:t>3.现场反馈课堂观察情况，安排2位代表发言。（时间控制在15分钟以内）</w:t>
      </w:r>
    </w:p>
    <w:p>
      <w:pPr>
        <w:spacing w:before="100" w:after="200" w:line="360" w:lineRule="auto"/>
        <w:ind w:firstLine="576"/>
        <w:jc w:val="left"/>
      </w:pPr>
      <w:r>
        <w:rPr>
          <w:rFonts w:ascii="宋体" w:eastAsia="宋体" w:hAnsi="宋体"/>
          <w:sz w:val="28"/>
        </w:rPr>
        <w:t>4.磨课过程叙述。重点叙述：对教学内容的理解与如何构建学本课堂及所涉理论依据；通过团队的智慧经历“草根课”—“提高课”—“优质课”等一系列的磨课实践过程，通过对比分析，让听课老师分享一节课逐步成熟的研究过程及理论支持。（时间控制在15分钟以内）</w:t>
      </w:r>
    </w:p>
    <w:p>
      <w:pPr>
        <w:spacing w:before="100" w:after="200" w:line="360" w:lineRule="auto"/>
        <w:ind w:firstLine="576"/>
        <w:jc w:val="left"/>
      </w:pPr>
      <w:r>
        <w:rPr>
          <w:rFonts w:ascii="宋体" w:eastAsia="宋体" w:hAnsi="宋体"/>
          <w:sz w:val="28"/>
        </w:rPr>
        <w:t>5.活动反思。上交一份完整的课例（按精品百课案例评比格式要求）、一份校本研修案例（磨课过程叙述）、点评稿（每人1份）及整个活动过程的材料。现场展示后一周内上交教科室。</w:t>
      </w:r>
    </w:p>
    <w:p>
      <w:pPr>
        <w:spacing w:before="100" w:after="200" w:line="360" w:lineRule="auto"/>
        <w:ind w:firstLine="576"/>
        <w:jc w:val="left"/>
      </w:pPr>
      <w:r>
        <w:rPr>
          <w:rFonts w:ascii="宋体" w:eastAsia="宋体" w:hAnsi="宋体"/>
          <w:sz w:val="28"/>
        </w:rPr>
        <w:t>6.各项内容分值：课堂教学展示50分、课堂观察反馈和磨课过程叙述30分、活动反思20分。</w:t>
      </w:r>
    </w:p>
    <w:p>
      <w:pPr>
        <w:spacing w:before="100" w:after="200" w:line="360" w:lineRule="auto"/>
        <w:ind w:firstLine="576"/>
        <w:jc w:val="left"/>
      </w:pPr>
      <w:r>
        <w:rPr>
          <w:rFonts w:ascii="宋体" w:eastAsia="宋体" w:hAnsi="宋体"/>
          <w:sz w:val="28"/>
        </w:rPr>
        <w:t>7.评价方式：课堂展示由所有听课老师根据课堂评价量表进行量分，计平均值；课堂观察反馈和磨课过程叙述由学校评委会进行量分；活动反思由学校教科室根据材料上交情况进行量化。</w:t>
      </w:r>
    </w:p>
    <w:p>
      <w:pPr>
        <w:spacing w:before="100" w:after="200" w:line="360" w:lineRule="auto"/>
        <w:jc w:val="left"/>
      </w:pPr>
      <w:r>
        <w:rPr>
          <w:rFonts w:ascii="宋体 (中文正文)" w:eastAsia="宋体" w:hAnsi="宋体 (中文正文)"/>
          <w:sz w:val="28"/>
        </w:rPr>
        <w:t>六、活动设奖：</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p>
    <w:p>
      <w:pPr>
        <w:spacing w:before="100" w:after="200" w:line="360" w:lineRule="auto"/>
        <w:ind w:firstLine="576"/>
        <w:jc w:val="left"/>
      </w:pPr>
      <w:r>
        <w:rPr>
          <w:rFonts w:ascii="宋体" w:eastAsia="宋体" w:hAnsi="宋体"/>
          <w:sz w:val="28"/>
        </w:rPr>
        <w:t>团队赛课设一、二、三等奖，学校将给予相应的物质奖励。本次活动参与情况是评选学期优秀教研组的必备条件之一、本次活动中承当课堂展示和代表发言将颁发校级证书。本次活动中参与展示的教研组每人计校本培训3学时，参与听课的老师计3学时。</w:t>
      </w:r>
    </w:p>
    <w:p>
      <w:pPr>
        <w:spacing w:before="100" w:after="200" w:line="360" w:lineRule="auto"/>
        <w:ind w:firstLine="576"/>
        <w:jc w:val="left"/>
      </w:pPr>
      <w:r>
        <w:rPr>
          <w:rFonts w:ascii="宋体" w:eastAsia="宋体" w:hAnsi="宋体"/>
          <w:sz w:val="28"/>
        </w:rPr>
        <w:t>2023活动方案2</w:t>
      </w:r>
    </w:p>
    <w:p>
      <w:pPr>
        <w:spacing w:before="100" w:after="200" w:line="360" w:lineRule="auto"/>
        <w:jc w:val="left"/>
      </w:pPr>
      <w:r>
        <w:rPr>
          <w:rFonts w:ascii="宋体 (中文正文)" w:eastAsia="宋体" w:hAnsi="宋体 (中文正文)"/>
          <w:sz w:val="28"/>
        </w:rPr>
        <w:t>活动时间：</w:t>
      </w:r>
    </w:p>
    <w:p>
      <w:pPr>
        <w:spacing w:before="100" w:after="200" w:line="360" w:lineRule="auto"/>
        <w:ind w:firstLine="576"/>
        <w:jc w:val="left"/>
      </w:pPr>
      <w:r>
        <w:rPr>
          <w:rFonts w:ascii="宋体" w:eastAsia="宋体" w:hAnsi="宋体"/>
          <w:sz w:val="28"/>
        </w:rPr>
        <w:t>2023年8月3日</w:t>
      </w:r>
    </w:p>
    <w:p>
      <w:pPr>
        <w:spacing w:before="100" w:after="200" w:line="360" w:lineRule="auto"/>
        <w:jc w:val="left"/>
      </w:pPr>
      <w:r>
        <w:rPr>
          <w:rFonts w:ascii="宋体 (中文正文)" w:eastAsia="宋体" w:hAnsi="宋体 (中文正文)"/>
          <w:sz w:val="28"/>
        </w:rPr>
        <w:t>活动地点：</w:t>
      </w:r>
    </w:p>
    <w:p>
      <w:pPr>
        <w:spacing w:before="100" w:after="200" w:line="360" w:lineRule="auto"/>
        <w:ind w:firstLine="576"/>
        <w:jc w:val="left"/>
      </w:pPr>
      <w:r>
        <w:rPr>
          <w:rFonts w:ascii="宋体" w:eastAsia="宋体" w:hAnsi="宋体"/>
          <w:sz w:val="28"/>
        </w:rPr>
        <w:t>乐高教育中心</w:t>
      </w:r>
    </w:p>
    <w:p>
      <w:pPr>
        <w:spacing w:before="100" w:after="200" w:line="360" w:lineRule="auto"/>
        <w:ind w:firstLine="576"/>
        <w:jc w:val="left"/>
      </w:pPr>
      <w:r>
        <w:rPr>
          <w:rFonts w:ascii="宋体" w:eastAsia="宋体" w:hAnsi="宋体"/>
          <w:sz w:val="28"/>
        </w:rPr>
        <w:t>报名年龄：3~9岁</w:t>
      </w:r>
    </w:p>
    <w:p>
      <w:pPr>
        <w:spacing w:before="100" w:after="200" w:line="360" w:lineRule="auto"/>
        <w:ind w:firstLine="576"/>
        <w:jc w:val="left"/>
      </w:pPr>
      <w:r>
        <w:rPr>
          <w:rFonts w:ascii="宋体" w:eastAsia="宋体" w:hAnsi="宋体"/>
          <w:sz w:val="28"/>
        </w:rPr>
        <w:t>好礼欢乐送：参加活动，即可获赠精美礼品。</w:t>
      </w:r>
    </w:p>
    <w:p>
      <w:pPr>
        <w:spacing w:before="100" w:after="200" w:line="360" w:lineRule="auto"/>
        <w:ind w:firstLine="576"/>
        <w:jc w:val="left"/>
      </w:pPr>
      <w:r>
        <w:rPr>
          <w:rFonts w:ascii="宋体" w:eastAsia="宋体" w:hAnsi="宋体"/>
          <w:sz w:val="28"/>
        </w:rPr>
        <w:t>乐高快乐积木，亲子互动比赛活动</w:t>
      </w:r>
    </w:p>
    <w:p>
      <w:pPr>
        <w:spacing w:before="100" w:after="200" w:line="360" w:lineRule="auto"/>
        <w:ind w:firstLine="576"/>
        <w:jc w:val="left"/>
      </w:pPr>
      <w:r>
        <w:rPr>
          <w:rFonts w:ascii="宋体" w:eastAsia="宋体" w:hAnsi="宋体"/>
          <w:sz w:val="28"/>
        </w:rPr>
        <w:t>乐高亲子游戏活动方案</w:t>
      </w:r>
    </w:p>
    <w:p>
      <w:pPr>
        <w:spacing w:before="100" w:after="200" w:line="360" w:lineRule="auto"/>
        <w:jc w:val="left"/>
      </w:pPr>
      <w:r>
        <w:rPr>
          <w:rFonts w:ascii="宋体 (中文正文)" w:eastAsia="宋体" w:hAnsi="宋体 (中文正文)"/>
          <w:sz w:val="28"/>
        </w:rPr>
        <w:t>活动介绍：</w:t>
      </w:r>
    </w:p>
    <w:p>
      <w:pPr>
        <w:spacing w:before="100" w:after="200" w:line="360" w:lineRule="auto"/>
        <w:ind w:firstLine="576"/>
        <w:jc w:val="left"/>
      </w:pPr>
      <w:r>
        <w:rPr>
          <w:rFonts w:ascii="宋体" w:eastAsia="宋体" w:hAnsi="宋体"/>
          <w:sz w:val="28"/>
        </w:rPr>
        <w:t>乐高教育已经有超过三十年的教育研发经验，成为致力于技术教育在全球推广的者。为了帮助家长更新家庭教育观念，建立和谐的家庭关系，积极进行学习型家庭的创建实践，我们精心设计了亲子互动活动和趣味比赛活动。在活动中真正把快乐带给孩子，让孩子的暑假生活在参加活动中体验新的快乐。</w:t>
      </w:r>
    </w:p>
    <w:p>
      <w:pPr>
        <w:spacing w:before="100" w:after="200" w:line="360" w:lineRule="auto"/>
        <w:ind w:firstLine="576"/>
        <w:jc w:val="left"/>
      </w:pPr>
      <w:r>
        <w:rPr>
          <w:rFonts w:ascii="宋体" w:eastAsia="宋体" w:hAnsi="宋体"/>
          <w:sz w:val="28"/>
        </w:rPr>
        <w:t>本次亲子互动比赛活动，将孩子们以年龄分为三组A组为三到四岁，B组为五到六岁，C组为七到九岁。</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活动比赛方案</w:t>
      </w:r>
    </w:p>
    <w:p>
      <w:pPr>
        <w:spacing w:before="100" w:after="200" w:line="360" w:lineRule="auto"/>
        <w:ind w:firstLine="576"/>
        <w:jc w:val="left"/>
      </w:pPr>
      <w:r>
        <w:rPr>
          <w:rFonts w:ascii="宋体" w:eastAsia="宋体" w:hAnsi="宋体"/>
          <w:sz w:val="28"/>
        </w:rPr>
        <w:t>A组：3、4岁，亲子游戏+挑战乐高塔</w:t>
      </w:r>
    </w:p>
    <w:p>
      <w:pPr>
        <w:spacing w:before="100" w:after="200" w:line="360" w:lineRule="auto"/>
        <w:ind w:firstLine="576"/>
        <w:jc w:val="left"/>
      </w:pPr>
      <w:r>
        <w:rPr>
          <w:rFonts w:ascii="宋体" w:eastAsia="宋体" w:hAnsi="宋体"/>
          <w:sz w:val="28"/>
        </w:rPr>
        <w:t>B组：5、6岁，亲子游戏+挑战乐高塔</w:t>
      </w:r>
    </w:p>
    <w:p>
      <w:pPr>
        <w:spacing w:before="100" w:after="200" w:line="360" w:lineRule="auto"/>
        <w:ind w:firstLine="576"/>
        <w:jc w:val="left"/>
      </w:pPr>
      <w:r>
        <w:rPr>
          <w:rFonts w:ascii="宋体" w:eastAsia="宋体" w:hAnsi="宋体"/>
          <w:sz w:val="28"/>
        </w:rPr>
        <w:t>C组：7、8、9岁，亲子游戏+挑战乐高塔+数学接龙(团队)</w:t>
      </w:r>
    </w:p>
    <w:p>
      <w:pPr>
        <w:spacing w:before="100" w:after="200" w:line="360" w:lineRule="auto"/>
        <w:ind w:firstLine="576"/>
        <w:jc w:val="left"/>
      </w:pPr>
      <w:r>
        <w:rPr>
          <w:rFonts w:ascii="宋体" w:eastAsia="宋体" w:hAnsi="宋体"/>
          <w:sz w:val="28"/>
        </w:rPr>
        <w:t>D组：乐高学员表演赛</w:t>
      </w:r>
    </w:p>
    <w:p>
      <w:pPr>
        <w:spacing w:before="100" w:after="200" w:line="360" w:lineRule="auto"/>
        <w:jc w:val="left"/>
      </w:pPr>
      <w:r>
        <w:rPr>
          <w:rFonts w:ascii="宋体 (中文正文)" w:eastAsia="宋体" w:hAnsi="宋体 (中文正文)"/>
          <w:sz w:val="28"/>
        </w:rPr>
        <w:t>游戏规则：</w:t>
      </w:r>
    </w:p>
    <w:p>
      <w:pPr>
        <w:spacing w:before="100" w:after="200" w:line="360" w:lineRule="auto"/>
        <w:ind w:firstLine="576"/>
        <w:jc w:val="left"/>
      </w:pPr>
      <w:r>
        <w:rPr>
          <w:rFonts w:ascii="宋体" w:eastAsia="宋体" w:hAnsi="宋体"/>
          <w:sz w:val="28"/>
        </w:rPr>
        <w:t>挑战乐高塔：规定时间内用乐高积木叠搭乐高塔，者获胜，每组冠、亚、季军，还可获赠豪华大奖。</w:t>
      </w:r>
    </w:p>
    <w:p>
      <w:pPr>
        <w:spacing w:before="100" w:after="200" w:line="360" w:lineRule="auto"/>
        <w:ind w:firstLine="576"/>
        <w:jc w:val="left"/>
      </w:pPr>
      <w:r>
        <w:rPr>
          <w:rFonts w:ascii="宋体" w:eastAsia="宋体" w:hAnsi="宋体"/>
          <w:sz w:val="28"/>
        </w:rPr>
        <w:t>亲子游戏：利用乐高积木完成趣味亲子游戏，优胜者有精美奖品相赠。</w:t>
      </w:r>
    </w:p>
    <w:p>
      <w:pPr>
        <w:spacing w:before="100" w:after="200" w:line="360" w:lineRule="auto"/>
        <w:ind w:firstLine="576"/>
        <w:jc w:val="left"/>
      </w:pPr>
      <w:r>
        <w:rPr>
          <w:rFonts w:ascii="宋体" w:eastAsia="宋体" w:hAnsi="宋体"/>
          <w:sz w:val="28"/>
        </w:rPr>
        <w:t>数学接龙(团队)：自由组队，利用乐高教具解答数学题(简单的加减法)，根据比赛卡内容用乐高积木作答，然后以接力的形式比赛，看看哪组最快且全部回答正确，优胜者有精美奖品相赠。</w:t>
      </w:r>
    </w:p>
    <w:p>
      <w:pPr>
        <w:spacing w:before="100" w:after="200" w:line="360" w:lineRule="auto"/>
        <w:ind w:firstLine="576"/>
        <w:jc w:val="left"/>
      </w:pPr>
      <w:r>
        <w:rPr>
          <w:rFonts w:ascii="宋体" w:eastAsia="宋体" w:hAnsi="宋体"/>
          <w:sz w:val="28"/>
        </w:rPr>
        <w:t>时间安排</w:t>
      </w:r>
    </w:p>
    <w:p>
      <w:pPr>
        <w:spacing w:before="100" w:after="200" w:line="360" w:lineRule="auto"/>
        <w:jc w:val="left"/>
      </w:pPr>
      <w:r>
        <w:rPr>
          <w:rFonts w:ascii="宋体 (中文正文)" w:eastAsia="宋体" w:hAnsi="宋体 (中文正文)"/>
          <w:sz w:val="28"/>
        </w:rPr>
        <w:t>第一场：</w:t>
      </w:r>
    </w:p>
    <w:p>
      <w:pPr>
        <w:spacing w:before="100" w:after="200" w:line="360" w:lineRule="auto"/>
        <w:ind w:firstLine="576"/>
        <w:jc w:val="left"/>
      </w:pPr>
      <w:r>
        <w:rPr>
          <w:rFonts w:ascii="宋体" w:eastAsia="宋体" w:hAnsi="宋体"/>
          <w:sz w:val="28"/>
        </w:rPr>
        <w:t>上午9：30，11:30(A组3、4岁):</w:t>
      </w:r>
    </w:p>
    <w:p>
      <w:pPr>
        <w:spacing w:before="100" w:after="200" w:line="360" w:lineRule="auto"/>
        <w:jc w:val="left"/>
      </w:pPr>
      <w:r>
        <w:rPr>
          <w:rFonts w:ascii="宋体 (中文正文)" w:eastAsia="宋体" w:hAnsi="宋体 (中文正文)"/>
          <w:sz w:val="28"/>
        </w:rPr>
        <w:t>第二场：</w:t>
      </w:r>
    </w:p>
    <w:p>
      <w:pPr>
        <w:spacing w:before="100" w:after="200" w:line="360" w:lineRule="auto"/>
        <w:ind w:firstLine="576"/>
        <w:jc w:val="left"/>
      </w:pPr>
      <w:r>
        <w:rPr>
          <w:rFonts w:ascii="宋体" w:eastAsia="宋体" w:hAnsi="宋体"/>
          <w:sz w:val="28"/>
        </w:rPr>
        <w:t>下午13：00，15:00(B组5、6岁):</w:t>
      </w:r>
    </w:p>
    <w:p>
      <w:pPr>
        <w:spacing w:before="100" w:after="200" w:line="360" w:lineRule="auto"/>
        <w:jc w:val="left"/>
      </w:pPr>
      <w:r>
        <w:rPr>
          <w:rFonts w:ascii="宋体 (中文正文)" w:eastAsia="宋体" w:hAnsi="宋体 (中文正文)"/>
          <w:sz w:val="28"/>
        </w:rPr>
        <w:t>第三场：</w:t>
      </w:r>
    </w:p>
    <w:p>
      <w:pPr>
        <w:spacing w:before="100" w:after="200" w:line="360" w:lineRule="auto"/>
        <w:ind w:firstLine="576"/>
        <w:jc w:val="left"/>
      </w:pPr>
      <w:r>
        <w:rPr>
          <w:rFonts w:ascii="宋体" w:eastAsia="宋体" w:hAnsi="宋体"/>
          <w:sz w:val="28"/>
        </w:rPr>
        <w:t>下午15：30，17:30(C组7、8、9岁):</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2023活动方案3</w:t>
      </w:r>
    </w:p>
    <w:p>
      <w:pPr>
        <w:spacing w:before="100" w:after="200" w:line="360" w:lineRule="auto"/>
        <w:jc w:val="left"/>
      </w:pPr>
      <w:r>
        <w:rPr>
          <w:rFonts w:ascii="宋体 (中文正文)" w:eastAsia="宋体" w:hAnsi="宋体 (中文正文)"/>
          <w:b/>
          <w:sz w:val="28"/>
        </w:rPr>
        <w:t>一、活动背景</w:t>
      </w:r>
    </w:p>
    <w:p>
      <w:pPr>
        <w:spacing w:before="100" w:after="200" w:line="360" w:lineRule="auto"/>
        <w:ind w:firstLine="576"/>
        <w:jc w:val="left"/>
      </w:pPr>
      <w:r>
        <w:rPr>
          <w:rFonts w:ascii="宋体" w:eastAsia="宋体" w:hAnsi="宋体"/>
          <w:sz w:val="28"/>
        </w:rPr>
        <w:t>春夏季由于最近天气多变，很多孩子出现了感冒、发烧等症状，经过观察每个班里生病的总是那几个孩子，并且平常他们都给同学们一种弱不禁风的感觉，询问后我才发现这些容易生病的孩子普遍经常不吃早餐或者每天随便在路边买点吃的当做早餐。另外有些孩子经常出现胃疼和不舒服的症状，经过与同学交流发现也是经常不吃早餐。</w:t>
      </w:r>
    </w:p>
    <w:p>
      <w:pPr>
        <w:spacing w:before="100" w:after="200" w:line="360" w:lineRule="auto"/>
        <w:ind w:firstLine="576"/>
        <w:jc w:val="left"/>
      </w:pPr>
      <w:r>
        <w:rPr>
          <w:rFonts w:ascii="宋体" w:eastAsia="宋体" w:hAnsi="宋体"/>
          <w:sz w:val="28"/>
        </w:rPr>
        <w:t>问起早餐的营养，同学们了解甚少。小学生正处于长身体的关键时期，每天又要到学校学习知识，这就更需要同学们有一顿营养合理的早餐，保证活力充沛。为了能让同学们了解什么是营养早餐，吃早餐的重要性，暑假我们一起展开调查，把"营养早餐"作为我们实践活动的研究课题。</w:t>
      </w:r>
    </w:p>
    <w:p>
      <w:pPr>
        <w:spacing w:before="100" w:after="200" w:line="360" w:lineRule="auto"/>
        <w:jc w:val="left"/>
      </w:pPr>
      <w:r>
        <w:rPr>
          <w:rFonts w:ascii="宋体 (中文正文)" w:eastAsia="宋体" w:hAnsi="宋体 (中文正文)"/>
          <w:b/>
          <w:sz w:val="28"/>
        </w:rPr>
        <w:t>二、活动主题</w:t>
      </w:r>
    </w:p>
    <w:p>
      <w:pPr>
        <w:spacing w:before="100" w:after="200" w:line="360" w:lineRule="auto"/>
        <w:ind w:firstLine="576"/>
        <w:jc w:val="left"/>
      </w:pPr>
      <w:r>
        <w:rPr>
          <w:rFonts w:ascii="宋体" w:eastAsia="宋体" w:hAnsi="宋体"/>
          <w:sz w:val="28"/>
        </w:rPr>
        <w:t>1、充分发挥学生的主体性，以小组为单位展开综合实践活动，以"营养早餐"为主题制作手抄报，通过上网查询资料，或者是去图书馆查阅资料，搜集"什么是营养早餐？早餐怎样吃才科学？早餐和健康的关系以及一些营养又美味的早餐搭配"等相关知识，与小组其他成员分享活动获得的知识资源。</w:t>
      </w:r>
    </w:p>
    <w:p>
      <w:pPr>
        <w:spacing w:before="100" w:after="200" w:line="360" w:lineRule="auto"/>
        <w:ind w:firstLine="576"/>
        <w:jc w:val="left"/>
      </w:pPr>
      <w:r>
        <w:rPr>
          <w:rFonts w:ascii="宋体" w:eastAsia="宋体" w:hAnsi="宋体"/>
          <w:sz w:val="28"/>
        </w:rPr>
        <w:t>2、通过实地考察、对学生和家长进行问卷调查，对医生进行访谈，搜集同学关于"我们早餐"的图画作品等方式对学生吃早餐的情况、吃什么样的早餐、吃的早餐是否营养搭配合理等几个方面进行分析和整理并提出自己的观点和建议。</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3、在活动的过程中参与综合实践的小组成员将每天的活动感想以实践日子的形式进行呈现，记录自己在活动中的成长与收获。</w:t>
      </w:r>
    </w:p>
    <w:p>
      <w:pPr>
        <w:spacing w:before="100" w:after="200" w:line="360" w:lineRule="auto"/>
        <w:ind w:firstLine="576"/>
        <w:jc w:val="left"/>
      </w:pPr>
      <w:r>
        <w:rPr>
          <w:rFonts w:ascii="宋体" w:eastAsia="宋体" w:hAnsi="宋体"/>
          <w:sz w:val="28"/>
        </w:rPr>
        <w:t>4、对搜集的资料进行整理归类，对获得的数据进行了简单的分析，活动负责人将活动中成果进行提炼，最终汇总成文字材料。</w:t>
      </w:r>
    </w:p>
    <w:p>
      <w:pPr>
        <w:spacing w:before="100" w:after="200" w:line="360" w:lineRule="auto"/>
        <w:ind w:firstLine="576"/>
        <w:jc w:val="left"/>
      </w:pPr>
      <w:r>
        <w:rPr>
          <w:rFonts w:ascii="宋体" w:eastAsia="宋体" w:hAnsi="宋体"/>
          <w:sz w:val="28"/>
        </w:rPr>
        <w:t>参考问卷之学生问卷</w:t>
      </w:r>
    </w:p>
    <w:p>
      <w:pPr>
        <w:spacing w:before="100" w:after="200" w:line="360" w:lineRule="auto"/>
        <w:ind w:firstLine="576"/>
        <w:jc w:val="left"/>
      </w:pPr>
      <w:r>
        <w:rPr>
          <w:rFonts w:ascii="宋体" w:eastAsia="宋体" w:hAnsi="宋体"/>
          <w:sz w:val="28"/>
        </w:rPr>
        <w:t>营养早餐调查问卷</w:t>
      </w:r>
    </w:p>
    <w:p>
      <w:pPr>
        <w:spacing w:before="100" w:after="200" w:line="360" w:lineRule="auto"/>
        <w:jc w:val="left"/>
      </w:pPr>
      <w:r>
        <w:rPr>
          <w:rFonts w:ascii="宋体 (中文正文)" w:eastAsia="宋体" w:hAnsi="宋体 (中文正文)"/>
          <w:sz w:val="28"/>
        </w:rPr>
        <w:t>亲爱的同学：</w:t>
      </w:r>
    </w:p>
    <w:p>
      <w:pPr>
        <w:spacing w:before="100" w:after="200" w:line="360" w:lineRule="auto"/>
        <w:ind w:firstLine="576"/>
        <w:jc w:val="left"/>
      </w:pPr>
      <w:r>
        <w:rPr>
          <w:rFonts w:ascii="宋体" w:eastAsia="宋体" w:hAnsi="宋体"/>
          <w:sz w:val="28"/>
        </w:rPr>
        <w:t>你好！我们是设建小学的学生，本次调查问卷旨在了解你的早餐习惯，并倡导营养早餐。谢谢您的支持！</w:t>
      </w:r>
    </w:p>
    <w:p>
      <w:pPr>
        <w:spacing w:before="100" w:after="200" w:line="360" w:lineRule="auto"/>
        <w:ind w:firstLine="576"/>
        <w:jc w:val="left"/>
      </w:pPr>
      <w:r>
        <w:rPr>
          <w:rFonts w:ascii="宋体" w:eastAsia="宋体" w:hAnsi="宋体"/>
          <w:sz w:val="28"/>
        </w:rPr>
        <w:t>下面各项问题能选一个或多个答案，并且打"√"。</w:t>
      </w:r>
    </w:p>
    <w:p>
      <w:pPr>
        <w:spacing w:before="100" w:after="200" w:line="360" w:lineRule="auto"/>
        <w:ind w:firstLine="576"/>
        <w:jc w:val="left"/>
      </w:pPr>
      <w:r>
        <w:rPr>
          <w:rFonts w:ascii="宋体" w:eastAsia="宋体" w:hAnsi="宋体"/>
          <w:sz w:val="28"/>
        </w:rPr>
        <w:t>1.上学期间你吃早餐吗？</w:t>
      </w:r>
    </w:p>
    <w:p>
      <w:pPr>
        <w:spacing w:before="100" w:after="200" w:line="360" w:lineRule="auto"/>
        <w:ind w:firstLine="576"/>
        <w:jc w:val="left"/>
      </w:pPr>
      <w:r>
        <w:rPr>
          <w:rFonts w:ascii="宋体" w:eastAsia="宋体" w:hAnsi="宋体"/>
          <w:sz w:val="28"/>
        </w:rPr>
        <w:t>A、每天都吃B、有时吃C、从不吃</w:t>
      </w:r>
    </w:p>
    <w:p>
      <w:pPr>
        <w:spacing w:before="100" w:after="200" w:line="360" w:lineRule="auto"/>
        <w:ind w:firstLine="576"/>
        <w:jc w:val="left"/>
      </w:pPr>
      <w:r>
        <w:rPr>
          <w:rFonts w:ascii="宋体" w:eastAsia="宋体" w:hAnsi="宋体"/>
          <w:sz w:val="28"/>
        </w:rPr>
        <w:t>2.如果吃早餐，那么你大约用多长时间？</w:t>
      </w:r>
    </w:p>
    <w:p>
      <w:pPr>
        <w:spacing w:before="100" w:after="200" w:line="360" w:lineRule="auto"/>
        <w:ind w:firstLine="576"/>
        <w:jc w:val="left"/>
      </w:pPr>
      <w:r>
        <w:rPr>
          <w:rFonts w:ascii="宋体" w:eastAsia="宋体" w:hAnsi="宋体"/>
          <w:sz w:val="28"/>
        </w:rPr>
        <w:t>A、5分钟以内B、5至25分钟C、25分钟以上</w:t>
      </w:r>
    </w:p>
    <w:p>
      <w:pPr>
        <w:spacing w:before="100" w:after="200" w:line="360" w:lineRule="auto"/>
        <w:ind w:firstLine="576"/>
        <w:jc w:val="left"/>
      </w:pPr>
      <w:r>
        <w:rPr>
          <w:rFonts w:ascii="宋体" w:eastAsia="宋体" w:hAnsi="宋体"/>
          <w:sz w:val="28"/>
        </w:rPr>
        <w:t>3.你平时都在哪吃早餐？</w:t>
      </w:r>
    </w:p>
    <w:p>
      <w:pPr>
        <w:spacing w:before="100" w:after="200" w:line="360" w:lineRule="auto"/>
        <w:ind w:firstLine="576"/>
        <w:jc w:val="left"/>
      </w:pPr>
      <w:r>
        <w:rPr>
          <w:rFonts w:ascii="宋体" w:eastAsia="宋体" w:hAnsi="宋体"/>
          <w:sz w:val="28"/>
        </w:rPr>
        <w:t>A、家中B、街边小摊或早餐店C、边走边吃</w:t>
      </w:r>
    </w:p>
    <w:p>
      <w:pPr>
        <w:spacing w:before="100" w:after="200" w:line="360" w:lineRule="auto"/>
        <w:ind w:firstLine="576"/>
        <w:jc w:val="left"/>
      </w:pPr>
      <w:r>
        <w:rPr>
          <w:rFonts w:ascii="宋体" w:eastAsia="宋体" w:hAnsi="宋体"/>
          <w:sz w:val="28"/>
        </w:rPr>
        <w:t>4.你今天早餐吃的是什么？（可多选）</w:t>
      </w:r>
    </w:p>
    <w:p>
      <w:pPr>
        <w:spacing w:before="100" w:after="200" w:line="360" w:lineRule="auto"/>
        <w:ind w:firstLine="576"/>
        <w:jc w:val="left"/>
      </w:pPr>
      <w:r>
        <w:rPr>
          <w:rFonts w:ascii="宋体" w:eastAsia="宋体" w:hAnsi="宋体"/>
          <w:sz w:val="28"/>
        </w:rPr>
        <w:t>A、面包B、包子C、馒头D、油条</w:t>
      </w:r>
    </w:p>
    <w:p>
      <w:pPr>
        <w:spacing w:before="100" w:after="200" w:line="360" w:lineRule="auto"/>
        <w:ind w:firstLine="576"/>
        <w:jc w:val="left"/>
      </w:pPr>
      <w:r>
        <w:rPr>
          <w:rFonts w:ascii="宋体" w:eastAsia="宋体" w:hAnsi="宋体"/>
          <w:sz w:val="28"/>
        </w:rPr>
        <w:t>E、牛奶F、稀饭G、豆浆H、鸡蛋</w:t>
      </w:r>
    </w:p>
    <w:p>
      <w:pPr>
        <w:spacing w:before="100" w:after="200" w:line="360" w:lineRule="auto"/>
        <w:ind w:firstLine="576"/>
        <w:jc w:val="left"/>
      </w:pPr>
      <w:r>
        <w:rPr>
          <w:rFonts w:ascii="宋体" w:eastAsia="宋体" w:hAnsi="宋体"/>
          <w:sz w:val="28"/>
        </w:rPr>
        <w:t>I、蔬菜J、水果K、其他</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5.你每天的早餐都和今天一样吗</w:t>
      </w:r>
    </w:p>
    <w:p>
      <w:pPr>
        <w:spacing w:before="100" w:after="200" w:line="360" w:lineRule="auto"/>
        <w:ind w:firstLine="576"/>
        <w:jc w:val="left"/>
      </w:pPr>
      <w:r>
        <w:rPr>
          <w:rFonts w:ascii="宋体" w:eastAsia="宋体" w:hAnsi="宋体"/>
          <w:sz w:val="28"/>
        </w:rPr>
        <w:t>A、完全相同B、稍有变化C、每天都不同</w:t>
      </w:r>
    </w:p>
    <w:p>
      <w:pPr>
        <w:spacing w:before="100" w:after="200" w:line="360" w:lineRule="auto"/>
        <w:ind w:firstLine="576"/>
        <w:jc w:val="left"/>
      </w:pPr>
      <w:r>
        <w:rPr>
          <w:rFonts w:ascii="宋体" w:eastAsia="宋体" w:hAnsi="宋体"/>
          <w:sz w:val="28"/>
        </w:rPr>
        <w:t>6、你不吃早餐的原因是什么？</w:t>
      </w:r>
    </w:p>
    <w:p>
      <w:pPr>
        <w:spacing w:before="100" w:after="200" w:line="360" w:lineRule="auto"/>
        <w:ind w:firstLine="576"/>
        <w:jc w:val="left"/>
      </w:pPr>
      <w:r>
        <w:rPr>
          <w:rFonts w:ascii="宋体" w:eastAsia="宋体" w:hAnsi="宋体"/>
          <w:sz w:val="28"/>
        </w:rPr>
        <w:t>A、起床较晚没时间吃B、没胃口不想吃C、家长比较忙没有做</w:t>
      </w:r>
    </w:p>
    <w:p>
      <w:pPr>
        <w:spacing w:before="100" w:after="200" w:line="360" w:lineRule="auto"/>
        <w:ind w:firstLine="576"/>
        <w:jc w:val="left"/>
      </w:pPr>
      <w:r>
        <w:rPr>
          <w:rFonts w:ascii="宋体" w:eastAsia="宋体" w:hAnsi="宋体"/>
          <w:sz w:val="28"/>
        </w:rPr>
        <w:t>D、其他原因</w:t>
      </w:r>
    </w:p>
    <w:p>
      <w:pPr>
        <w:spacing w:before="100" w:after="200" w:line="360" w:lineRule="auto"/>
        <w:ind w:firstLine="576"/>
        <w:jc w:val="left"/>
      </w:pPr>
      <w:r>
        <w:rPr>
          <w:rFonts w:ascii="宋体" w:eastAsia="宋体" w:hAnsi="宋体"/>
          <w:sz w:val="28"/>
        </w:rPr>
        <w:t>7、你认为吃早餐重要吗？</w:t>
      </w:r>
    </w:p>
    <w:p>
      <w:pPr>
        <w:spacing w:before="100" w:after="200" w:line="360" w:lineRule="auto"/>
        <w:ind w:firstLine="576"/>
        <w:jc w:val="left"/>
      </w:pPr>
      <w:r>
        <w:rPr>
          <w:rFonts w:ascii="宋体" w:eastAsia="宋体" w:hAnsi="宋体"/>
          <w:sz w:val="28"/>
        </w:rPr>
        <w:t>A、重要B、不重要</w:t>
      </w:r>
    </w:p>
    <w:p>
      <w:pPr>
        <w:spacing w:before="100" w:after="200" w:line="360" w:lineRule="auto"/>
        <w:ind w:firstLine="576"/>
        <w:jc w:val="left"/>
      </w:pPr>
      <w:r>
        <w:rPr>
          <w:rFonts w:ascii="宋体" w:eastAsia="宋体" w:hAnsi="宋体"/>
          <w:sz w:val="28"/>
        </w:rPr>
        <w:t>8.你认为不吃早餐有什么危害？（写在下面空白处）</w:t>
      </w:r>
    </w:p>
    <w:p>
      <w:pPr>
        <w:spacing w:before="100" w:after="200" w:line="360" w:lineRule="auto"/>
        <w:ind w:firstLine="576"/>
        <w:jc w:val="left"/>
      </w:pPr>
      <w:r>
        <w:rPr>
          <w:rFonts w:ascii="宋体" w:eastAsia="宋体" w:hAnsi="宋体"/>
          <w:sz w:val="28"/>
        </w:rPr>
        <w:t>参考问卷之家长问卷</w:t>
      </w:r>
    </w:p>
    <w:p>
      <w:pPr>
        <w:spacing w:before="100" w:after="200" w:line="360" w:lineRule="auto"/>
        <w:ind w:firstLine="576"/>
        <w:jc w:val="left"/>
      </w:pPr>
      <w:r>
        <w:rPr>
          <w:rFonts w:ascii="宋体" w:eastAsia="宋体" w:hAnsi="宋体"/>
          <w:sz w:val="28"/>
        </w:rPr>
        <w:t>营养早餐调查问卷</w:t>
      </w:r>
    </w:p>
    <w:p>
      <w:pPr>
        <w:spacing w:before="100" w:after="200" w:line="360" w:lineRule="auto"/>
        <w:jc w:val="left"/>
      </w:pPr>
      <w:r>
        <w:rPr>
          <w:rFonts w:ascii="宋体 (中文正文)" w:eastAsia="宋体" w:hAnsi="宋体 (中文正文)"/>
          <w:sz w:val="28"/>
        </w:rPr>
        <w:t>敬爱的叔叔/阿姨：</w:t>
      </w:r>
    </w:p>
    <w:p>
      <w:pPr>
        <w:spacing w:before="100" w:after="200" w:line="360" w:lineRule="auto"/>
        <w:ind w:firstLine="576"/>
        <w:jc w:val="left"/>
      </w:pPr>
      <w:r>
        <w:rPr>
          <w:rFonts w:ascii="宋体" w:eastAsia="宋体" w:hAnsi="宋体"/>
          <w:sz w:val="28"/>
        </w:rPr>
        <w:t>您好！我们是设建小学的学生，本次调查问卷旨在了解您的孩子的早餐习惯，并倡导营养早餐。谢谢您的支持！</w:t>
      </w:r>
    </w:p>
    <w:p>
      <w:pPr>
        <w:spacing w:before="100" w:after="200" w:line="360" w:lineRule="auto"/>
        <w:ind w:firstLine="576"/>
        <w:jc w:val="left"/>
      </w:pPr>
      <w:r>
        <w:rPr>
          <w:rFonts w:ascii="宋体" w:eastAsia="宋体" w:hAnsi="宋体"/>
          <w:sz w:val="28"/>
        </w:rPr>
        <w:t>下面各项问题能选一个或多个答案，并且打"√"。</w:t>
      </w:r>
    </w:p>
    <w:p>
      <w:pPr>
        <w:spacing w:before="100" w:after="200" w:line="360" w:lineRule="auto"/>
        <w:ind w:firstLine="576"/>
        <w:jc w:val="left"/>
      </w:pPr>
      <w:r>
        <w:rPr>
          <w:rFonts w:ascii="宋体" w:eastAsia="宋体" w:hAnsi="宋体"/>
          <w:sz w:val="28"/>
        </w:rPr>
        <w:t>1.你经常给孩子做早餐吗？</w:t>
      </w:r>
    </w:p>
    <w:p>
      <w:pPr>
        <w:spacing w:before="100" w:after="200" w:line="360" w:lineRule="auto"/>
        <w:ind w:firstLine="576"/>
        <w:jc w:val="left"/>
      </w:pPr>
      <w:r>
        <w:rPr>
          <w:rFonts w:ascii="宋体" w:eastAsia="宋体" w:hAnsi="宋体"/>
          <w:sz w:val="28"/>
        </w:rPr>
        <w:t>A、每天坚持做B、偶尔做C、从不做</w:t>
      </w:r>
    </w:p>
    <w:p>
      <w:pPr>
        <w:spacing w:before="100" w:after="200" w:line="360" w:lineRule="auto"/>
        <w:ind w:firstLine="576"/>
        <w:jc w:val="left"/>
      </w:pPr>
      <w:r>
        <w:rPr>
          <w:rFonts w:ascii="宋体" w:eastAsia="宋体" w:hAnsi="宋体"/>
          <w:sz w:val="28"/>
        </w:rPr>
        <w:t>2.您认为孩子每天吃早餐重要吗？</w:t>
      </w:r>
    </w:p>
    <w:p>
      <w:pPr>
        <w:spacing w:before="100" w:after="200" w:line="360" w:lineRule="auto"/>
        <w:ind w:firstLine="576"/>
        <w:jc w:val="left"/>
      </w:pPr>
      <w:r>
        <w:rPr>
          <w:rFonts w:ascii="宋体" w:eastAsia="宋体" w:hAnsi="宋体"/>
          <w:sz w:val="28"/>
        </w:rPr>
        <w:t>A、重要B、不重要</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3.你觉得孩子不吃早餐会产生哪些危害？（写在下面空白处）</w:t>
      </w:r>
    </w:p>
    <w:p>
      <w:pPr>
        <w:spacing w:before="100" w:after="200" w:line="360" w:lineRule="auto"/>
        <w:ind w:firstLine="576"/>
        <w:jc w:val="left"/>
      </w:pPr>
      <w:r>
        <w:rPr>
          <w:rFonts w:ascii="宋体" w:eastAsia="宋体" w:hAnsi="宋体"/>
          <w:sz w:val="28"/>
        </w:rPr>
        <w:t>4.很多小学生在地摊或路上吃早餐，你认为这样做有什么危害吗？（写在下面空白处）</w:t>
      </w:r>
    </w:p>
    <w:p>
      <w:pPr>
        <w:spacing w:before="100" w:after="200" w:line="360" w:lineRule="auto"/>
        <w:ind w:firstLine="576"/>
        <w:jc w:val="left"/>
      </w:pPr>
      <w:r>
        <w:rPr>
          <w:rFonts w:ascii="宋体" w:eastAsia="宋体" w:hAnsi="宋体"/>
          <w:sz w:val="28"/>
        </w:rPr>
        <w:t>5.您觉得孩子怎样吃早餐才科学？（写在下面空白处）</w:t>
      </w:r>
    </w:p>
    <w:p>
      <w:pPr>
        <w:spacing w:before="100" w:after="200" w:line="360" w:lineRule="auto"/>
        <w:ind w:firstLine="576"/>
        <w:jc w:val="left"/>
      </w:pPr>
      <w:r>
        <w:rPr>
          <w:rFonts w:ascii="宋体" w:eastAsia="宋体" w:hAnsi="宋体"/>
          <w:sz w:val="28"/>
        </w:rPr>
        <w:t>6.在吃早餐方面，您想培养孩子哪些好习惯？（写在下面空白处）</w:t>
      </w:r>
    </w:p>
    <w:p>
      <w:pPr>
        <w:spacing w:before="100" w:after="200" w:line="360" w:lineRule="auto"/>
        <w:ind w:firstLine="576"/>
        <w:jc w:val="left"/>
      </w:pPr>
      <w:r>
        <w:rPr>
          <w:rFonts w:ascii="宋体" w:eastAsia="宋体" w:hAnsi="宋体"/>
          <w:sz w:val="28"/>
        </w:rPr>
        <w:t>2023活动方案4</w:t>
      </w:r>
    </w:p>
    <w:p>
      <w:pPr>
        <w:spacing w:before="100" w:after="200" w:line="360" w:lineRule="auto"/>
        <w:jc w:val="left"/>
      </w:pPr>
      <w:r>
        <w:rPr>
          <w:rFonts w:ascii="宋体 (中文正文)" w:eastAsia="宋体" w:hAnsi="宋体 (中文正文)"/>
          <w:sz w:val="28"/>
        </w:rPr>
        <w:t>一、指导思想：</w:t>
      </w:r>
    </w:p>
    <w:p>
      <w:pPr>
        <w:spacing w:before="100" w:after="200" w:line="360" w:lineRule="auto"/>
        <w:ind w:firstLine="576"/>
        <w:jc w:val="left"/>
      </w:pPr>
      <w:r>
        <w:rPr>
          <w:rFonts w:ascii="宋体" w:eastAsia="宋体" w:hAnsi="宋体"/>
          <w:sz w:val="28"/>
        </w:rPr>
        <w:t>坚持面向全体学生，人人参与的宗旨，有效利用学校体育资源，推进学校体育工作的发展，树立健康第一的思想，积极贯彻“每天锻炼一小时，健康工作五十年，幸福生活一辈子”的现代健康理念，以形式多样的体育活动为载体，蓬勃开展“阳光体育活动”，培养学生合作、自信、果敢、完全、公平竞争及团队精神等良好品质，发展学生个性特长，促进学生在身体、心理及社会适应能力等方面健康和谐的发展，提高团结协作，发展个性，增强创新意识和创造能力，加强校园精神文明建设，推动我校体育文化和体育运动向更高水平发展。</w:t>
      </w:r>
    </w:p>
    <w:p>
      <w:pPr>
        <w:spacing w:before="100" w:after="200" w:line="360" w:lineRule="auto"/>
        <w:jc w:val="left"/>
      </w:pPr>
      <w:r>
        <w:rPr>
          <w:rFonts w:ascii="宋体 (中文正文)" w:eastAsia="宋体" w:hAnsi="宋体 (中文正文)"/>
          <w:sz w:val="28"/>
        </w:rPr>
        <w:t>二、领导小组：</w:t>
      </w:r>
    </w:p>
    <w:p>
      <w:pPr>
        <w:spacing w:before="100" w:after="200" w:line="360" w:lineRule="auto"/>
        <w:ind w:firstLine="576"/>
        <w:jc w:val="left"/>
      </w:pPr>
      <w:r>
        <w:rPr>
          <w:rFonts w:ascii="宋体" w:eastAsia="宋体" w:hAnsi="宋体"/>
          <w:sz w:val="28"/>
        </w:rPr>
        <w:t>组长：z</w:t>
      </w:r>
    </w:p>
    <w:p>
      <w:pPr>
        <w:spacing w:before="100" w:after="200" w:line="360" w:lineRule="auto"/>
        <w:ind w:firstLine="576"/>
        <w:jc w:val="left"/>
      </w:pPr>
      <w:r>
        <w:rPr>
          <w:rFonts w:ascii="宋体" w:eastAsia="宋体" w:hAnsi="宋体"/>
          <w:sz w:val="28"/>
        </w:rPr>
        <w:t>副组长：zz</w:t>
      </w:r>
    </w:p>
    <w:p>
      <w:pPr>
        <w:spacing w:before="100" w:after="200" w:line="360" w:lineRule="auto"/>
        <w:ind w:firstLine="576"/>
        <w:jc w:val="left"/>
      </w:pPr>
      <w:r>
        <w:rPr>
          <w:rFonts w:ascii="宋体" w:eastAsia="宋体" w:hAnsi="宋体"/>
          <w:sz w:val="28"/>
        </w:rPr>
        <w:t>成员：教育处老师、各年级组长、各班班主任、全体体育教师</w:t>
      </w:r>
    </w:p>
    <w:p>
      <w:pPr>
        <w:spacing w:before="100" w:after="200" w:line="360" w:lineRule="auto"/>
        <w:jc w:val="left"/>
      </w:pPr>
      <w:r>
        <w:rPr>
          <w:rFonts w:ascii="宋体 (中文正文)" w:eastAsia="宋体" w:hAnsi="宋体 (中文正文)"/>
          <w:sz w:val="28"/>
        </w:rPr>
        <w:t>三、参加对象：</w:t>
      </w:r>
    </w:p>
    <w:p>
      <w:pPr>
        <w:spacing w:before="100" w:after="200" w:line="360" w:lineRule="auto"/>
        <w:ind w:firstLine="576"/>
        <w:jc w:val="left"/>
      </w:pPr>
      <w:r>
        <w:rPr>
          <w:rFonts w:ascii="宋体" w:eastAsia="宋体" w:hAnsi="宋体"/>
          <w:sz w:val="28"/>
        </w:rPr>
        <w:t>全体师生</w:t>
      </w:r>
    </w:p>
    <w:p>
      <w:pPr>
        <w:spacing w:before="100" w:after="200" w:line="360" w:lineRule="auto"/>
        <w:jc w:val="left"/>
        <w:sectPr w:rsidSect="00034616">
          <w:type w:val="nextPage"/>
          <w:pgSz w:w="11906" w:h="16838"/>
          <w:pgMar w:top="1440" w:right="1440" w:bottom="1440" w:left="1440" w:header="720" w:footer="720" w:gutter="0"/>
          <w:pgNumType w:start="8"/>
          <w:cols w:space="720"/>
          <w:titlePg w:val="0"/>
          <w:docGrid w:linePitch="360"/>
        </w:sectPr>
      </w:pPr>
      <w:r>
        <w:rPr>
          <w:rFonts w:ascii="宋体 (中文正文)" w:eastAsia="宋体" w:hAnsi="宋体 (中文正文)"/>
          <w:sz w:val="28"/>
        </w:rPr>
        <w:t>四、活动时间：</w:t>
      </w:r>
    </w:p>
    <w:p>
      <w:pPr>
        <w:spacing w:before="100" w:after="200" w:line="360" w:lineRule="auto"/>
        <w:ind w:firstLine="576"/>
        <w:jc w:val="left"/>
      </w:pPr>
      <w:r>
        <w:rPr>
          <w:rFonts w:ascii="宋体" w:eastAsia="宋体" w:hAnsi="宋体"/>
          <w:sz w:val="28"/>
        </w:rPr>
        <w:t>11月30日—12月14日</w:t>
      </w:r>
    </w:p>
    <w:p>
      <w:pPr>
        <w:spacing w:before="100" w:after="200" w:line="360" w:lineRule="auto"/>
        <w:jc w:val="left"/>
      </w:pPr>
      <w:r>
        <w:rPr>
          <w:rFonts w:ascii="宋体 (中文正文)" w:eastAsia="宋体" w:hAnsi="宋体 (中文正文)"/>
          <w:b/>
          <w:sz w:val="28"/>
        </w:rPr>
        <w:t>五、活动内容</w:t>
      </w:r>
    </w:p>
    <w:p>
      <w:pPr>
        <w:spacing w:before="100" w:after="200" w:line="360" w:lineRule="auto"/>
        <w:ind w:firstLine="576"/>
        <w:jc w:val="left"/>
      </w:pPr>
      <w:r>
        <w:rPr>
          <w:rFonts w:ascii="宋体" w:eastAsia="宋体" w:hAnsi="宋体"/>
          <w:sz w:val="28"/>
        </w:rPr>
        <w:t>1、眼保健操比赛（全体学生参加）</w:t>
      </w:r>
    </w:p>
    <w:p>
      <w:pPr>
        <w:spacing w:before="100" w:after="200" w:line="360" w:lineRule="auto"/>
        <w:ind w:firstLine="576"/>
        <w:jc w:val="left"/>
      </w:pPr>
      <w:r>
        <w:rPr>
          <w:rFonts w:ascii="宋体" w:eastAsia="宋体" w:hAnsi="宋体"/>
          <w:sz w:val="28"/>
        </w:rPr>
        <w:t>2、广播操比赛（非毕业年级参加）</w:t>
      </w:r>
    </w:p>
    <w:p>
      <w:pPr>
        <w:spacing w:before="100" w:after="200" w:line="360" w:lineRule="auto"/>
        <w:ind w:firstLine="576"/>
        <w:jc w:val="left"/>
      </w:pPr>
      <w:r>
        <w:rPr>
          <w:rFonts w:ascii="宋体" w:eastAsia="宋体" w:hAnsi="宋体"/>
          <w:sz w:val="28"/>
        </w:rPr>
        <w:t>3、晨跑展示暨比赛（全体学生参加）</w:t>
      </w:r>
    </w:p>
    <w:p>
      <w:pPr>
        <w:spacing w:before="100" w:after="200" w:line="360" w:lineRule="auto"/>
        <w:ind w:firstLine="576"/>
        <w:jc w:val="left"/>
      </w:pPr>
      <w:r>
        <w:rPr>
          <w:rFonts w:ascii="宋体" w:eastAsia="宋体" w:hAnsi="宋体"/>
          <w:sz w:val="28"/>
        </w:rPr>
        <w:t>4、师生田径运动会（含定向越野场地赛）（非毕业年级参加）</w:t>
      </w:r>
    </w:p>
    <w:p>
      <w:pPr>
        <w:spacing w:before="100" w:after="200" w:line="360" w:lineRule="auto"/>
        <w:jc w:val="left"/>
      </w:pPr>
      <w:r>
        <w:rPr>
          <w:rFonts w:ascii="宋体 (中文正文)" w:eastAsia="宋体" w:hAnsi="宋体 (中文正文)"/>
          <w:b/>
          <w:sz w:val="28"/>
        </w:rPr>
        <w:t>六、活动日程安排</w:t>
      </w:r>
    </w:p>
    <w:p>
      <w:pPr>
        <w:spacing w:before="100" w:after="200" w:line="360" w:lineRule="auto"/>
        <w:ind w:firstLine="576"/>
        <w:jc w:val="left"/>
      </w:pPr>
      <w:r>
        <w:rPr>
          <w:rFonts w:ascii="宋体" w:eastAsia="宋体" w:hAnsi="宋体"/>
          <w:sz w:val="28"/>
        </w:rPr>
        <w:t>1、11月30日（周一）晨，体育节暨阳光体育冬季长跑启动仪式（项目负责：z）</w:t>
      </w:r>
    </w:p>
    <w:p>
      <w:pPr>
        <w:spacing w:before="100" w:after="200" w:line="360" w:lineRule="auto"/>
        <w:ind w:firstLine="576"/>
        <w:jc w:val="left"/>
      </w:pPr>
      <w:r>
        <w:rPr>
          <w:rFonts w:ascii="宋体" w:eastAsia="宋体" w:hAnsi="宋体"/>
          <w:sz w:val="28"/>
        </w:rPr>
        <w:t>2、12月1日（周二）—12月4日（周五），眼保健操比赛（项目负责：zz）</w:t>
      </w:r>
    </w:p>
    <w:p>
      <w:pPr>
        <w:spacing w:before="100" w:after="200" w:line="360" w:lineRule="auto"/>
        <w:ind w:firstLine="576"/>
        <w:jc w:val="left"/>
      </w:pPr>
      <w:r>
        <w:rPr>
          <w:rFonts w:ascii="宋体" w:eastAsia="宋体" w:hAnsi="宋体"/>
          <w:sz w:val="28"/>
        </w:rPr>
        <w:t>3、12月10日（周四）课间操时间，广播操比赛（天雨顺延）（项目负责：zz）</w:t>
      </w:r>
    </w:p>
    <w:p>
      <w:pPr>
        <w:spacing w:before="100" w:after="200" w:line="360" w:lineRule="auto"/>
        <w:ind w:firstLine="576"/>
        <w:jc w:val="left"/>
      </w:pPr>
      <w:r>
        <w:rPr>
          <w:rFonts w:ascii="宋体" w:eastAsia="宋体" w:hAnsi="宋体"/>
          <w:sz w:val="28"/>
        </w:rPr>
        <w:t>4、12月11、12日（周五、周六），晨跑展示比赛暨田径运动会（天雨顺延）（项目负责：z）</w:t>
      </w:r>
    </w:p>
    <w:p>
      <w:pPr>
        <w:spacing w:before="100" w:after="200" w:line="360" w:lineRule="auto"/>
        <w:ind w:firstLine="576"/>
        <w:jc w:val="left"/>
      </w:pPr>
      <w:r>
        <w:rPr>
          <w:rFonts w:ascii="宋体" w:eastAsia="宋体" w:hAnsi="宋体"/>
          <w:sz w:val="28"/>
        </w:rPr>
        <w:t>5、12月14日（周一），体育节总结表彰暨闭幕式(项目负责：z)</w:t>
      </w:r>
    </w:p>
    <w:p>
      <w:pPr>
        <w:spacing w:before="100" w:after="200" w:line="360" w:lineRule="auto"/>
        <w:jc w:val="left"/>
      </w:pPr>
      <w:r>
        <w:rPr>
          <w:rFonts w:ascii="宋体 (中文正文)" w:eastAsia="宋体" w:hAnsi="宋体 (中文正文)"/>
          <w:b/>
          <w:sz w:val="28"/>
        </w:rPr>
        <w:t>七、工作要求</w:t>
      </w:r>
    </w:p>
    <w:p>
      <w:pPr>
        <w:spacing w:before="100" w:after="200" w:line="360" w:lineRule="auto"/>
        <w:ind w:firstLine="576"/>
        <w:jc w:val="left"/>
      </w:pPr>
      <w:r>
        <w:rPr>
          <w:rFonts w:ascii="宋体" w:eastAsia="宋体" w:hAnsi="宋体"/>
          <w:sz w:val="28"/>
        </w:rPr>
        <w:t>1、请上述相关活动的项目负责人在11月26日（周四）下午3：00前拿出相关项目的具体方案，并通过数字平台发给周树明汇总并印发。</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2、请各项目负责人按既定方案调度好相关人员，按时推进工作。</w:t>
      </w:r>
    </w:p>
    <w:p>
      <w:pPr>
        <w:spacing w:before="100" w:after="200" w:line="360" w:lineRule="auto"/>
        <w:ind w:firstLine="576"/>
        <w:jc w:val="left"/>
      </w:pPr>
      <w:r>
        <w:rPr>
          <w:rFonts w:ascii="宋体" w:eastAsia="宋体" w:hAnsi="宋体"/>
          <w:sz w:val="28"/>
        </w:rPr>
        <w:t>3、上述第2、3、4项活动结束后，请项目负责人及时把比赛结果反馈到教育处陶谷杨老师处汇总。</w:t>
      </w:r>
    </w:p>
    <w:p>
      <w:pPr>
        <w:spacing w:before="100" w:after="200" w:line="360" w:lineRule="auto"/>
        <w:ind w:firstLine="576"/>
        <w:jc w:val="left"/>
      </w:pPr>
      <w:r>
        <w:rPr>
          <w:rFonts w:ascii="宋体" w:eastAsia="宋体" w:hAnsi="宋体"/>
          <w:sz w:val="28"/>
        </w:rPr>
        <w:t>4、请全校师生积极配合，听从体育节领导小组的调度安排，不误时、不误事。特别是田径运动会期间，办公室将对所有老师进行严格考勤。</w:t>
      </w:r>
    </w:p>
    <w:p>
      <w:pPr>
        <w:spacing w:before="100" w:after="200" w:line="360" w:lineRule="auto"/>
        <w:ind w:firstLine="576"/>
        <w:jc w:val="left"/>
      </w:pPr>
      <w:r>
        <w:rPr>
          <w:rFonts w:ascii="宋体" w:eastAsia="宋体" w:hAnsi="宋体"/>
          <w:sz w:val="28"/>
        </w:rPr>
        <w:t>2023活动方案5</w:t>
      </w:r>
    </w:p>
    <w:p>
      <w:pPr>
        <w:spacing w:before="100" w:after="200" w:line="360" w:lineRule="auto"/>
        <w:ind w:firstLine="576"/>
        <w:jc w:val="left"/>
      </w:pPr>
      <w:r>
        <w:rPr>
          <w:rFonts w:ascii="宋体" w:eastAsia="宋体" w:hAnsi="宋体"/>
          <w:sz w:val="28"/>
        </w:rPr>
        <w:t>一、活动背景：随着时刻的缓缓流逝，大学的生活越来越紧张了。就像刚入大学时候每个人心中想象的那样，我们都选取了适合自己发展的方向，选取了奋斗的不标，然后坦然地一步踏进，坚定地一步步前行。</w:t>
      </w:r>
    </w:p>
    <w:p>
      <w:pPr>
        <w:spacing w:before="100" w:after="200" w:line="360" w:lineRule="auto"/>
        <w:ind w:firstLine="576"/>
        <w:jc w:val="left"/>
      </w:pPr>
      <w:r>
        <w:rPr>
          <w:rFonts w:ascii="宋体" w:eastAsia="宋体" w:hAnsi="宋体"/>
          <w:sz w:val="28"/>
        </w:rPr>
        <w:t>据小道消息报导，类似的活动，校内校外诸多组织也在试行。并取得了明显的成果。与本班级同时开展活动的，还有06级历史班的前辈，届时大家可凭自身爱好与他们进行交流，实现互帮互助和资源共享，还能够在院里争取到强有力的支持。</w:t>
      </w:r>
    </w:p>
    <w:p>
      <w:pPr>
        <w:spacing w:before="100" w:after="200" w:line="360" w:lineRule="auto"/>
        <w:jc w:val="left"/>
      </w:pPr>
      <w:r>
        <w:rPr>
          <w:rFonts w:ascii="宋体 (中文正文)" w:eastAsia="宋体" w:hAnsi="宋体 (中文正文)"/>
          <w:b/>
          <w:sz w:val="28"/>
        </w:rPr>
        <w:t>二、活动目的：增强体质，促进友谊，提高团结意识。</w:t>
      </w:r>
    </w:p>
    <w:p>
      <w:pPr>
        <w:spacing w:before="100" w:after="200" w:line="360" w:lineRule="auto"/>
        <w:jc w:val="left"/>
      </w:pPr>
      <w:r>
        <w:rPr>
          <w:rFonts w:ascii="宋体 (中文正文)" w:eastAsia="宋体" w:hAnsi="宋体 (中文正文)"/>
          <w:b/>
          <w:sz w:val="28"/>
        </w:rPr>
        <w:t>三、活动时刻：每周四下午2：00-3：40(即第五、六节课)</w:t>
      </w:r>
    </w:p>
    <w:p>
      <w:pPr>
        <w:spacing w:before="100" w:after="200" w:line="360" w:lineRule="auto"/>
        <w:jc w:val="left"/>
      </w:pPr>
      <w:r>
        <w:rPr>
          <w:rFonts w:ascii="宋体 (中文正文)" w:eastAsia="宋体" w:hAnsi="宋体 (中文正文)"/>
          <w:b/>
          <w:sz w:val="28"/>
        </w:rPr>
        <w:t>四、活点动地：(主要在)三期篮球场;</w:t>
      </w:r>
    </w:p>
    <w:p>
      <w:pPr>
        <w:spacing w:before="100" w:after="200" w:line="360" w:lineRule="auto"/>
        <w:jc w:val="left"/>
      </w:pPr>
      <w:r>
        <w:rPr>
          <w:rFonts w:ascii="宋体 (中文正文)" w:eastAsia="宋体" w:hAnsi="宋体 (中文正文)"/>
          <w:sz w:val="28"/>
        </w:rPr>
        <w:t>五、活动形式：</w:t>
      </w:r>
    </w:p>
    <w:p>
      <w:pPr>
        <w:spacing w:before="100" w:after="200" w:line="360" w:lineRule="auto"/>
        <w:ind w:firstLine="576"/>
        <w:jc w:val="left"/>
      </w:pPr>
      <w:r>
        <w:rPr>
          <w:rFonts w:ascii="宋体" w:eastAsia="宋体" w:hAnsi="宋体"/>
          <w:sz w:val="28"/>
        </w:rPr>
        <w:t>1、由班委会征集一些游戏节目供大家娱乐。</w:t>
      </w:r>
    </w:p>
    <w:p>
      <w:pPr>
        <w:spacing w:before="100" w:after="200" w:line="360" w:lineRule="auto"/>
        <w:ind w:firstLine="576"/>
        <w:jc w:val="left"/>
      </w:pPr>
      <w:r>
        <w:rPr>
          <w:rFonts w:ascii="宋体" w:eastAsia="宋体" w:hAnsi="宋体"/>
          <w:sz w:val="28"/>
        </w:rPr>
        <w:t>2、活动遵行自愿原则，班上同学可根据具体状况选取性参加;</w:t>
      </w:r>
    </w:p>
    <w:p>
      <w:pPr>
        <w:spacing w:before="100" w:after="200" w:line="360" w:lineRule="auto"/>
        <w:ind w:firstLine="576"/>
        <w:jc w:val="left"/>
      </w:pPr>
      <w:r>
        <w:rPr>
          <w:rFonts w:ascii="宋体" w:eastAsia="宋体" w:hAnsi="宋体"/>
          <w:sz w:val="28"/>
        </w:rPr>
        <w:t>3、根据每位同学的体育课专项，自带“装备”，分块练习;</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4、按照每个同学的兴趣爱好由该项目“专业人员”带动进行。(比如，聊天小组，篮球小组，乒乓球小组…)</w:t>
      </w:r>
    </w:p>
    <w:p>
      <w:pPr>
        <w:spacing w:before="100" w:after="200" w:line="360" w:lineRule="auto"/>
        <w:ind w:firstLine="576"/>
        <w:jc w:val="left"/>
      </w:pPr>
      <w:r>
        <w:rPr>
          <w:rFonts w:ascii="宋体" w:eastAsia="宋体" w:hAnsi="宋体"/>
          <w:sz w:val="28"/>
        </w:rPr>
        <w:t>六、可行性分析：班上绝大多数人支持，可谓是群众基础较为牢固;活动所需经费较少，活动对学习暂无不利影响;活动本身很有好处和实践价值。</w:t>
      </w:r>
    </w:p>
    <w:p>
      <w:pPr>
        <w:spacing w:before="100" w:after="200" w:line="360" w:lineRule="auto"/>
        <w:jc w:val="left"/>
      </w:pPr>
      <w:r>
        <w:rPr>
          <w:rFonts w:ascii="宋体 (中文正文)" w:eastAsia="宋体" w:hAnsi="宋体 (中文正文)"/>
          <w:sz w:val="28"/>
        </w:rPr>
        <w:t>八、注意事项：</w:t>
      </w:r>
    </w:p>
    <w:p>
      <w:pPr>
        <w:spacing w:before="100" w:after="200" w:line="360" w:lineRule="auto"/>
        <w:ind w:firstLine="576"/>
        <w:jc w:val="left"/>
      </w:pPr>
      <w:r>
        <w:rPr>
          <w:rFonts w:ascii="宋体" w:eastAsia="宋体" w:hAnsi="宋体"/>
          <w:sz w:val="28"/>
        </w:rPr>
        <w:t>1、活动的进行可根据天气状况或一些重要的群众性事情取消，绝不耽误大学的主旋律。</w:t>
      </w:r>
    </w:p>
    <w:p>
      <w:pPr>
        <w:spacing w:before="100" w:after="200" w:line="360" w:lineRule="auto"/>
        <w:ind w:firstLine="576"/>
        <w:jc w:val="left"/>
      </w:pPr>
      <w:r>
        <w:rPr>
          <w:rFonts w:ascii="宋体" w:eastAsia="宋体" w:hAnsi="宋体"/>
          <w:sz w:val="28"/>
        </w:rPr>
        <w:t>2、活动期间的人财安全。毕竟是户外户外，难免会由磕磕碰碰，受伤也是不可避免的。一些贵重物品则要留心照管。</w:t>
      </w:r>
    </w:p>
    <w:p>
      <w:pPr>
        <w:spacing w:before="100" w:after="200" w:line="360" w:lineRule="auto"/>
        <w:ind w:firstLine="576"/>
        <w:jc w:val="left"/>
      </w:pPr>
      <w:r>
        <w:rPr>
          <w:rFonts w:ascii="宋体" w:eastAsia="宋体" w:hAnsi="宋体"/>
          <w:sz w:val="28"/>
        </w:rPr>
        <w:t>2023活动方案6</w:t>
      </w:r>
    </w:p>
    <w:p>
      <w:pPr>
        <w:spacing w:before="100" w:after="200" w:line="360" w:lineRule="auto"/>
        <w:ind w:firstLine="576"/>
        <w:jc w:val="left"/>
      </w:pPr>
      <w:r>
        <w:rPr>
          <w:rFonts w:ascii="宋体" w:eastAsia="宋体" w:hAnsi="宋体"/>
          <w:sz w:val="28"/>
        </w:rPr>
        <w:t>活动目的：为让我们学生会成员配合更默契，更加团结，更加有组织性!</w:t>
      </w:r>
    </w:p>
    <w:p>
      <w:pPr>
        <w:spacing w:before="100" w:after="200" w:line="360" w:lineRule="auto"/>
        <w:ind w:firstLine="576"/>
        <w:jc w:val="left"/>
      </w:pPr>
      <w:r>
        <w:rPr>
          <w:rFonts w:ascii="宋体" w:eastAsia="宋体" w:hAnsi="宋体"/>
          <w:sz w:val="28"/>
        </w:rPr>
        <w:t>活动规则：通过活动后，比较各部门的得分情况，评出前三名。</w:t>
      </w:r>
    </w:p>
    <w:p>
      <w:pPr>
        <w:spacing w:before="100" w:after="200" w:line="360" w:lineRule="auto"/>
        <w:ind w:firstLine="576"/>
        <w:jc w:val="left"/>
      </w:pPr>
      <w:r>
        <w:rPr>
          <w:rFonts w:ascii="宋体" w:eastAsia="宋体" w:hAnsi="宋体"/>
          <w:sz w:val="28"/>
        </w:rPr>
        <w:t>活动时间：11月6号(上午9点)</w:t>
      </w:r>
    </w:p>
    <w:p>
      <w:pPr>
        <w:spacing w:before="100" w:after="200" w:line="360" w:lineRule="auto"/>
        <w:ind w:firstLine="576"/>
        <w:jc w:val="left"/>
      </w:pPr>
      <w:r>
        <w:rPr>
          <w:rFonts w:ascii="宋体" w:eastAsia="宋体" w:hAnsi="宋体"/>
          <w:sz w:val="28"/>
        </w:rPr>
        <w:t>活动地点：北区篮球场</w:t>
      </w:r>
    </w:p>
    <w:p>
      <w:pPr>
        <w:spacing w:before="100" w:after="200" w:line="360" w:lineRule="auto"/>
        <w:jc w:val="left"/>
      </w:pPr>
      <w:r>
        <w:rPr>
          <w:rFonts w:ascii="宋体 (中文正文)" w:eastAsia="宋体" w:hAnsi="宋体 (中文正文)"/>
          <w:sz w:val="28"/>
        </w:rPr>
        <w:t>活动项目策划：</w:t>
      </w:r>
    </w:p>
    <w:p>
      <w:pPr>
        <w:spacing w:before="100" w:after="200" w:line="360" w:lineRule="auto"/>
        <w:ind w:firstLine="576"/>
        <w:jc w:val="left"/>
      </w:pPr>
      <w:r>
        <w:rPr>
          <w:rFonts w:ascii="宋体" w:eastAsia="宋体" w:hAnsi="宋体"/>
          <w:sz w:val="28"/>
        </w:rPr>
        <w:t>1.抢答游戏：学生会成员围成一个圈，由负责人提问，谁先抢答且回答正确就算赢啦!以部门为单位计分。</w:t>
      </w:r>
    </w:p>
    <w:p>
      <w:pPr>
        <w:spacing w:before="100" w:after="200" w:line="360" w:lineRule="auto"/>
        <w:ind w:firstLine="576"/>
        <w:jc w:val="left"/>
      </w:pPr>
      <w:r>
        <w:rPr>
          <w:rFonts w:ascii="宋体" w:eastAsia="宋体" w:hAnsi="宋体"/>
          <w:sz w:val="28"/>
        </w:rPr>
        <w:t>2.大冒险</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p>
    <w:p>
      <w:pPr>
        <w:spacing w:before="100" w:after="200" w:line="360" w:lineRule="auto"/>
        <w:ind w:firstLine="576"/>
        <w:jc w:val="left"/>
      </w:pPr>
      <w:r>
        <w:rPr>
          <w:rFonts w:ascii="宋体" w:eastAsia="宋体" w:hAnsi="宋体"/>
          <w:sz w:val="28"/>
        </w:rPr>
        <w:t>参与者每人抽取一张扑克牌，注意不要让其他人看到你的牌。由负责人指定拿到哪一张牌的人，来表演一个节目。节目一定要有趣，比如全场女同学说"我爱你们!"，总之指定的节目一定要让观众大笑才算成功。下一轮，由表演节目的人来做庄家，继续抽牌。(进行5轮)</w:t>
      </w:r>
    </w:p>
    <w:p>
      <w:pPr>
        <w:spacing w:before="100" w:after="200" w:line="360" w:lineRule="auto"/>
        <w:ind w:firstLine="576"/>
        <w:jc w:val="left"/>
      </w:pPr>
      <w:r>
        <w:rPr>
          <w:rFonts w:ascii="宋体" w:eastAsia="宋体" w:hAnsi="宋体"/>
          <w:sz w:val="28"/>
        </w:rPr>
        <w:t>3.坐地起身</w:t>
      </w:r>
    </w:p>
    <w:p>
      <w:pPr>
        <w:spacing w:before="100" w:after="200" w:line="360" w:lineRule="auto"/>
        <w:ind w:firstLine="576"/>
        <w:jc w:val="left"/>
      </w:pPr>
      <w:r>
        <w:rPr>
          <w:rFonts w:ascii="宋体" w:eastAsia="宋体" w:hAnsi="宋体"/>
          <w:sz w:val="28"/>
        </w:rPr>
        <w:t>要求四个人一组，围成一圈，背对背的坐在地上;(以部门为单位)绝对不能用手撑地站起来;当负责人说起来就同时起来，相反，说坐下就同时坐下，速度慢得就淘汰。如果几个组一样的话，就增加人数。在此过程中，各部长要引导同学坚持，坚持，再坚持，因为成功往往就是再坚持一下。</w:t>
      </w:r>
    </w:p>
    <w:p>
      <w:pPr>
        <w:spacing w:before="100" w:after="200" w:line="360" w:lineRule="auto"/>
        <w:ind w:firstLine="576"/>
        <w:jc w:val="left"/>
      </w:pPr>
      <w:r>
        <w:rPr>
          <w:rFonts w:ascii="宋体" w:eastAsia="宋体" w:hAnsi="宋体"/>
          <w:sz w:val="28"/>
        </w:rPr>
        <w:t>4.以部门为单位，部门的人排成一排，相邻的两人把脚绑在一起，一起跑到终点，用时最少的胜出。</w:t>
      </w:r>
    </w:p>
    <w:p>
      <w:pPr>
        <w:spacing w:before="100" w:after="200" w:line="360" w:lineRule="auto"/>
        <w:ind w:firstLine="576"/>
        <w:jc w:val="left"/>
      </w:pPr>
      <w:r>
        <w:rPr>
          <w:rFonts w:ascii="宋体" w:eastAsia="宋体" w:hAnsi="宋体"/>
          <w:sz w:val="28"/>
        </w:rPr>
        <w:t>5.蹲‘水果’：把学生会成员分为五个组，第一组是办公室和演辩部“苹果”;第二组是学习部和生活部加谢思萍“梨子”;第三组是女生部和体育部加黄少旭“香蕉”;第四组是文艺部和纪保部加罗佳俊“葡萄”;第五组是信督部和外联部加崔川勇“桃子”。规则：每一组围成一个圈，第一组喊口号例如“苹果蹲苹果顿苹果蹲完梨子蹲”依次继续下去，反应的慢直接淘汰，直到最后剩两个队，评出一二名。</w:t>
      </w:r>
    </w:p>
    <w:p>
      <w:pPr>
        <w:spacing w:before="100" w:after="200" w:line="360" w:lineRule="auto"/>
        <w:ind w:firstLine="576"/>
        <w:jc w:val="left"/>
      </w:pPr>
      <w:r>
        <w:rPr>
          <w:rFonts w:ascii="宋体" w:eastAsia="宋体" w:hAnsi="宋体"/>
          <w:sz w:val="28"/>
        </w:rPr>
        <w:t>2023活动方案7</w:t>
      </w:r>
    </w:p>
    <w:p>
      <w:pPr>
        <w:spacing w:before="100" w:after="200" w:line="360" w:lineRule="auto"/>
        <w:ind w:firstLine="576"/>
        <w:jc w:val="left"/>
      </w:pPr>
      <w:r>
        <w:rPr>
          <w:rFonts w:ascii="宋体" w:eastAsia="宋体" w:hAnsi="宋体"/>
          <w:sz w:val="28"/>
        </w:rPr>
        <w:t>为进一步深化美术课程的二度开发，提升学生绘画的热情，丰富学生业余生活，展示线描画的精品力作，根据学校工作安排，决定举办第二届广松小学线描画现场大赛，现将有关事项安排如下：</w:t>
      </w:r>
    </w:p>
    <w:p>
      <w:pPr>
        <w:spacing w:before="100" w:after="200" w:line="360" w:lineRule="auto"/>
        <w:jc w:val="left"/>
      </w:pPr>
      <w:r>
        <w:rPr>
          <w:rFonts w:ascii="宋体 (中文正文)" w:eastAsia="宋体" w:hAnsi="宋体 (中文正文)"/>
          <w:b/>
          <w:sz w:val="28"/>
        </w:rPr>
        <w:t>一、比赛时间：12月7日（周五）12:00，13:30</w:t>
      </w:r>
    </w:p>
    <w:p>
      <w:pPr>
        <w:spacing w:before="100" w:after="200" w:line="360" w:lineRule="auto"/>
        <w:jc w:val="left"/>
        <w:sectPr w:rsidSect="00034616">
          <w:type w:val="nextPage"/>
          <w:pgSz w:w="11906" w:h="16838"/>
          <w:pgMar w:top="1440" w:right="1440" w:bottom="1440" w:left="1440" w:header="720" w:footer="720" w:gutter="0"/>
          <w:pgNumType w:start="12"/>
          <w:cols w:space="720"/>
          <w:titlePg w:val="0"/>
          <w:docGrid w:linePitch="360"/>
        </w:sectPr>
      </w:pPr>
      <w:r>
        <w:rPr>
          <w:rFonts w:ascii="宋体 (中文正文)" w:eastAsia="宋体" w:hAnsi="宋体 (中文正文)"/>
          <w:b/>
          <w:sz w:val="28"/>
        </w:rPr>
        <w:t>二、地点：各班级内。</w:t>
      </w:r>
    </w:p>
    <w:p>
      <w:pPr>
        <w:spacing w:before="100" w:after="200" w:line="360" w:lineRule="auto"/>
        <w:jc w:val="left"/>
      </w:pPr>
      <w:r>
        <w:rPr>
          <w:rFonts w:ascii="宋体 (中文正文)" w:eastAsia="宋体" w:hAnsi="宋体 (中文正文)"/>
          <w:b/>
          <w:sz w:val="28"/>
        </w:rPr>
        <w:t>三、参加对象：全校学生</w:t>
      </w:r>
    </w:p>
    <w:p>
      <w:pPr>
        <w:spacing w:before="100" w:after="200" w:line="360" w:lineRule="auto"/>
        <w:jc w:val="left"/>
      </w:pPr>
      <w:r>
        <w:rPr>
          <w:rFonts w:ascii="宋体 (中文正文)" w:eastAsia="宋体" w:hAnsi="宋体 (中文正文)"/>
          <w:sz w:val="28"/>
        </w:rPr>
        <w:t>四、活动办法：</w:t>
      </w:r>
    </w:p>
    <w:p>
      <w:pPr>
        <w:spacing w:before="100" w:after="200" w:line="360" w:lineRule="auto"/>
        <w:ind w:firstLine="576"/>
        <w:jc w:val="left"/>
      </w:pPr>
      <w:r>
        <w:rPr>
          <w:rFonts w:ascii="宋体" w:eastAsia="宋体" w:hAnsi="宋体"/>
          <w:sz w:val="28"/>
        </w:rPr>
        <w:t>1、比赛用材：A4打印纸、黑色水笔、记号笔或黑色水彩笔。</w:t>
      </w:r>
    </w:p>
    <w:p>
      <w:pPr>
        <w:spacing w:before="100" w:after="200" w:line="360" w:lineRule="auto"/>
        <w:ind w:firstLine="576"/>
        <w:jc w:val="left"/>
      </w:pPr>
      <w:r>
        <w:rPr>
          <w:rFonts w:ascii="宋体" w:eastAsia="宋体" w:hAnsi="宋体"/>
          <w:sz w:val="28"/>
        </w:rPr>
        <w:t>2、比赛办法：由各班主任在12:00分发放线描画范作（范作由各负责美术教师提供），学生根据范画自由想像创作。在比赛规定时间完成作品。（各年级负责人见下表）</w:t>
      </w:r>
    </w:p>
    <w:p>
      <w:pPr>
        <w:spacing w:before="100" w:after="200" w:line="360" w:lineRule="auto"/>
        <w:ind w:firstLine="576"/>
        <w:jc w:val="left"/>
      </w:pPr>
      <w:r>
        <w:rPr>
          <w:rFonts w:ascii="宋体" w:eastAsia="宋体" w:hAnsi="宋体"/>
          <w:sz w:val="28"/>
        </w:rPr>
        <w:t>年级负责美术教师及分工负责年级组长</w:t>
      </w:r>
    </w:p>
    <w:p>
      <w:pPr>
        <w:spacing w:before="100" w:after="200" w:line="360" w:lineRule="auto"/>
        <w:ind w:firstLine="576"/>
        <w:jc w:val="left"/>
      </w:pPr>
      <w:r>
        <w:rPr>
          <w:rFonts w:ascii="宋体" w:eastAsia="宋体" w:hAnsi="宋体"/>
          <w:sz w:val="28"/>
        </w:rPr>
        <w:t>一（范画发放、名单上传、证书撰写、发放）</w:t>
      </w:r>
    </w:p>
    <w:p>
      <w:pPr>
        <w:spacing w:before="100" w:after="200" w:line="360" w:lineRule="auto"/>
        <w:ind w:firstLine="576"/>
        <w:jc w:val="left"/>
      </w:pPr>
      <w:r>
        <w:rPr>
          <w:rFonts w:ascii="宋体" w:eastAsia="宋体" w:hAnsi="宋体"/>
          <w:sz w:val="28"/>
        </w:rPr>
        <w:t>二（范画发放、名单上传、证书撰写、发放）</w:t>
      </w:r>
    </w:p>
    <w:p>
      <w:pPr>
        <w:spacing w:before="100" w:after="200" w:line="360" w:lineRule="auto"/>
        <w:ind w:firstLine="576"/>
        <w:jc w:val="left"/>
      </w:pPr>
      <w:r>
        <w:rPr>
          <w:rFonts w:ascii="宋体" w:eastAsia="宋体" w:hAnsi="宋体"/>
          <w:sz w:val="28"/>
        </w:rPr>
        <w:t>三（范画发放、获奖班级奖状撰写）</w:t>
      </w:r>
    </w:p>
    <w:p>
      <w:pPr>
        <w:spacing w:before="100" w:after="200" w:line="360" w:lineRule="auto"/>
        <w:ind w:firstLine="576"/>
        <w:jc w:val="left"/>
      </w:pPr>
      <w:r>
        <w:rPr>
          <w:rFonts w:ascii="宋体" w:eastAsia="宋体" w:hAnsi="宋体"/>
          <w:sz w:val="28"/>
        </w:rPr>
        <w:t>四（范画发放、名单上传、证书撰写、发放）</w:t>
      </w:r>
    </w:p>
    <w:p>
      <w:pPr>
        <w:spacing w:before="100" w:after="200" w:line="360" w:lineRule="auto"/>
        <w:ind w:firstLine="576"/>
        <w:jc w:val="left"/>
      </w:pPr>
      <w:r>
        <w:rPr>
          <w:rFonts w:ascii="宋体" w:eastAsia="宋体" w:hAnsi="宋体"/>
          <w:sz w:val="28"/>
        </w:rPr>
        <w:t>五（范画发放、名单上传、证书撰写、发放）</w:t>
      </w:r>
    </w:p>
    <w:p>
      <w:pPr>
        <w:spacing w:before="100" w:after="200" w:line="360" w:lineRule="auto"/>
        <w:ind w:firstLine="576"/>
        <w:jc w:val="left"/>
      </w:pPr>
      <w:r>
        <w:rPr>
          <w:rFonts w:ascii="宋体" w:eastAsia="宋体" w:hAnsi="宋体"/>
          <w:sz w:val="28"/>
        </w:rPr>
        <w:t>六（范画发放、名单上传、证书撰写、发放）</w:t>
      </w:r>
    </w:p>
    <w:p>
      <w:pPr>
        <w:spacing w:before="100" w:after="200" w:line="360" w:lineRule="auto"/>
        <w:ind w:firstLine="576"/>
        <w:jc w:val="left"/>
      </w:pPr>
      <w:r>
        <w:rPr>
          <w:rFonts w:ascii="宋体" w:eastAsia="宋体" w:hAnsi="宋体"/>
          <w:sz w:val="28"/>
        </w:rPr>
        <w:t>3、学生在画面右上角写上班级、姓名。</w:t>
      </w:r>
    </w:p>
    <w:p>
      <w:pPr>
        <w:spacing w:before="100" w:after="200" w:line="360" w:lineRule="auto"/>
        <w:ind w:firstLine="576"/>
        <w:jc w:val="left"/>
      </w:pPr>
      <w:r>
        <w:rPr>
          <w:rFonts w:ascii="宋体" w:eastAsia="宋体" w:hAnsi="宋体"/>
          <w:sz w:val="28"/>
        </w:rPr>
        <w:t>4、评奖程序</w:t>
      </w:r>
    </w:p>
    <w:p>
      <w:pPr>
        <w:spacing w:before="100" w:after="200" w:line="360" w:lineRule="auto"/>
        <w:ind w:firstLine="576"/>
        <w:jc w:val="left"/>
      </w:pPr>
      <w:r>
        <w:rPr>
          <w:rFonts w:ascii="宋体" w:eastAsia="宋体" w:hAnsi="宋体"/>
          <w:sz w:val="28"/>
        </w:rPr>
        <w:t>（1）初评：（12月10日，周一）：由各班主任在本班挑选出男女各8件作品上交年级组长，年级组长收齐后统一交到各负责美术教师。</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（2）终评：（12月13日，周四下午）美术组终评。</w:t>
      </w:r>
    </w:p>
    <w:p>
      <w:pPr>
        <w:spacing w:before="100" w:after="200" w:line="360" w:lineRule="auto"/>
        <w:ind w:firstLine="576"/>
        <w:jc w:val="left"/>
      </w:pPr>
      <w:r>
        <w:rPr>
          <w:rFonts w:ascii="宋体" w:eastAsia="宋体" w:hAnsi="宋体"/>
          <w:sz w:val="28"/>
        </w:rPr>
        <w:t>（3）成绩公布：（ 12月14日 ，周五）负责各年级的美术教师整理终评作品，获奖学生名单录入与上传至ftp教导处第二届线描画大赛，获奖证书撰写，获奖成绩公布。</w:t>
      </w:r>
    </w:p>
    <w:p>
      <w:pPr>
        <w:spacing w:before="100" w:after="200" w:line="360" w:lineRule="auto"/>
        <w:jc w:val="left"/>
      </w:pPr>
      <w:r>
        <w:rPr>
          <w:rFonts w:ascii="宋体 (中文正文)" w:eastAsia="宋体" w:hAnsi="宋体 (中文正文)"/>
          <w:sz w:val="28"/>
        </w:rPr>
        <w:t>五、设奖与颁奖：</w:t>
      </w:r>
    </w:p>
    <w:p>
      <w:pPr>
        <w:spacing w:before="100" w:after="200" w:line="360" w:lineRule="auto"/>
        <w:ind w:firstLine="576"/>
        <w:jc w:val="left"/>
      </w:pPr>
      <w:r>
        <w:rPr>
          <w:rFonts w:ascii="宋体" w:eastAsia="宋体" w:hAnsi="宋体"/>
          <w:sz w:val="28"/>
        </w:rPr>
        <w:t>1、团体奖：根据班级获奖积分产生。一等奖每人次得3分；二等奖每人次得2分；三等奖每人次得1分。总分获得年级前三名的分别授予团体一二三等奖。</w:t>
      </w:r>
    </w:p>
    <w:p>
      <w:pPr>
        <w:spacing w:before="100" w:after="200" w:line="360" w:lineRule="auto"/>
        <w:ind w:firstLine="576"/>
        <w:jc w:val="left"/>
      </w:pPr>
      <w:r>
        <w:rPr>
          <w:rFonts w:ascii="宋体" w:eastAsia="宋体" w:hAnsi="宋体"/>
          <w:sz w:val="28"/>
        </w:rPr>
        <w:t>2、个人奖项：以年级组为单位，按75%比例获奖。其中一等奖15%，二等奖25%，三等奖35%。</w:t>
      </w:r>
    </w:p>
    <w:p>
      <w:pPr>
        <w:spacing w:before="100" w:after="200" w:line="360" w:lineRule="auto"/>
        <w:ind w:firstLine="576"/>
        <w:jc w:val="left"/>
      </w:pPr>
      <w:r>
        <w:rPr>
          <w:rFonts w:ascii="宋体" w:eastAsia="宋体" w:hAnsi="宋体"/>
          <w:sz w:val="28"/>
        </w:rPr>
        <w:t>3、获奖待遇及证书发放：</w:t>
      </w:r>
    </w:p>
    <w:p>
      <w:pPr>
        <w:spacing w:before="100" w:after="200" w:line="360" w:lineRule="auto"/>
        <w:ind w:firstLine="576"/>
        <w:jc w:val="left"/>
      </w:pPr>
      <w:r>
        <w:rPr>
          <w:rFonts w:ascii="宋体" w:eastAsia="宋体" w:hAnsi="宋体"/>
          <w:sz w:val="28"/>
        </w:rPr>
        <w:t>（1）凡是获团体奖班级荣誉证书在集会时发放。</w:t>
      </w:r>
    </w:p>
    <w:p>
      <w:pPr>
        <w:spacing w:before="100" w:after="200" w:line="360" w:lineRule="auto"/>
        <w:ind w:firstLine="576"/>
        <w:jc w:val="left"/>
      </w:pPr>
      <w:r>
        <w:rPr>
          <w:rFonts w:ascii="宋体" w:eastAsia="宋体" w:hAnsi="宋体"/>
          <w:sz w:val="28"/>
        </w:rPr>
        <w:t>（2）其他获奖学生以年级组为单位发放获奖证书。</w:t>
      </w:r>
    </w:p>
    <w:p>
      <w:pPr>
        <w:spacing w:before="100" w:after="200" w:line="360" w:lineRule="auto"/>
        <w:ind w:firstLine="576"/>
        <w:jc w:val="left"/>
      </w:pPr>
      <w:r>
        <w:rPr>
          <w:rFonts w:ascii="宋体" w:eastAsia="宋体" w:hAnsi="宋体"/>
          <w:sz w:val="28"/>
        </w:rPr>
        <w:t>（3）获一等奖的学生可申请加入学校线描画社团。</w:t>
      </w:r>
    </w:p>
    <w:p>
      <w:pPr>
        <w:spacing w:before="100" w:after="200" w:line="360" w:lineRule="auto"/>
        <w:ind w:firstLine="576"/>
        <w:jc w:val="left"/>
      </w:pPr>
      <w:r>
        <w:rPr>
          <w:rFonts w:ascii="宋体" w:eastAsia="宋体" w:hAnsi="宋体"/>
          <w:sz w:val="28"/>
        </w:rPr>
        <w:t>（4）学校将适时展示部分获奖学生作品。</w:t>
      </w:r>
    </w:p>
    <w:p>
      <w:pPr>
        <w:spacing w:before="100" w:after="200" w:line="360" w:lineRule="auto"/>
        <w:ind w:firstLine="576"/>
        <w:jc w:val="left"/>
      </w:pPr>
      <w:r>
        <w:rPr>
          <w:rFonts w:ascii="宋体" w:eastAsia="宋体" w:hAnsi="宋体"/>
          <w:sz w:val="28"/>
        </w:rPr>
        <w:t>请各班认真组织好同学报名参加,并积极做好准备。</w:t>
      </w:r>
    </w:p>
    <w:p>
      <w:pPr>
        <w:spacing w:before="100" w:after="200" w:line="360" w:lineRule="auto"/>
        <w:ind w:firstLine="576"/>
        <w:jc w:val="left"/>
      </w:pPr>
      <w:r>
        <w:rPr>
          <w:rFonts w:ascii="宋体" w:eastAsia="宋体" w:hAnsi="宋体"/>
          <w:sz w:val="28"/>
        </w:rPr>
        <w:t>2023活动方案8</w:t>
      </w:r>
    </w:p>
    <w:p>
      <w:pPr>
        <w:spacing w:before="100" w:after="200" w:line="360" w:lineRule="auto"/>
        <w:jc w:val="left"/>
      </w:pPr>
      <w:r>
        <w:rPr>
          <w:rFonts w:ascii="宋体 (中文正文)" w:eastAsia="宋体" w:hAnsi="宋体 (中文正文)"/>
          <w:sz w:val="28"/>
        </w:rPr>
        <w:t>一、活动目的及意义：</w:t>
      </w:r>
    </w:p>
    <w:p>
      <w:pPr>
        <w:spacing w:before="100" w:after="200" w:line="360" w:lineRule="auto"/>
        <w:ind w:firstLine="576"/>
        <w:jc w:val="left"/>
      </w:pPr>
      <w:r>
        <w:rPr>
          <w:rFonts w:ascii="宋体" w:eastAsia="宋体" w:hAnsi="宋体"/>
          <w:sz w:val="28"/>
        </w:rPr>
        <w:t>在全国掀起学习贯彻十八大重要会议精神新高潮之际，市xx街小学与xx社区联合开展“庆祝八一建军节消夏之夜”主题活动，充分发扬社区和党外知识分子教师的团队精神，树党外知识分子的良好形象。</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https://d.book118.com/486140153155010102</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4"/>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486140153155010102"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