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工厂技术员个人工作年终总结（30篇）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工厂技术员个人工作年终总结（精选30篇）</w:t>
      </w:r>
      <w:r>
        <w:rPr>
          <w:lang w:eastAsia="zh-CN"/>
        </w:rPr>
        <w:br/>
      </w:r>
      <w:r>
        <w:rPr>
          <w:lang w:eastAsia="zh-CN"/>
        </w:rPr>
        <w:t xml:space="preserve">    工厂技术员个人工作年终总结 篇1 </w:t>
      </w:r>
      <w:r>
        <w:rPr>
          <w:lang w:eastAsia="zh-CN"/>
        </w:rPr>
        <w:br/>
      </w:r>
      <w:r>
        <w:rPr>
          <w:lang w:eastAsia="zh-CN"/>
        </w:rPr>
        <w:t>　　20_年即将过去，新的一年即将开始，在这辞旧迎新之际，回顾一年来的工作历程，总结一年来工作中的经验、教训，有利于在以后的工作中扬长避短，更好的做好技术工作，下面分几个方面对一年来的工作进行一下总结：</w:t>
      </w:r>
      <w:r>
        <w:rPr>
          <w:lang w:eastAsia="zh-CN"/>
        </w:rPr>
        <w:br/>
      </w:r>
      <w:r>
        <w:rPr>
          <w:lang w:eastAsia="zh-CN"/>
        </w:rPr>
        <w:t>　　一、图纸会审工作</w:t>
      </w:r>
      <w:r>
        <w:rPr>
          <w:lang w:eastAsia="zh-CN"/>
        </w:rPr>
        <w:br/>
      </w:r>
      <w:r>
        <w:rPr>
          <w:lang w:eastAsia="zh-CN"/>
        </w:rPr>
        <w:t>　　在过去的一年中，共参加6幢新建工程的图纸会审工作，并及时将会审内容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r>
        <w:rPr>
          <w:lang w:eastAsia="zh-CN"/>
        </w:rPr>
        <w:br/>
      </w:r>
      <w:r>
        <w:rPr>
          <w:lang w:eastAsia="zh-CN"/>
        </w:rPr>
        <w:t>　　二、具体的工作情况</w:t>
      </w:r>
      <w:r>
        <w:rPr>
          <w:lang w:eastAsia="zh-CN"/>
        </w:rPr>
        <w:br/>
      </w:r>
      <w:r>
        <w:rPr>
          <w:lang w:eastAsia="zh-CN"/>
        </w:rPr>
        <w:t>　　工作量大：承担了_幢工程的技术管理及资料编制工作，并及时提供各工程的材料供应计划。工地位置分散，面广干线长，各工地之间相距较远。工程涉及建设单位、监理单位较多，各工程变、监理例会频繁。与多家建筑工厂施工同一小区：工作的好坏，不只是个人问题，直接影响到工厂的声誉。在这种情况下，如何做好技术管理及资料编制工作，保证工程施工质量，既让甲方、监理方满意，为工厂赢得荣誉，同时又能保证预决算的编审、材料数量的提供，这个问题就摆在了我的面前。</w:t>
      </w:r>
      <w:r>
        <w:rPr>
          <w:lang w:eastAsia="zh-CN"/>
        </w:rPr>
        <w:br/>
      </w:r>
      <w:r>
        <w:rPr>
          <w:lang w:eastAsia="zh-CN"/>
        </w:rPr>
        <w:t>　　三、工作成效</w:t>
      </w:r>
      <w:r>
        <w:rPr>
          <w:lang w:eastAsia="zh-CN"/>
        </w:rPr>
        <w:br/>
      </w:r>
      <w:r>
        <w:rPr>
          <w:lang w:eastAsia="zh-CN"/>
        </w:rPr>
        <w:t>　　卫生间漏水封高度不足，标高相差较大;卫生间脸盆下与排水管连接处不密封;给水管道管卡间距过大且安装不牢固;电线分色不清;开关、插座安装标高相差较大;避雷箱内断接卡有锈蚀现象;这些问题不仅是违反了施工质量验收规范的规定，而且直接影响到人们的生活问题，厨房、卫生间返臭味，住户却无法进行处理。针对这些问题，在每个工地开工初期都向施工队长及班组长提出具体要求，特别强调此问题的严重性，并耐心地向他们讲清规范中的要求及对人们生活的危害，在今年的已完工程中，基本上杜绝了此类问题的发生。</w:t>
      </w:r>
      <w:r>
        <w:rPr>
          <w:lang w:eastAsia="zh-CN"/>
        </w:rPr>
        <w:br/>
      </w:r>
      <w:r>
        <w:rPr>
          <w:lang w:eastAsia="zh-CN"/>
        </w:rPr>
        <w:t>　　四、今后的工作打算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通过总结一年来的工作，找出工作中的不足，以便在以后的工作中加以克服，同时还需要多看书，认真学习好规范规程及有关文件资料，掌握好专业知识，提高自己的工作能力，加强工作责任感，及时做好个人的各项工作。</w:t>
      </w:r>
      <w:r>
        <w:rPr>
          <w:lang w:eastAsia="zh-CN"/>
        </w:rPr>
        <w:br/>
      </w:r>
      <w:r>
        <w:rPr>
          <w:lang w:eastAsia="zh-CN"/>
        </w:rPr>
        <w:t xml:space="preserve">    工厂技术员个人工作年终总结 篇2 </w:t>
      </w:r>
      <w:r>
        <w:rPr>
          <w:lang w:eastAsia="zh-CN"/>
        </w:rPr>
        <w:br/>
      </w:r>
      <w:r>
        <w:rPr>
          <w:lang w:eastAsia="zh-CN"/>
        </w:rPr>
        <w:t>　　自今_年_月我来到_区工作现今，已有一年多的时间了。在这一年中，我一直在项目部工作，负责电气施工的现场管理及技术指导工作，凭借自己的努力和领导的提携，从一名普通的电气监理，进而又被提拔到兼任电仪车间技术员一职。</w:t>
      </w:r>
      <w:r>
        <w:rPr>
          <w:lang w:eastAsia="zh-CN"/>
        </w:rPr>
        <w:br/>
      </w:r>
      <w:r>
        <w:rPr>
          <w:lang w:eastAsia="zh-CN"/>
        </w:rPr>
        <w:t>　　在这期间，我除负责对_厂区所属的车间进行电气施工监理的工作之外，还承担电仪车间技术员应尽的职责。</w:t>
      </w:r>
      <w:r>
        <w:rPr>
          <w:lang w:eastAsia="zh-CN"/>
        </w:rPr>
        <w:br/>
      </w:r>
      <w:r>
        <w:rPr>
          <w:lang w:eastAsia="zh-CN"/>
        </w:rPr>
        <w:t>　　虽然工作量比以前要繁重的多，但给我提供了一个全面了解工厂整个电气系统的机会，加强了我对工厂电气系统的认知和掌握，并提高了我对一些系统发生各类事故时独立分析和处理问题的能力，为我进一步从事电气技术工作打下良好的基础。下面我对承担车间技术员工作进行总结。</w:t>
      </w:r>
      <w:r>
        <w:rPr>
          <w:lang w:eastAsia="zh-CN"/>
        </w:rPr>
        <w:br/>
      </w:r>
      <w:r>
        <w:rPr>
          <w:lang w:eastAsia="zh-CN"/>
        </w:rPr>
        <w:t>　　一、我对电仪技术员工作的认识及态度</w:t>
      </w:r>
      <w:r>
        <w:rPr>
          <w:lang w:eastAsia="zh-CN"/>
        </w:rPr>
        <w:br/>
      </w:r>
      <w:r>
        <w:rPr>
          <w:lang w:eastAsia="zh-CN"/>
        </w:rPr>
        <w:t>　　我被任命为电仪车间技术员之后，开始逐渐进入这一角色。虽然以前我在_有限工厂承担电气设备员一职，对高低压电气技术及设备有着深入的了解和掌握。但自从来了新工地以后，在从事电气监理工作的过程中，感到要想当好一个合格电仪技术员的压力在增大。</w:t>
      </w:r>
      <w:r>
        <w:rPr>
          <w:lang w:eastAsia="zh-CN"/>
        </w:rPr>
        <w:br/>
      </w:r>
      <w:r>
        <w:rPr>
          <w:lang w:eastAsia="zh-CN"/>
        </w:rPr>
        <w:t>　　主要有以下几方面原因：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一是工厂的电气设备数量庞大;二是电气设备种类繁多，涉及高低压输电、配电、送电和电气维修等方方面面;三是新旧设备混用增加了电气设备发生故障的几率和排除故障的难度;四是新上了110kva变电站，这是以前我未曾接触的新生事物;五是我有三、四年没有从事仪表工作了，我必须把以前漏掉的知识重新学习一次。</w:t>
      </w:r>
      <w:r>
        <w:rPr>
          <w:lang w:eastAsia="zh-CN"/>
        </w:rPr>
        <w:br/>
      </w:r>
      <w:r>
        <w:rPr>
          <w:lang w:eastAsia="zh-CN"/>
        </w:rPr>
        <w:t>　　面对这种压力，我感到自己责任的重大。为工厂电仪设备的正常稳定运行，提供技术支持，处理突发故障，就成了我的工作重点。</w:t>
      </w:r>
      <w:r>
        <w:rPr>
          <w:lang w:eastAsia="zh-CN"/>
        </w:rPr>
        <w:br/>
      </w:r>
      <w:r>
        <w:rPr>
          <w:lang w:eastAsia="zh-CN"/>
        </w:rPr>
        <w:t>　　我相信我有能力把这项工作做好，压力越大动力就越大。在从事电仪技术员初期，我对以前不熟悉的_发酵车间、_提炼车间、动力车间和制水站、_变电站及_开闭所的电气设备进行熟悉和了解。并对以前未接触过的电气设备收集使用说明书，熟悉其工作原理和参数的设定、维护保养及故障的排除方法。对有异议的问题与厂家和相关人员进行探讨，确保对相关设备掌握的彻底性。</w:t>
      </w:r>
      <w:r>
        <w:rPr>
          <w:lang w:eastAsia="zh-CN"/>
        </w:rPr>
        <w:br/>
      </w:r>
      <w:r>
        <w:rPr>
          <w:lang w:eastAsia="zh-CN"/>
        </w:rPr>
        <w:t>　　另为我与车间的维修组、运行组及仪表组进行沟通，了解现有员工的知识层次和对目前工作中存在那些技术问题需要解决。</w:t>
      </w:r>
      <w:r>
        <w:rPr>
          <w:lang w:eastAsia="zh-CN"/>
        </w:rPr>
        <w:br/>
      </w:r>
      <w:r>
        <w:rPr>
          <w:lang w:eastAsia="zh-CN"/>
        </w:rPr>
        <w:t>　　二、本年度工作内容</w:t>
      </w:r>
      <w:r>
        <w:rPr>
          <w:lang w:eastAsia="zh-CN"/>
        </w:rPr>
        <w:br/>
      </w:r>
      <w:r>
        <w:rPr>
          <w:lang w:eastAsia="zh-CN"/>
        </w:rPr>
        <w:t>　　(一)日常工作内容</w:t>
      </w:r>
      <w:r>
        <w:rPr>
          <w:lang w:eastAsia="zh-CN"/>
        </w:rPr>
        <w:br/>
      </w:r>
      <w:r>
        <w:rPr>
          <w:lang w:eastAsia="zh-CN"/>
        </w:rPr>
        <w:t>　　(1)_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(2)_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_车间的操作工讲解了设备正常的启动程序和注意事项。</w:t>
      </w:r>
      <w:r>
        <w:rPr>
          <w:lang w:eastAsia="zh-CN"/>
        </w:rPr>
        <w:br/>
      </w:r>
      <w:r>
        <w:rPr>
          <w:lang w:eastAsia="zh-CN"/>
        </w:rPr>
        <w:t>　　(3)_车间薄膜蒸发器，在使用过程中，压力一直处于高位，无法保证生产的正常运行，对此我与杨波协商后，建议使用变频控制方式。用人为方式控制设备的压力，确保生产的稳定性。最终，我们为8台薄膜蒸发器安装了变频器，通过一个时期的运行，确定效果达到预期要求。</w:t>
      </w:r>
      <w:r>
        <w:rPr>
          <w:lang w:eastAsia="zh-CN"/>
        </w:rPr>
        <w:br/>
      </w:r>
      <w:r>
        <w:rPr>
          <w:lang w:eastAsia="zh-CN"/>
        </w:rPr>
        <w:t>　　(4)_车间3反渗透高压泵，在试用行时，变频器无法正常工作，我检查后，发现变频器的参数人为改动过，造成变频器运行参数冲突。为解决本问题，我重新设定参数，确保了该设备的正式使用。</w:t>
      </w:r>
      <w:r>
        <w:rPr>
          <w:lang w:eastAsia="zh-CN"/>
        </w:rPr>
        <w:br/>
      </w:r>
      <w:r>
        <w:rPr>
          <w:lang w:eastAsia="zh-CN"/>
        </w:rPr>
        <w:t>　　(5)污水站脱水机房离心机，在运行中，报过电流故障，我在现场检查后，确认该变频器所带电机有问题。经进一步检查电机，发现电机匝间短路。对电机维修后，设备恢复正常。</w:t>
      </w:r>
      <w:r>
        <w:rPr>
          <w:lang w:eastAsia="zh-CN"/>
        </w:rPr>
        <w:br/>
      </w:r>
      <w:r>
        <w:rPr>
          <w:lang w:eastAsia="zh-CN"/>
        </w:rPr>
        <w:t>　　(6)_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这些只是我日常工作的很小一部分，这样的突发事故常有发生，当需要我去处理是我总会第一个来到现场，尽自己所能尽快为车间排除故障，恢复设备的正常运行。</w:t>
      </w:r>
      <w:r>
        <w:rPr>
          <w:lang w:eastAsia="zh-CN"/>
        </w:rPr>
        <w:br/>
      </w:r>
      <w:r>
        <w:rPr>
          <w:lang w:eastAsia="zh-CN"/>
        </w:rPr>
        <w:t>　　(二)技术改造</w:t>
      </w:r>
      <w:r>
        <w:rPr>
          <w:lang w:eastAsia="zh-CN"/>
        </w:rPr>
        <w:br/>
      </w:r>
      <w:r>
        <w:rPr>
          <w:lang w:eastAsia="zh-CN"/>
        </w:rPr>
        <w:t>　　(1)七月对_变频控制柜主回路进行技术改造，由4变压器负载回路变更为1变压器负载回路。减少4变压器所带负荷。4变压器在未进行改造前，负荷时可到达_以上，高出变压器额定电流的15%以上，严重威胁4变压器的安全运行，给车间的正常生产留下重大隐患。</w:t>
      </w:r>
      <w:r>
        <w:rPr>
          <w:lang w:eastAsia="zh-CN"/>
        </w:rPr>
        <w:br/>
      </w:r>
      <w:r>
        <w:rPr>
          <w:lang w:eastAsia="zh-CN"/>
        </w:rPr>
        <w:t>　　对此，我们在车间的统一领导下，提出方案，并进行可行性论证后，进行了上述改造。通过改造，使4变压器的负荷在生产高分期都能维持在_已下，确保了设备的安全，达到改造的预期效果。</w:t>
      </w:r>
      <w:r>
        <w:rPr>
          <w:lang w:eastAsia="zh-CN"/>
        </w:rPr>
        <w:br/>
      </w:r>
      <w:r>
        <w:rPr>
          <w:lang w:eastAsia="zh-CN"/>
        </w:rPr>
        <w:t>　　(2)八月份对_车间1-4炉的鼓、引风电气控制回路进行</w:t>
      </w:r>
      <w:r>
        <w:rPr>
          <w:lang w:eastAsia="zh-CN"/>
        </w:rPr>
        <w:br/>
      </w:r>
      <w:r>
        <w:rPr>
          <w:lang w:eastAsia="zh-CN"/>
        </w:rPr>
        <w:t>　　连锁改造。_车间1-4炉为大药拆过来的旧设备。旧鼓引风电气未有电气控制连锁，在生产中，引风机因突发事故停车，鼓风机在继续运行，就可造成_回火现象，从而可能导致设备和人员的伤害。对此，在没有图纸的情况下，我对_车间的鼓、引风电机控制变频柜的电气回路进行实测，并最终找到连锁控制的方式，在电气维修一组的配合下，完成了此项改造，达到改造目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(3)10月份对_车间反渗透的电仪连锁控制方式进行改造。以前该系统只对高压和高温进行速断保护，对压力低未进行停车保护，这就容易造成高压泵的烧毁，但我在回复低压保护的过程中，又出现了清洗泵在低压状态下无法启车的故障。经过与车间的沟通，发现原厂家图纸设计存在缺陷，我在对图纸进行改变后，按新方式，接连锁线后，设备恢复正常。</w:t>
      </w:r>
      <w:r>
        <w:rPr>
          <w:lang w:eastAsia="zh-CN"/>
        </w:rPr>
        <w:br/>
      </w:r>
      <w:r>
        <w:rPr>
          <w:lang w:eastAsia="zh-CN"/>
        </w:rPr>
        <w:t>　　(4)在工程施工过程中，因为设计和新旧设备衔接等方面原因，导致部分车间的回路未安装计量表，对此我在车间的安排下，为这部分回路安装了电度表。具体安装位置有_提炼一楼东和三楼东;南区食堂给三十米马路路灯送电的回路;_区成品库两台制冷电源回路等。</w:t>
      </w:r>
      <w:r>
        <w:rPr>
          <w:lang w:eastAsia="zh-CN"/>
        </w:rPr>
        <w:br/>
      </w:r>
      <w:r>
        <w:rPr>
          <w:lang w:eastAsia="zh-CN"/>
        </w:rPr>
        <w:t>　　(三)员工培训工作</w:t>
      </w:r>
      <w:r>
        <w:rPr>
          <w:lang w:eastAsia="zh-CN"/>
        </w:rPr>
        <w:br/>
      </w:r>
      <w:r>
        <w:rPr>
          <w:lang w:eastAsia="zh-CN"/>
        </w:rPr>
        <w:t>　　对员工培训工作一直是车间主抓的重点工作之一。员工技术的高低关系着车间维护设备的效率。对此我也做了大量的工作。</w:t>
      </w:r>
      <w:r>
        <w:rPr>
          <w:lang w:eastAsia="zh-CN"/>
        </w:rPr>
        <w:br/>
      </w:r>
      <w:r>
        <w:rPr>
          <w:lang w:eastAsia="zh-CN"/>
        </w:rPr>
        <w:t>　　首先我编写了《电工基础培训教材》、《变频器常见故障及排除方法》、《软启动常见故障的排除方法》三部基本教案。</w:t>
      </w:r>
      <w:r>
        <w:rPr>
          <w:lang w:eastAsia="zh-CN"/>
        </w:rPr>
        <w:br/>
      </w:r>
      <w:r>
        <w:rPr>
          <w:lang w:eastAsia="zh-CN"/>
        </w:rPr>
        <w:t>　　其次我在六、八、九、十一月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r>
        <w:rPr>
          <w:lang w:eastAsia="zh-CN"/>
        </w:rPr>
        <w:br/>
      </w:r>
      <w:r>
        <w:rPr>
          <w:lang w:eastAsia="zh-CN"/>
        </w:rPr>
        <w:t>　　三、工作中存在的不足和下步工作目标</w:t>
      </w:r>
      <w:r>
        <w:rPr>
          <w:lang w:eastAsia="zh-CN"/>
        </w:rPr>
        <w:br/>
      </w:r>
      <w:r>
        <w:rPr>
          <w:lang w:eastAsia="zh-CN"/>
        </w:rPr>
        <w:t>　　在今年的工作中，我经过自己的努力，虽然取得了一定的工作成果。但我感到离一个优秀的技术员标准还有很大差距。这主要表现在：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①在突发事故中，有些新设备我对它们的性能还不是特别熟悉，还需查找资料，影响了设备故障排除的及时性;</w:t>
      </w:r>
      <w:r>
        <w:rPr>
          <w:lang w:eastAsia="zh-CN"/>
        </w:rPr>
        <w:br/>
      </w:r>
      <w:r>
        <w:rPr>
          <w:lang w:eastAsia="zh-CN"/>
        </w:rPr>
        <w:t>　　②设备档案的建立还未开展，主要是竣工资料未完善，负责工程又占用了我的很大精力，在这项工作中，有点力不从心的感觉;</w:t>
      </w:r>
      <w:r>
        <w:rPr>
          <w:lang w:eastAsia="zh-CN"/>
        </w:rPr>
        <w:br/>
      </w:r>
      <w:r>
        <w:rPr>
          <w:lang w:eastAsia="zh-CN"/>
        </w:rPr>
        <w:t>　　③培训工作还未纳入规范化的系统，现在培训工作虽然开展起来，但因缺乏协调性，容易正常培训的效果降低;</w:t>
      </w:r>
      <w:r>
        <w:rPr>
          <w:lang w:eastAsia="zh-CN"/>
        </w:rPr>
        <w:br/>
      </w:r>
      <w:r>
        <w:rPr>
          <w:lang w:eastAsia="zh-CN"/>
        </w:rPr>
        <w:t>　　④没有把班组的设备标准化管理工作抓起来，导致班组工作效率的没有进一步提升。</w:t>
      </w:r>
      <w:r>
        <w:rPr>
          <w:lang w:eastAsia="zh-CN"/>
        </w:rPr>
        <w:br/>
      </w:r>
      <w:r>
        <w:rPr>
          <w:lang w:eastAsia="zh-CN"/>
        </w:rPr>
        <w:t>　　针对这些不足，我计划下一步要继续加强自身的学习力度，尽快将新设备吃通吃透，并将这些新知识尽快传授给员工，提高工厂整体电仪设备故障排除的精度和效率。</w:t>
      </w:r>
      <w:r>
        <w:rPr>
          <w:lang w:eastAsia="zh-CN"/>
        </w:rPr>
        <w:br/>
      </w:r>
      <w:r>
        <w:rPr>
          <w:lang w:eastAsia="zh-CN"/>
        </w:rPr>
        <w:t>　　尽快完善全工厂电气设备的档案建立工作，使纸质文档和电子文档同步，提高工厂电气设备的管理水平。协调与其他技术员的关系，统一制定一个统一的培训目标，将培训工作纳入员工的绩效工作中，建立员工与技术员的一个互动平台，力争把车间营造成“帮、学、比、赶、超”这样一个具有活力的集体。</w:t>
      </w:r>
      <w:r>
        <w:rPr>
          <w:lang w:eastAsia="zh-CN"/>
        </w:rPr>
        <w:br/>
      </w:r>
      <w:r>
        <w:rPr>
          <w:lang w:eastAsia="zh-CN"/>
        </w:rPr>
        <w:t>　　另为，逐渐规范班组的设备管理，对每项工作制定一个标准范本，使每项工作有据可依，在标准化的基础上提高班组的工作效率。</w:t>
      </w:r>
      <w:r>
        <w:rPr>
          <w:lang w:eastAsia="zh-CN"/>
        </w:rPr>
        <w:br/>
      </w:r>
      <w:r>
        <w:rPr>
          <w:lang w:eastAsia="zh-CN"/>
        </w:rPr>
        <w:t xml:space="preserve">    工厂技术员个人工作年终总结 篇3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我来到_工作现今已有一年多的时间了。在这一年中，我一直在项目部工作，负责电气施工的现场管理及技术指导工作，凭借自己的努力和领导的提携，从一名普通的电气监理，进而又被提拔到兼任电仪车间技术员一职。在这期间，我除负责对_厂区所属的车间进行电气施工监理的工作之外，还承担电仪车间技术员应尽的职责。下面我对承担车间技术员工作进行总结。</w:t>
      </w:r>
      <w:r>
        <w:rPr>
          <w:lang w:eastAsia="zh-CN"/>
        </w:rPr>
        <w:br/>
      </w:r>
      <w:r>
        <w:rPr>
          <w:lang w:eastAsia="zh-CN"/>
        </w:rPr>
        <w:t>　　一、我对电仪技术员工作的认识及态度</w:t>
      </w:r>
      <w:r>
        <w:rPr>
          <w:lang w:eastAsia="zh-CN"/>
        </w:rPr>
        <w:br/>
      </w:r>
      <w:r>
        <w:rPr>
          <w:lang w:eastAsia="zh-CN"/>
        </w:rPr>
        <w:t>　　我被任命为电仪车间技术员之后，开始逐渐进入这一角色。虽然以前我在_有限工厂承担电气设备员一职，对高低压电气技术及设备有着深入的了解和掌握。但自从来了新工地以后，在从事电气监理工作的过程中，感到要想当好一个合格电仪技术员的压力在增大。面对这种压力，我感到自己责任的重大。为工厂电仪设备的正常稳定运行，提供技术支持，处理突发故障，就成了我的工作重点。我与车间的维修组、运行组及仪表组进行沟通，了解现有员工的知识层次和对目前工作中存在那些技术问题需要解决。</w:t>
      </w:r>
      <w:r>
        <w:rPr>
          <w:lang w:eastAsia="zh-CN"/>
        </w:rPr>
        <w:br/>
      </w:r>
      <w:r>
        <w:rPr>
          <w:lang w:eastAsia="zh-CN"/>
        </w:rPr>
        <w:t>　　二、本年度工作内容</w:t>
      </w:r>
      <w:r>
        <w:rPr>
          <w:lang w:eastAsia="zh-CN"/>
        </w:rPr>
        <w:br/>
      </w:r>
      <w:r>
        <w:rPr>
          <w:lang w:eastAsia="zh-CN"/>
        </w:rPr>
        <w:t>　　旧鼓引风电气未有电气控制连锁，在生产中，引风机因突发事故停车，鼓风机在继续运行，就可造成_回火现象，从而可能导致设备和人员的伤害。对此，在没有图纸的情况下，我对_车间的鼓、引风电机控制变频柜的电气回路进行实测，并最终找到连锁控制的方式，在电气维修一组的配合下，完成了此项改造，达到改造目的。</w:t>
      </w:r>
      <w:r>
        <w:rPr>
          <w:lang w:eastAsia="zh-CN"/>
        </w:rPr>
        <w:br/>
      </w:r>
      <w:r>
        <w:rPr>
          <w:lang w:eastAsia="zh-CN"/>
        </w:rPr>
        <w:t>　　以前该系统只对高压和高温进行速断保护，对压力低未进行停车保护，这就容易造成高压泵的烧毁，但我在回复低压保护的过程中，又出现了清洗泵在低压状态下无法启车的故障。经过与车间的沟通，发现原厂家图纸设计存在缺陷，我在对图纸进行改变后，按新方式，接连锁线后，设备恢复正常。</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三、工作中存在的不足和下步工作目标</w:t>
      </w:r>
      <w:r>
        <w:rPr>
          <w:lang w:eastAsia="zh-CN"/>
        </w:rPr>
        <w:br/>
      </w:r>
      <w:r>
        <w:rPr>
          <w:lang w:eastAsia="zh-CN"/>
        </w:rPr>
        <w:t>　　在今年的工作中，我经过自己的努力，虽然取得了一定的工作成果。但我感到离一个优秀的技术员标准还有很大差距。在突发事故中，有些新设备我对它们的性能还不是特别熟悉，还需查找资料，影响了设备故障排除的及时性;设备档案的建立还未开展，主要是竣工资料未完善，负责工程又占用了我的很大精力，在这项工作中，有点力不从心的感觉;培训工作还未纳入规范化的系统，现在培训工作虽然开展起来，但因缺乏协调性，容易正常培训的效果降低;没有把班组的设备标准化管理工作抓起来，导致班组工作效率的没有进一步提升。</w:t>
      </w:r>
      <w:r>
        <w:rPr>
          <w:lang w:eastAsia="zh-CN"/>
        </w:rPr>
        <w:br/>
      </w:r>
      <w:r>
        <w:rPr>
          <w:lang w:eastAsia="zh-CN"/>
        </w:rPr>
        <w:t>　　针对这些不足，我计划下一步要继续加强自身的学习力度，尽快将新设备吃通吃透，并将这些新知识尽快传授给员工，提高工厂整体电仪设备故障排除的精度和效率。尽快完善全工厂电气设备的档案建立工作，使纸质文档和电子文档同步，提高工厂电气设备的管理水平。协调与其他技术员的关系，统一制定一个统一的培训目标，将培训工作纳入员工的绩效工作中，建立员工与技术员的一个互动平台，力争把车间营造成“帮、学、比、赶、超”这样一个具有活力的集体。</w:t>
      </w:r>
      <w:r>
        <w:rPr>
          <w:lang w:eastAsia="zh-CN"/>
        </w:rPr>
        <w:br/>
      </w:r>
      <w:r>
        <w:rPr>
          <w:lang w:eastAsia="zh-CN"/>
        </w:rPr>
        <w:t xml:space="preserve">    工厂技术员个人工作年终总结 篇4 </w:t>
      </w:r>
      <w:r>
        <w:rPr>
          <w:lang w:eastAsia="zh-CN"/>
        </w:rPr>
        <w:br/>
      </w:r>
      <w:r>
        <w:rPr>
          <w:lang w:eastAsia="zh-CN"/>
        </w:rPr>
        <w:t>　　一、我对电仪技术员工作的认识及态度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我被任命为电仪车间技术员之后，开始逐渐进入这一角色。虽然以前我在有限工厂承担电气设备员一职，对高低压电气技术及设备有着深入的了解和掌握。但自从来了新工地以后，在从事电气监理工作的过程中，感到要想当好一个合格电仪技术员的压力在增大。</w:t>
      </w:r>
      <w:r>
        <w:rPr>
          <w:lang w:eastAsia="zh-CN"/>
        </w:rPr>
        <w:br/>
      </w:r>
      <w:r>
        <w:rPr>
          <w:lang w:eastAsia="zh-CN"/>
        </w:rPr>
        <w:t>　　主要有以下几方面原因：</w:t>
      </w:r>
      <w:r>
        <w:rPr>
          <w:lang w:eastAsia="zh-CN"/>
        </w:rPr>
        <w:br/>
      </w:r>
      <w:r>
        <w:rPr>
          <w:lang w:eastAsia="zh-CN"/>
        </w:rPr>
        <w:t>　　一是工厂的电气设备数量庞大；</w:t>
      </w:r>
      <w:r>
        <w:rPr>
          <w:lang w:eastAsia="zh-CN"/>
        </w:rPr>
        <w:br/>
      </w:r>
      <w:r>
        <w:rPr>
          <w:lang w:eastAsia="zh-CN"/>
        </w:rPr>
        <w:t>　　二是电气设备种类繁多，涉及高低压输电、配电、送电和电气维修等方方面面；</w:t>
      </w:r>
      <w:r>
        <w:rPr>
          <w:lang w:eastAsia="zh-CN"/>
        </w:rPr>
        <w:br/>
      </w:r>
      <w:r>
        <w:rPr>
          <w:lang w:eastAsia="zh-CN"/>
        </w:rPr>
        <w:t>　　三是新旧设备混用增加了电气设备发生故障的几率和排除故障的难度；</w:t>
      </w:r>
      <w:r>
        <w:rPr>
          <w:lang w:eastAsia="zh-CN"/>
        </w:rPr>
        <w:br/>
      </w:r>
      <w:r>
        <w:rPr>
          <w:lang w:eastAsia="zh-CN"/>
        </w:rPr>
        <w:t>　　四是新上了110kva变电站，这是以前我未曾接触的新生事物；</w:t>
      </w:r>
      <w:r>
        <w:rPr>
          <w:lang w:eastAsia="zh-CN"/>
        </w:rPr>
        <w:br/>
      </w:r>
      <w:r>
        <w:rPr>
          <w:lang w:eastAsia="zh-CN"/>
        </w:rPr>
        <w:t>　　五是我有三、四年没有从事仪表工作了，我必须把以前漏掉的知识重新学习一次。</w:t>
      </w:r>
      <w:r>
        <w:rPr>
          <w:lang w:eastAsia="zh-CN"/>
        </w:rPr>
        <w:br/>
      </w:r>
      <w:r>
        <w:rPr>
          <w:lang w:eastAsia="zh-CN"/>
        </w:rPr>
        <w:t>　　面对这种压力，我感到自己责任的重大。为工厂电仪设备的正常稳定运行，提供技术支持，处理突发故障，就成了我的工作重点。</w:t>
      </w:r>
      <w:r>
        <w:rPr>
          <w:lang w:eastAsia="zh-CN"/>
        </w:rPr>
        <w:br/>
      </w:r>
      <w:r>
        <w:rPr>
          <w:lang w:eastAsia="zh-CN"/>
        </w:rPr>
        <w:t>　　我相信我有能力把这项工作做好，压力越大动力就越大。在从事电仪技术员初期，我对以前不熟悉的发酵车间、提炼车间、动力车间和制水站、变电站及开闭所的电气设备进行熟悉和了解。并对以前未接触过的电气设备收集使用说明书，熟悉其工作原理和参数的设定、维护保养及故障的排除方法。对有异议的问题与厂家和相关人员进行探讨，确保对相关设备掌握的彻底性。</w:t>
      </w:r>
      <w:r>
        <w:rPr>
          <w:lang w:eastAsia="zh-CN"/>
        </w:rPr>
        <w:br/>
      </w:r>
      <w:r>
        <w:rPr>
          <w:lang w:eastAsia="zh-CN"/>
        </w:rPr>
        <w:t>　　另为我与车间的维修组、运行组及仪表组进行沟通，了解现有员工的知识层次和对目前工作中存在那些技术问题需要解决。</w:t>
      </w:r>
      <w:r>
        <w:rPr>
          <w:lang w:eastAsia="zh-CN"/>
        </w:rPr>
        <w:br/>
      </w:r>
      <w:r>
        <w:rPr>
          <w:lang w:eastAsia="zh-CN"/>
        </w:rPr>
        <w:t>　　二、本年度工作内容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（一）日常工作内容</w:t>
      </w:r>
      <w:r>
        <w:rPr>
          <w:lang w:eastAsia="zh-CN"/>
        </w:rPr>
        <w:br/>
      </w:r>
      <w:r>
        <w:rPr>
          <w:lang w:eastAsia="zh-CN"/>
        </w:rPr>
        <w:t>　　（1）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r>
        <w:rPr>
          <w:lang w:eastAsia="zh-CN"/>
        </w:rPr>
        <w:br/>
      </w:r>
      <w:r>
        <w:rPr>
          <w:lang w:eastAsia="zh-CN"/>
        </w:rPr>
        <w:t>　　（2）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__车间的操作工讲解了设备正常的启动程序和注意事项。</w:t>
      </w:r>
      <w:r>
        <w:rPr>
          <w:lang w:eastAsia="zh-CN"/>
        </w:rPr>
        <w:br/>
      </w:r>
      <w:r>
        <w:rPr>
          <w:lang w:eastAsia="zh-CN"/>
        </w:rPr>
        <w:t>　　（3）车间薄膜蒸发器，在使用过程中，压力一直处于高位，无法保证生产的正常运行，对此我与杨波协商后，建议使用变频控制方式。用人为方式控制设备的压力，确保生产的稳定性。最终，我们为8台薄膜蒸发器安装了变频器，通过一个时期的运行，确定效果达到预期要求。</w:t>
      </w:r>
      <w:r>
        <w:rPr>
          <w:lang w:eastAsia="zh-CN"/>
        </w:rPr>
        <w:br/>
      </w:r>
      <w:r>
        <w:rPr>
          <w:lang w:eastAsia="zh-CN"/>
        </w:rPr>
        <w:t>　　（4）车间3反渗透高压泵，在试用行时，变频器无法正常工作，我检查后，发现变频器的参数人为改动过，造成变频器运行参数冲突。为解决本问题，我重新设定参数，确保了该设备的正式使用。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（5）污水站脱水机房离心机，在运行中，报过电流故障，我在现场检查后，确认该变频器所带电机有问题。经进一步检查电机，发现电机匝间短路。对电机维修后，设备恢复正常。</w:t>
      </w:r>
      <w:r>
        <w:rPr>
          <w:lang w:eastAsia="zh-CN"/>
        </w:rPr>
        <w:br/>
      </w:r>
      <w:r>
        <w:rPr>
          <w:lang w:eastAsia="zh-CN"/>
        </w:rPr>
        <w:t>　　（6）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r>
        <w:rPr>
          <w:lang w:eastAsia="zh-CN"/>
        </w:rPr>
        <w:br/>
      </w:r>
      <w:r>
        <w:rPr>
          <w:lang w:eastAsia="zh-CN"/>
        </w:rPr>
        <w:t>　　这些只是我日常工作的很小一部分，这样的突发事故常有发生，当需要我去处理是我总会第一个来到现场，尽自己所能尽快为车间排除故障，恢复设备的正常运行。</w:t>
      </w:r>
      <w:r>
        <w:rPr>
          <w:lang w:eastAsia="zh-CN"/>
        </w:rPr>
        <w:br/>
      </w:r>
      <w:r>
        <w:rPr>
          <w:lang w:eastAsia="zh-CN"/>
        </w:rPr>
        <w:t>　　（二）技术改造</w:t>
      </w:r>
      <w:r>
        <w:rPr>
          <w:lang w:eastAsia="zh-CN"/>
        </w:rPr>
        <w:br/>
      </w:r>
      <w:r>
        <w:rPr>
          <w:lang w:eastAsia="zh-CN"/>
        </w:rPr>
        <w:t>　　（1）七月对变频控制柜主回路进行技术改造，由4变压器负载回路变更为1变压器负载回路。减少4变压器所带负荷。4变压器在未进行改造前，负荷最高时可到达以上，高出变压器额定电流的15%以上，严重威胁4变压器的安全运行，给车间的正常生产留下重大隐患。</w:t>
      </w:r>
      <w:r>
        <w:rPr>
          <w:lang w:eastAsia="zh-CN"/>
        </w:rPr>
        <w:br/>
      </w:r>
      <w:r>
        <w:rPr>
          <w:lang w:eastAsia="zh-CN"/>
        </w:rPr>
        <w:t>　　对此，我们在车间的统一领导下，提出方案，并进行可行性论证后，进行了上述改造。通过改造，使4变压器的负荷在生产高分期都能维持在以下，确保了设备的安全，达到改造的预期效果。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2）八月份对__车间1—4炉的鼓、引风电气控制回路进行连锁改造。__车间1—4炉为大药拆过来的旧设备。旧鼓引风电气未有电气控制连锁，在生产中，引风机因突发事故停车，鼓风机在继续运行，就可造成回火现象，从而可能导致设备和人员的伤害。对此，在没有图纸的情况下，我对__车间的鼓、引风电机控制变频柜的电气回路进行实测，并最终找到连锁控制的方式，在电气维修一组的配合下，完成了此项改造，达到改造目的。</w:t>
      </w:r>
      <w:r>
        <w:rPr>
          <w:lang w:eastAsia="zh-CN"/>
        </w:rPr>
        <w:br/>
      </w:r>
      <w:r>
        <w:rPr>
          <w:lang w:eastAsia="zh-CN"/>
        </w:rPr>
        <w:t>　　（3）10月份对_车间反渗透的电仪连锁控制方式进行改造。以前该系统只对高压和高温进行速断保护，对压力低未进行停车保护，这就容易造成高压泵的烧毁，但我在回复低压保护的过程中，又出现了清洗泵在低压状态下无法启车的故障。经过与车间的沟通，发现原厂家图纸设计存在缺陷，我在对图纸进行改变后，按新方式，接连锁线后，设备恢复正常。</w:t>
      </w:r>
      <w:r>
        <w:rPr>
          <w:lang w:eastAsia="zh-CN"/>
        </w:rPr>
        <w:br/>
      </w:r>
      <w:r>
        <w:rPr>
          <w:lang w:eastAsia="zh-CN"/>
        </w:rPr>
        <w:t>　　（4）在工程施工过程中，因为设计和新旧设备衔接等方面原因，导致部分车间的回路未安装计量表，对此我在车间的安排下，为这部分回路安装了电度表。具体安装位置有提炼一楼东和三楼东；南区食堂给三十米马路路灯送电的回路；_区成品库两台制冷电源回路等。</w:t>
      </w:r>
      <w:r>
        <w:rPr>
          <w:lang w:eastAsia="zh-CN"/>
        </w:rPr>
        <w:br/>
      </w:r>
      <w:r>
        <w:rPr>
          <w:lang w:eastAsia="zh-CN"/>
        </w:rPr>
        <w:t>　　（三）员工培训工作</w:t>
      </w:r>
      <w:r>
        <w:rPr>
          <w:lang w:eastAsia="zh-CN"/>
        </w:rPr>
        <w:br/>
      </w:r>
      <w:r>
        <w:rPr>
          <w:lang w:eastAsia="zh-CN"/>
        </w:rPr>
        <w:t>　　对员工培训工作一直是车间主抓的重点工作之一。员工技术的高低关系着车间维护设备的效率。对此我也做了大量的工作。</w:t>
      </w:r>
      <w:r>
        <w:rPr>
          <w:lang w:eastAsia="zh-CN"/>
        </w:rPr>
        <w:br/>
      </w:r>
      <w:r>
        <w:rPr>
          <w:lang w:eastAsia="zh-CN"/>
        </w:rPr>
        <w:t>　　首先我编写了《电工基础培训教材》、《变频器常见故障及排除方法》、《软启动常见故障的排除方法》三部基本教案。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其次我在六、八、九、十一月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r>
        <w:rPr>
          <w:lang w:eastAsia="zh-CN"/>
        </w:rPr>
        <w:br/>
      </w:r>
      <w:r>
        <w:rPr>
          <w:lang w:eastAsia="zh-CN"/>
        </w:rPr>
        <w:t>　　三、工作中存在的不足和下步工作目标</w:t>
      </w:r>
      <w:r>
        <w:rPr>
          <w:lang w:eastAsia="zh-CN"/>
        </w:rPr>
        <w:br/>
      </w:r>
      <w:r>
        <w:rPr>
          <w:lang w:eastAsia="zh-CN"/>
        </w:rPr>
        <w:t>　　在今年的工作中，我经过自己的努力，虽然取得了一定的工作成果。但我感到离一个优秀的技术员标准还有很大差距。这主要表现在：</w:t>
      </w:r>
      <w:r>
        <w:rPr>
          <w:lang w:eastAsia="zh-CN"/>
        </w:rPr>
        <w:br/>
      </w:r>
      <w:r>
        <w:rPr>
          <w:lang w:eastAsia="zh-CN"/>
        </w:rPr>
        <w:t>　　①在突发事故中，有些新设备我对它们的性能还不是特别熟悉，还需查找资料，影响了设备故障排除的及时性；</w:t>
      </w:r>
      <w:r>
        <w:rPr>
          <w:lang w:eastAsia="zh-CN"/>
        </w:rPr>
        <w:br/>
      </w:r>
      <w:r>
        <w:rPr>
          <w:lang w:eastAsia="zh-CN"/>
        </w:rPr>
        <w:t>　　②设备档案的建立还未开展，主要是竣工资料未完善，负责工程又占用了我的很大精力，在这项工作中，有点力不从心的感觉；</w:t>
      </w:r>
      <w:r>
        <w:rPr>
          <w:lang w:eastAsia="zh-CN"/>
        </w:rPr>
        <w:br/>
      </w:r>
      <w:r>
        <w:rPr>
          <w:lang w:eastAsia="zh-CN"/>
        </w:rPr>
        <w:t>　　③培训工作还未纳入规范化的系统，现在培训工作虽然开展起来，但因缺乏协调性，容易正常培训的效果降低；</w:t>
      </w:r>
      <w:r>
        <w:rPr>
          <w:lang w:eastAsia="zh-CN"/>
        </w:rPr>
        <w:br/>
      </w:r>
      <w:r>
        <w:rPr>
          <w:lang w:eastAsia="zh-CN"/>
        </w:rPr>
        <w:t>　　④没有把班组的设备标准化管理工作抓起来，导致班组工作效率的没有进一步提升。</w:t>
      </w:r>
      <w:r>
        <w:rPr>
          <w:lang w:eastAsia="zh-CN"/>
        </w:rPr>
        <w:br/>
      </w:r>
      <w:r>
        <w:rPr>
          <w:lang w:eastAsia="zh-CN"/>
        </w:rPr>
        <w:t>　　针对这些不足，我计划下一步要继续加强自身的学习力度，尽快将新设备吃通吃透，并将这些新知识尽快传授给员工，提高工厂整体电仪设备故障排除的精度和效率。</w:t>
      </w:r>
      <w:r>
        <w:rPr>
          <w:lang w:eastAsia="zh-CN"/>
        </w:rPr>
        <w:br/>
      </w:r>
      <w:r>
        <w:rPr>
          <w:lang w:eastAsia="zh-CN"/>
        </w:rPr>
        <w:t>　　尽快完善全工厂电气设备的档案建立工作，使纸质文档和电子文档同步，提高工厂电气设备的管理水平。协调与其他技术员的关系，统一制定一个统一的培训目标，将培训工作纳入员工的绩效工作中，建立员工与技术员的一个互动平台，力争把车间营造成“帮、学、比、赶、超”这样一个具有活力的集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另为，逐渐规范班组的设备管理，对每项工作制定一个标准范本，使每项工作有据可依，在标准化的基础上提高班组的工作效率。</w:t>
      </w:r>
      <w:r>
        <w:rPr>
          <w:lang w:eastAsia="zh-CN"/>
        </w:rPr>
        <w:br/>
      </w:r>
      <w:r>
        <w:rPr>
          <w:lang w:eastAsia="zh-CN"/>
        </w:rPr>
        <w:t xml:space="preserve">    工厂技术员个人工作年终总结 篇5 </w:t>
      </w:r>
      <w:r>
        <w:rPr>
          <w:lang w:eastAsia="zh-CN"/>
        </w:rPr>
        <w:br/>
      </w:r>
      <w:r>
        <w:rPr>
          <w:lang w:eastAsia="zh-CN"/>
        </w:rPr>
        <w:t>　　作为一名应届毕业生，初来公司，曾经很担心不知该怎么与人共处，该如何做好工作;但是公司宽松融洽的工作氛围，让我很快完成了从学生到职员的转变，能够自如地与其他同事相互配合、协作。不仅懂得了怎样做事，同时也懂得了怎样做人，我想，这是我半年来最大的收获。</w:t>
      </w:r>
      <w:r>
        <w:rPr>
          <w:lang w:eastAsia="zh-CN"/>
        </w:rPr>
        <w:br/>
      </w:r>
      <w:r>
        <w:rPr>
          <w:lang w:eastAsia="zh-CN"/>
        </w:rPr>
        <w:t>　　这是我的第一份工作，都说第一份工作对一个人的发展很重要，我想我的选择没有错，这半年来我学到了很多，感悟了很多;看到公司的迅速发展，我深深地感到骄傲和自豪。我期待着用自己的勤劳、智慧来为公司的成长添砖加瓦。</w:t>
      </w:r>
      <w:r>
        <w:rPr>
          <w:lang w:eastAsia="zh-CN"/>
        </w:rPr>
        <w:br/>
      </w:r>
      <w:r>
        <w:rPr>
          <w:lang w:eastAsia="zh-CN"/>
        </w:rPr>
        <w:t>　　虽然工作已上手，但离理想还有一定的距离，工作中还存在着一定的差距和不足。以后还需继续努力，不断弥补自己的差距。</w:t>
      </w:r>
      <w:r>
        <w:rPr>
          <w:lang w:eastAsia="zh-CN"/>
        </w:rPr>
        <w:br/>
      </w:r>
      <w:r>
        <w:rPr>
          <w:lang w:eastAsia="zh-CN"/>
        </w:rPr>
        <w:t>　　常言道不进则退，为了更好地工作，我们时刻都不能放松对知识的学习和探索，时刻都不能放松自身的`要求和对工作严谨认真的态度，要永葆对工作的热爱，永葆对事业的热忱，踏踏实实地干好自己的本职工作。</w:t>
      </w:r>
      <w:r>
        <w:rPr>
          <w:lang w:eastAsia="zh-CN"/>
        </w:rPr>
        <w:br/>
      </w:r>
      <w:r>
        <w:rPr>
          <w:lang w:eastAsia="zh-CN"/>
        </w:rPr>
        <w:t>　　__年对我来说，应该是比较稳定的一年，半年的工作经验使得自己基本能在本职岗位上独挡一面，我想这一年重要的应该是对工作的创新，切实地为公司的事业尽自己的一份力量。</w:t>
      </w:r>
      <w:r>
        <w:rPr>
          <w:lang w:eastAsia="zh-CN"/>
        </w:rPr>
        <w:br/>
      </w:r>
      <w:r>
        <w:rPr>
          <w:lang w:eastAsia="zh-CN"/>
        </w:rPr>
        <w:t xml:space="preserve">    工厂技术员个人工作年终总结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时光如梭,忙碌中又到了年末,回顾一年多来的工作历程，总结工作中的经验、教训，有利于在以后的工作中扬长避短，更好的做好本职工作。从领导身上我体会到了敬业与关怀，在同事身上我学到了勤奋与自律，繁忙并充实是我对本职工作的最好总结。</w:t>
      </w:r>
      <w:r>
        <w:rPr>
          <w:lang w:eastAsia="zh-CN"/>
        </w:rPr>
        <w:br/>
      </w:r>
      <w:r>
        <w:rPr>
          <w:lang w:eastAsia="zh-CN"/>
        </w:rPr>
        <w:t>　　自从参加工作以来，我认真完成工作，努力，积极思考，同时积极参加各种活动，个人能力逐步提高。在这一年中我学到了不少的经验和知识，在与他人的交流、沟通方法上也有不少长进，在工作中通过多看、多问、多听，使的本职工作技能有了进一步的提高，相对于去年来说又进了一步。</w:t>
      </w:r>
      <w:r>
        <w:rPr>
          <w:lang w:eastAsia="zh-CN"/>
        </w:rPr>
        <w:br/>
      </w:r>
      <w:r>
        <w:rPr>
          <w:lang w:eastAsia="zh-CN"/>
        </w:rPr>
        <w:t>　　此外，火车跑的快还靠车头带，由于刚参加工作不久，无论从业务能力，还是从思想上都存在许多的不足。通过工作期间，我很快认识到自己的学识、能力和阅历还很欠缺，所以在工作和学习上全身心的投入，不断学习，积累经验。向书本学习，向周围领导学习，向同事学习，向工作本身学习，不断提高自己的技术和管理能力。</w:t>
      </w:r>
      <w:r>
        <w:rPr>
          <w:lang w:eastAsia="zh-CN"/>
        </w:rPr>
        <w:br/>
      </w:r>
      <w:r>
        <w:rPr>
          <w:lang w:eastAsia="zh-CN"/>
        </w:rPr>
        <w:t>　　通过上级部门的多次检查和验收，我在技术方面暴露出了许多需要整改的问题和低级错误。这给我指明了改进的方向，也相应的督促和提高了我的整体水平，同时还需要多认真学习好规范规程及有关文件资料，掌握好专业知识，提高自己的工作能力，加强工作责任感，及时做好个人的各项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前不久我刚刚开始机电部的机电技术员工作，这对技术员各方面素质的要求相当高，我必须以严谨的工作态度和更强烈的责任心投入到工作中去。现对我在机电部的工作做如下总结:</w:t>
      </w:r>
      <w:r>
        <w:rPr>
          <w:lang w:eastAsia="zh-CN"/>
        </w:rPr>
        <w:br/>
      </w:r>
      <w:r>
        <w:rPr>
          <w:lang w:eastAsia="zh-CN"/>
        </w:rPr>
        <w:t>　　1、20__年3月份自从调到机电部工作，主要负责全矿的供电，经过半个月对全矿供电系统的熟悉，认真向各位师傅请教，不断积累矿内各变电所的供电图。毕竟自己还是有供电的专业理论知识，学起来相对容易，但是让我一下子把全矿的系统迅速掌握还是有难度，但是自己对供电很感兴趣，抽时间学习，从电缆知识做起，高压电路的原理、性能、整定计算做起，不断提高自己的专业知识。</w:t>
      </w:r>
      <w:r>
        <w:rPr>
          <w:lang w:eastAsia="zh-CN"/>
        </w:rPr>
        <w:br/>
      </w:r>
      <w:r>
        <w:rPr>
          <w:lang w:eastAsia="zh-CN"/>
        </w:rPr>
        <w:t>　　后来开始着手设计2802工作面供电设计和供电系统图，经过和采二队技术员、队长不断研究，再加上自己经常下井到回采工作面现场不断考察，对每一处设计不断优化，最终确定下来供电方案。</w:t>
      </w:r>
      <w:r>
        <w:rPr>
          <w:lang w:eastAsia="zh-CN"/>
        </w:rPr>
        <w:br/>
      </w:r>
      <w:r>
        <w:rPr>
          <w:lang w:eastAsia="zh-CN"/>
        </w:rPr>
        <w:t>　　2、做为我矿停送电联系人之一，应掌握大量的用电知识。熟悉两票的填写及刀闸操作的要领，并注重停电检修的注意事项，因为这直接关系到检修人员的人员安全情况，同时也关系到我矿井下生产问题。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3、在强化正常检修的基础上，对日检、周检、旬检、月检、季检等巡回检修工作进行细化、量化，要求检修人员做到”五勤”勤看、勤摸、勤听、勤维护、勤保养，落实谁检修、谁签字、谁负责制度，大大增强了检修人员的责任心，力争让机电“零缺陷”运转；认真做好各系统的质量标准化工作，开展班组互比互学的“干标准活、上标准岗”活动，让质量标准化工作深入人心。在人员少的情况下，合理分工，优化组合，精心施工，确保每一项工程都能达到高标准，让领导放心，让使用单位满意。为确保机电质量标准化工作落实到实处，科领导在带头学习公司机电质量标准化新标准的同时，积极组织全科员工进行学习，对照标准找差距，并认真结合机电科实际，制定了高标准，严要求地标准化工作精细化运作模式，目前我矿的机电质量达标工作，全面展开稳步推进。</w:t>
      </w:r>
      <w:r>
        <w:rPr>
          <w:lang w:eastAsia="zh-CN"/>
        </w:rPr>
        <w:br/>
      </w:r>
      <w:r>
        <w:rPr>
          <w:lang w:eastAsia="zh-CN"/>
        </w:rPr>
        <w:t>　　缺点主要表现在：</w:t>
      </w:r>
      <w:r>
        <w:rPr>
          <w:lang w:eastAsia="zh-CN"/>
        </w:rPr>
        <w:br/>
      </w:r>
      <w:r>
        <w:rPr>
          <w:lang w:eastAsia="zh-CN"/>
        </w:rPr>
        <w:t>　　第一：刚刚步入社会开始工作，经验不足，特别是煤矿机电工作是相当艰苦的工作，需要在今后的工作中边学习边实践，多动脑筋，认真看图纸、看懂看透，熟悉煤矿的规章制度。</w:t>
      </w:r>
      <w:r>
        <w:rPr>
          <w:lang w:eastAsia="zh-CN"/>
        </w:rPr>
        <w:br/>
      </w:r>
      <w:r>
        <w:rPr>
          <w:lang w:eastAsia="zh-CN"/>
        </w:rPr>
        <w:t>　　第二：有些时候工作中比较懒散，不够认真积极，工作效率有待提高。</w:t>
      </w:r>
      <w:r>
        <w:rPr>
          <w:lang w:eastAsia="zh-CN"/>
        </w:rPr>
        <w:br/>
      </w:r>
      <w:r>
        <w:rPr>
          <w:lang w:eastAsia="zh-CN"/>
        </w:rPr>
        <w:t>　　第三：自己的理论水平、专业知识、工作经验还很欠缺，需要更加努力的学习与实践。</w:t>
      </w:r>
      <w:r>
        <w:rPr>
          <w:lang w:eastAsia="zh-CN"/>
        </w:rPr>
        <w:br/>
      </w:r>
      <w:r>
        <w:rPr>
          <w:lang w:eastAsia="zh-CN"/>
        </w:rPr>
        <w:t>　　努力方向在以后的工作与学习中，要提高自己的专业知识水平，加强责任心，为悦昌跨越</w:t>
      </w:r>
      <w:r>
        <w:rPr>
          <w:lang w:eastAsia="zh-CN"/>
        </w:rPr>
        <w:br/>
      </w:r>
      <w:r>
        <w:rPr>
          <w:lang w:eastAsia="zh-CN"/>
        </w:rPr>
        <w:t>　　式发展，贡献自己一份的力量。我应该努力做到：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第一，加强学习，拓宽知识面。努力学习专业知识与相关的经验，多向领导及同事等有经验的人请教。加强周围环境、同行业发展的了解、学习，对自己的优缺点做到心中有数；第二，本着实事求是的原则，积极做好自己的本职工作，不拖拉；第三，遵守公司内部规章制度，维护公司利益，积极为炉矿创造更高价值，力争取得更大的工作成绩。今天，我想骄傲地说一声：“一份耕坛一份收获，我没有辜负领导的期望”。但是，成绩已经是昨天，我更关注的是今天和明天。最后，我衷心祝愿，通过我们大家共同的努力，炉峪口煤矿能早日成为高效的现代化矿井。篇二：煤矿机电技术员个人业务报告</w:t>
      </w:r>
      <w:r>
        <w:rPr>
          <w:lang w:eastAsia="zh-CN"/>
        </w:rPr>
        <w:br/>
      </w:r>
      <w:r>
        <w:rPr>
          <w:lang w:eastAsia="zh-CN"/>
        </w:rPr>
        <w:t>　　我叫陈芳南，出生于1985年9月28日，20__年7月毕业于山西煤炭管理干部学院。20__年4月至今在蒲县曹村煤矿机电科工作。在各级领导的关心和支持下，我认真钻研业务，始终以高标准严格要求自己，踏实工作，为领导当好助手，现就任职来的工作做以下报告，有不妥之处敬请领导批评指导。</w:t>
      </w:r>
      <w:r>
        <w:rPr>
          <w:lang w:eastAsia="zh-CN"/>
        </w:rPr>
        <w:br/>
      </w:r>
      <w:r>
        <w:rPr>
          <w:lang w:eastAsia="zh-CN"/>
        </w:rPr>
        <w:t>　　进入到曹村煤矿工作后，矿井建设进入关键时期，在此期间先后负责、参与井下中央变电所、主扇风机、井下水泵房、井筒照明、场地照明、井下供水施救系统、井下压风自救系统、主运输系统等多项设备安装改造工程。</w:t>
      </w:r>
      <w:r>
        <w:rPr>
          <w:lang w:eastAsia="zh-CN"/>
        </w:rPr>
        <w:br/>
      </w:r>
      <w:r>
        <w:rPr>
          <w:lang w:eastAsia="zh-CN"/>
        </w:rPr>
        <w:t>　　作为一名机电技术人员，我始终牢记煤矿工作宗旨“安全第一，预防为主”，努力干好本职工作，发扬艰苦奋斗精神，干一行、爱一行、钻一行，在工作学习中，以“勤” “实” “严”要求自己，积极为所在科室出谋划策，勤勤恳恳工作，尽到一名技术人员的职责。</w:t>
      </w:r>
      <w:r>
        <w:rPr>
          <w:lang w:eastAsia="zh-CN"/>
        </w:rPr>
        <w:br/>
      </w:r>
      <w:r>
        <w:rPr>
          <w:lang w:eastAsia="zh-CN"/>
        </w:rPr>
        <w:t>　　20__年4月担任曹村煤矿机电技术员，随着矿井开展治理标准化达标治理与供电运输安全专项整治工作的建设，我科从降低机电设备事故着手，坚持“上标准岗，干标准活”原则，从而推动全队安全工作进一步加强，做为机电技术员，分管技术工作，主要从以下几个方面来开展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一、基础资料整理</w:t>
      </w:r>
      <w:r>
        <w:rPr>
          <w:lang w:eastAsia="zh-CN"/>
        </w:rPr>
        <w:br/>
      </w:r>
      <w:r>
        <w:rPr>
          <w:lang w:eastAsia="zh-CN"/>
        </w:rPr>
        <w:t>　　根据要求，建立健全了机电科的各项管理制度及各工种操作规程，并进行了整理，并按规定进行审批。利用班前会时间组织人员学习了各项管理制度和各工种操作规程。</w:t>
      </w:r>
      <w:r>
        <w:rPr>
          <w:lang w:eastAsia="zh-CN"/>
        </w:rPr>
        <w:br/>
      </w:r>
      <w:r>
        <w:rPr>
          <w:lang w:eastAsia="zh-CN"/>
        </w:rPr>
        <w:t>　　二、现场基础管理</w:t>
      </w:r>
      <w:r>
        <w:rPr>
          <w:lang w:eastAsia="zh-CN"/>
        </w:rPr>
        <w:br/>
      </w:r>
      <w:r>
        <w:rPr>
          <w:lang w:eastAsia="zh-CN"/>
        </w:rPr>
        <w:t>　　在现场管理方面，制定了的包机制度，进行了设备包机，每台设备都悬挂了“曹村煤矿设备包机制管理牌”，每条电缆悬挂“电缆标志牌”，达到了每台设备、每条电缆都有负责维护人员，切实做到了人人有责任，台台设备有人管。并对包机内容进行了规定，现场进行检查，不合格者重新进行整改，同时对井下设备进行了严格的检查，并悬挂了“完好牌”，对下井设备、五小电器等都进行了下井检验，对合格的粘贴了“入井合格证”。</w:t>
      </w:r>
      <w:r>
        <w:rPr>
          <w:lang w:eastAsia="zh-CN"/>
        </w:rPr>
        <w:br/>
      </w:r>
      <w:r>
        <w:rPr>
          <w:lang w:eastAsia="zh-CN"/>
        </w:rPr>
        <w:t>　　每月月底对设备进行停产停电检修，减少了设备故障对生产系统的影响，提高了设备运转率，保证生产任务的完成，同时降低设备事故率。</w:t>
      </w:r>
      <w:r>
        <w:rPr>
          <w:lang w:eastAsia="zh-CN"/>
        </w:rPr>
        <w:br/>
      </w:r>
      <w:r>
        <w:rPr>
          <w:lang w:eastAsia="zh-CN"/>
        </w:rPr>
        <w:t>　　按照质量标准化和机电设备管理的要求，对每台运转的电气设备进行整定保护，根据矿机电部下达的各台设备的整定值，对我队所辖的电气设备进行了保护整定，井下的供电系统安全运行，设备事故率大大降低。</w:t>
      </w:r>
      <w:r>
        <w:rPr>
          <w:lang w:eastAsia="zh-CN"/>
        </w:rPr>
        <w:br/>
      </w:r>
      <w:r>
        <w:rPr>
          <w:lang w:eastAsia="zh-CN"/>
        </w:rPr>
        <w:t>　　三、创建标准化硐室</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井下中央变电所、水泵房作为矿井的窗口，我矿力争将井下中央变电所、水泵房打造成一个标准化硐室。首先，我对井下中央变电所、水泵房内所有电缆、设备按照标准化机电硐室的要求进行悬挂、布置，其次要求每班对硐室内设备进行打扫，文明卫生达到标准化要求，另外对井下中央变电所和水泵房的制度牌板和记录薄进行了完善补充，达到标准化硐室的要求。</w:t>
      </w:r>
      <w:r>
        <w:rPr>
          <w:lang w:eastAsia="zh-CN"/>
        </w:rPr>
        <w:br/>
      </w:r>
      <w:r>
        <w:rPr>
          <w:lang w:eastAsia="zh-CN"/>
        </w:rPr>
        <w:t>　　四、其他</w:t>
      </w:r>
      <w:r>
        <w:rPr>
          <w:lang w:eastAsia="zh-CN"/>
        </w:rPr>
        <w:br/>
      </w:r>
      <w:r>
        <w:rPr>
          <w:lang w:eastAsia="zh-CN"/>
        </w:rPr>
        <w:t>　　在利用业余时间，我认真学习煤矿安全规程、设备防爆标准、电工技能手册等资料，不断提高自己的理论水平。</w:t>
      </w:r>
      <w:r>
        <w:rPr>
          <w:lang w:eastAsia="zh-CN"/>
        </w:rPr>
        <w:br/>
      </w:r>
      <w:r>
        <w:rPr>
          <w:lang w:eastAsia="zh-CN"/>
        </w:rPr>
        <w:t>　　经过一年多的努力工作，我在基础理论有了一定的提高，在实际工作中有了丰富的经验。</w:t>
      </w:r>
      <w:r>
        <w:rPr>
          <w:lang w:eastAsia="zh-CN"/>
        </w:rPr>
        <w:br/>
      </w:r>
      <w:r>
        <w:rPr>
          <w:lang w:eastAsia="zh-CN"/>
        </w:rPr>
        <w:t xml:space="preserve">    工厂技术员个人工作年终总结 篇7 </w:t>
      </w:r>
      <w:r>
        <w:rPr>
          <w:lang w:eastAsia="zh-CN"/>
        </w:rPr>
        <w:br/>
      </w:r>
      <w:r>
        <w:rPr>
          <w:lang w:eastAsia="zh-CN"/>
        </w:rPr>
        <w:t>　　不知不觉间，来到公司已经有__年时间了，在工作中，经历了很多酸甜苦辣，认识了很多良师益友，获得了很多经验教训，感谢领导给了我成长的空间、勇气和信心。在这__年的时间里，通过自身的不懈努力，在工作上取得了一定的成果，但也存在了诸多不足。回顾过去的一年，现将工作总结如下：</w:t>
      </w:r>
      <w:r>
        <w:rPr>
          <w:lang w:eastAsia="zh-CN"/>
        </w:rPr>
        <w:br/>
      </w:r>
      <w:r>
        <w:rPr>
          <w:lang w:eastAsia="zh-CN"/>
        </w:rPr>
        <w:t>　　一、工作心得</w:t>
      </w:r>
      <w:r>
        <w:rPr>
          <w:lang w:eastAsia="zh-CN"/>
        </w:rPr>
        <w:br/>
      </w:r>
      <w:r>
        <w:rPr>
          <w:lang w:eastAsia="zh-CN"/>
        </w:rPr>
        <w:t>　　1、在工作实践中，今年我参与完成了__个工程，和同事的相处非常紧密和睦，在这个过程中我强化了最珍贵也是最重要的团队意识。在信任自己和他人的基础上，思想统一，行动一致，这样的团队一定会攻无不克、战无不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工作中，很多工作是一起完成的，在这个工程中，大家互相提醒和补充，大大提高了工作效率，所有的工作中沟通是最重要的，一定要把信息处理的及时、有效和清晰。</w:t>
      </w:r>
      <w:r>
        <w:rPr>
          <w:lang w:eastAsia="zh-CN"/>
        </w:rPr>
        <w:br/>
      </w:r>
      <w:r>
        <w:rPr>
          <w:lang w:eastAsia="zh-CN"/>
        </w:rPr>
        <w:t>　　2、工作的每一步都要精准细致，力求精细化，在这种心态的指导下，在平时工作中才能取得了令自己满意的成绩。能够积极自信的行动起来是这两年我在心态方面最大的进步。</w:t>
      </w:r>
      <w:r>
        <w:rPr>
          <w:lang w:eastAsia="zh-CN"/>
        </w:rPr>
        <w:br/>
      </w:r>
      <w:r>
        <w:rPr>
          <w:lang w:eastAsia="zh-CN"/>
        </w:rPr>
        <w:t>　　现在的我经常冷静的分析自己，认清自己的位置，问问自己付出了多少;时刻记得工作内容要精细化精确化，个人得失要模糊计算;遇到风险要及时规避，出了问题要勇于担当。</w:t>
      </w:r>
      <w:r>
        <w:rPr>
          <w:lang w:eastAsia="zh-CN"/>
        </w:rPr>
        <w:br/>
      </w:r>
      <w:r>
        <w:rPr>
          <w:lang w:eastAsia="zh-CN"/>
        </w:rPr>
        <w:t>　　3、在工作中，经过实际的教训，深刻理解了时间的滞延是对公司很大的伤害，这就需要我们在工作前，一定要对工作流程很了解，在工作之前，多辛苦一下，减少因为自己对工作流程不能很好的表达的原因，而耽误工程的进展。</w:t>
      </w:r>
      <w:r>
        <w:rPr>
          <w:lang w:eastAsia="zh-CN"/>
        </w:rPr>
        <w:br/>
      </w:r>
      <w:r>
        <w:rPr>
          <w:lang w:eastAsia="zh-CN"/>
        </w:rPr>
        <w:t>　　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r>
        <w:rPr>
          <w:lang w:eastAsia="zh-CN"/>
        </w:rPr>
        <w:br/>
      </w:r>
      <w:r>
        <w:rPr>
          <w:lang w:eastAsia="zh-CN"/>
        </w:rPr>
        <w:t>　　二、工作教训</w:t>
      </w:r>
      <w:r>
        <w:rPr>
          <w:lang w:eastAsia="zh-CN"/>
        </w:rPr>
        <w:br/>
      </w:r>
      <w:r>
        <w:rPr>
          <w:lang w:eastAsia="zh-CN"/>
        </w:rPr>
        <w:t>　　经过这几年的工作学习，我也发现了自己离一个职业化的人才还有差距，主要体现在工作技能、工作习惯和工作思维的不成熟，也是我以后要在工作中不断磨练和提高自己的地方。仔细总结一下，自己在一年的工作中主要有以下方面做得不够好：</w:t>
      </w:r>
      <w:r>
        <w:rPr>
          <w:lang w:eastAsia="zh-CN"/>
        </w:rPr>
        <w:br/>
      </w:r>
      <w:r>
        <w:rPr>
          <w:lang w:eastAsia="zh-CN"/>
        </w:rPr>
        <w:t>　　1. 工作的条理性不够清晰，要分清主次和轻重缓急;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在工作时间很仓促的情况下，事情多了，就一定要有详实而主次分明的计划，哪些需要立即完成，哪些可以缓缓加班完成，今年在计划上自己进步很大，但在这方面还有很大的优化空间。</w:t>
      </w:r>
      <w:r>
        <w:rPr>
          <w:lang w:eastAsia="zh-CN"/>
        </w:rPr>
        <w:br/>
      </w:r>
      <w:r>
        <w:rPr>
          <w:lang w:eastAsia="zh-CN"/>
        </w:rPr>
        <w:t>　　2. 工作不够精细化;</w:t>
      </w:r>
      <w:r>
        <w:rPr>
          <w:lang w:eastAsia="zh-CN"/>
        </w:rPr>
        <w:br/>
      </w:r>
      <w:r>
        <w:rPr>
          <w:lang w:eastAsia="zh-CN"/>
        </w:rPr>
        <w:t>　　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r>
        <w:rPr>
          <w:lang w:eastAsia="zh-CN"/>
        </w:rPr>
        <w:br/>
      </w:r>
      <w:r>
        <w:rPr>
          <w:lang w:eastAsia="zh-CN"/>
        </w:rPr>
        <w:t>　　3. 缺乏工作经验，尤其是现场经验;</w:t>
      </w:r>
      <w:r>
        <w:rPr>
          <w:lang w:eastAsia="zh-CN"/>
        </w:rPr>
        <w:br/>
      </w:r>
      <w:r>
        <w:rPr>
          <w:lang w:eastAsia="zh-CN"/>
        </w:rPr>
        <w:t>　　今年的现场经验有了很大的提高，对整个工段有了新的认识，但在一些细节上还缺乏认知，具体的做法还缺乏了解，需要在以后的工作中加强学习力度。</w:t>
      </w:r>
      <w:r>
        <w:rPr>
          <w:lang w:eastAsia="zh-CN"/>
        </w:rPr>
        <w:br/>
      </w:r>
      <w:r>
        <w:rPr>
          <w:lang w:eastAsia="zh-CN"/>
        </w:rPr>
        <w:t>　　4. 做事不够果断，拘泥细节，有拖沓现象;</w:t>
      </w:r>
      <w:r>
        <w:rPr>
          <w:lang w:eastAsia="zh-CN"/>
        </w:rPr>
        <w:br/>
      </w:r>
      <w:r>
        <w:rPr>
          <w:lang w:eastAsia="zh-CN"/>
        </w:rPr>
        <w:t>　　拖沓现象是我很大的一个缺点，凡事总要拖到后面，如果工作更积极主动一些，更雷厉风行一些，会避免工作上的很多不必要的错误。其实有时候，不一定要把工作做到细才是最好的。解决主要问题，随时修正。事事做细往往会把自己拘泥于细枝末节中，学会不完美也是工作中的一个进步，也是对精细化工作的一个要求。</w:t>
      </w:r>
      <w:r>
        <w:rPr>
          <w:lang w:eastAsia="zh-CN"/>
        </w:rPr>
        <w:br/>
      </w:r>
      <w:r>
        <w:rPr>
          <w:lang w:eastAsia="zh-CN"/>
        </w:rPr>
        <w:t>　　在以后的工作中，我一定时时刻刻注意修正自己不足的地方，一定会养成良好的工作习惯，成长为一名公司优秀的职业化人才。</w:t>
      </w:r>
      <w:r>
        <w:rPr>
          <w:lang w:eastAsia="zh-CN"/>
        </w:rPr>
        <w:br/>
      </w:r>
      <w:r>
        <w:rPr>
          <w:lang w:eastAsia="zh-CN"/>
        </w:rPr>
        <w:t xml:space="preserve">    工厂技术员个人工作年终总结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在这一年的工作期间我用满腔的工作热情做着自已的煤矿安全监控员工作，并时刻提醒着自己是一位安全监控员人员，对工作一定要严谨务实，不能有半点马虎。我努力提高自身专业技术水平，保证我矿安全监测监控系统的正常运行，为我矿安全生产献出自己最大的贡献。因为煤矿安全生产重于天，安全监测监控系统是煤矿安全的重要组成部分，是煤矿安全生产的眼和耳。安全监控系统与人工检测互补互助，利用机械设备可以连续不间断的工作与电脑的智能处理的能力，大大的减轻了井下安、瓦检人员的工作强度，又可以连续不断的对井下瓦斯、其他有害气体及异常情况随时监测，为井下安全作出有力保障。</w:t>
      </w:r>
      <w:r>
        <w:rPr>
          <w:lang w:eastAsia="zh-CN"/>
        </w:rPr>
        <w:br/>
      </w:r>
      <w:r>
        <w:rPr>
          <w:lang w:eastAsia="zh-CN"/>
        </w:rPr>
        <w:t>　　我在工作之余对以往专业教材再次温习，通过联系平时在监控系统实际操作、维护中遇到的问题，不但加深了对安全监控系统工作的理解，而且发掘了书中潜藏的知识。为利用理论来解释实际工作中遇到的问题，提出有效的解决办法，提供了有力的支持。认真学习《煤矿安全监控标准AQ1029-20__》、《煤矿安全监控系统通用技术要求AQ6201-20__》、《煤矿用低浓度载体催化式甲烷传感器技术条件AQ6203-20__》、《煤矿安全规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我在担任监控员期间，经常下井及时处理安全监控系统在使用过程中遇到的故障，争取在最短的时间内使安全监控系统恢复正常，保障矿井的安全生产。每天认真填写各种安全监控记录，对安全监控系统各种资料、台账进行管理。作为一名技术工作者，我为了更好的做好本职工作，我非常重视与外界的交流和协作。我经常与一通三防科和安检科交流，随时了解井下各种有害气体涌出情况和安全问题，及时调整安全监控系统布置，加强安全隐患区域的安全监测。在今年8月底与监控厂家人员一起对我矿安全监控系统进行替换，并安装井下人员定位系统，向厂家监控技术员学习设备的安装、维护、故障处理。并将平时遇到的问题归纳总结后向厂家监控技术员求教。</w:t>
      </w:r>
      <w:r>
        <w:rPr>
          <w:lang w:eastAsia="zh-CN"/>
        </w:rPr>
        <w:br/>
      </w:r>
      <w:r>
        <w:rPr>
          <w:lang w:eastAsia="zh-CN"/>
        </w:rPr>
        <w:t>　　在今后的工作中，我将努力找出工作中的不足，以便在以后的工作中加以克服，同时还需要多看书，认真学习好规范规程及有关文件资料，掌握好专业知识，提高自己的工作能力，加强工作责任感，及时做好个人的各项工作。</w:t>
      </w:r>
      <w:r>
        <w:rPr>
          <w:lang w:eastAsia="zh-CN"/>
        </w:rPr>
        <w:br/>
      </w:r>
      <w:r>
        <w:rPr>
          <w:lang w:eastAsia="zh-CN"/>
        </w:rPr>
        <w:t xml:space="preserve">    工厂技术员个人工作年终总结 篇9 </w:t>
      </w:r>
      <w:r>
        <w:rPr>
          <w:lang w:eastAsia="zh-CN"/>
        </w:rPr>
        <w:br/>
      </w:r>
      <w:r>
        <w:rPr>
          <w:lang w:eastAsia="zh-CN"/>
        </w:rPr>
        <w:t>　　自20__年7月毕业参加工作以来，我已从一名刚步入社会的懵懂大学生逐步成长为一名合格的专业技术人员，经过这1年的现场实际工作，我已掌握了怎样用自己的专业知识去处理现场的实际问题。这1年来我一直从事新兴铸管120万吨/年焦化工程（脱硫提盐工程）。在该工程中我从事化工工艺技术工作，在工作中一直兢兢业业，对待工作一丝不苟，一直奉行国家标准，严格要求施工质量，保证了施工验收合格率。并且，我在该工程中还兼任工程秘书，为项目经理及各个专业工程师提供服务与支持。</w:t>
      </w:r>
      <w:r>
        <w:rPr>
          <w:lang w:eastAsia="zh-CN"/>
        </w:rPr>
        <w:br/>
      </w:r>
      <w:r>
        <w:rPr>
          <w:lang w:eastAsia="zh-CN"/>
        </w:rPr>
        <w:t>　　一、 化工工艺技术员方面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在新兴铸管120万吨/年焦化工程（脱硫提盐工程）中，我扮演着一名专业技术员的角色。在工作中，我努力学习现场施工经验，遇到难题不明白时，及时向工程师虚心求教，并耐心的听其讲解，记录好每个细节；通过反复的思考推敲，将这些细节运用到现场生产中，很好的贯彻施工过程中的安全、质量与进度。不仅如此，我还向工程师求教设计图纸上的问题，用工程师传授的理论和经验，通过国家标准、公式反复计算工艺问题，从而将这些问题消化，转化为自己的成长养分，提高自己的专业技术水平。</w:t>
      </w:r>
      <w:r>
        <w:rPr>
          <w:lang w:eastAsia="zh-CN"/>
        </w:rPr>
        <w:br/>
      </w:r>
      <w:r>
        <w:rPr>
          <w:lang w:eastAsia="zh-CN"/>
        </w:rPr>
        <w:t>　　在强化安全管理上，我针对全年施工作业时间长、现场施工环境复杂，立体交叉作业频繁等特点，在工程师的带领下，加强施工现场安全管理工作，强化员工自我保护意识，坚持把安全工作放在首位，加强全员的安全、防火教育，树立“人人管安全，人人执行贯彻”安全防范规定，做到天天讲安全，天天贯彻安全，天天检查安全。在质量管理上，我根据工程师传授的理论和经验，提炼出适合自己、适合本工程的质量管理办法。我把明确责任，强化管理责任卡作为施工过程中的重点，这样保证了施工各道工序的质量合格，同时加大对质量的日常管理工作，做到本道工序不合格不得进行下道工序施工，保证每到工序受控。同时加强了施工开工前的技术交底和执行监督工作。施工中严格执行各类标准，加强了过程质量控制，对创建精品工程起到了一定的推动作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在工程进度管理上，我针对本工程由于工程期紧，任务量大，材料设备不到货的情况下，为确保控制点施工任务按时完成，在工程师的带领下，我精心组织，搞好施工准备，实行周计划管理，合理划分施工阶段。在新兴铸管120万吨/年焦化工程（脱硫提盐工程）中，由于工期紧，施工作业量大，为了按期完工，在工程初期我建议施工作业人员首先熟悉现场情况，加大预制深度。本工程的全装置仪表阀门安装和各类焊接管件多达几百个，为了完成施工经理及工程师下达的任务，我在施工准备阶段提前通知设备材料供应厂家按期按日配送设备材料，将到达的.设备及材料及时组装、预制，合理安排安装工序，尽可能的将气、液体管路、仪表敷设一次到位，为后序施工开展创造了良好的条件。</w:t>
      </w:r>
      <w:r>
        <w:rPr>
          <w:lang w:eastAsia="zh-CN"/>
        </w:rPr>
        <w:br/>
      </w:r>
      <w:r>
        <w:rPr>
          <w:lang w:eastAsia="zh-CN"/>
        </w:rPr>
        <w:t>　　当然，由于经验不足，心态不成熟，未考虑周全，导致计划不能很好的实施，以至于某些任务不能及时完成。但，这不会影响我的工作热情，反而是我的动力来源。我及时调整工作方法及心态，将拖期的工程经自己最大的能力，和施工人员一起，抢回工程工期。所以，这些都将变成我今后工作的宝贵财富。</w:t>
      </w:r>
      <w:r>
        <w:rPr>
          <w:lang w:eastAsia="zh-CN"/>
        </w:rPr>
        <w:br/>
      </w:r>
      <w:r>
        <w:rPr>
          <w:lang w:eastAsia="zh-CN"/>
        </w:rPr>
        <w:t>　　二、 工程秘书方面</w:t>
      </w:r>
      <w:r>
        <w:rPr>
          <w:lang w:eastAsia="zh-CN"/>
        </w:rPr>
        <w:br/>
      </w:r>
      <w:r>
        <w:rPr>
          <w:lang w:eastAsia="zh-CN"/>
        </w:rPr>
        <w:t>　　在兼职新兴铸管120万吨/年焦化工程（脱硫提盐工程）工程秘书中，我从事着中间人的角色，将项目经理、施工经理和专业工程师联系在一起，传达项目经理的决定和指示，组织会议，处理来往文件资料，为本工程提供很好的服务与支持。通过自己的细心，认真，和不懈的努力，得到了经理和工程师的一致好评。</w:t>
      </w:r>
      <w:r>
        <w:rPr>
          <w:lang w:eastAsia="zh-CN"/>
        </w:rPr>
        <w:br/>
      </w:r>
      <w:r>
        <w:rPr>
          <w:lang w:eastAsia="zh-CN"/>
        </w:rPr>
        <w:t>　　在今后的工作中我将以百倍的热情迎接新的挑战，继续完善自我，强化自我的技术创新能力和管理能力，向着一名优秀的工程师迈进。</w:t>
      </w:r>
      <w:r>
        <w:rPr>
          <w:lang w:eastAsia="zh-CN"/>
        </w:rPr>
        <w:br/>
      </w:r>
      <w:r>
        <w:rPr>
          <w:lang w:eastAsia="zh-CN"/>
        </w:rPr>
        <w:t xml:space="preserve">    工厂技术员个人工作年终总结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如今，通过这一年的情况来看，我在工作中的任务完成的还算平稳，但我并不能因此满足。在今后的里，我会更加努力，更加拼搏，在的工作中取得更好的成绩！</w:t>
      </w:r>
      <w:r>
        <w:rPr>
          <w:lang w:eastAsia="zh-CN"/>
        </w:rPr>
        <w:br/>
      </w:r>
      <w:r>
        <w:rPr>
          <w:lang w:eastAsia="zh-CN"/>
        </w:rPr>
        <w:t>　　工厂技术员个人工作总结作为工厂供电车间的技术员，立足于本职岗位，在做好全矿上下供电技术任务的同时，着重于自身供电系统业务的掌握和技术水平的提高，积极参加各种培训，不断拓展自己的知识面，利用先进的技术，结合自己的专业知识，将供电技术应用于煤矿安全生产中。以下是我的工作总结。</w:t>
      </w:r>
      <w:r>
        <w:rPr>
          <w:lang w:eastAsia="zh-CN"/>
        </w:rPr>
        <w:br/>
      </w:r>
      <w:r>
        <w:rPr>
          <w:lang w:eastAsia="zh-CN"/>
        </w:rPr>
        <w:t>　　一、积极学习技术，努力提高自身业务水平</w:t>
      </w:r>
      <w:r>
        <w:rPr>
          <w:lang w:eastAsia="zh-CN"/>
        </w:rPr>
        <w:br/>
      </w:r>
      <w:r>
        <w:rPr>
          <w:lang w:eastAsia="zh-CN"/>
        </w:rPr>
        <w:t>　　在有关部门的带领下，我随队到__厂进行了考察和学习，掌握了新型设备的新技术、新工艺，并积极地和同行探讨与交流。随后邀请了该厂家与相关技术人员来到我矿，为供电职工进行电气设备的应用与维护培训，为我们相关技术人员现场进行技术指导，解决了不少的技术难题。我把平时工作中遇到的有关问题记录下来，向供电车间老师傅们求教，直至弄明白为止。每当厂家相关技术人员来矿解决设备大的`故障时，我更积极向他们进行请教。在不断地学习和实践中，我逐步的熟悉了井下供电系统和高低压设备的应用，提高了自己的业务水平。</w:t>
      </w:r>
      <w:r>
        <w:rPr>
          <w:lang w:eastAsia="zh-CN"/>
        </w:rPr>
        <w:br/>
      </w:r>
      <w:r>
        <w:rPr>
          <w:lang w:eastAsia="zh-CN"/>
        </w:rPr>
        <w:t>　　二、合理供电系统设计，科学编制技术措施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在分管供电科长的指导下，我逐渐进行各采区工作面的供电系统设计。由于对工作面及其机械设备不熟悉，为合理的布置高低压电缆线路的走向，我经常跑现场，测量距离，科学整定计算，合理选择电气设备和电缆型号，不仅满足实际需要，还能节省不少人力物力。</w:t>
      </w:r>
      <w:r>
        <w:rPr>
          <w:lang w:eastAsia="zh-CN"/>
        </w:rPr>
        <w:br/>
      </w:r>
      <w:r>
        <w:rPr>
          <w:lang w:eastAsia="zh-CN"/>
        </w:rPr>
        <w:t>　　三、安全质量标准化，工作任务显成效</w:t>
      </w:r>
      <w:r>
        <w:rPr>
          <w:lang w:eastAsia="zh-CN"/>
        </w:rPr>
        <w:br/>
      </w:r>
      <w:r>
        <w:rPr>
          <w:lang w:eastAsia="zh-CN"/>
        </w:rPr>
        <w:t>　　为贯彻落实矿下达的质量标准化工作，针对供电班组对井下主要巷道及变电所的电缆按标准化要求进行整理吊挂的情况，提出合理化建议，并制定科学的安全施工技术措施。</w:t>
      </w:r>
      <w:r>
        <w:rPr>
          <w:lang w:eastAsia="zh-CN"/>
        </w:rPr>
        <w:br/>
      </w:r>
      <w:r>
        <w:rPr>
          <w:lang w:eastAsia="zh-CN"/>
        </w:rPr>
        <w:t>　　四、做好本职工作，提高职工技能水平</w:t>
      </w:r>
      <w:r>
        <w:rPr>
          <w:lang w:eastAsia="zh-CN"/>
        </w:rPr>
        <w:br/>
      </w:r>
      <w:r>
        <w:rPr>
          <w:lang w:eastAsia="zh-CN"/>
        </w:rPr>
        <w:t>　　在日常工作中，我针对井上、下高低压供电系统有变动的地方及时对供电系统图进行修改，可以随时了解各变电所所带负荷，并负责对井下远程监控系统的维护。同时，我对矿井的高压继电保护装置的整定参数进行了重新计算和对井下高低压电缆统计。在系统领导的指导下，不定期地组织电工进行技能培训，学习新技术，提高理论文化水平和业务操作技能，并经常组织各项技能比武，积极开展“小组”和“手指口述操作法”等活动，通过这些培训活动，不断提高车间电工的业务水平和处理开关故障的能力，大大缩短了处理事故的时间，有力保障了全矿的安全供电。</w:t>
      </w:r>
      <w:r>
        <w:rPr>
          <w:lang w:eastAsia="zh-CN"/>
        </w:rPr>
        <w:br/>
      </w:r>
      <w:r>
        <w:rPr>
          <w:lang w:eastAsia="zh-CN"/>
        </w:rPr>
        <w:t xml:space="preserve">    工厂技术员个人工作年终总结 篇11 </w:t>
      </w:r>
      <w:r>
        <w:rPr>
          <w:lang w:eastAsia="zh-CN"/>
        </w:rPr>
        <w:br/>
      </w:r>
      <w:r>
        <w:rPr>
          <w:lang w:eastAsia="zh-CN"/>
        </w:rPr>
        <w:t>　　近一年来以来,本人能够认真做好自己的本职工作,现结合自己的日常工作、履职履责等情况,进行简要总结如下：</w:t>
      </w:r>
      <w:r>
        <w:rPr>
          <w:lang w:eastAsia="zh-CN"/>
        </w:rPr>
        <w:br/>
      </w:r>
      <w:r>
        <w:rPr>
          <w:lang w:eastAsia="zh-CN"/>
        </w:rPr>
        <w:t>　　一、思想政治方面</w:t>
      </w:r>
      <w:r>
        <w:rPr>
          <w:lang w:eastAsia="zh-CN"/>
        </w:rPr>
        <w:br/>
      </w:r>
      <w:r>
        <w:rPr>
          <w:lang w:eastAsia="zh-CN"/>
        </w:rPr>
        <w:t>　　在日常工作中，积极参加上级公司及我矿组织的各项技术学习和业务培训，认真学习各级公司文件精神，努力学习一通三防专业知识，不断提高自身的工作能力和业务水平。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二、个人履职情况</w:t>
      </w:r>
      <w:r>
        <w:rPr>
          <w:lang w:eastAsia="zh-CN"/>
        </w:rPr>
        <w:br/>
      </w:r>
      <w:r>
        <w:rPr>
          <w:lang w:eastAsia="zh-CN"/>
        </w:rPr>
        <w:t>　　一是编制矿井年度通风能力核定，对照AQ煤矿通风能力核定标准、山西焦煤矿井配风、风量计算标准等相关风量计算要求，认真核算采掘开工作面及系统巷道风量，确保矿井通风系统满足安全生产需求;二是下井过程中重点检查边远、薄弱区的系统、风量配备、设施完好情况，掌握系统配风;三是每月制定井下各用风地点配风计划，严格风量测定，每月月底对各用风地点风量、风流变化情况进行分析，动态掌握系统稳定情况;四是利用周一、周三集中对全员进行自救器操作培训、抽查，确保人人掌握自救器的正确使用方法;五是学习新版煤矿安全规程，通过新旧规程对比，进一步完善日常基础工作。</w:t>
      </w:r>
      <w:r>
        <w:rPr>
          <w:lang w:eastAsia="zh-CN"/>
        </w:rPr>
        <w:br/>
      </w:r>
      <w:r>
        <w:rPr>
          <w:lang w:eastAsia="zh-CN"/>
        </w:rPr>
        <w:t>　　三、取得的成绩</w:t>
      </w:r>
      <w:r>
        <w:rPr>
          <w:lang w:eastAsia="zh-CN"/>
        </w:rPr>
        <w:br/>
      </w:r>
      <w:r>
        <w:rPr>
          <w:lang w:eastAsia="zh-CN"/>
        </w:rPr>
        <w:t>　　积极推广新设备、新技术、新工艺，对于我矿皮带运输巷，特别是胶轮车辅助运输巷防尘工作管理难度较大。由于生产任务紧张，皮带运输、胶轮车运输工作量大，因此带来的系统巷道防尘压力也相对较大。受基础条件限制，皮带运输巷每天冲洗一次，而胶轮车辅助运输巷受运输影响，只能在矿井停产检修期间才能彻底冲洗，从而引起胶轮车运输期间煤(粉)尘飞扬，导致采掘工作面进风巷中煤(粉)尘较大，工作环境恶化。为解决这一难题，矿井投用自动控制降尘装置，强化皮带巷、辅助运输巷防尘管理。</w:t>
      </w:r>
      <w:r>
        <w:rPr>
          <w:lang w:eastAsia="zh-CN"/>
        </w:rPr>
        <w:br/>
      </w:r>
      <w:r>
        <w:rPr>
          <w:lang w:eastAsia="zh-CN"/>
        </w:rPr>
        <w:t>　　四、存在的不足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通过一年以来的工作及学习，虽然各项工作得心应手，但自身还是存在明显的不足。具体表现在：日常学习不够，基础知识掌握不足，工作缺乏创新性;日常干工作、想问题时比较局限，没有站在比自己高的角度去考虑。</w:t>
      </w:r>
      <w:r>
        <w:rPr>
          <w:lang w:eastAsia="zh-CN"/>
        </w:rPr>
        <w:br/>
      </w:r>
      <w:r>
        <w:rPr>
          <w:lang w:eastAsia="zh-CN"/>
        </w:rPr>
        <w:t>　　五、努力方向</w:t>
      </w:r>
      <w:r>
        <w:rPr>
          <w:lang w:eastAsia="zh-CN"/>
        </w:rPr>
        <w:br/>
      </w:r>
      <w:r>
        <w:rPr>
          <w:lang w:eastAsia="zh-CN"/>
        </w:rPr>
        <w:t>　　1、总结分析，进一步完善自我。在今后工作中加以整改，努力弥补自身不足，并加以改进，充分发挥自身优势，保持一颗进取之心。</w:t>
      </w:r>
      <w:r>
        <w:rPr>
          <w:lang w:eastAsia="zh-CN"/>
        </w:rPr>
        <w:br/>
      </w:r>
      <w:r>
        <w:rPr>
          <w:lang w:eastAsia="zh-CN"/>
        </w:rPr>
        <w:t>　　2、加强自身专业知识和业务水平提升。继续认真学习一通三防各项管理制度、标准，同时强化工作落实，与现场实际相结合，将制度、标准吃准、吃透。</w:t>
      </w:r>
      <w:r>
        <w:rPr>
          <w:lang w:eastAsia="zh-CN"/>
        </w:rPr>
        <w:br/>
      </w:r>
      <w:r>
        <w:rPr>
          <w:lang w:eastAsia="zh-CN"/>
        </w:rPr>
        <w:t xml:space="preserve">    工厂技术员个人工作年终总结 篇12 </w:t>
      </w:r>
      <w:r>
        <w:rPr>
          <w:lang w:eastAsia="zh-CN"/>
        </w:rPr>
        <w:br/>
      </w:r>
      <w:r>
        <w:rPr>
          <w:lang w:eastAsia="zh-CN"/>
        </w:rPr>
        <w:t>　　春夏秋冬忙忙碌碌，转眼又到了年末。在这辞旧迎新之际，在此对一年来的工作与与学习情况做个简要回顾，总结工作学习中的经验、教训。以备日后自省自查，在以后的工作中扬长避短，更好的做好本职工作。</w:t>
      </w:r>
      <w:r>
        <w:rPr>
          <w:lang w:eastAsia="zh-CN"/>
        </w:rPr>
        <w:br/>
      </w:r>
      <w:r>
        <w:rPr>
          <w:lang w:eastAsia="zh-CN"/>
        </w:rPr>
        <w:t>　　作为一名生产一线电气技术员，20__一年来，在认真完成机电相关工作外，还努力的学习，积极分析思考问题。同时组织部门各种活动，个人能力也在不断的锻炼中逐步提高。学到了不少的经验和知识。但是由于参加工作时间短，无论从业务能力，还是从思想上都存在许多的不足。自己的学识、能力和阅历还很欠缺，所以还需要在今后工作和学习上全身心的投入，不断学习，积累经验。</w:t>
      </w:r>
      <w:r>
        <w:rPr>
          <w:lang w:eastAsia="zh-CN"/>
        </w:rPr>
        <w:br/>
      </w:r>
      <w:r>
        <w:rPr>
          <w:lang w:eastAsia="zh-CN"/>
        </w:rPr>
        <w:t>　　现对我在储运加工部的工作做如下陈述：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一、机电设备维护管理工作</w:t>
      </w:r>
      <w:r>
        <w:rPr>
          <w:lang w:eastAsia="zh-CN"/>
        </w:rPr>
        <w:br/>
      </w:r>
      <w:r>
        <w:rPr>
          <w:lang w:eastAsia="zh-CN"/>
        </w:rPr>
        <w:t>　　1、及时跟踪设备年度检修计划和月度的维护保养计划;协助电工队长做好电气方面的把保养和项修工作。同时勤下现场观察设备运行状态，对维修后的设备跟踪其运行状态。在工作现场监督、检查、指导设备操作人员和维修人员按照“三大”规程作业，杜绝习惯性违章行为;</w:t>
      </w:r>
      <w:r>
        <w:rPr>
          <w:lang w:eastAsia="zh-CN"/>
        </w:rPr>
        <w:br/>
      </w:r>
      <w:r>
        <w:rPr>
          <w:lang w:eastAsia="zh-CN"/>
        </w:rPr>
        <w:t>　　2、完成了相关电气技术资料的收集、整理、建档、保存工作。上半年对一期系统的技术参数依据现场实际情况进行了核实和修改，对二期系统的技术参数进行了拍照和统计工作，并形成最新技术参数手册，方便维修和运行人员随时查询。根据生产实际情况修订和完善</w:t>
      </w:r>
      <w:r>
        <w:rPr>
          <w:lang w:eastAsia="zh-CN"/>
        </w:rPr>
        <w:br/>
      </w:r>
      <w:r>
        <w:rPr>
          <w:lang w:eastAsia="zh-CN"/>
        </w:rPr>
        <w:t>　　操作规程、作业规程。</w:t>
      </w:r>
      <w:r>
        <w:rPr>
          <w:lang w:eastAsia="zh-CN"/>
        </w:rPr>
        <w:br/>
      </w:r>
      <w:r>
        <w:rPr>
          <w:lang w:eastAsia="zh-CN"/>
        </w:rPr>
        <w:t>　　3、参与设备电气事故、故障的调查，分析原因，制定纠正和防范措施，留存案例记录。</w:t>
      </w:r>
      <w:r>
        <w:rPr>
          <w:lang w:eastAsia="zh-CN"/>
        </w:rPr>
        <w:br/>
      </w:r>
      <w:r>
        <w:rPr>
          <w:lang w:eastAsia="zh-CN"/>
        </w:rPr>
        <w:t>　　4、组织了部门内部的电气技术培训工作，制定培训计划、选择培训师、安排训时间，保证了培训的顺利完成;还组织我部门电气检修人员参加了扎矿内部和露天煤业的胶带系统同工种技术比武，使我部门电气检修人员技术能力得到了一定提升。</w:t>
      </w:r>
      <w:r>
        <w:rPr>
          <w:lang w:eastAsia="zh-CN"/>
        </w:rPr>
        <w:br/>
      </w:r>
      <w:r>
        <w:rPr>
          <w:lang w:eastAsia="zh-CN"/>
        </w:rPr>
        <w:t>　　二、工程建设和外委维修工作</w:t>
      </w:r>
      <w:r>
        <w:rPr>
          <w:lang w:eastAsia="zh-CN"/>
        </w:rPr>
        <w:br/>
      </w:r>
      <w:r>
        <w:rPr>
          <w:lang w:eastAsia="zh-CN"/>
        </w:rPr>
        <w:t>　　1、跟踪电厂输煤系统的建设工作，仔细研究施工图纸，及时发现设计缺陷，并提出整改意见。</w:t>
      </w:r>
      <w:r>
        <w:rPr>
          <w:lang w:eastAsia="zh-CN"/>
        </w:rPr>
        <w:br/>
      </w:r>
      <w:r>
        <w:rPr>
          <w:lang w:eastAsia="zh-CN"/>
        </w:rPr>
        <w:t>　　2、跟踪系统沉降和相关治理情况，撰写《防治措施说明》。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3、沟通协调并监督输煤系统的清扫外包、除尘系统维护和空调修理情况。</w:t>
      </w:r>
      <w:r>
        <w:rPr>
          <w:lang w:eastAsia="zh-CN"/>
        </w:rPr>
        <w:br/>
      </w:r>
      <w:r>
        <w:rPr>
          <w:lang w:eastAsia="zh-CN"/>
        </w:rPr>
        <w:t>　　4、跟踪20__年计划内的维修工程，并统计上报20__年储运加工部维修工程计划。</w:t>
      </w:r>
      <w:r>
        <w:rPr>
          <w:lang w:eastAsia="zh-CN"/>
        </w:rPr>
        <w:br/>
      </w:r>
      <w:r>
        <w:rPr>
          <w:lang w:eastAsia="zh-CN"/>
        </w:rPr>
        <w:t>　　三、_群及青工工作</w:t>
      </w:r>
      <w:r>
        <w:rPr>
          <w:lang w:eastAsia="zh-CN"/>
        </w:rPr>
        <w:br/>
      </w:r>
      <w:r>
        <w:rPr>
          <w:lang w:eastAsia="zh-CN"/>
        </w:rPr>
        <w:t>　　1、组织部门青工参加公司各种文体活动，比如羽毛球赛、兵乓球赛和篮球赛。</w:t>
      </w:r>
      <w:r>
        <w:rPr>
          <w:lang w:eastAsia="zh-CN"/>
        </w:rPr>
        <w:br/>
      </w:r>
      <w:r>
        <w:rPr>
          <w:lang w:eastAsia="zh-CN"/>
        </w:rPr>
        <w:t>　　2、完成了各种_群相关工作的上传下达工作，征集部门内部的合理化建议，并做好分类归纳和统计及时上报。</w:t>
      </w:r>
      <w:r>
        <w:rPr>
          <w:lang w:eastAsia="zh-CN"/>
        </w:rPr>
        <w:br/>
      </w:r>
      <w:r>
        <w:rPr>
          <w:lang w:eastAsia="zh-CN"/>
        </w:rPr>
        <w:t>　　3、组织储运加工_的群众路线教育实践活动的学习工作。</w:t>
      </w:r>
      <w:r>
        <w:rPr>
          <w:lang w:eastAsia="zh-CN"/>
        </w:rPr>
        <w:br/>
      </w:r>
      <w:r>
        <w:rPr>
          <w:lang w:eastAsia="zh-CN"/>
        </w:rPr>
        <w:t>　　4、组织20__年扎矿第一届工会会员代表大会的.代表选拔工作。</w:t>
      </w:r>
      <w:r>
        <w:rPr>
          <w:lang w:eastAsia="zh-CN"/>
        </w:rPr>
        <w:br/>
      </w:r>
      <w:r>
        <w:rPr>
          <w:lang w:eastAsia="zh-CN"/>
        </w:rPr>
        <w:t>　　5、制定储运加工部卫生责任制度，划分责任区，并按月进行检查。</w:t>
      </w:r>
      <w:r>
        <w:rPr>
          <w:lang w:eastAsia="zh-CN"/>
        </w:rPr>
        <w:br/>
      </w:r>
      <w:r>
        <w:rPr>
          <w:lang w:eastAsia="zh-CN"/>
        </w:rPr>
        <w:t>　　四、自我学习</w:t>
      </w:r>
      <w:r>
        <w:rPr>
          <w:lang w:eastAsia="zh-CN"/>
        </w:rPr>
        <w:br/>
      </w:r>
      <w:r>
        <w:rPr>
          <w:lang w:eastAsia="zh-CN"/>
        </w:rPr>
        <w:t>　　领会和贯彻露天煤业的学习观，牢记不学习就没有岗位的'企业学习理念。利用业余时间勤加学习电气方面的新知识新技术，及时更新知识面;还主动学习露天煤业企业文化与企业管理相关知识，努力将自己打造成一专多能型员工。并在20__年青工班的选拔考试中获得了露天煤业第四名的成绩考入了青工班。同时还能积极参加各种考试和竞赛活动，不断挑战自己，锻炼自己。</w:t>
      </w:r>
      <w:r>
        <w:rPr>
          <w:lang w:eastAsia="zh-CN"/>
        </w:rPr>
        <w:br/>
      </w:r>
      <w:r>
        <w:rPr>
          <w:lang w:eastAsia="zh-CN"/>
        </w:rPr>
        <w:t>　　五、缺点认知</w:t>
      </w:r>
      <w:r>
        <w:rPr>
          <w:lang w:eastAsia="zh-CN"/>
        </w:rPr>
        <w:br/>
      </w:r>
      <w:r>
        <w:rPr>
          <w:lang w:eastAsia="zh-CN"/>
        </w:rPr>
        <w:t>　　1、工作经验不足，需要在工作中边学习边实践，多动脑筋。</w:t>
      </w:r>
      <w:r>
        <w:rPr>
          <w:lang w:eastAsia="zh-CN"/>
        </w:rPr>
        <w:br/>
      </w:r>
    </w:p>
    <w:p w:rsidR="001B1F19" w14:textId="27C3F48A">
      <w:pPr>
        <w:rPr>
          <w:rFonts w:hint="eastAsia"/>
          <w:lang w:eastAsia="zh-CN"/>
        </w:rPr>
      </w:pPr>
      <w:r>
        <w:rPr>
          <w:lang w:eastAsia="zh-CN"/>
        </w:rPr>
        <w:t>　　2、有时工作计划性比较差，不够认真积极，工作效率有待提高。</w:t>
      </w:r>
      <w:r>
        <w:rPr>
          <w:lang w:eastAsia="zh-CN"/>
        </w:rPr>
        <w:br/>
      </w:r>
      <w:r>
        <w:rPr>
          <w:lang w:eastAsia="zh-CN"/>
        </w:rPr>
        <w:t>　　3、自己的理论水平、专业知识、工作经验还很欠缺，需要更加努力的学习与实践。</w:t>
      </w:r>
      <w:r>
        <w:rPr>
          <w:lang w:eastAsia="zh-CN"/>
        </w:rPr>
        <w:br/>
      </w:r>
      <w:r>
        <w:rPr>
          <w:lang w:eastAsia="zh-CN"/>
        </w:rPr>
        <w:t>　　六、20__年努力方向</w:t>
      </w:r>
      <w:r>
        <w:rPr>
          <w:lang w:eastAsia="zh-CN"/>
        </w:rPr>
        <w:br/>
      </w:r>
      <w:r>
        <w:rPr>
          <w:lang w:eastAsia="zh-CN"/>
        </w:rPr>
        <w:t>　　在20__年的工作与学习中，我要提高自己的专业知识水平，加强责任心;继续加强学习，拓宽知识面，努力学习专业知识与相关的经验，多向领导及同事等有经验的人请教;本着实事求是的原则，积极做好自己的本职工作，不拖拉。</w:t>
      </w:r>
      <w:r>
        <w:rPr>
          <w:lang w:eastAsia="zh-CN"/>
        </w:rPr>
        <w:br/>
      </w:r>
      <w:r>
        <w:rPr>
          <w:lang w:eastAsia="zh-CN"/>
        </w:rPr>
        <w:t xml:space="preserve">    工厂技术员个人工作年终总结 篇13 </w:t>
      </w:r>
      <w:r>
        <w:rPr>
          <w:lang w:eastAsia="zh-CN"/>
        </w:rPr>
        <w:br/>
      </w:r>
      <w:r>
        <w:rPr>
          <w:lang w:eastAsia="zh-CN"/>
        </w:rPr>
        <w:t>　　转眼间20__年的工作已经结束，根据自身工作的实际情况，酌情对自己的工作做出分析评定，总结经验教训，提出改进方法，以便自己在今后的工作中扬长避短，为今后不断改进工作方法，提高工作效率及业绩提供依据。</w:t>
      </w:r>
      <w:r>
        <w:rPr>
          <w:lang w:eastAsia="zh-CN"/>
        </w:rPr>
        <w:br/>
      </w:r>
      <w:r>
        <w:rPr>
          <w:lang w:eastAsia="zh-CN"/>
        </w:rPr>
        <w:t>　　作为一名技术人员，我将工作定位为协助好车间生产工作，理论联系实际，在实践中验证理论，用理论指导生产、服务生产。在实践和生产过程中不断的自我学习充实。现将这一年里，我的工作内容与取得的一些成绩作以下简要回顾：</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https://d.book118.com/487100153133006050</w:t>
        </w:r>
      </w:hyperlink>
    </w:p>
    <w:p w:rsidR="001B1F19">
      <w:pPr>
        <w:rPr>
          <w:rFonts w:hint="eastAsia"/>
          <w:lang w:eastAsia="zh-CN"/>
        </w:rPr>
      </w:pPr>
    </w:p>
    <w:sectPr>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8710015313300605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