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单位季度工作总结</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t>单位季度工作总结1</w:t>
      </w:r>
      <w:r>
        <w:rPr>
          <w:lang w:eastAsia="zh-CN"/>
        </w:rPr>
        <w:br/>
      </w:r>
      <w:r>
        <w:rPr>
          <w:lang w:eastAsia="zh-CN"/>
        </w:rPr>
        <w:t xml:space="preserve">    __年上个季度，在县委、县政府的正确领导下，在各部门通力合作和全县旅游系统的共同努力下，旅游局紧紧围绕“作好山水文章，实现红绿结合，挖掘文化底蕴，打造休闲乐园”的总体目标，以创建省级旅游强县为工作重点，创新思路，统筹安排，一手抓旅游事业的发展，一手抓中心工作的推进，较好地完成了各项工作任务。上个季度，全县A级以上景区累计接待游客107、07万人次，比去年增长10%，门票收入704、66万元，实现旅游总收入5700万元，增长15%。现将上个季度工作总结如下： </w:t>
      </w:r>
      <w:r>
        <w:rPr>
          <w:lang w:eastAsia="zh-CN"/>
        </w:rPr>
        <w:br/>
      </w:r>
      <w:r>
        <w:rPr>
          <w:lang w:eastAsia="zh-CN"/>
        </w:rPr>
        <w:t>　　一、工作开展情况</w:t>
      </w:r>
      <w:r>
        <w:rPr>
          <w:lang w:eastAsia="zh-CN"/>
        </w:rPr>
        <w:br/>
      </w:r>
      <w:r>
        <w:rPr>
          <w:lang w:eastAsia="zh-CN"/>
        </w:rPr>
        <w:t>　　(一)精心组织节假日的旅游活动。按照省旅游局贺年会要求，积极协助策划苍马山元旦登高比赛、苍马山新春文化庙会、冠山道教祈福、苍马山端午“亲子”游等活动，为宣传我县特色旅游，聚集人气，促进经济发展等方面起到积极的作用。</w:t>
      </w:r>
      <w:r>
        <w:rPr>
          <w:lang w:eastAsia="zh-CN"/>
        </w:rPr>
        <w:br/>
      </w:r>
      <w:r>
        <w:rPr>
          <w:lang w:eastAsia="zh-CN"/>
        </w:rPr>
        <w:t>　　(二)强化景区监管，修编景区规划。编制了《__县乡村旅游总体规划》，规划评审会将于8月底召开。同时，邀请浙江国际旅游规划设计院专家，为沭河古道编制《沭河古道景区修建性详细规划》。</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三)规范农家乐管理，推动乡村游发展。紧抓我省大力扶持乡村旅游发展的机遇，积极改善我县乡村旅游基础设施条件，按照《__省乡村旅游经营业户“改厨改厕”标准》对我县52户乡村农家乐进行整改。目前第一批27户已经省局验收完成，奖励资金已发放到农户手中，第二批25户已完成改造，等待省局验收。“双改”基本解决了我县农家乐脏乱差问题，切实改善了乡村旅游的接待服务水平。配合省、市旅游局做好乡村旅游带头人培训学习，组织全县9名乡村旅游带头人赴台湾考察学习乡村旅游发展经验，组织20名乡村旅游负责人赴日照、青岛进行乡村旅游考察观摩，开拓了视野，增加了发展乡村旅游的信心，为下一步发展乡村旅游打好基础。</w:t>
      </w:r>
      <w:r>
        <w:rPr>
          <w:lang w:eastAsia="zh-CN"/>
        </w:rPr>
        <w:br/>
      </w:r>
      <w:r>
        <w:rPr>
          <w:lang w:eastAsia="zh-CN"/>
        </w:rPr>
        <w:t>　　(四)整治旅游市场，狠抓行业安全。</w:t>
      </w:r>
      <w:r>
        <w:rPr>
          <w:lang w:eastAsia="zh-CN"/>
        </w:rPr>
        <w:br/>
      </w:r>
      <w:r>
        <w:rPr>
          <w:lang w:eastAsia="zh-CN"/>
        </w:rPr>
        <w:t>　　一是联合人力资源和社会保障局开展导游员劳动保障合法权益专项检查活动，针对县内旅游企业与导游员签订劳动合同、缴纳社会保险、用工和给付报酬是否违规等进行了检查，解决长期以来旅游市场存在的突出问题，切实维护导游员的劳动保障合法权益。</w:t>
      </w:r>
      <w:r>
        <w:rPr>
          <w:lang w:eastAsia="zh-CN"/>
        </w:rPr>
        <w:br/>
      </w:r>
      <w:r>
        <w:rPr>
          <w:lang w:eastAsia="zh-CN"/>
        </w:rPr>
        <w:t>　　二是深入贯彻落实省、市、县关于安全生产的文件精神，制定应急预案，积极部署7家旅游企业认真落实安全生产岗位实名制管理职责，制作统一的安全岗位实名制公示牌14个，提高整个旅游行业的安全隐患排查意识，并要求各单位做好节假日期间的安全值班和应急值守工作，保证节日期间安全稳定和信息畅通。严格落实县级领导检查安全生产制度，上个季度共进行9次旅游行业安全检查，下达整改通知3份。</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三是妥善处理游客投诉，注重排查化解矛盾纠纷。第一季度共接到12345市民服务热线旅游投诉3起，受理办结3件，结案率100%。</w:t>
      </w:r>
      <w:r>
        <w:rPr>
          <w:lang w:eastAsia="zh-CN"/>
        </w:rPr>
        <w:br/>
      </w:r>
      <w:r>
        <w:rPr>
          <w:lang w:eastAsia="zh-CN"/>
        </w:rPr>
        <w:t>　　(五)加强行业管理，抓好教育培训工作。</w:t>
      </w:r>
      <w:r>
        <w:rPr>
          <w:lang w:eastAsia="zh-CN"/>
        </w:rPr>
        <w:br/>
      </w:r>
      <w:r>
        <w:rPr>
          <w:lang w:eastAsia="zh-CN"/>
        </w:rPr>
        <w:t>　　一是组织县内20余名导游员做好__年度导游证年审工作，组织开展__年度全国导游人员初级、中级资格考试报名工作。</w:t>
      </w:r>
      <w:r>
        <w:rPr>
          <w:lang w:eastAsia="zh-CN"/>
        </w:rPr>
        <w:br/>
      </w:r>
      <w:r>
        <w:rPr>
          <w:lang w:eastAsia="zh-CN"/>
        </w:rPr>
        <w:t>　　二是按照《__省人_政府关于提升旅游业综合竞争力加快建成旅游强省的意见》(鲁政发[]16号)和《关于加快县级乡村旅游培训基地建设的通知》(鲁旅办发[]161号)等文件精神要求，旅游局积极协调县职业中等专业学校、县苍马山生态度假酒店有限公司开展乡村旅游培训基地的调研筹备工作，申报材料已通过市旅游局审核，8月下旬省旅游局将进行验收，力争依托乡村旅游培训基地，三年内将县内旅游从业人员轮训一遍。</w:t>
      </w:r>
      <w:r>
        <w:rPr>
          <w:lang w:eastAsia="zh-CN"/>
        </w:rPr>
        <w:br/>
      </w:r>
      <w:r>
        <w:rPr>
          <w:lang w:eastAsia="zh-CN"/>
        </w:rPr>
        <w:t>　　三是扎实开展全县旅游产品“两上线”活动。按照省旅游局关于开展县(区)旅游产品“两上线”活动要求，组织召开旅游企业座谈会，拟定以苍马山云溪宾馆、沭河宾馆和常林国际大酒店三家酒店为住宿平台，以四家旅行社为运营平台，将苍马山景区、冠山景区、夹谷山景区、滨海红色文化纪念园、朱村、金柳工艺品中心、红色沂蒙金牌购物店等三家酒店、五家景区整体优惠打包，策划包装一日游、两日游线路，借助全省“两上线”活动的契机推入省市营销网络。目前，天地源温泉“周末天伦之乐”套餐产品已登酷旅网临沂目的地板块，沭河宾馆“周末风”两日游产品也将近期上线。</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六)加大招商引资，全力推进“7+6”现代产业发展。一是招商引资实施“走出去、请进来”战略，上个季度，文化旅游产业办分赴北京、河北、江苏、浙江和济南、烟台、青岛等地，拜访了浙江旅游集团、连云港如意集团股份有限公司、江苏鼎弘置业有限公司和广州广之旅集团等22家国内知名旅游集团企业。请进来北京首旅集团、天津龙达集团、临沂嘉年华集团、东营育源置业有限公司等16家企业前来洽谈旅游招商事宜。经过积极运作，6月10日，市旅游局、县人_政府与东营育源置业股份有限公司签订了沭河古道旅游综合开发协议，合同计划总投资12亿元人民币。6月12日，该项目奠基动工。</w:t>
      </w:r>
      <w:r>
        <w:rPr>
          <w:lang w:eastAsia="zh-CN"/>
        </w:rPr>
        <w:br/>
      </w:r>
      <w:r>
        <w:rPr>
          <w:lang w:eastAsia="zh-CN"/>
        </w:rPr>
        <w:t>　　(七)加快旅游重点项目建设。一是沭河古道景区开发建设情况。</w:t>
      </w:r>
      <w:r>
        <w:rPr>
          <w:lang w:eastAsia="zh-CN"/>
        </w:rPr>
        <w:br/>
      </w:r>
      <w:r>
        <w:rPr>
          <w:lang w:eastAsia="zh-CN"/>
        </w:rPr>
        <w:t>　　1、开展规划编制。沭河古道景区详规编制已完成初稿，先后进行了八次意见修改对接，确定了码头及游客服务中心的布局、风格。</w:t>
      </w:r>
      <w:r>
        <w:rPr>
          <w:lang w:eastAsia="zh-CN"/>
        </w:rPr>
        <w:br/>
      </w:r>
      <w:r>
        <w:rPr>
          <w:lang w:eastAsia="zh-CN"/>
        </w:rPr>
        <w:t>　　2、实施土地流转。一期已完成三角洲310亩,二期170亩土地进行流转,补偿款已拨付到镇。</w:t>
      </w:r>
      <w:r>
        <w:rPr>
          <w:lang w:eastAsia="zh-CN"/>
        </w:rPr>
        <w:br/>
      </w:r>
      <w:r>
        <w:rPr>
          <w:lang w:eastAsia="zh-CN"/>
        </w:rPr>
        <w:t>　　3、游客服务中心奠基动工。三角洲游客服务中心完成施工场地平整、围挡安装、工地用房安装、施工进出道路整修、施工供电安装等前期准备工作，基础开挖总面积3000平方米。</w:t>
      </w:r>
      <w:r>
        <w:rPr>
          <w:lang w:eastAsia="zh-CN"/>
        </w:rPr>
        <w:br/>
      </w:r>
      <w:r>
        <w:rPr>
          <w:lang w:eastAsia="zh-CN"/>
        </w:rPr>
        <w:t>　　4、严格资源保护。沭河古道景区管理处与相关部门联合发文，对景区资源保护作出明确规定，并在景区范围内重点村居张贴通告680余份，通过村居广播喇叭进行广泛宣传。</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5、附属设施建设工作。为保障样山大桥至旅游路连接线桥涵和道路安全，投资15万元，对连接线两侧进行砌石护坡4处，安装防护栏2处、路沿石2600米、排水沟渠50个，设置进地涵洞30个。二是夹谷山景区建设情况。共完成390亩土地流转，景区地下战备洞的陈列布展已基本完成，沂蒙知青村、兵营、游客服务中心项目正实施详细建设规划，景区内齐鲁会盟区和知青村步游道已开工建设。三是苍马山、冠山景区提升建设情况。</w:t>
      </w:r>
      <w:r>
        <w:rPr>
          <w:lang w:eastAsia="zh-CN"/>
        </w:rPr>
        <w:br/>
      </w:r>
      <w:r>
        <w:rPr>
          <w:lang w:eastAsia="zh-CN"/>
        </w:rPr>
        <w:t>　　1、创4A级工作。以苍马山景区管委会为主体申报4A级景区工作已全面启动，4A申报材料级报市旅游局审核。</w:t>
      </w:r>
      <w:r>
        <w:rPr>
          <w:lang w:eastAsia="zh-CN"/>
        </w:rPr>
        <w:br/>
      </w:r>
      <w:r>
        <w:rPr>
          <w:lang w:eastAsia="zh-CN"/>
        </w:rPr>
        <w:t>　　2、提升建设项目情况。策划《苍马山景区二期开发与项目规划方案设计》，设计方案保持与一期工程的完整统一性，在现有基础上来突出和完善景区综合性功能配置与层次感。冠山书院项目前期已经办理完土地手续和规划方案的审查，正在进行建筑设计的细化，冠山植物园项目，一期桂花园项目已完工，二期计划在完成土地流转工作后，全面开展示范区的建设。</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八)紧抓中心工作，转变机关作风。一是根据县委办、县府办《关于在全县党政机关开展治理“庸懒散”专项活动的实施方案》和县纪委《关于深入落实中央八项规定精神切实纠正“四风”问题的`通知》要求，局党组召开专题会议研究，将落实“八项规定”和反对“四种不良风气”与当前旅游工作相结合，严格按照要求开展局办公用房专项清理，严格公车和公务接待管理制度，转变机关作风，严控各项经费开支，将“三公”经费精简压缩，确实做到了反对“四种不良风气”问题。相比去年同期“三公”经费开支明显减少。二是按照县委、县政府要求深入开展以为民务实清廉为主要内容的党的群众路线教育实践活动，成立领导小组，认真组织学习开展党的群众路线教育实践活动重要文件、讲话精神，领会目的意义，制定《__县旅游局党的群众路线教育实践活动实施方案》，列出学习时间表，制定详细的学习计划，采取集中与自学相结合，集中学习以讲党课的形式，由班子成员轮流辅导，力求学习教育取得实实在在的效果。在学习调研的基础上，深入到基层一线和广大干部群众当中，广泛听取和征求意见建议，进一步查找干部在“四风”和工作能力等方面的问题。三是切实做好人大代表建议和政协提案办理工作。今年旅游局共收到人大建议1件、政协提案1件，我局高度重视，安排专人负责，认真解读所承办的建议、提案，并进行专项调查研究，均已通过信件及时给予答复并进行了电话回访，满意率达到100%。</w:t>
      </w:r>
      <w:r>
        <w:rPr>
          <w:lang w:eastAsia="zh-CN"/>
        </w:rPr>
        <w:br/>
      </w:r>
      <w:r>
        <w:rPr>
          <w:lang w:eastAsia="zh-CN"/>
        </w:rPr>
        <w:t>　　二、存在问题</w:t>
      </w:r>
      <w:r>
        <w:rPr>
          <w:lang w:eastAsia="zh-CN"/>
        </w:rPr>
        <w:br/>
      </w:r>
      <w:r>
        <w:rPr>
          <w:lang w:eastAsia="zh-CN"/>
        </w:rPr>
        <w:t>　　全县旅游业尽管在上个季度取得了一些的成绩，但与创建省级旅游强县目标相比，与周边县区的旅游大发展相比还存在着差距。</w:t>
      </w:r>
      <w:r>
        <w:rPr>
          <w:lang w:eastAsia="zh-CN"/>
        </w:rPr>
        <w:br/>
      </w:r>
      <w:r>
        <w:rPr>
          <w:lang w:eastAsia="zh-CN"/>
        </w:rPr>
        <w:t>　　一是文化资源开发利用不足。已有自然资源和历史文化资源尚停留在浅层静态开发阶段，缺乏具有较高知名度和影响力的文化品牌。</w:t>
      </w:r>
      <w:r>
        <w:rPr>
          <w:lang w:eastAsia="zh-CN"/>
        </w:rPr>
        <w:br/>
      </w:r>
      <w:r>
        <w:rPr>
          <w:lang w:eastAsia="zh-CN"/>
        </w:rPr>
        <w:t>　　二是旅游投入不足。主要是财政投入不足，直接影响旅游整体形象的宣传和旅游基础设施的建设，从而全面影响和制约全县旅游产业的发展进程。</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三是旅游产业整体水平不高，要素发展不协调。旅游企业“小、散、弱”现象仍比较突出，缺少龙头产品，旅游项目品味与档次还不高，特色不明显，缺乏市场竞争力，旅游业对相关行业的带动力不强。</w:t>
      </w:r>
      <w:r>
        <w:rPr>
          <w:lang w:eastAsia="zh-CN"/>
        </w:rPr>
        <w:br/>
      </w:r>
      <w:r>
        <w:rPr>
          <w:lang w:eastAsia="zh-CN"/>
        </w:rPr>
        <w:t>　　四是旅游服务设施有待完善。缺少游客集散中心和游客咨询服务中心，不能满足日益增长的自主游和散客游的需求。旅游环境氛围还不够浓，交通主干道旅游标志标识不全面，旅游宣传牌不健全。</w:t>
      </w:r>
      <w:r>
        <w:rPr>
          <w:lang w:eastAsia="zh-CN"/>
        </w:rPr>
        <w:br/>
      </w:r>
      <w:r>
        <w:rPr>
          <w:lang w:eastAsia="zh-CN"/>
        </w:rPr>
        <w:t>　　五是人才队伍建设亟待加强。缺乏高端创意人才和熟悉资本运作、熟悉项目管理的人才，高水平专业人才严重不足，旅游执法队伍缺乏等等。单位季度工作总结2</w:t>
      </w:r>
      <w:r>
        <w:rPr>
          <w:lang w:eastAsia="zh-CN"/>
        </w:rPr>
        <w:br/>
      </w:r>
      <w:r>
        <w:rPr>
          <w:lang w:eastAsia="zh-CN"/>
        </w:rPr>
        <w:t xml:space="preserve">    工作两年来，我积累了丰富的工作经验，我们的检修行业充满着竞争，只有更好的服务态度，更好的技术水平，才能在同行中领先，但这些必须从每个员工做起。我们在工作中，在把个人技能提升的同时，应该有以人为本的意识，把事想在别人前面，把事做在别人前面，这样才会在竞争中抢占先机， </w:t>
      </w:r>
      <w:r>
        <w:rPr>
          <w:lang w:eastAsia="zh-CN"/>
        </w:rPr>
        <w:br/>
      </w:r>
      <w:r>
        <w:rPr>
          <w:lang w:eastAsia="zh-CN"/>
        </w:rPr>
        <w:t>　　在检修时，车间对安全防护方面做的比较全面，使我在检修时有很大的安全感，在技术方面我们电气区域也组织过多次的培训学习，每次设备出现不常见的故障时，都会组织讨论分析，从而提升个人技能水平，确保在次出现类似故障时，能很快的，很好的，把故障处理，为确保安全生产，更好的把工作做好。</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两年来，在工作中只要遇到不懂的问题时，我会及时的查看资料，并像甲方技术人员求问，再加上我抓住每一个可以锻炼自己的机会，将书本上面的知识应用到实际操作中去，掌握了一定的作业技能。如；大包回转系统的检修，中包车的检修，大包电气滑环的更换，大中包称重的维修，结晶器振动系统的更换及日常维护，扇形段传动系统的检修，变频器日常维护及参数设置，三相异步电动机的检修及下线修复保养，火焰切割机维修及更换，气动调节阀的校验，plc的外部接线及维护，等，在检修时我们一定要细心，比如我们在检修编码器过程中，在紧端子时一定要细心，要控制好紧线的力度，因为编码器的接线为0、7平方毫米，特别的细，如果用力过大就会伤到导线皮层，看似不大重要的一个细节，如果电机连续长时间运行，应为电机的振动影响，慢慢的导线就可能会断，若我们铸机的几个重要部位的编码器故障，则可能会对设备带来很大的损害，所以我们在检修时一定要对设备负责，对自己负责，检修时一定要细心。</w:t>
      </w:r>
      <w:r>
        <w:rPr>
          <w:lang w:eastAsia="zh-CN"/>
        </w:rPr>
        <w:br/>
      </w:r>
      <w:r>
        <w:rPr>
          <w:lang w:eastAsia="zh-CN"/>
        </w:rPr>
        <w:t>　　作为一名检修电工，我觉得在检修时我们一定要铭记一下三点。</w:t>
      </w:r>
      <w:r>
        <w:rPr>
          <w:lang w:eastAsia="zh-CN"/>
        </w:rPr>
        <w:br/>
      </w:r>
      <w:r>
        <w:rPr>
          <w:lang w:eastAsia="zh-CN"/>
        </w:rPr>
        <w:t>　　1、贯彻落实公司上级文件精神，提高自我用电意识，增强自我责任心。要做到三不伤害，即，不伤害自己，不伤害他人，不被他人伤害。安全交底一定要落实到位，检修作业时必须两人以上，停电挂牌，三方确认一定要到位，要做到不确认不开工。</w:t>
      </w:r>
      <w:r>
        <w:rPr>
          <w:lang w:eastAsia="zh-CN"/>
        </w:rPr>
        <w:br/>
      </w:r>
      <w:r>
        <w:rPr>
          <w:lang w:eastAsia="zh-CN"/>
        </w:rPr>
        <w:t>　　自年月份我任职三班电气班长以来，在这八个月里我班未发生过一起安全事故，我班严格执行三班运行管理规定，我班人员的技能水平在日常的检修与多次的培训中，得到了很大的提升，使我班人员在设备出现故障时，能在最短的时间里排除。</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年里我们连铸机因为电仪原因出现了多次影响生产事故，10月13日晚，8#机检修，在更换11段外弧接触器时，因为施完工后没有仔细确认，导致220v串如24v模块，将本体plc部分模块烧毁，此事故虽然不是我们班造成，但此事故是个典型的例子，反映了我们在检修时还存在着很大的缺陷，检修时施工人无责任心，没有进行三方确认，我们班组对事故进行了全班学习，以提高我班组人员的责任心，我全力要求我班人员在检修时对设备负责，对自己的工作负责，万不可马虎大意，以免造成不必要的'损失，以保证工作的正常有序的运行。</w:t>
      </w:r>
      <w:r>
        <w:rPr>
          <w:lang w:eastAsia="zh-CN"/>
        </w:rPr>
        <w:br/>
      </w:r>
      <w:r>
        <w:rPr>
          <w:lang w:eastAsia="zh-CN"/>
        </w:rPr>
        <w:t>　　尽管在我工作的两年里，我向自己的目标迈进了一大步，可是我依然看到自己还有很多的不足，理论水平的欠缺，思考问题有时过于草率，想的不够周全，都是我在新的一年里需要努力的方向，在__年里我会吸取__年里的经验教训，把自己的工作做的更好。使我们的设备更加的稳定。我会总结__年里出现的一些不常见的故障，组织全班人员进行学习。从而提升班组的整体检修实力，综合__年里发生的一些安全事故，进行学习，争取新的一年里，把工作做的更好。单位季度工作总结3</w:t>
      </w:r>
      <w:r>
        <w:rPr>
          <w:lang w:eastAsia="zh-CN"/>
        </w:rPr>
        <w:br/>
      </w:r>
      <w:r>
        <w:rPr>
          <w:lang w:eastAsia="zh-CN"/>
        </w:rPr>
        <w:t xml:space="preserve">  </w:t>
      </w:r>
      <w:r>
        <w:rPr>
          <w:lang w:eastAsia="zh-CN"/>
        </w:rPr>
        <w:t xml:space="preserve"> </w:t>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进入20__年度以来。在矿领导的大力支持下，在各科室、区队的紧密配合下，圆满完成了本年三季度的各项培训工作任务，促进了全体职工安全教育培训工作朝着健康向上的轨道发展，取得了较好的成绩。为了进一步总结安全教育培训工作，不断的积累安全教育培训经验，查找自身存在的问题和不足，把今后的安全教育培训工作做得更加扎实、更富成效。现对第三季度安全教育培训工作开展情况总结如下：</w:t>
      </w:r>
      <w:r>
        <w:rPr>
          <w:lang w:eastAsia="zh-CN"/>
        </w:rPr>
        <w:t xml:space="preserve"> </w:t>
      </w:r>
      <w:r>
        <w:rPr>
          <w:lang w:eastAsia="zh-CN"/>
        </w:rPr>
        <w:br/>
      </w:r>
      <w:r>
        <w:rPr>
          <w:lang w:eastAsia="zh-CN"/>
        </w:rPr>
        <w:t>　　一、第三季度安全教育培训基本情况</w:t>
      </w:r>
      <w:r>
        <w:rPr>
          <w:lang w:eastAsia="zh-CN"/>
        </w:rPr>
        <w:br/>
      </w:r>
      <w:r>
        <w:rPr>
          <w:lang w:eastAsia="zh-CN"/>
        </w:rPr>
        <w:t>　　认真贯彻落实上级关于煤矿从业人员安全教育培训的文件精神，始终坚持管理、装备、培训三并重原则，不断完善培训措施，创新机制，优化管理，真抓实干，注重实效，圆满完成了第三季度各项培训任务，使我矿的.职工素质和业务水平有了质的提高。三季度共外出培训各类人员15余人次，全员日常培训重点以每日一题为主，并充分利用倒班时间，有针对性的进行了“煤矿矿长保护矿工生命安全七条规定”的学习及计划培训内容相关安全培训教育，并进行了考试，并取得了全员成绩合格的好成绩。此外，我矿还大力开展了“安全生产月”各项相关活动，营造了全员注重安全、注重培训的浓厚氛围。</w:t>
      </w:r>
      <w:r>
        <w:rPr>
          <w:lang w:eastAsia="zh-CN"/>
        </w:rPr>
        <w:br/>
      </w:r>
      <w:r>
        <w:rPr>
          <w:lang w:eastAsia="zh-CN"/>
        </w:rPr>
        <w:t>　　二、安全教育培训方式方法</w:t>
      </w:r>
      <w:r>
        <w:rPr>
          <w:lang w:eastAsia="zh-CN"/>
        </w:rPr>
        <w:br/>
      </w:r>
      <w:r>
        <w:rPr>
          <w:lang w:eastAsia="zh-CN"/>
        </w:rPr>
        <w:t>　　（一）狠抓煤矿全员培训，全面提升从业人员素质</w:t>
      </w:r>
      <w:r>
        <w:rPr>
          <w:lang w:eastAsia="zh-CN"/>
        </w:rPr>
        <w:br/>
      </w:r>
      <w:r>
        <w:rPr>
          <w:lang w:eastAsia="zh-CN"/>
        </w:rPr>
        <w:t>　　我矿坚持把煤矿安全教育培训作为一项硬指标，对培训任务进行严格考核并实行奖罚。每月由安全矿长及安全部组织，通过每月不定期的三天时间对矿井各部门安全生产管理人员进行培训，学习上级关于煤矿安全生产的相关文件及精神要求，进行煤矿安全知识，各专业技术技能普及与提高；其次，狠抓了职工安全教育培训工作，充分利用班前班后时间，组织职工进行日常教育培训，逐步推行并开展“手指口述”安全确认法，通过培训，有力地提升了全员煤矿安全意识，提高了职工业务素质。</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（二）狠抓矿管理人员培训，全面提升安全管理水平</w:t>
      </w:r>
      <w:r>
        <w:rPr>
          <w:lang w:eastAsia="zh-CN"/>
        </w:rPr>
        <w:br/>
      </w:r>
      <w:r>
        <w:rPr>
          <w:lang w:eastAsia="zh-CN"/>
        </w:rPr>
        <w:t>　　定期开展每周四由总经理主持召开的安全办公会，积极协调和解决工作中存在的隐患和问题，更新管理理念、提高安全意识，弘扬企业文化，强化管理水平，使各级管理人员的管理水平和安全意识有了很大的提高，通过专题专项会议，逐一分解疑难杂症，为我矿安全生产各项工作的正常运行指明了方向，夯实了基础。</w:t>
      </w:r>
      <w:r>
        <w:rPr>
          <w:lang w:eastAsia="zh-CN"/>
        </w:rPr>
        <w:br/>
      </w:r>
      <w:r>
        <w:rPr>
          <w:lang w:eastAsia="zh-CN"/>
        </w:rPr>
        <w:t>　　三、存在问题</w:t>
      </w:r>
      <w:r>
        <w:rPr>
          <w:lang w:eastAsia="zh-CN"/>
        </w:rPr>
        <w:br/>
      </w:r>
      <w:r>
        <w:rPr>
          <w:lang w:eastAsia="zh-CN"/>
        </w:rPr>
        <w:t>　　我矿为兼并重组矿井，部分专业人才资源匮乏，技术人才不足和从业人员素质普遍偏低；人员流动性大。</w:t>
      </w:r>
      <w:r>
        <w:rPr>
          <w:lang w:eastAsia="zh-CN"/>
        </w:rPr>
        <w:br/>
      </w:r>
      <w:r>
        <w:rPr>
          <w:lang w:eastAsia="zh-CN"/>
        </w:rPr>
        <w:t>　　四、第四季度安全教育培训工作计划</w:t>
      </w:r>
      <w:r>
        <w:rPr>
          <w:lang w:eastAsia="zh-CN"/>
        </w:rPr>
        <w:br/>
      </w:r>
      <w:r>
        <w:rPr>
          <w:lang w:eastAsia="zh-CN"/>
        </w:rPr>
        <w:t>　　将紧紧围绕年度安全教育培训工作计划，采取多种途径，针对不同层次不同类别人员开展安全生产教育培训，进一步提高煤矿企业从业人员的安全素质，推动煤矿安全管理，有效预防和减少各类事故的发生，促进安全生产。单位季度工作总结4</w:t>
      </w:r>
      <w:r>
        <w:rPr>
          <w:lang w:eastAsia="zh-CN"/>
        </w:rPr>
        <w:br/>
      </w:r>
      <w:r>
        <w:rPr>
          <w:lang w:eastAsia="zh-CN"/>
        </w:rPr>
        <w:t xml:space="preserve">    进入二季度以来，股指继续攀升，投资者的交易热情高涨，交易量持续放大。随着暂停数月之久的ipo重启以及创业板交易开通的提前反应，市场的波动不断加大，投资者教育工作显得尤为迫切和重要。根据这一特点，结合_证券20__年投资者教育方案的整体安排，在二季度，公司进一步加强组织领导，完善制度，拓展教育方式和渠道，倡导投资者价值投资、理性投资，进一步维护证券市场的稳定发展，取得了一定成绩。现将今年二季度的投资者教育工作汇报如下： </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一、进一步加强组织领导，完善制度，狠抓落实，积极推进投资者教育工作</w:t>
      </w:r>
      <w:r>
        <w:rPr>
          <w:lang w:eastAsia="zh-CN"/>
        </w:rPr>
        <w:br/>
      </w:r>
      <w:r>
        <w:rPr>
          <w:lang w:eastAsia="zh-CN"/>
        </w:rPr>
        <w:t>　　公司各营业部继续将投资者教育工作列为本营业部的工作重点，强化投资者教育领导小组的职能，从组织领导方面进一步保障投资者教育工作的顺利开展。同时，公司还对营业部投资者教育工作的实施提出了更加明确的要求，要求营业部根据公司投资者教育工作总体要求和营业部的实际情况，合理安排营业部的投资者教育工作计划、工作方式和时间，对营业部投资者教育工作进行组织、协调、督导和落实，确保投资者教育工作的顺利进行。其中，上海新华路、杭州庆春东路、重庆较场口等多家营业部均制定了详细的投资者教育计划，内容丰富而又充实，在投资者中引起了一致的好评。在此基础上，公司继续加大投资者教育工作专项费用的投入，不断创新宣传形式，扩大投资者教育工作覆盖面，加强影响力，争取让投资者教育工作深入人心。</w:t>
      </w:r>
      <w:r>
        <w:rPr>
          <w:lang w:eastAsia="zh-CN"/>
        </w:rPr>
        <w:br/>
      </w:r>
      <w:r>
        <w:rPr>
          <w:lang w:eastAsia="zh-CN"/>
        </w:rPr>
        <w:t>　　二、积极开展形式多样、内容丰富的教育活动，切实提高投资者教育工作效果</w:t>
      </w:r>
      <w:r>
        <w:rPr>
          <w:lang w:eastAsia="zh-CN"/>
        </w:rPr>
        <w:br/>
      </w:r>
      <w:r>
        <w:rPr>
          <w:lang w:eastAsia="zh-CN"/>
        </w:rPr>
        <w:t>　　公司各营业部根据证券市场的不同发展阶段以及当地的具体情况，积极调整投资者教育宣传形式，采用多种形式，认真做好投资者教育工作。</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根据监管部门以及公司的相关要求，各营业部继续完善、丰富投资者教育园地，针对ipo重新开启和创业板，在投资者园地中设立了新股申购风险提示专栏和创业板知识专栏，得到广大客户的一致好评。同时公司充分利用公司网站适用范围广的特点，开辟了投资者课堂，将最新的法律法规、证券知识、风险提示等内容发布在公司网站上，供投资者浏览下载。</w:t>
      </w:r>
      <w:r>
        <w:rPr>
          <w:lang w:eastAsia="zh-CN"/>
        </w:rPr>
        <w:br/>
      </w:r>
      <w:r>
        <w:rPr>
          <w:lang w:eastAsia="zh-CN"/>
        </w:rPr>
        <w:t>　　__北街、__路、__路和__大道等20多家营业部通过股市沙龙、股民学校等形式向投资者普及证券知识，并针对不同的投资群体，开展了丰富多样的投资者教育活动。同时，深圳管理总部定期举办较高级别的私募基金路演(投资报告会)系列活动，邀请国内外最顶尖、最成功的私募基金管理人现场演讲，与投资者互动交流，从宏观策略到个股投资价值分析，深入严谨的分析研究，使得投资者深切感受到投资的严谨性和逻辑性，对后期的投资起到指导性作用。</w:t>
      </w:r>
      <w:r>
        <w:rPr>
          <w:lang w:eastAsia="zh-CN"/>
        </w:rPr>
        <w:br/>
      </w:r>
      <w:r>
        <w:rPr>
          <w:lang w:eastAsia="zh-CN"/>
        </w:rPr>
        <w:t>　　三、组织业务培训与合规竞赛，提高员工执业素质，为客户提供更加完善的教育与服务</w:t>
      </w:r>
      <w:r>
        <w:rPr>
          <w:lang w:eastAsia="zh-CN"/>
        </w:rPr>
        <w:br/>
      </w:r>
      <w:r>
        <w:rPr>
          <w:lang w:eastAsia="zh-CN"/>
        </w:rPr>
        <w:t>　　当前证券市场日新月异、瞬息万变，创新业务和品种层出不穷。为此，公司针对员工知识结构的不足建立了完善的培训制度。公司相关职能部门组织了多场专题视频培训会，涉及证券法律法规(特别是经纪人管理暂行条例)、行业自律规定、新业务开展规则等内容。</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同时为强化规范意识，加强合规建设，构建合规体制，培育合规文化，促进规范发展，同时也是为了能够给投资者提供更加优良的服务，进一步做好投资者教育工作，公司组织了全公司范围的合规竞赛，自今年4月份开始至6月底，先后完成了初赛和复赛，7月份将在_电视台举行总决赛。通过本次合规竞赛，公司上下掀起了一股人人学习，人人合规的热潮，极大地推动了公司投资者教育工作的发展。其中__路、__路、_、__路等20多家营业部利用本次合规竞赛进一步明确了内部培训机制，每周进行一次证券知识的学习，极大地提高了员工的业务技能，提高了公司的形象。</w:t>
      </w:r>
      <w:r>
        <w:rPr>
          <w:lang w:eastAsia="zh-CN"/>
        </w:rPr>
        <w:br/>
      </w:r>
      <w:r>
        <w:rPr>
          <w:lang w:eastAsia="zh-CN"/>
        </w:rPr>
        <w:t>　　四、利用技术手段，加强客户回访与客户咨询服务，切实保障客户权益。</w:t>
      </w:r>
      <w:r>
        <w:rPr>
          <w:lang w:eastAsia="zh-CN"/>
        </w:rPr>
        <w:br/>
      </w:r>
      <w:r>
        <w:rPr>
          <w:lang w:eastAsia="zh-CN"/>
        </w:rPr>
        <w:t>　　各营业部按照公司规定组织专人对新开户客户进行回访，核实客户身份，揭示风险，收集客户意见，解答客户疑问，并利用crm系统进行了详细记录。同时，各营业部利用crm系统，加强对客户的筛选和分析，通过短信、电话等形式加强新股中签、风险提示、分红通知等基础客户服务工作，进一步切实有效地保障了客户的权益。</w:t>
      </w:r>
      <w:r>
        <w:rPr>
          <w:lang w:eastAsia="zh-CN"/>
        </w:rPr>
        <w:br/>
      </w:r>
      <w:r>
        <w:rPr>
          <w:lang w:eastAsia="zh-CN"/>
        </w:rPr>
        <w:t>　　五、发挥新闻媒体的优势，营造浓厚的投资者教育宣传氛围</w:t>
      </w:r>
      <w:r>
        <w:rPr>
          <w:lang w:eastAsia="zh-CN"/>
        </w:rPr>
        <w:br/>
      </w:r>
      <w:r>
        <w:rPr>
          <w:lang w:eastAsia="zh-CN"/>
        </w:rPr>
        <w:t>　　各营业部积极加强与新闻媒体的`合作，采取多种多样的合作形式，扩大投资者教育的影响面。__、__、__等15家营业部通过与电台、电视台、报刊及网站等媒体合作，不断深化投资者教育工作，取得了良好的效果。</w:t>
      </w:r>
      <w:r>
        <w:rPr>
          <w:lang w:eastAsia="zh-CN"/>
        </w:rPr>
        <w:br/>
      </w:r>
      <w:r>
        <w:rPr>
          <w:lang w:eastAsia="zh-CN"/>
        </w:rPr>
        <w:t>　　今年第二季度公司的投资者教育工作取得了一定的成绩，但在深化投资者教育工作中同样也遇到了一些问题，有待研究并在实践中探索解决方法，比较突出的问题包括：一是现有的投资者教育内容、方式尚难以满足投资者个性化的需求，投资者教育的针对性有待加强;二是部分营业部存在培训人员缺乏、培训水平有待提高的现象。</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随着20__年行情的深入发展，投资者教育工作需要关注的方面越来越多，_证券都将一如既往加强领导，认真组织，积极推进，把投资者的风险教育作为一项日常的、长期的工作来落实，从切实保护投资者合法权益和利益的角度出发，增强投资者的风险意识，维护投资者权益，提高投资者抵御风险的能力，继续巩固和完善投资者教育工作所取得的成绩。单位季度工作总结5</w:t>
      </w:r>
      <w:r>
        <w:rPr>
          <w:lang w:eastAsia="zh-CN"/>
        </w:rPr>
        <w:br/>
      </w:r>
      <w:r>
        <w:rPr>
          <w:lang w:eastAsia="zh-CN"/>
        </w:rPr>
        <w:t xml:space="preserve">    时间飞逝，20__年已经结束了，下面我从两个方面来对我20__年度的工作进行考核总结： </w:t>
      </w:r>
      <w:r>
        <w:rPr>
          <w:lang w:eastAsia="zh-CN"/>
        </w:rPr>
        <w:br/>
      </w:r>
      <w:r>
        <w:rPr>
          <w:lang w:eastAsia="zh-CN"/>
        </w:rPr>
        <w:t>　　1.教学状况</w:t>
      </w:r>
      <w:r>
        <w:rPr>
          <w:lang w:eastAsia="zh-CN"/>
        </w:rPr>
        <w:br/>
      </w:r>
      <w:r>
        <w:rPr>
          <w:lang w:eastAsia="zh-CN"/>
        </w:rPr>
        <w:t>　　今年高一的生物教学工作。能够严格按照新课程标准展开教学工作。认真完成学校的各项教学要求，教学成绩和学生满意率均收到应有的效果。在教学工作中，面向全体学生，能够利用身边的课程资源用教材教，使学生在学到知识的同时，具备应有的潜力。</w:t>
      </w:r>
      <w:r>
        <w:rPr>
          <w:lang w:eastAsia="zh-CN"/>
        </w:rPr>
        <w:br/>
      </w:r>
      <w:r>
        <w:rPr>
          <w:lang w:eastAsia="zh-CN"/>
        </w:rPr>
        <w:t>　　第一，透过开展生动搞笑的教学活动，培养学生对生物学科的兴趣，指导正确消费，用所学知识观察周围事物，体验运用知识的乐趣。</w:t>
      </w:r>
      <w:r>
        <w:rPr>
          <w:lang w:eastAsia="zh-CN"/>
        </w:rPr>
        <w:br/>
      </w:r>
      <w:r>
        <w:rPr>
          <w:lang w:eastAsia="zh-CN"/>
        </w:rPr>
        <w:t>　　第二，制作修改了每一课时的PPT，增信息量，以便于学生把短期记忆转化为长期记忆。</w:t>
      </w:r>
      <w:r>
        <w:rPr>
          <w:lang w:eastAsia="zh-CN"/>
        </w:rPr>
        <w:br/>
      </w:r>
      <w:r>
        <w:rPr>
          <w:lang w:eastAsia="zh-CN"/>
        </w:rPr>
        <w:t>　　第三，认真备课，钻研考纲，为减轻学生负担，做好个性化笔记，以备复习时使用。</w:t>
      </w:r>
      <w:r>
        <w:rPr>
          <w:lang w:eastAsia="zh-CN"/>
        </w:rPr>
        <w:br/>
      </w:r>
      <w:r>
        <w:rPr>
          <w:lang w:eastAsia="zh-CN"/>
        </w:rPr>
        <w:t>　　第四，坚持尊重和关心学生，用专业知识忙他们解答课内外学习和生活疑惑。</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2.科研状况</w:t>
      </w:r>
      <w:r>
        <w:rPr>
          <w:lang w:eastAsia="zh-CN"/>
        </w:rPr>
        <w:br/>
      </w:r>
      <w:r>
        <w:rPr>
          <w:lang w:eastAsia="zh-CN"/>
        </w:rPr>
        <w:t>　　深入研究新课程理念，坚持用教材教，而不是教教材。这方面进展有四：</w:t>
      </w:r>
      <w:r>
        <w:rPr>
          <w:lang w:eastAsia="zh-CN"/>
        </w:rPr>
        <w:br/>
      </w:r>
      <w:r>
        <w:rPr>
          <w:lang w:eastAsia="zh-CN"/>
        </w:rPr>
        <w:t>　　第一，备课做到常教常新。无论教材的组织和课件的制作都重新梳理，使之更适合这一届学生的实际状况。</w:t>
      </w:r>
      <w:r>
        <w:rPr>
          <w:lang w:eastAsia="zh-CN"/>
        </w:rPr>
        <w:br/>
      </w:r>
      <w:r>
        <w:rPr>
          <w:lang w:eastAsia="zh-CN"/>
        </w:rPr>
        <w:t>　　第二，继续挖掘身边的课程资源。整个教学过程更加贴近学生的生活实际，使看似枯燥乏味的'知识变得活灵活现，课堂气氛宽松活跃，学习积极性较高。</w:t>
      </w:r>
      <w:r>
        <w:rPr>
          <w:lang w:eastAsia="zh-CN"/>
        </w:rPr>
        <w:br/>
      </w:r>
      <w:r>
        <w:rPr>
          <w:lang w:eastAsia="zh-CN"/>
        </w:rPr>
        <w:t>　　第三，面向全体学生。开学初绪论课便向学生做出保证：没有特殊状况，课堂上微笑到期末。实践证明，坚持这个得到学生热烈掌声的倡议，对提高学生的理解潜力和教学成绩都很有忙。</w:t>
      </w:r>
      <w:r>
        <w:rPr>
          <w:lang w:eastAsia="zh-CN"/>
        </w:rPr>
        <w:br/>
      </w:r>
      <w:r>
        <w:rPr>
          <w:lang w:eastAsia="zh-CN"/>
        </w:rPr>
        <w:t>　　第四，撰写教学随笔、论文和教学思等共6篇，如：《浅谈教师素质中的“四气”》、《开拓教学新思路追求“四主”创高效》、《挖掘潜力活化教材不断充实校本课程》、《观念决定行动——感悟中美——教学区别》、《诺贝尔医学奖简介》等，都真实映了一年来的教学感悟和新思考，为今后的教学、科研奠定了比较坚实的基础。</w:t>
      </w:r>
      <w:r>
        <w:rPr>
          <w:lang w:eastAsia="zh-CN"/>
        </w:rPr>
        <w:br/>
      </w:r>
      <w:r>
        <w:rPr>
          <w:lang w:eastAsia="zh-CN"/>
        </w:rPr>
        <w:t>　　总之，作为一名一线生物教师，能够立足于本职尽心尽力开展教学和科研工作，并不断总结经验教训提高理论水平，以便用理论指导实践。随时把教学科研成果发表资源共享。除_网发表外，在个人_博客发表。博客浏览量总计16万有余，在为生物教学的资源共享方面做出了应有的贡献。单位季度工作总结6</w:t>
      </w:r>
      <w:r>
        <w:rPr>
          <w:lang w:eastAsia="zh-CN"/>
        </w:rPr>
        <w:br/>
      </w:r>
    </w:p>
    <w:p w:rsidR="001B1F19" w14:textId="27C3F48A">
      <w:pPr>
        <w:rPr>
          <w:lang w:eastAsia="zh-CN"/>
        </w:rPr>
      </w:pPr>
      <w:r>
        <w:rPr>
          <w:lang w:eastAsia="zh-CN"/>
        </w:rPr>
        <w:t xml:space="preserve">    工作两年来，我积累了丰富的工作经验，我们的检修行业充满着竞争，只有更好的服务态度，更好的技术水平，才能在同行中领先，但这些必须从每个员工做起。我们在工作中，在把个人技能提升的同时，应该有以人为本的意识，把事想在别人前面，把事做在别人前面，这样才会在竞争中抢占先机，在检修时，车间对安全防护方面做的比较全面，使我在检修时有很大的安全感，在技术方面我们电气区域也组织过多次的培训学习，每次设备出现不常见的故障时，都会组织讨论分析，从而提升个人技能水平，确保在次出现类似故障时，能很快的，很好的，把故障处理，为确保安全生产，更好的把工作做好。 </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https://d.book118.com/487163116064006053</w:t>
        </w:r>
      </w:hyperlink>
    </w:p>
    <w:p w:rsidR="001B1F19">
      <w:pPr>
        <w:rPr>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8716311606400605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