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小学期末总结范文（32篇）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小学期末总结范文（精选32篇）</w:t>
      </w:r>
      <w:r>
        <w:rPr>
          <w:lang w:eastAsia="zh-CN"/>
        </w:rPr>
        <w:br/>
      </w:r>
      <w:r>
        <w:rPr>
          <w:lang w:eastAsia="zh-CN"/>
        </w:rPr>
        <w:t xml:space="preserve">    小学期末总结范文 篇1 </w:t>
      </w:r>
      <w:r>
        <w:rPr>
          <w:lang w:eastAsia="zh-CN"/>
        </w:rPr>
        <w:br/>
      </w:r>
      <w:r>
        <w:rPr>
          <w:lang w:eastAsia="zh-CN"/>
        </w:rPr>
        <w:t>　　光阴似箭，加入__小学的第一个年头已经过去了，一切都是从头开始。</w:t>
      </w:r>
      <w:r>
        <w:rPr>
          <w:lang w:eastAsia="zh-CN"/>
        </w:rPr>
        <w:br/>
      </w:r>
      <w:r>
        <w:rPr>
          <w:lang w:eastAsia="zh-CN"/>
        </w:rPr>
        <w:t>　　武术传统教学是非常重视基本功训练的。我也意识到这一点，所以在最开始的教学中，教学以认知武术动作和基本步伐开始，但是枯燥的训练必然会让很多孩子失去对武术的兴趣，我希望能结合正规体育课来提高教学的质量，所以我会在课堂上加入一些游戏或者是奖励玩。现在反思一下，实在是走了个过场。在一个月之后，我便直接开始了武术套路的教学，《五步拳》《少林八卦连环拳》两个套路的教学中，我也发现很多孩子的动作实在做不到位，但是我希望以套路练动作，效果不尽人意。孩子们来到这里，都是从零基础开始，更有很多缺少锻炼，身体素质较差的孩子。套路的教学成就不了孩子，应该是孩子的能力来成就一套武术套路。</w:t>
      </w:r>
      <w:r>
        <w:rPr>
          <w:lang w:eastAsia="zh-CN"/>
        </w:rPr>
        <w:br/>
      </w:r>
      <w:r>
        <w:rPr>
          <w:lang w:eastAsia="zh-CN"/>
        </w:rPr>
        <w:t>　　孩子们来到学校读书识字，我总觉得锻炼是一个辅助工具，然而结合孩子们上文化课的情况。很多不老实的孩子在武术课上更是特别活跃，应该练人练心。</w:t>
      </w:r>
      <w:r>
        <w:rPr>
          <w:lang w:eastAsia="zh-CN"/>
        </w:rPr>
        <w:br/>
      </w:r>
    </w:p>
    <w:p w:rsidR="001B1F19" w14:textId="0AE8485B">
      <w:pPr>
        <w:pStyle w:val="Heading1"/>
        <w:jc w:val="center"/>
        <w:rPr>
          <w:rFonts w:hint="eastAsia"/>
          <w:lang w:eastAsia="zh-CN"/>
        </w:rPr>
      </w:pPr>
      <w:r>
        <w:rPr>
          <w:sz w:val="44"/>
          <w:lang w:eastAsia="zh-CN"/>
        </w:rPr>
        <w:t>小学期末总结范文（32篇）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小学期末总结范文（精选32篇）</w:t>
      </w:r>
      <w:r>
        <w:rPr>
          <w:lang w:eastAsia="zh-CN"/>
        </w:rPr>
        <w:br/>
      </w:r>
      <w:r>
        <w:rPr>
          <w:lang w:eastAsia="zh-CN"/>
        </w:rPr>
        <w:t xml:space="preserve">    小学期末总结范文 篇1 </w:t>
      </w:r>
      <w:r>
        <w:rPr>
          <w:lang w:eastAsia="zh-CN"/>
        </w:rPr>
        <w:br/>
      </w:r>
      <w:r>
        <w:rPr>
          <w:lang w:eastAsia="zh-CN"/>
        </w:rPr>
        <w:t>　　光阴似箭，加入__小学的第一个年头已经过去了，一切都是从头开始。</w:t>
      </w:r>
      <w:r>
        <w:rPr>
          <w:lang w:eastAsia="zh-CN"/>
        </w:rPr>
        <w:br/>
      </w:r>
      <w:r>
        <w:rPr>
          <w:lang w:eastAsia="zh-CN"/>
        </w:rPr>
        <w:t>　　武术传统教学是非常重视基本功训练的。我也意识到这一点，所以在最开始的教学中，教学以认知武术动作和基本步伐开始，但是枯燥的训练必然会让很多孩子失去对武术的兴趣，我希望能结合正规体育课来提高教学的质量，所以我会在课堂上加入一些游戏或者是奖励玩。现在反思一下，实在是走了个过场。在一个月之后，我便直接开始了武术套路的教学，《五步拳》《少林八卦连环拳》两个套路的教学中，我也发现很多孩子的动作实在做不到位，但是我希望以套路练动作，效果不尽人意。孩子们来到这里，都是从零基础开始，更有很多缺少锻炼，身体素质较差的孩子。套路的教学成就不了孩子，应该是孩子的能力来成就一套武术套路。</w:t>
      </w:r>
      <w:r>
        <w:rPr>
          <w:lang w:eastAsia="zh-CN"/>
        </w:rPr>
        <w:br/>
      </w:r>
      <w:r>
        <w:rPr>
          <w:lang w:eastAsia="zh-CN"/>
        </w:rPr>
        <w:t>　　孩子们来到学校读书识字，我总觉得锻炼是一个辅助工具，然而结合孩子们上文化课的情况。很多不老实的孩子在武术课上更是特别活跃，应该练人练心。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期末的汇报演出实在是给我敲响了警钟，想想这一年，孩子们表演的节目应该是表演基本功啊，而不是华而不实的几个动作套路。孩子们空学一些动作不如劈个叉给爸妈看看。课堂上，孩子们动来动去，无法安定下来。我的心急和想出成绩耽误了孩子这一年。</w:t>
      </w:r>
      <w:r>
        <w:rPr>
          <w:lang w:eastAsia="zh-CN"/>
        </w:rPr>
        <w:br/>
      </w:r>
      <w:r>
        <w:rPr>
          <w:lang w:eastAsia="zh-CN"/>
        </w:rPr>
        <w:t>　　孩子罚站在门口，一会不看就不知道人去哪儿了。课堂还没干什么，孩子的心早已经飞到了怎么玩上面。孩子静不下来，不知道该做什么的时候做什么。什么是“练”，是一个习惯的过程，是让孩子懂得规矩的'过程。只是让他认知是没有效果的，还要好好的“练”。</w:t>
      </w:r>
      <w:r>
        <w:rPr>
          <w:lang w:eastAsia="zh-CN"/>
        </w:rPr>
        <w:br/>
      </w:r>
      <w:r>
        <w:rPr>
          <w:lang w:eastAsia="zh-CN"/>
        </w:rPr>
        <w:t>　　我总在想法设法，孩子的成长也不踏实。就是练习惯，练基础，武术基本功既是入门的基础训练，又能保证体能和技能不断提高。从量变到质变，必须经过千万次的反复练习，使他们的动作趋于规范，真正能在技能上有所进步。在这个过程中，关注孩子品质、态度，培养他们吃苦耐劳，奋力拼搏的意志品质。不断在过程中加强思想教育，促进身心发展。</w:t>
      </w:r>
      <w:r>
        <w:rPr>
          <w:lang w:eastAsia="zh-CN"/>
        </w:rPr>
        <w:br/>
      </w:r>
      <w:r>
        <w:rPr>
          <w:lang w:eastAsia="zh-CN"/>
        </w:rPr>
        <w:t xml:space="preserve">    小学期末总结范文 篇2 </w:t>
      </w:r>
      <w:r>
        <w:rPr>
          <w:lang w:eastAsia="zh-CN"/>
        </w:rPr>
        <w:br/>
      </w:r>
      <w:r>
        <w:rPr>
          <w:lang w:eastAsia="zh-CN"/>
        </w:rPr>
        <w:t>　　一、以德律己。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本人始终热爱和忠诚党的教育事业，自觉遵守教师职业道德，把培养高素质的建设人才和接班人作为自己义不容辞的职责，甘为园丁，做到教育安心和专心，全心全意为教育事业服务。我热爱本职，踏实工作，不追逐名利。为了适应时代发展的需要，本人勤奋学习，刻苦钻研，及时更新知识，不断提高教学和科研水平与能力。虚心向有经验的教师学习教学方法与教学技巧，认真听取他们的教诲。以认真负责的态度上好每堂课。以满腔的爱心关心学生，关心学生的成长，积极做好学生的思想政治工作，循循善诱，管教管导，既教书又育人，对学生一视同仁。做到深入学生，为学生排忧解难，为学生多办实事。本学期全勤，没有因个人私事而耽误学生一节课。能主动、认真地服从和配合学校各级领导安排的工作。</w:t>
      </w:r>
      <w:r>
        <w:rPr>
          <w:lang w:eastAsia="zh-CN"/>
        </w:rPr>
        <w:br/>
      </w:r>
      <w:r>
        <w:rPr>
          <w:lang w:eastAsia="zh-CN"/>
        </w:rPr>
        <w:t>　　二、用心学习。</w:t>
      </w:r>
      <w:r>
        <w:rPr>
          <w:lang w:eastAsia="zh-CN"/>
        </w:rPr>
        <w:br/>
      </w:r>
      <w:r>
        <w:rPr>
          <w:lang w:eastAsia="zh-CN"/>
        </w:rPr>
        <w:t>　　“书山有路勤为径，学海无涯苦作舟。”学习是无止境的，活到老，学到老。教师要不断更新充实自己的学识。博学多才对每一位教师来说当然很重要。因为我们是直接面对学生的教育者，学生什么问题都会提出来，而且往往“打破沙锅问到底”。没有广博的知识，就不能很好地解学生之“惑”，传为人之“道”。所以我在这学期里，能认真参加学校开展的各项活动，特别在继续教育的学习上，积极争取学习的机会。每次到市里听课参加培训学习，都争取坐个看得清楚的好座位，以便能更好地作记录，努力学习别人先进的教学经验，改变旧的教学观念，把新的教学理念运用在自己教育教学之上。</w:t>
      </w:r>
      <w:r>
        <w:rPr>
          <w:lang w:eastAsia="zh-CN"/>
        </w:rPr>
        <w:br/>
      </w:r>
      <w:r>
        <w:rPr>
          <w:lang w:eastAsia="zh-CN"/>
        </w:rPr>
        <w:t>　　三、用爱育人。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全员育人的教育思想在我的心中已牢牢扎根。我常常教育学生要爱学校，爱班级、爱老师、爱同学。如果连自己身边的人和物都爱不好，谈何爱祖国、爱人民呢？因此我时常不失时机地抓住一切可以利用的机会对学生进行常规教育，对学生的行为习惯、文明礼貌、思想品格等方面逐步渗透爱的教育。遇到学生因小事打架，我会主动对他们进行思想教育，告诉他们要学会关爱他人。有一次我和学生一起在走道里发现一个废弃的食品袋，我没有叫学生去捡，而是亲自弯下腰把废弃的食品袋捡起来扔到垃圾桶里。对于学习落后的学生，我没有放弃他们，时常鼓励和帮助他们解决学习的困难，使他们有信心继续学习。我用我的心去教诲我的学生，我用我的情去培育我的`学生，用自己的行为给他们树立爱的榜样。</w:t>
      </w:r>
      <w:r>
        <w:rPr>
          <w:lang w:eastAsia="zh-CN"/>
        </w:rPr>
        <w:br/>
      </w:r>
      <w:r>
        <w:rPr>
          <w:lang w:eastAsia="zh-CN"/>
        </w:rPr>
        <w:t>　　四、用心教学。</w:t>
      </w:r>
      <w:r>
        <w:rPr>
          <w:lang w:eastAsia="zh-CN"/>
        </w:rPr>
        <w:br/>
      </w:r>
      <w:r>
        <w:rPr>
          <w:lang w:eastAsia="zh-CN"/>
        </w:rPr>
        <w:t>　　著名的现代教育心理学家布鲁纳认为："认知是一个过程，而不是一个结果。"因此，他强调"教一个人某门学科，不是要他把一些结果记下来，而是教他参与把知识建立起来的过程。”</w:t>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我在教学课堂教学中正确处理好"教"与"学"，"学"与"导"的关系，把教与学的重点放在"学"上，在教法上着眼于"导"，以学生发展为本，激发学生的求知欲，诱导学生主动探索、主动参与认知结构的过程，促使学生乐学，学会，会学。我让他们在交流中各抒己见，学生有独特见解的，我给予恰当的肯定，树立了学生的自信心，也激发了他学习的兴趣。苏霍姆林斯基曾经说过：“如果教师不想方设法使学生产生情绪高昂和智力振奋的内心状态，就急于传播知识，那么这种知识只能使人产生冷漠的态度。而没有情感的脑力劳动就会带来疲倦，没有欢欣鼓舞的心情，学习就会成为学生学习的负担。”因此，我上课的第一工作就是使学生“动”起来，让学生以偷快的心情积极参与到学习中来。如教学“小数加、减法”时，我就创设了到商场购物的虚拟情境，让学生动起来。我把商场快报上的商品图案和价格一一剪下来，当作商品发到四人小组里，然后让学生每人每次购买两件商品，并算出这两件商品应付的钱数，要求在作业本上列出横式、竖式。比一比，谁列的算式最多，算得又对，谁就是大赢家。学生们兴奋起来，把课堂当超市，兴致勃勃地边选购商品，边写算式，非常认真。我看到那积极参与的热烈场面，连平时不爱写作业的学生也积极地投入到活动之中。新教学大纲提出：小学数学教学改革的重要目标是改变学生的学习方式,要让学生积极主动地探索,发现解决数学问题的方法,发现数学的规律,教师应该转变角色,成为真正的组织者、引导者。让学生在解决问题中能够主动地调动相关知识，积极思维，通过自主学习，获得独立解决问题的能力。我在数学的课堂教学中正是如此努力地实现着这个目标。</w:t>
      </w:r>
      <w:r>
        <w:rPr>
          <w:lang w:eastAsia="zh-CN"/>
        </w:rPr>
        <w:br/>
      </w:r>
      <w:r>
        <w:rPr>
          <w:lang w:eastAsia="zh-CN"/>
        </w:rPr>
        <w:t>　　总之，我认真地备好每一节课，在备课中，我认真钻研教材、教学用书。学习好新教学大纲，虚心地学习别人的先进经验。力求吃透教材，找准重点、难点。上课时认真讲课，力求抓住重点，突破难点。运用多种教学方法。从学生的实际出发，注意调动学生学习的积极性和创造性。</w:t>
      </w:r>
      <w:r>
        <w:rPr>
          <w:lang w:eastAsia="zh-CN"/>
        </w:rPr>
        <w:br/>
      </w:r>
      <w:r>
        <w:rPr>
          <w:lang w:eastAsia="zh-CN"/>
        </w:rPr>
        <w:t xml:space="preserve">    小学期末总结范文 篇3 </w:t>
      </w:r>
      <w:r>
        <w:rPr>
          <w:lang w:eastAsia="zh-CN"/>
        </w:rPr>
        <w:br/>
      </w:r>
      <w:r>
        <w:rPr>
          <w:lang w:eastAsia="zh-CN"/>
        </w:rPr>
        <w:t>　　时光荏苒，记得初涉讲台的那一天，什么都不会的我，竟然也可以顺利地带完一学期三个班级的孩子们，当然，其中有很多挫折，问题，困难，但是在学校领导与老师的帮助下，都迎刃而解。我想我是幸运的，也是幸福的。能够生活在狮小这个集体中，本身就是一种幸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转眼,期末考试也顺利收关,三个班级的学生也交出了答卷。根据考试情况来看，总的来说，三个班级还是可以。但是还是会存在不足，我总结并进行了分析，如下：我的二（5）班一直都是我看好的班级，这次本可以考的更好，或许是试卷上有个别难题对于孩子们来说有些生疏，因此就失分，或许和孩子们的身体状况也有关系，毕竟班级里有多个孩子身体不佳，或许和当时的考试状态也有关系，这些都是客观原因。主观原因我要分析的是5班在接下来的教学过程中，尽可能的在学习好课本内容的同时，多帮孩子们巩固复习，举一反三，默写也需要多次过关。另外，适当的给孩子拓展，要指导孩子有变通的能力；我的二（6）班其实是一群很聪明的孩子，只是因为有了个别几个不是太守纪律的学生的原因，影响到了整个班集体的学习氛围，因此学习的吸收效率来说会相对弱一些。也就是说，两头的学生的比较多。因此接下来我将扶持困难学生尽可能的做到及格，帮其多复习巩固基础部分也多教育孩子要遵守课堂纪律，名列前茅的孩子继续督促与指导，希望6班有更大的进步。我的三（2）其实也是一群聪明的孩子，只是整体来说，学习态度不够很端正，他们的水平远不止这次的期末考试，只是平时学习中不够踏实，有时的英语课堂比较懒散，因此错了都是不该错的题目，尤其是“翻译词组”部分，都是基础题，错误率较高，这是值得反省的。另外，还有很多上课强调过的小细节，需要注意的地方，孩子并没有仔细完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因此，我带的三个班下学期还要继续加油，争取取得更好的成绩，我相信态度端正了，及时认真完成老师的作业，课后进行仔细巩固复习，还是会有很大进步。作为我，做的不足之处或者还有待加强的地方也要多请教经验丰富的老教师。希望下学期我与孩子们同进步，加油。一分耕耘一分收获，我始终相信这个道理。</w:t>
      </w:r>
      <w:r>
        <w:rPr>
          <w:lang w:eastAsia="zh-CN"/>
        </w:rPr>
        <w:br/>
      </w:r>
      <w:r>
        <w:rPr>
          <w:lang w:eastAsia="zh-CN"/>
        </w:rPr>
        <w:t xml:space="preserve">    小学期末总结范文 篇4 </w:t>
      </w:r>
      <w:r>
        <w:rPr>
          <w:lang w:eastAsia="zh-CN"/>
        </w:rPr>
        <w:br/>
      </w:r>
      <w:r>
        <w:rPr>
          <w:lang w:eastAsia="zh-CN"/>
        </w:rPr>
        <w:t>　　我是李昱澍。这学期我们已是三年级的学生了，学习任务虽然很重，但不经过辛苦的学习过程，就不可能有优秀的学习成绩，所以我们必须要加倍努力。</w:t>
      </w:r>
      <w:r>
        <w:rPr>
          <w:lang w:eastAsia="zh-CN"/>
        </w:rPr>
        <w:br/>
      </w:r>
      <w:r>
        <w:rPr>
          <w:lang w:eastAsia="zh-CN"/>
        </w:rPr>
        <w:t>　　一学期很快结束了。我的作文在原来牛头不对马嘴的基础上明显有了进步。昨天拿到试卷看到作文题材，我就暗暗窃喜：是王老师辅导过的作文，这让我对写作更加有了信心。这一切都要归功于王老师的耐心教导和爸爸妈妈不辞辛劳的陪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我暗暗下定决心，在以后的写作道路上，要更加努力，争取作文多次被老师选入公众台发表，当然在学习中也不能懈怠，具体学习安排如下：一、我会在学习新课前主动预习课文，勾出不懂的问题；二、上课认真听讲，积极思考，大胆发言，听不懂的问题，下课主动向老师提问，连孙中山都说：学问学问不懂就要问，我们一定要弄明白每一个问题。三、课后保质保量完成作业，读到好词佳句摘抄在本子上，一定要当日事当日完成，绝不拖延。当然我的不足之处也很多，比如不认真读题、粗心大意，经常在做题的过程中出现小问题。我希望在以后的学习过程中不用老师和父母的指点，自己能纠正这个毛病。也希望今天和同学们的交流能让我取长补短，查漏补缺，让我们共同努力共同进步。</w:t>
      </w:r>
      <w:r>
        <w:rPr>
          <w:lang w:eastAsia="zh-CN"/>
        </w:rPr>
        <w:br/>
      </w:r>
      <w:r>
        <w:rPr>
          <w:lang w:eastAsia="zh-CN"/>
        </w:rPr>
        <w:t>　　最后祝老师在新的一年里身体健康，工作顺利，也祝同学们快乐学习天天向上！谢谢大家！</w:t>
      </w:r>
      <w:r>
        <w:rPr>
          <w:lang w:eastAsia="zh-CN"/>
        </w:rPr>
        <w:br/>
      </w:r>
      <w:r>
        <w:rPr>
          <w:lang w:eastAsia="zh-CN"/>
        </w:rPr>
        <w:t xml:space="preserve">    小学期末总结范文 篇5 </w:t>
      </w:r>
      <w:r>
        <w:rPr>
          <w:lang w:eastAsia="zh-CN"/>
        </w:rPr>
        <w:br/>
      </w:r>
      <w:r>
        <w:rPr>
          <w:lang w:eastAsia="zh-CN"/>
        </w:rPr>
        <w:t>　　为了进一步提高课堂教学效果，抓细抓实教学的各个环节，加强对期末考试工作的管理，按照县局期末检测文件及补充通知的要求，校长办于3月2日下午召开了期末考务会，对期末各项工作做了具体细致的安排，并提出了明确要求。各校按照校长办统一要求，较好地落实了期末考试各项工作，充分发挥考试对教学的检测、改进、激励和导向功能。现将期末考试各项工作小结如下：</w:t>
      </w:r>
      <w:r>
        <w:rPr>
          <w:lang w:eastAsia="zh-CN"/>
        </w:rPr>
        <w:br/>
      </w:r>
      <w:r>
        <w:rPr>
          <w:lang w:eastAsia="zh-CN"/>
        </w:rPr>
        <w:t>　　一、考试工作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为确保本次期末考试各项工作严格按校长办统一要求予以落实，校长办决定从中心小学抽调部分教师到所有小学任主考，并于3月2日下午4点由主考统一到校长办领取试题，于5点到各考点召开考试会，检查各考点试场安排情况，通过巡视检查，了解到各校重视考试工作，加强了对考试工作的组织管理，各校做到了按学籍人数组织考试;一年级学生单人单桌，其余各年级交错搭配考试;桌洞朝前，学生书包、书籍全部放在讲台上或窗户台上;监考教师没有做其它杂事的，绝大部分能做到一前一后监考，其中派去马家沟村小的主考和学校唯一教师同时监考，自始至终。各学校校长不定期巡视考场，检查考试及监考工作;考场整洁，秩序良好。由此反映了各校考试工作安排周密，通过良好考风考纪抓学风，促进学生学业发展。</w:t>
      </w:r>
      <w:r>
        <w:rPr>
          <w:lang w:eastAsia="zh-CN"/>
        </w:rPr>
        <w:br/>
      </w:r>
      <w:r>
        <w:rPr>
          <w:lang w:eastAsia="zh-CN"/>
        </w:rPr>
        <w:t>　　二、阅卷工作</w:t>
      </w:r>
      <w:r>
        <w:rPr>
          <w:lang w:eastAsia="zh-CN"/>
        </w:rPr>
        <w:br/>
      </w:r>
      <w:r>
        <w:rPr>
          <w:lang w:eastAsia="zh-CN"/>
        </w:rPr>
        <w:t>　　此次阅卷按期末检测阅卷标准，各片、各校自行组织了此次考试阅卷工作。中心小学将全体教师分为三组，流水作业，集体批阅;湖田片将教师集中起来统一阅卷，其余各校也是对阅卷教师进行了明确分工，组织全体阅卷教师对评分标准进行了认真、细致地分析和讨论，针对开放性试题答案不唯一的特点，预计可能出现的多种答案，且在评阅中针对出现的新答案，经阅卷教师交流分析，认为合理的判定为正确答案。绝大部分阅卷教师按时到岗，认真按照评分标准合理赋分，保证了阅卷质量，真实地反映了各校教学实际情况，有利于引导和促进教师转变教育教学观念，改变教学方式，促进学生主动学习。</w:t>
      </w:r>
      <w:r>
        <w:rPr>
          <w:lang w:eastAsia="zh-CN"/>
        </w:rPr>
        <w:br/>
      </w:r>
      <w:r>
        <w:rPr>
          <w:lang w:eastAsia="zh-CN"/>
        </w:rPr>
        <w:t>　　三、试卷分析与统分工作</w:t>
      </w:r>
      <w:r>
        <w:rPr>
          <w:lang w:eastAsia="zh-CN"/>
        </w:rPr>
        <w:br/>
      </w:r>
      <w:r>
        <w:rPr>
          <w:lang w:eastAsia="zh-CN"/>
        </w:rPr>
        <w:t>　　根据此次考试工作要求，综合各考点学生答卷情况及成绩可以看出:从出题质量看：本次检测试题题量适中、检测面宽、难易适中，全面真实地检测出学生的真实水平，特别是习作题要求灵活，不拘一格，具有一定的开放性，创新性;从成绩看：低年级比高年级成绩好，语文成绩比数学成绩好，三、六年级英语、科学成绩较去年有很大程度的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在统分过程中，中心小学、湖田片和各小学均按统一要求，统一标准进行了阅卷、成绩统计工作，做到了公平、合理。各校普遍反映本次期末考试组织严密，监考工作和阅卷工作落实到位，真实地反映了各校的教学质量，切实对教学起到了激励和导向作用。既减轻了学校的负担，又提高了工作效率。</w:t>
      </w:r>
      <w:r>
        <w:rPr>
          <w:lang w:eastAsia="zh-CN"/>
        </w:rPr>
        <w:br/>
      </w:r>
      <w:r>
        <w:rPr>
          <w:lang w:eastAsia="zh-CN"/>
        </w:rPr>
        <w:t>　　四、几点要求</w:t>
      </w:r>
      <w:r>
        <w:rPr>
          <w:lang w:eastAsia="zh-CN"/>
        </w:rPr>
        <w:br/>
      </w:r>
      <w:r>
        <w:rPr>
          <w:lang w:eastAsia="zh-CN"/>
        </w:rPr>
        <w:t>　　根据期末考务会的要求，校长办依据各校上报的考试成绩，将各校在全镇位次做了排列，结合学期初指定的教学目标，对各校今后教学提出以下要求：</w:t>
      </w:r>
      <w:r>
        <w:rPr>
          <w:lang w:eastAsia="zh-CN"/>
        </w:rPr>
        <w:br/>
      </w:r>
      <w:r>
        <w:rPr>
          <w:lang w:eastAsia="zh-CN"/>
        </w:rPr>
        <w:t>　　1、各校应牢固树立“质量立校”的宗旨，加强常规教学的管理、督察和指导力度。</w:t>
      </w:r>
      <w:r>
        <w:rPr>
          <w:lang w:eastAsia="zh-CN"/>
        </w:rPr>
        <w:br/>
      </w:r>
      <w:r>
        <w:rPr>
          <w:lang w:eastAsia="zh-CN"/>
        </w:rPr>
        <w:t>　　2、各校应加强素质教育，特别是在培养学生的自主、合作、探究的学习方法，开放、创新的思维方式、动手操作、解决问题的个人能力，联系实际、学以致用的教学目标等方面加强工作。</w:t>
      </w:r>
      <w:r>
        <w:rPr>
          <w:lang w:eastAsia="zh-CN"/>
        </w:rPr>
        <w:br/>
      </w:r>
      <w:r>
        <w:rPr>
          <w:lang w:eastAsia="zh-CN"/>
        </w:rPr>
        <w:t>　　3、重视并强化英语、科学等学科的教学。</w:t>
      </w:r>
      <w:r>
        <w:rPr>
          <w:lang w:eastAsia="zh-CN"/>
        </w:rPr>
        <w:br/>
      </w:r>
      <w:r>
        <w:rPr>
          <w:lang w:eastAsia="zh-CN"/>
        </w:rPr>
        <w:t>　　为了保证考试安全、公正、准确、规范，确保泗庄镇五年级调研考试在我考点顺利实施，实现考生公平竞争，确保社会和谐与稳定，东黄小学考点领导高度重视、周密计划、精心部署、严选人员、措施得力，考点全体工作人员严以律己，工作到位，使本考点(共8个场次)各项工作得以顺利、完满地完成。</w:t>
      </w:r>
      <w:r>
        <w:rPr>
          <w:lang w:eastAsia="zh-CN"/>
        </w:rPr>
        <w:br/>
      </w:r>
      <w:r>
        <w:rPr>
          <w:lang w:eastAsia="zh-CN"/>
        </w:rPr>
        <w:t xml:space="preserve">    小学期末总结范文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忙忙碌碌，转眼间，一个紧张而又充实的学期过去了。回顾这学期忙碌而愉快的工作中，在学校其他老师和领导的支持下，我也取得了一些的成绩和进步。在这里我对本学期的工作做个小结，并从中撷取精华加以保存，寻找不足加以弥补，争取在新的一学年中取得更大的提高。</w:t>
      </w:r>
      <w:r>
        <w:rPr>
          <w:lang w:eastAsia="zh-CN"/>
        </w:rPr>
        <w:br/>
      </w:r>
      <w:r>
        <w:rPr>
          <w:lang w:eastAsia="zh-CN"/>
        </w:rPr>
        <w:t>　　一、政治思想方面：</w:t>
      </w:r>
      <w:r>
        <w:rPr>
          <w:lang w:eastAsia="zh-CN"/>
        </w:rPr>
        <w:br/>
      </w:r>
      <w:r>
        <w:rPr>
          <w:lang w:eastAsia="zh-CN"/>
        </w:rPr>
        <w:t>　　个人思想方面，一如既往地热爱祖国热爱教育事业，努力学习并认真体会和贯彻党的指导思想，努力使自己真正成长为一名合格的教师。认真学习新的教育理论，及时更新教育理念。积极参加校本教研和其他各类培训，并做了大量的笔记。还认真学习、仔细体会并努力去做一名新形势下德育导师。</w:t>
      </w:r>
      <w:r>
        <w:rPr>
          <w:lang w:eastAsia="zh-CN"/>
        </w:rPr>
        <w:br/>
      </w:r>
      <w:r>
        <w:rPr>
          <w:lang w:eastAsia="zh-CN"/>
        </w:rPr>
        <w:t>　　二、教育教学方面：</w:t>
      </w:r>
      <w:r>
        <w:rPr>
          <w:lang w:eastAsia="zh-CN"/>
        </w:rPr>
        <w:br/>
      </w:r>
      <w:r>
        <w:rPr>
          <w:lang w:eastAsia="zh-CN"/>
        </w:rPr>
        <w:t>　　1、课前准备：认真备课、备好课、努力备学生的课。</w:t>
      </w:r>
      <w:r>
        <w:rPr>
          <w:lang w:eastAsia="zh-CN"/>
        </w:rPr>
        <w:br/>
      </w:r>
      <w:r>
        <w:rPr>
          <w:lang w:eastAsia="zh-CN"/>
        </w:rPr>
        <w:t>　　2、认真钻研教材，了解教材的结构，重点与难点，掌握知识的逻辑，能运用自如。平时注意收集资料，在备课时能知道应补充哪些资料，怎样才能教好。</w:t>
      </w:r>
      <w:r>
        <w:rPr>
          <w:lang w:eastAsia="zh-CN"/>
        </w:rPr>
        <w:br/>
      </w:r>
      <w:r>
        <w:rPr>
          <w:lang w:eastAsia="zh-CN"/>
        </w:rPr>
        <w:t>　　3、在日常课堂中， 组织好课堂教学，关注全体学生，注意信息反馈，调动学生的有意注意，使其保持相对稳定性，同时，激发学生的情感，使他们产生愉悦的心境，创造良好的课堂气氛，课堂语言简洁明了，克服了以前重复的毛病。</w:t>
      </w:r>
      <w:r>
        <w:rPr>
          <w:lang w:eastAsia="zh-CN"/>
        </w:rPr>
        <w:br/>
      </w:r>
      <w:r>
        <w:rPr>
          <w:lang w:eastAsia="zh-CN"/>
        </w:rPr>
        <w:t>　　4、 积极参与听课、评课，虚心向同行学习教学方法，博采众长，提高教学水平。</w:t>
      </w:r>
      <w:r>
        <w:rPr>
          <w:lang w:eastAsia="zh-CN"/>
        </w:rPr>
        <w:br/>
      </w:r>
      <w:r>
        <w:rPr>
          <w:lang w:eastAsia="zh-CN"/>
        </w:rPr>
        <w:t>　　5、积极参加各类各级教研活动，参加领雁班的学习，加强自己的业务水平。积极参加各类，各级教育教研比赛，论文获区一等奖、市三等奖，被评为“区美术学科骨干”和温州市美术教育学会委员,指导学生章梦雅和孙翊鸣获区艺术节硬笔书法比赛三等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6、热爱学生，平等的对待每一个学生，让他们都感受到老师的关心，良好的师生关系促进了学生的学习。</w:t>
      </w:r>
      <w:r>
        <w:rPr>
          <w:lang w:eastAsia="zh-CN"/>
        </w:rPr>
        <w:br/>
      </w:r>
      <w:r>
        <w:rPr>
          <w:lang w:eastAsia="zh-CN"/>
        </w:rPr>
        <w:t>　　金无足赤，人无完人，一学期下来，虽然收获自然不小，但也在工作中发现一些存在的问题。我会努力提高自身的专业水平和综合素质，不断地学习新知识充实自己，大胆地创新教学方法，学习其他教师的教学经验，吸取先进经验运用与实践中，力求把今后的工作做得更好!</w:t>
      </w:r>
      <w:r>
        <w:rPr>
          <w:lang w:eastAsia="zh-CN"/>
        </w:rPr>
        <w:br/>
      </w:r>
      <w:r>
        <w:rPr>
          <w:lang w:eastAsia="zh-CN"/>
        </w:rPr>
        <w:t xml:space="preserve">    小学期末总结范文 篇7 </w:t>
      </w:r>
      <w:r>
        <w:rPr>
          <w:lang w:eastAsia="zh-CN"/>
        </w:rPr>
        <w:br/>
      </w:r>
      <w:r>
        <w:rPr>
          <w:lang w:eastAsia="zh-CN"/>
        </w:rPr>
        <w:t>　　自从进入三年级以来，我感觉自己长大了，更加明确了自己的学习目标，并一直朝着这个方向努力。</w:t>
      </w:r>
      <w:r>
        <w:rPr>
          <w:lang w:eastAsia="zh-CN"/>
        </w:rPr>
        <w:br/>
      </w:r>
      <w:r>
        <w:rPr>
          <w:lang w:eastAsia="zh-CN"/>
        </w:rPr>
        <w:t>　　下面将我本学期的各项表现总结如下：</w:t>
      </w:r>
      <w:r>
        <w:rPr>
          <w:lang w:eastAsia="zh-CN"/>
        </w:rPr>
        <w:br/>
      </w:r>
      <w:r>
        <w:rPr>
          <w:lang w:eastAsia="zh-CN"/>
        </w:rPr>
        <w:t>　　上课的时候我能够做到认真听讲，并积极举手发言；课间我会抓紧时间完成随课作业，遇到不懂的问题会主动问老师；在学校我会主动帮助学习有困难的同学；放学回家后我会立即做作业。尽量在妈妈下班之前完成各项独立作业。但是有时候书写态度不端正，导致妈妈检查作业不过关只好重新写；但我知道妈妈让我重新写是为了我好，希望我能养成好的学习习惯，以后我一定会端正学习态度，保质保量完成每一项作业，争取一次性过关，让妈妈和老师都省心。有时吃饭的时候我会管不住自己的嘴巴，有时候嘴里含着食物在说话，这是不文明的行为，以后我要改正吃饭说话的坏毛病，我要努力改正缺点，学会耐心地倾听，争取做一个懂礼貌，知礼仪的好孩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我积极参加学校的各项集体活动，力争为班级增光添彩：在学校的各项比赛中，我表现突出，在放假前被评为班级优秀“小作家”和“优秀诗词朗诵达人”奖等荣誉称号。</w:t>
      </w:r>
      <w:r>
        <w:rPr>
          <w:lang w:eastAsia="zh-CN"/>
        </w:rPr>
        <w:br/>
      </w:r>
      <w:r>
        <w:rPr>
          <w:lang w:eastAsia="zh-CN"/>
        </w:rPr>
        <w:t>　　我知道学习是自己的事情，而现在养成良好的学习习惯是至关重要的，感谢老师和妈妈对我的严格要求，我喜欢在学校的每一天，喜欢和老师交谈，喜欢和同学们一起学习、游戏和共同成长，希望在以后的学习中，我能够百尺竿头，更进一步！</w:t>
      </w:r>
      <w:r>
        <w:rPr>
          <w:lang w:eastAsia="zh-CN"/>
        </w:rPr>
        <w:br/>
      </w:r>
      <w:r>
        <w:rPr>
          <w:lang w:eastAsia="zh-CN"/>
        </w:rPr>
        <w:t>　　我的发言完毕，谢谢大家！</w:t>
      </w:r>
      <w:r>
        <w:rPr>
          <w:lang w:eastAsia="zh-CN"/>
        </w:rPr>
        <w:br/>
      </w:r>
      <w:r>
        <w:rPr>
          <w:lang w:eastAsia="zh-CN"/>
        </w:rPr>
        <w:t xml:space="preserve">    小学期末总结范文 篇8 </w:t>
      </w:r>
      <w:r>
        <w:rPr>
          <w:lang w:eastAsia="zh-CN"/>
        </w:rPr>
        <w:br/>
      </w:r>
      <w:r>
        <w:rPr>
          <w:lang w:eastAsia="zh-CN"/>
        </w:rPr>
        <w:t>　　时光如逝，岁月如流，一转眼的时光，一年的学习生活已经过去了。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期末考试的好与坏都看这一年的努力多少，我这一学期的表现都会在这里展现。这一年来。在老师和同学们关心、帮助下，通过自身不断努力，各方面均取得一定的进步。在同学之间的互相学习中，体会到了知识就是人的力量源泉，没有专业知识、专业技巧，什么成功都不会与你相约，只有真正的掌握了解所学的东西才能便于日后面对社会的种种问题。对于现金社会，我要不断的充实自己，完善自己，使自己能够成为适应这个社会的专业人才，将来如果社会给我机会的时候，我就能以我的所学完完全全的融会到往后的工作当中去，所以现在属于我们的知识储备期。曾经有位老师跟我们说过：人的机遇难求，当机遇来的时候就要好好的抓住它，当时如果你没有驾驭它的能力，你还是只能眼睁睁的看着它从你的身边溜走，而无可奈何，与其到时后悔，不如现在好好储备自己的知识量，时刻准备着，等待着机会的到来。</w:t>
      </w:r>
      <w:r>
        <w:rPr>
          <w:lang w:eastAsia="zh-CN"/>
        </w:rPr>
        <w:br/>
      </w:r>
      <w:r>
        <w:rPr>
          <w:lang w:eastAsia="zh-CN"/>
        </w:rPr>
        <w:t>　　我是一个_年级的小学生，我尊敬师长，团结同学，对人有礼貌。遵守学校的各种规章制度，按时上学，不迟到不早退;按时完成作业，经常帮助同学;上课认真听讲;学习认真，虚心;积极参加劳动和体育锻炼。主动积极参加各种集体活动。</w:t>
      </w:r>
      <w:r>
        <w:rPr>
          <w:lang w:eastAsia="zh-CN"/>
        </w:rPr>
        <w:br/>
      </w:r>
      <w:r>
        <w:rPr>
          <w:lang w:eastAsia="zh-CN"/>
        </w:rPr>
        <w:t>　　一个学期以来，在老师和同学的帮助下，我在学习和品德等方面都取得了很大的进步。虽然我成绩不是很好，但我一直很努力，我特别喜欢数学。当然，我知道自己存在许多不足，如学习上没有足够的耐心，上课有时会做小动作。今后我会继续发扬自己的优点.，认识到自己的缺点并加于改正，争取在未来取得更大的进步!</w:t>
      </w:r>
      <w:r>
        <w:rPr>
          <w:lang w:eastAsia="zh-CN"/>
        </w:rPr>
        <w:br/>
      </w:r>
      <w:r>
        <w:rPr>
          <w:lang w:eastAsia="zh-CN"/>
        </w:rPr>
        <w:t xml:space="preserve">    小学期末总结范文 篇9 </w:t>
      </w:r>
      <w:r>
        <w:rPr>
          <w:lang w:eastAsia="zh-CN"/>
        </w:rPr>
        <w:br/>
      </w:r>
      <w:r>
        <w:rPr>
          <w:lang w:eastAsia="zh-CN"/>
        </w:rPr>
        <w:t>　　本学期我担任三、四、五、六三个年级的英语教学工作，由于之前一直担任六年级英语教学，并且也没有跨年级的教学经验!我有一点点担心自己不能胜任。因此，我时常告诫自己，绝对不能松懈，要虚心向别人学习，借鉴别人好的教学方法，认真钻研教材，写好每一篇教案，做好课后小结，这学期我也学到了不少的经验。以下是我在这学期的一些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首先是备课，由于担任三个年级的英语老师，要写几个年级的教案，负担相对来说比较重，但也是对我的一次考验，在我的心理只有一个想法：要做就要做最好，不能误人子弟，要对学生负责。我对学生没有放松，就像管理六年级一样，但是就在第一学期结束的时候，一个意想不到的结果摆在了我的面前，四年级的成绩一点都不理想，还达不到第一名的88%，我真的很失望。针对这样的情况，我仔细分析了原因是教学方法适用不当，因为四年级和六年级的学生跨度很大，使用一样的教学方法是行不通的，我需要改变教学方法的应用。于是我参考教材，也网上查了不少关于英语的资料，并结合学生的实际情况及兴趣爱好，在课堂上多添加一些与本课有关的英语游戏，让学生能轻松地学习英语。一堂准备充分的课，会令学生和老师都获益不浅。认真备课对教学十分重要，特别是对英语这门学生不甚熟悉并感到困难的外语来说至关重要。备课充分，能调动学生的积极性，上课效果就好。但同时又要有驾驭课堂的能力，因为学生在课堂上的一举一动都会直接影响课堂教学。老师每天都要有充足的精神，让学生感受到一种自然气氛。这样，授课就事半功倍。回看自己的授课，我感到有点愧疚，因为有时我并不能很好地做到这点。其次是学生的作业批改，因为四、五年级的学生是初次接触英语，作业也只能布置一些单词、课文的抄写。但尽管如此，我也把学生每一次的作业都收上来改，虽然只是抄，但还是有很多学生不认真，往往把某些单词抄错，所以不能忽视学生的抄写。对这些有错的学生，我最常使用的处罚方法就是重重地罚抄，抄到他们怕为止。但同时又有新的问题出现，你让他们抄越多，他们就越不认真，就越随便应付。所以我常常在想该怎么处罚他们比较有用，这也是我必须向有经验的老师学习的地方。英语是一门外语，对学生而言，既生疏又困难，在这样一种大环境之下，要教好英语，就要让学生喜爱英语，让他们对英语产生兴趣。否则学生对这门学科产生畏难情绪，不愿学，也无法学下去。为此，我采取了一些方法，尽量多讲一些关于英美国家的文化，生活故事，让他们更了解英语，更喜欢学习英语。</w:t>
      </w:r>
      <w:r>
        <w:rPr>
          <w:lang w:eastAsia="zh-CN"/>
        </w:rPr>
        <w:br/>
      </w:r>
      <w:r>
        <w:rPr>
          <w:lang w:eastAsia="zh-CN"/>
        </w:rPr>
        <w:t>　　经过一个学期的努力，我任教的四、五年级的英语期末考试都得了第一名，我感到很欣慰。事实上，期末考试就是一种考验。无论成绩高低，都体现了我在这学期的教学成果。我明白到这并不是最重要的，重要的是在本学期后如何自我提高，如何共同提高各班的英语水平。因此，无论怎样辛苦，我都会继续努力，多问，多想，多向有经验的老师学习，争取进步。以上就是我在本学期的教学工作总结。由于经验颇浅，许多地方存在不足，希望在未来的日子里，能够取得更好成绩。</w:t>
      </w:r>
      <w:r>
        <w:rPr>
          <w:lang w:eastAsia="zh-CN"/>
        </w:rPr>
        <w:br/>
      </w:r>
      <w:r>
        <w:rPr>
          <w:lang w:eastAsia="zh-CN"/>
        </w:rPr>
        <w:t xml:space="preserve">    小学期末总结范文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我校活力课堂建设从构想、制定方案到尝试实施已经历时一年多了，今年，为了进一步深化构建我校“设疑、探究、生成、评价、应用”的活力课堂教学新模式，推进我校活力课堂建设的常态化，这个学期简校长利用每周二、四的时间听了我校各位老师的一节“活力课堂”。各教师精心准备，相互交流探讨，出现了很多具有个性特色、活力四射的好课。在上课的基础上，各教研组对所有的活力课进行了研讨，及时反思，总结得失，营造了浓厚的教研氛围。在这样良好的教学氛围中一批年青教师成长起来了，教学能力明显提高。接下来，我将从以下几个方面谈谈自己的数学课，请大家多多指教吧：</w:t>
      </w:r>
      <w:r>
        <w:rPr>
          <w:lang w:eastAsia="zh-CN"/>
        </w:rPr>
        <w:br/>
      </w:r>
      <w:r>
        <w:rPr>
          <w:lang w:eastAsia="zh-CN"/>
        </w:rPr>
        <w:t>　　1. 活力之一——设疑巧妙。</w:t>
      </w:r>
      <w:r>
        <w:rPr>
          <w:lang w:eastAsia="zh-CN"/>
        </w:rPr>
        <w:br/>
      </w:r>
      <w:r>
        <w:rPr>
          <w:lang w:eastAsia="zh-CN"/>
        </w:rPr>
        <w:t>　　以这个学期的一节活力课堂公开课《七的乘法口诀》为例：通过学生喜爱的古诗导入，激发学生学习的兴趣，当学生有感情的诵读完《山行》后，师设疑：“你能马上说出这首古诗有几个字？”大部分学生都不能马上说出28个字，这时教师马上引导学生观察，通过观察知道古诗每行有7个字，一共有4行，利用了7的乘法口诀就可以很快知道这首古诗的字数。然后让学生进行探究：如果古诗中有5行、6、7、8、9行，它又有几个字？你能编写出关于7的乘法算式和口诀吗？通过这活动让学生主动学习，主动探究。整个教学过程很流畅，学生学习主动、积极。这节课切实落实了“五个环节”体现课堂主导，以“活力”为抓手。</w:t>
      </w:r>
      <w:r>
        <w:rPr>
          <w:lang w:eastAsia="zh-CN"/>
        </w:rPr>
        <w:br/>
      </w:r>
      <w:r>
        <w:rPr>
          <w:lang w:eastAsia="zh-CN"/>
        </w:rPr>
        <w:t>　　2、活力之二——探究明确。</w:t>
      </w:r>
      <w:r>
        <w:rPr>
          <w:lang w:eastAsia="zh-CN"/>
        </w:rPr>
        <w:br/>
      </w:r>
      <w:r>
        <w:rPr>
          <w:lang w:eastAsia="zh-CN"/>
        </w:rPr>
        <w:t>　　课堂教学不应只是教师的讲授、示范，而是师生共同的学习活动。“自主学习与合作学习相结合，学习活动有实效。”通过教师的恰当组织、引导，让学生知道“做什么”和“怎么做”，让学生“动”得起来，学有所获。课堂的组织形式多种多样，我们要根据课程要求、课堂内容的具体情况，敢于试验、探究，选择最优的、适合我们学生自主学习和合作学习的形式，打造有效、高效课堂。更要我们探究好的课堂组织形式，营造好的合作学习的氛围，让每个学生能够参与到课堂活动中来。</w:t>
      </w:r>
      <w:r>
        <w:rPr>
          <w:lang w:eastAsia="zh-CN"/>
        </w:rPr>
        <w:br/>
      </w:r>
      <w:r>
        <w:rPr>
          <w:lang w:eastAsia="zh-CN"/>
        </w:rPr>
        <w:t>　　3、活力之三——评价适当。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学习评价是对师生共同的学习活动做出评估，学习评价具有诊断、导向、激励三个功能。学习评价不只是评级、打分，可以是一个肯定、一句赞赏、一个建议甚至一个质疑。评价包含教师在课堂活动过程中对学生学习的情况做个别、总体的评价，也可以是学生之间的交流、质疑，学生对教师的提问、质疑，这些都能反映课堂学习活动的效度。又以活力课堂《笔算连加》为例：学生对连加、连减和加减混合的运算顺序在一年级上、下册已经学过，这次着重学习运算中的竖式计算，学会竖式中的简便写法。在这节课的教学过程中，学生在课堂里能做到积极发言，配合老师完成教学任务和目标，基本达到活力课堂的要求，教师的语言、评价适当。</w:t>
      </w:r>
      <w:r>
        <w:rPr>
          <w:lang w:eastAsia="zh-CN"/>
        </w:rPr>
        <w:br/>
      </w:r>
      <w:r>
        <w:rPr>
          <w:lang w:eastAsia="zh-CN"/>
        </w:rPr>
        <w:t>　　4、活力之四——生成灵活。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笔算连加》这节课，在“设疑、探究、生成、评价、运用”这五个环节中，感觉“探究”这环节，有少少问题存在，导致生成不够灵活。例如：学生探究简便写法时，大部分学生都会按照书上的写法去写，当老师去巡查的时候，我也有发现班上有个女同学王小茜和别人的写法不一样，她把三个数连起来一起加了，得数是对的，但是写了2个加号，横线就画了一条，笔算的过程中没有写上进位的小1。但当我让学生汇报时，居然忘记了是谁，在焦急的时候发现校长也指了指王小茜，结果我才想起来，于是我就拿了她的写法出来给大家观察，全班学生都说错，然后我也说了这样的一句话：“这样看起来更简便啊？为什么错呢？”然后学生就指出她写了2个加号，横线画了一条，漏写了进位1，等等书写的毛病。我说“错的”意思是书写的错，没有说这样三个数连起来写是错，大家都误会了，当时我没有表扬她这种写法只是考虑到刚刚学习笔算连加的写法，不想给学生增加太多的简便写法，以免学生混乱。但是，现在我回想起来，我也有点不够教学机智吧。</w:t>
      </w:r>
      <w:r>
        <w:rPr>
          <w:lang w:eastAsia="zh-CN"/>
        </w:rPr>
        <w:br/>
      </w:r>
      <w:r>
        <w:rPr>
          <w:lang w:eastAsia="zh-CN"/>
        </w:rPr>
        <w:t>　　5、存在的问题与不足</w:t>
      </w:r>
      <w:r>
        <w:rPr>
          <w:lang w:eastAsia="zh-CN"/>
        </w:rPr>
        <w:br/>
      </w:r>
      <w:r>
        <w:rPr>
          <w:lang w:eastAsia="zh-CN"/>
        </w:rPr>
        <w:t>　　活力课堂常态化最大的阻力其实就在我们教师自己，使我们长期形成的“惯性”。在我校推进活力课堂建设的过程中取得了很大的成绩，但是出现的问题也不少，主要表现在部分教师的教学理念、教学方法和手段及课堂教学设计未有根本的转变，并没有真正理解“活了”、“动了”、“笑了”的真正内涵，要做到活力课堂常态化可谓是“任重而道远”。</w:t>
      </w:r>
      <w:r>
        <w:rPr>
          <w:lang w:eastAsia="zh-CN"/>
        </w:rPr>
        <w:br/>
      </w:r>
      <w:r>
        <w:rPr>
          <w:lang w:eastAsia="zh-CN"/>
        </w:rPr>
        <w:t>　　活力课堂要靠教师的课堂“五个环节”感染学生，生成学生在学习过程中的活力，这一切都离不开每一位教师的努力和探索。干要干出个样子，干要干出个“卓越”，扎扎实实，一步一个脚印，在关爱每一个学生，尊重学生人格，充分了解学生个性心理特点和张扬学生良好个性的基础上，因材施教，开发每一个学生的潜能。</w:t>
      </w:r>
      <w:r>
        <w:rPr>
          <w:lang w:eastAsia="zh-CN"/>
        </w:rPr>
        <w:br/>
      </w:r>
      <w:r>
        <w:rPr>
          <w:lang w:eastAsia="zh-CN"/>
        </w:rPr>
        <w:t xml:space="preserve">    小学期末总结范文 篇11 </w:t>
      </w:r>
      <w:r>
        <w:rPr>
          <w:lang w:eastAsia="zh-CN"/>
        </w:rPr>
        <w:br/>
      </w:r>
      <w:r>
        <w:rPr>
          <w:lang w:eastAsia="zh-CN"/>
        </w:rPr>
        <w:t>　　时光如水，转眼间，一学期很快就要过去了，为迎接区里质量检测做准备的我，这期间有很多的思考和感受，现特将本学期教学工作总结如下：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一、思想方面：本人有强烈的集体荣誉感，有无私奉献精神。工作中，我在思想上严于律己，时时以一个老教师的身份来约束自己，鞭策自己。对自己要求严格，力争在思想上、工作上在同事、学生的心目中树立起榜样的作用。一切服从学校的工作安排，配合领导和老师们做好各项工作。</w:t>
      </w:r>
      <w:r>
        <w:rPr>
          <w:lang w:eastAsia="zh-CN"/>
        </w:rPr>
        <w:br/>
      </w:r>
      <w:r>
        <w:rPr>
          <w:lang w:eastAsia="zh-CN"/>
        </w:rPr>
        <w:t>　　二,在教育教学上，敬业爱岗，严谨治教。</w:t>
      </w:r>
      <w:r>
        <w:rPr>
          <w:lang w:eastAsia="zh-CN"/>
        </w:rPr>
        <w:br/>
      </w:r>
      <w:r>
        <w:rPr>
          <w:lang w:eastAsia="zh-CN"/>
        </w:rPr>
        <w:t>　　1、备课深入细致。平时认真研究教材，力求深入理解教材，并凭着多年积累的经验,准确把握难重点。还要注意学生的实际情况。并不断归纳总结经验教训。为了每一节课的效率高，经常集中别人的优点确定自己的教学思路，时常和同年组教师研究教学环节。研究教学规律，不断改进教学方法。</w:t>
      </w:r>
      <w:r>
        <w:rPr>
          <w:lang w:eastAsia="zh-CN"/>
        </w:rPr>
        <w:br/>
      </w:r>
      <w:r>
        <w:rPr>
          <w:lang w:eastAsia="zh-CN"/>
        </w:rPr>
        <w:t>　　2、上课，上好课的前提是做好课前准备。上课时认真讲课，力求抓住重点，突破难点，精讲精练。运用多种教学方法，从学生的实际出发，注意调动学生学习的积极性和创造性思维，使学生有举一反三的能力。要想提高优秀率，课堂40分钟是关键，既要培养学困生的学习兴趣，又要注意到优等生得到满足，还不能忽略了中等生，这样在一节课上就要分配好，有难度的问题找优等生;一般问题找中等生;简单些的总是找学困生回答。做到因材施教，因人而异，我这个数学教师受到学生的喜爱。在教学中，加强学生思维能力的培养和非智力因素的培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3、课后辅导是取得好成绩不可缺少的重要一环，在课后，为不同层次的学生进行相应的辅导，以满足不同层次的学生的需求，避免了一刀切的弊端，同时加大了后进生的辅导力度。对后进生的辅导，并不限于学习知识性的辅导，更重要的是学习思想的辅导，要提高后进生的成绩，首先要解决他们心结，让他们意识到学习的重要性和必要性，使之对学习萌发兴趣。要通过各种途径激发他们的求知欲和上进心，让他们意识到学习并不是一项任务，也不是一件痛苦的事情。而是充满乐趣的。从而自觉的把身心投放到学习中去。这样，后进生的转化，就由原来的简单粗暴、强制学习转化到自觉的求知上来。在此基础上，再教给他们学习的方法，提高他们的技能。并认真细致地做好查漏补缺工作。后进生通常存在很多知识断层，这些都是后进生转化过程中的拌脚石，在做好后进生的转化工作时，要特别注意给他们补课，把他们以前学习的知识断层补充完整，这样，他们就会学得轻松，进步也快，兴趣和求知欲也会随之增加。我认为只靠老师还是不够，一定发挥优等生的作用，实行以优带差的帮助方法，多利用课余时间加强辅导，主要就是检查学困生的作业，辅导学困生掌握课本的基本知识和技能。给学困生根据各自的情况定出目标，让他们双方都朝着那个目标前进。(达到85分俩人都得到一颗星)优等生们确实是非常尽责，而学困生时刻有个小老师在身旁指点，学起来也非常起劲。对分析能力比较差的个别学生给他们进行强化训练，这样使学困生的学习成绩尽量能达到优秀分数，提高了优秀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4、作业：根据减负的要求，我把每天的作业经过精心地挑选，适当地留一些有利于学生能力发展的、发挥主动性和创造性的作业。对学生的作业仔细的批改，对好的学生进行表扬，不好的学生进行教育。对存在的问题进行集中的讲解。所以一学期里，在端正学生学习态度的同时，加强培养了学生的各种学习能力,有重点地系统复习小学阶段教学的主要知识，通过系统的整理和复习，加深对小学阶段所学的知识的理解和掌握，发展了学生的思维能力和空间观念，提高综合运用所学知识解决简单的实际问题能力.这届毕业生的学习成绩比较理想。能力是比较强的，我坦然地说为中学输送了一批合格的小学毕业生。</w:t>
      </w:r>
      <w:r>
        <w:rPr>
          <w:lang w:eastAsia="zh-CN"/>
        </w:rPr>
        <w:br/>
      </w:r>
      <w:r>
        <w:rPr>
          <w:lang w:eastAsia="zh-CN"/>
        </w:rPr>
        <w:t>　　5、在暑期开学后，我无论接任哪个年级，哪个班，我都会尽力使班级学生的成绩在原有的基础上有所提高。教育教学工作，是一项常做常新、永无止境的工作。一份春华，一份秋实，在教书育人的道路上我付出的是辛勤的汗水，然而我收获的却是那一份份充实，那沉甸甸的情感。我用我的心去教诲我的学生，我用我的情去培育我的学生，我无愧于我心，我无悔于我的事业。让我把一生矢志教育的心愿化为热爱学生的一团火，将自己最珍贵的爱奉献给孩子们，相信今日含苞欲放的花蕾，明日一定能盛开绚丽的花朵。</w:t>
      </w:r>
      <w:r>
        <w:rPr>
          <w:lang w:eastAsia="zh-CN"/>
        </w:rPr>
        <w:br/>
      </w:r>
      <w:r>
        <w:rPr>
          <w:lang w:eastAsia="zh-CN"/>
        </w:rPr>
        <w:t xml:space="preserve">    小学期末总结范文 篇12 </w:t>
      </w:r>
      <w:r>
        <w:rPr>
          <w:lang w:eastAsia="zh-CN"/>
        </w:rPr>
        <w:br/>
      </w:r>
      <w:r>
        <w:rPr>
          <w:lang w:eastAsia="zh-CN"/>
        </w:rPr>
        <w:t>　　为了进一步提高课堂教学效果，抓细抓实教学的各个环节，加强对期末考试工作的管理， 按照县局期末检测文件及补充通知的要求，校长办于3月2日下午召开了期末考务会，对期末各项工作做了具体细致的安排，并提出了明确要求。各校按照校长办统一要求，较好地落实了期末考试各项工作，充分发挥考试对教学的检测、改进、激励和导向功能。现将期末考试各项工作小结如下：</w:t>
      </w:r>
      <w:r>
        <w:rPr>
          <w:lang w:eastAsia="zh-CN"/>
        </w:rPr>
        <w:br/>
      </w:r>
      <w:r>
        <w:rPr>
          <w:lang w:eastAsia="zh-CN"/>
        </w:rPr>
        <w:t>　　一、考试工作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为确保本次期末考试各项工作严格按校长办统一要求予以落实，校长办决定从中心小学抽调部分教师到所有小学任主考，并于3月2日下午4点由主考统一到校长办领取试题，于5点到各考点召开考试会，检查各考点试场安排情况，通过巡视检查，了解到各校重视考试工作，加强了对考试工作的组织管理，各校做到了按学籍人数组织考试;一年级学生单人单桌，其余各年级交错搭配考试;桌洞朝前，学生书包、书籍全部放在讲台上或窗户台上;监考教师没有做其它杂事的，绝大部分能做到一前一后监考，其中派去马家沟村小的主考和学校唯一教师同时监考，自始至终。各学校校长不定期巡视考场，检查考试及监考工作;考场整洁，秩序良好。由此反映了各校考试工作安排周密，通过良好考风考纪抓学风，促进学生学业发展。</w:t>
      </w:r>
      <w:r>
        <w:rPr>
          <w:lang w:eastAsia="zh-CN"/>
        </w:rPr>
        <w:br/>
      </w:r>
      <w:r>
        <w:rPr>
          <w:lang w:eastAsia="zh-CN"/>
        </w:rPr>
        <w:t>　　二、阅卷工作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此次阅卷按期末检测阅卷标准，各片、各校自行组织了此次考试阅卷工作。中心小学将全体教师分为三组，流水作业，集体批阅;湖田片将教师集中起来统一阅卷，其余各校也是对阅卷教师进行了明确分工，组织全体阅卷教师对评分标准进行了认真、细致地分析和讨论，针对开放性试题答案不唯一的特点，预计可能出现的多种答案，且在评阅中针对出现的新答案，经阅卷教师交流分析，认为合理的判定为正确答案。绝大部分阅卷教师按时到岗，认真按照评分标准合理赋分，保证了阅卷质量，真实地反映了各校教学实际情况，有利于引导和促进教师转变教育教学观念，改变教学方式，促进学生主动学习。</w:t>
      </w:r>
      <w:r>
        <w:rPr>
          <w:lang w:eastAsia="zh-CN"/>
        </w:rPr>
        <w:br/>
      </w:r>
      <w:r>
        <w:rPr>
          <w:lang w:eastAsia="zh-CN"/>
        </w:rPr>
        <w:t>　　三、试卷分析与统分工作</w:t>
      </w:r>
      <w:r>
        <w:rPr>
          <w:lang w:eastAsia="zh-CN"/>
        </w:rPr>
        <w:br/>
      </w:r>
      <w:r>
        <w:rPr>
          <w:lang w:eastAsia="zh-CN"/>
        </w:rPr>
        <w:t>　　根据此次考试工作要求，综合各考点学生答卷情况及成绩可以看出:从出题质量看：本次检测试题题量适中、检测面宽、难易适中，全面真实地检测出学生的真实水平，特别是习作题要求灵活，不拘一格，具有一定的开放性，创新性;从成绩看：低年级比高年级成绩好，语文成绩比数学成绩好，三、六年级英语、科学成绩较去年有很大程度的提高;</w:t>
      </w:r>
      <w:r>
        <w:rPr>
          <w:lang w:eastAsia="zh-CN"/>
        </w:rPr>
        <w:br/>
      </w:r>
      <w:r>
        <w:rPr>
          <w:lang w:eastAsia="zh-CN"/>
        </w:rPr>
        <w:t>　　在统分过程中，中心小学、湖田片和各小学均按统一要求，统一标准进行了阅卷、成绩统计工作，做到了公平、合理。各校普遍反映本次期末考试组织严密，监考工作和阅卷工作落实到位，真实地反映了各校的教学质量，切实对教学起到了激励和导向作用。既减轻了学校的负担，又提高了工作效率。</w:t>
      </w:r>
      <w:r>
        <w:rPr>
          <w:lang w:eastAsia="zh-CN"/>
        </w:rPr>
        <w:br/>
      </w:r>
      <w:r>
        <w:rPr>
          <w:lang w:eastAsia="zh-CN"/>
        </w:rPr>
        <w:t>　　四、几点要求</w:t>
      </w:r>
      <w:r>
        <w:rPr>
          <w:lang w:eastAsia="zh-CN"/>
        </w:rPr>
        <w:br/>
      </w:r>
      <w:r>
        <w:rPr>
          <w:lang w:eastAsia="zh-CN"/>
        </w:rPr>
        <w:t>　　根据期末考务会的要求，校长办依据各校上报的考试成绩，将各校在全镇位次做了排列，结合学期初指定的教学目标，对各校今后教学提出以下要求：</w:t>
      </w:r>
      <w:r>
        <w:rPr>
          <w:lang w:eastAsia="zh-CN"/>
        </w:rPr>
        <w:br/>
      </w:r>
      <w:r>
        <w:rPr>
          <w:lang w:eastAsia="zh-CN"/>
        </w:rPr>
        <w:t>　　1、各校应牢固树立“质量立校”的宗旨，加强常规教学的管理、督察和指导力度。</w:t>
      </w:r>
      <w:r>
        <w:rPr>
          <w:lang w:eastAsia="zh-CN"/>
        </w:rPr>
        <w:br/>
      </w:r>
      <w:r>
        <w:rPr>
          <w:lang w:eastAsia="zh-CN"/>
        </w:rPr>
        <w:t>　　2、各校应加强素质教育，特别是在培养学生的自主、合作、探究的学习方法，开放、创新的思维方式、动手操作、解决问题的个人能力，联系实际、学以致用的教学目标等方面加强工作。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3、重视并强化英语、科学等学科的教学。</w:t>
      </w:r>
      <w:r>
        <w:rPr>
          <w:lang w:eastAsia="zh-CN"/>
        </w:rPr>
        <w:br/>
      </w:r>
      <w:r>
        <w:rPr>
          <w:lang w:eastAsia="zh-CN"/>
        </w:rPr>
        <w:t xml:space="preserve">    小学期末总结范文 篇13 </w:t>
      </w:r>
      <w:r>
        <w:rPr>
          <w:lang w:eastAsia="zh-CN"/>
        </w:rPr>
        <w:br/>
      </w:r>
      <w:r>
        <w:rPr>
          <w:lang w:eastAsia="zh-CN"/>
        </w:rPr>
        <w:t>　　这一学期是幸福的，也是充满挑战的，我忙碌着，也快乐着。为使今后的工作取得更大的进步，现对本学期教学工作总结如下：</w:t>
      </w:r>
      <w:r>
        <w:rPr>
          <w:lang w:eastAsia="zh-CN"/>
        </w:rPr>
        <w:br/>
      </w:r>
      <w:r>
        <w:rPr>
          <w:lang w:eastAsia="zh-CN"/>
        </w:rPr>
        <w:t>　　一、思想方面</w:t>
      </w:r>
      <w:r>
        <w:rPr>
          <w:lang w:eastAsia="zh-CN"/>
        </w:rPr>
        <w:br/>
      </w:r>
      <w:r>
        <w:rPr>
          <w:lang w:eastAsia="zh-CN"/>
        </w:rPr>
        <w:t>　　我能够积极参加政治学习，深入学习政治理论知识，认真仔细的做好政治学习笔记。关心国家大事，拥护党中央的领导，坚持四项基本原则，拥护党的各项方针政策，遵守劳动纪律，团结同志，热心帮助同志;教育目的明确，态度端正，钻研业务，勤奋刻苦;关心学生，爱护学生，为人师表，有奉献精神。热爱自己的事业，积极的投身到工作之中去。</w:t>
      </w:r>
      <w:r>
        <w:rPr>
          <w:lang w:eastAsia="zh-CN"/>
        </w:rPr>
        <w:br/>
      </w:r>
      <w:r>
        <w:rPr>
          <w:lang w:eastAsia="zh-CN"/>
        </w:rPr>
        <w:t>　　二、教学方面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1、备课：从开学初，积极组织开展教研活动，认真的准备说课、备课、集体备课。作为一名年轻的教研员，我认真的向老教研员学习，学习他的经验以及那种对学生的认真负责的态度，不断的提高自己的业务水平。可以根据要求，提前两周备好课，写好学校规定的标准的教案。平时做到周前备课。备课时认真钻研教材，学习好课程标准，虚心向同年级组老师学习、请教。力求吃透教材，找准重点、难点。为了上好一节课，我经常的上网查阅资料，集中别人的优点确定自己的教学思路，时常和有经验的老教师研究教学环节。为了学生能更直观地感受所学的知识内容，我积极的制作多媒体课件，复习阶段，我把每一单元的基础词语、重点内容用电脑打在屏幕上，使学生有个清晰的复习印象。</w:t>
      </w:r>
      <w:r>
        <w:rPr>
          <w:lang w:eastAsia="zh-CN"/>
        </w:rPr>
        <w:br/>
      </w:r>
      <w:r>
        <w:rPr>
          <w:lang w:eastAsia="zh-CN"/>
        </w:rPr>
        <w:t>　　2、上课：上好课的前提是做好课前准备。上课时认真讲课，力求抓住重点，突破难点，精讲精练。运用多种教学方法，从学生的实际出发，注意调动学生学习的积极性和创造性思维，使学生有举一反三的能力。培养学困生的学习兴趣，有难度的问题找优等生;一般问题找中等生;简单些的总是找学困生回答。可以做到因材施教，教学方法受到学生的喜爱。学生积极的回答问题，能够和学生积极的融合在一起，教学的任务顺利完成，学生的学习效果比较的理想。</w:t>
      </w:r>
      <w:r>
        <w:rPr>
          <w:lang w:eastAsia="zh-CN"/>
        </w:rPr>
        <w:br/>
      </w:r>
      <w:r>
        <w:rPr>
          <w:lang w:eastAsia="zh-CN"/>
        </w:rPr>
        <w:t>　　3、辅导：我利用语文自习对学生进行辅导，不明白的给学生耐心讲解，及时查缺补漏。基本上每周都能利用辅导，给学生加强一些课外的阅读练习。此外，还与家长保持一定的联系，及时和家长沟通情况，以便家长在家里督促孩子学习。对学习比较差的学生要进行集中的辅导，给他们进行强化训练。</w:t>
      </w:r>
      <w:r>
        <w:rPr>
          <w:lang w:eastAsia="zh-CN"/>
        </w:rPr>
        <w:br/>
      </w:r>
      <w:r>
        <w:rPr>
          <w:lang w:eastAsia="zh-CN"/>
        </w:rPr>
        <w:t>　　4、作业：根据减负的要求，我把每天的作业经过精心地挑选，适当地留一些有利于学生能力发展的、发挥主动性和创造性的作业。对学生的作业仔细的批改，对好的学生进行表扬，不好的学生进行教育。对存在的问题进行集中的讲解。作业及时的批改，认真的书写评语，依据学生的自身情况，有区别的书写评语，使学生在评语中可以知道自己的不足。</w:t>
      </w:r>
      <w:r>
        <w:rPr>
          <w:lang w:eastAsia="zh-CN"/>
        </w:rPr>
        <w:br/>
      </w:r>
      <w:r>
        <w:rPr>
          <w:lang w:eastAsia="zh-CN"/>
        </w:rPr>
        <w:t>　　三、个人学习方面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积极学习各种教育理论，不断的充实自己，以便在工作中以坚实的理论作为指导，更好地进行教育教学。坚持向老教师学习，坚持做好读书笔记，并将一些比较好的教学理念，应用到自己的教学之中和自己的教学实际相结合，在实践中检验自己的学习效果。我还利用业余时间认真学习电脑知识，学习制作多媒体课件，为教学服务。</w:t>
      </w:r>
      <w:r>
        <w:rPr>
          <w:lang w:eastAsia="zh-CN"/>
        </w:rPr>
        <w:br/>
      </w:r>
      <w:r>
        <w:rPr>
          <w:lang w:eastAsia="zh-CN"/>
        </w:rPr>
        <w:t>　　四、努力方向</w:t>
      </w:r>
      <w:r>
        <w:rPr>
          <w:lang w:eastAsia="zh-CN"/>
        </w:rPr>
        <w:br/>
      </w:r>
      <w:r>
        <w:rPr>
          <w:lang w:eastAsia="zh-CN"/>
        </w:rPr>
        <w:t>　　1、加强自身基本功的训练，课堂上做到精讲少讲，注重对学生能力的培养，多加一些开放的试题的练习。结合《语文的新课程标准》安排自己的语文教学。多向老教师学习经验。</w:t>
      </w:r>
      <w:r>
        <w:rPr>
          <w:lang w:eastAsia="zh-CN"/>
        </w:rPr>
        <w:br/>
      </w:r>
      <w:r>
        <w:rPr>
          <w:lang w:eastAsia="zh-CN"/>
        </w:rPr>
        <w:t>　　2、对差生多些关心，多点爱心，再多一些耐心，使他们在各方面有更大进步。</w:t>
      </w:r>
      <w:r>
        <w:rPr>
          <w:lang w:eastAsia="zh-CN"/>
        </w:rPr>
        <w:br/>
      </w:r>
      <w:r>
        <w:rPr>
          <w:lang w:eastAsia="zh-CN"/>
        </w:rPr>
        <w:t>　　3、对学生多加强教育，教会学生如何做人，如何尊敬同学、老师和家长。</w:t>
      </w:r>
      <w:r>
        <w:rPr>
          <w:lang w:eastAsia="zh-CN"/>
        </w:rPr>
        <w:br/>
      </w:r>
      <w:r>
        <w:rPr>
          <w:lang w:eastAsia="zh-CN"/>
        </w:rPr>
        <w:t>　　4、采用多种教学手段吸引学生的教师工作，是一项常做常新、永无止境的工作。一份春华，一份秋实，在教书育人的道路上我付出的是辛勤的汗水和真挚的泪水，然而我收获的却是那一份份充实、沉甸甸的情感。</w:t>
      </w:r>
      <w:r>
        <w:rPr>
          <w:lang w:eastAsia="zh-CN"/>
        </w:rPr>
        <w:br/>
      </w:r>
      <w:r>
        <w:rPr>
          <w:lang w:eastAsia="zh-CN"/>
        </w:rPr>
        <w:t>　　我用我的心去教诲我的学生，我用我的情去培育我的学生，我无愧于我心，我无悔于我的事业。让我把一生矢志教育的心愿化为热爱学生的一团火，将自己最珍贵的爱奉献给孩子们，相信今日含苞欲放的花蕾，明日一定能盛开绚丽的花朵。</w:t>
      </w:r>
      <w:r>
        <w:rPr>
          <w:lang w:eastAsia="zh-CN"/>
        </w:rPr>
        <w:br/>
      </w:r>
      <w:r>
        <w:rPr>
          <w:lang w:eastAsia="zh-CN"/>
        </w:rPr>
        <w:t xml:space="preserve">    小学期末总结范文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这个学期即将结束，我对我本学期的成绩还比较满意，我学会了许多知识，也有了新的目标，下面我对自己的总结如下</w:t>
      </w:r>
      <w:r>
        <w:rPr>
          <w:lang w:eastAsia="zh-CN"/>
        </w:rPr>
        <w:br/>
      </w:r>
      <w:r>
        <w:rPr>
          <w:lang w:eastAsia="zh-CN"/>
        </w:rPr>
        <w:t>　　第一，我这学期养成了阅读的好习惯，使我受益匪浅，因上课不开小差学会了许多知识，因作业认真完成，取得了好成绩，因上课认真听讲，明白了许多道理。</w:t>
      </w:r>
      <w:r>
        <w:rPr>
          <w:lang w:eastAsia="zh-CN"/>
        </w:rPr>
        <w:br/>
      </w:r>
      <w:r>
        <w:rPr>
          <w:lang w:eastAsia="zh-CN"/>
        </w:rPr>
        <w:t>　　第二，因写字姿势正确，暂时没有近视眼。因做题认真，取得了100分。</w:t>
      </w:r>
      <w:r>
        <w:rPr>
          <w:lang w:eastAsia="zh-CN"/>
        </w:rPr>
        <w:br/>
      </w:r>
      <w:r>
        <w:rPr>
          <w:lang w:eastAsia="zh-CN"/>
        </w:rPr>
        <w:t>　　第三，因为落了一道题，使我语文成绩得了96，这让我很自责。</w:t>
      </w:r>
      <w:r>
        <w:rPr>
          <w:lang w:eastAsia="zh-CN"/>
        </w:rPr>
        <w:br/>
      </w:r>
      <w:r>
        <w:rPr>
          <w:lang w:eastAsia="zh-CN"/>
        </w:rPr>
        <w:t>　　下学期，我一定扬长避短，百尺竿头，更进一层楼。</w:t>
      </w:r>
      <w:r>
        <w:rPr>
          <w:lang w:eastAsia="zh-CN"/>
        </w:rPr>
        <w:br/>
      </w:r>
      <w:r>
        <w:rPr>
          <w:lang w:eastAsia="zh-CN"/>
        </w:rPr>
        <w:t xml:space="preserve">    小学期末总结范文 篇15 </w:t>
      </w:r>
      <w:r>
        <w:rPr>
          <w:lang w:eastAsia="zh-CN"/>
        </w:rPr>
        <w:br/>
      </w:r>
      <w:r>
        <w:rPr>
          <w:lang w:eastAsia="zh-CN"/>
        </w:rPr>
        <w:t>　　时间像是倒在掌心的水，无论你摊开还是紧握，终究还是从指缝中一滴一滴流淌干净。流逝的日子竟然是那样地悄无声息。似乎只是转瞬间，就送走了一个学期的时光。</w:t>
      </w:r>
      <w:r>
        <w:rPr>
          <w:lang w:eastAsia="zh-CN"/>
        </w:rPr>
        <w:br/>
      </w:r>
      <w:r>
        <w:rPr>
          <w:lang w:eastAsia="zh-CN"/>
        </w:rPr>
        <w:t>　　永恒不变的忙忙碌碌</w:t>
      </w:r>
      <w:r>
        <w:rPr>
          <w:lang w:eastAsia="zh-CN"/>
        </w:rPr>
        <w:br/>
      </w:r>
      <w:r>
        <w:rPr>
          <w:lang w:eastAsia="zh-CN"/>
        </w:rPr>
        <w:t>　　过去的日子里，我们在短暂中马不停蹄地忙碌着，我们又在忙碌中幸福地收获着，尽管有时候，幸福，只是每天辛苦的耕耘收获，不论晨昏颠倒，也要从繁杂的工作生活中走过。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不能忘却的仍是，在学校的每一天，总有忙不完的事，三楼的办公室、一楼的教室、还有操场旁边的餐厅，仿佛还是几点一线一样地忙碌着，一天到晚总是忙个不停，除了行动上的忙碌就是思想上的思索，思索如何入课，如何将重难点讲解地到位、透彻，如何将每节课的数学思想渗透出来，如何使学生全面地领会知识、掌握知识和运用知识，思索如何让课堂上每个环节的推进很顺畅，思索怎样才干让预设的精彩如约而至……为此我制定教学计划，研究教学理论，认真备课和教学，致使我的课堂教学更加地完善。每节课都以最佳的精神状态站在教坛，以和蔼、轻松、认真的形象去面对学生，依照小学数学教学大纲进行施教，让学生掌握好学科知识，同时还注意以德为本，结合实际生活中的现象层层善诱，多方面、多角度去培养实际良好的品德和高尚的人格。</w:t>
      </w:r>
      <w:r>
        <w:rPr>
          <w:lang w:eastAsia="zh-CN"/>
        </w:rPr>
        <w:br/>
      </w:r>
      <w:r>
        <w:rPr>
          <w:lang w:eastAsia="zh-CN"/>
        </w:rPr>
        <w:t>　　每天除了上课还有很多活动，例如教研活动和集体备课活动，一天下来真的会很疲惫，甚至很多时候各项活动一起到来的时候，是那么地无可奈何，不能有分身之术，不能够参与到任何一项活动当中。基于对至高无上、学海无涯的知识的渴望，很多和我一样的同行都在东区组织的周末培训活动中第一时间到达，因为我们认为在周末这相对充分的时间内给自身充电会是种不错的选择，尽管培训是在周末假期中进行的，但是我们的培训活动并不像我们周末假日心情一样放松，我们都很珍惜这样的学习机会，也很珍惜这样培训后的思索和总结，虽然我不知道该怎样完美地将每次培训画上一个休止符，但不得不供认一句收获颇丰、受益匪浅是不能笼统地概括出我的收获的。</w:t>
      </w:r>
      <w:r>
        <w:rPr>
          <w:lang w:eastAsia="zh-CN"/>
        </w:rPr>
        <w:br/>
      </w:r>
      <w:r>
        <w:rPr>
          <w:lang w:eastAsia="zh-CN"/>
        </w:rPr>
        <w:t>　　现在，我还清晰地记得每次培训我们每个人都辛苦地收获着，清晰地记得那些全然不顾天气的燥热，长途跋涉来到我们学校为我们讲座的名师和教授们……此时此刻，除了感恩，我不知道该怎么表达我的谢意，想来想去，还是将我的这份心意寄予文字，让我永久地记下这培训的日子，记下这忙忙碌碌的空虚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有辛有甘的甜美收获</w:t>
      </w:r>
      <w:r>
        <w:rPr>
          <w:lang w:eastAsia="zh-CN"/>
        </w:rPr>
        <w:br/>
      </w:r>
      <w:r>
        <w:rPr>
          <w:lang w:eastAsia="zh-CN"/>
        </w:rPr>
        <w:t>　　当我随同着这样的幸福感觉渐行渐远的时候，我时常也在为学生的事情心烦意乱着，几个特殊的学生，经常让我花费比其他小朋友更多的时间和精力去照顾他，他给予我的却是更多的麻烦和制造麻烦的心。他是一个听力方面有问题的小朋友，自我意识超强，听不进其他人的讲话，抑或是选择性地倾听，对其兴趣发生不了影响的话语他一概不听，不，是听不见，而且给他讲话的时候，他经常会给你讲一些前后颠倒的理由给你听，例如他在下雨的时候非要挑战一下自我，站在雨中，任凭雨点打湿自身的衣服，此时我把他叫过来问道：“你为什么要去淋雨，淋湿了衣服怎么办？” “因为你把我叫过来。”，他觉得是因为先把他叫过来谈话他才会去淋雨的，其实是他先淋雨才把他叫过来进行谈话的，他总是这样跟同学和老师推荐，他的因果不明和选择性倾听经常让教育者费尽心思去教育，值得高兴的是在我们的一起努力下，他在这个学期中，进步非常大，无论是他的言谈、行为、还有学习，他都进步好多，用小朋友自身的话说：“我是从打架到不打，我的知识也是从不会到会，我也是从不是班长到当上班长……” （其实他没有当上班长，我想这是他自身期许的，也许有一天他能成为大家的班长，也许正是他是过度自信的表达，才证明了他进步的事实所在）。看着他在一个学期的时间内转变如此之大，我非常开心和幸福，进步着就是美丽的，收获着就是幸福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一个学期里，我一直都以最热忱的态度和最为踏实的行动来实现我们的目标，我们要尽心竭力，用智慧和汗水营造小朋友们快乐生长的乐园。虽然，我们班的小朋友现在还很稚嫩，但是相信吧，让他们随着时光的脚步不时前进吧，让时光带走我们师生间不幼稚、不完善的地方，让时光留下一个个日益生长的小朋友们和一个日趋幼稚的自我。</w:t>
      </w:r>
      <w:r>
        <w:rPr>
          <w:lang w:eastAsia="zh-CN"/>
        </w:rPr>
        <w:br/>
      </w:r>
      <w:r>
        <w:rPr>
          <w:lang w:eastAsia="zh-CN"/>
        </w:rPr>
        <w:t xml:space="preserve">    小学期末总结范文 篇16 </w:t>
      </w:r>
      <w:r>
        <w:rPr>
          <w:lang w:eastAsia="zh-CN"/>
        </w:rPr>
        <w:br/>
      </w:r>
      <w:r>
        <w:rPr>
          <w:lang w:eastAsia="zh-CN"/>
        </w:rPr>
        <w:t>　　尊敬的各位领导、老师，亲爱的同学们：</w:t>
      </w:r>
      <w:r>
        <w:rPr>
          <w:lang w:eastAsia="zh-CN"/>
        </w:rPr>
        <w:br/>
      </w:r>
      <w:r>
        <w:rPr>
          <w:lang w:eastAsia="zh-CN"/>
        </w:rPr>
        <w:t>　　大家下午好！</w:t>
      </w:r>
      <w:r>
        <w:rPr>
          <w:lang w:eastAsia="zh-CN"/>
        </w:rPr>
        <w:br/>
      </w:r>
      <w:r>
        <w:rPr>
          <w:lang w:eastAsia="zh-CN"/>
        </w:rPr>
        <w:t>　　时光荏苒，光阴似箭。捧着累累硕果，怀着满腔热忱，我们又迎来了20__年期末总结和20__开学典礼大会。</w:t>
      </w:r>
      <w:r>
        <w:rPr>
          <w:lang w:eastAsia="zh-CN"/>
        </w:rPr>
        <w:br/>
      </w:r>
      <w:r>
        <w:rPr>
          <w:lang w:eastAsia="zh-CN"/>
        </w:rPr>
        <w:t>　　刚刚过去的一学期，是我校各项工作都取得巨大进步、实现跨越发展的关键一期。本学期，在学校行政会的正确领导下，学校坚持“质量立校，特色强校，学生为本，安置为重”的治校方针和“一切为了学生就业和发展”的办学理念，具体以德育为主导，以教学为中心，以质量求生存，以特色求发展，面向全体学生，切实抓好教育教学，实现了学校各方面工作的新突破，受到市、县教育局和社会的广泛好评。下面，我就上学期所做的主要工作向大家简要通报：</w:t>
      </w:r>
      <w:r>
        <w:rPr>
          <w:lang w:eastAsia="zh-CN"/>
        </w:rPr>
        <w:br/>
      </w:r>
      <w:r>
        <w:rPr>
          <w:lang w:eastAsia="zh-CN"/>
        </w:rPr>
        <w:t>　　一、教学方面：</w:t>
      </w:r>
      <w:r>
        <w:rPr>
          <w:lang w:eastAsia="zh-CN"/>
        </w:rPr>
        <w:br/>
      </w:r>
      <w:r>
        <w:rPr>
          <w:lang w:eastAsia="zh-CN"/>
        </w:rPr>
        <w:t>　　（一）以教师教学技能比赛和学生技能大赛为载体，教学相长，进一步提升教师业务能力和学生的专业技能水平。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在上学期以来我们学校有陈胜老师获得宁乡县人民政府颁发“名优教师”，陈红娟老师荣获宁乡县教育局“职专杯优秀教师”和“民办教育突出贡献奖”，陈胜老师荣获“长沙市学生技能比赛优秀指导教师”，陈胜老师参加长沙市委党校“学校干部管理培训班并结业”；学生方面：参加长沙市技能比赛，有唐彩莉、陶静荣获二等奖，李港、喻娇、李彬、李琼、曾洋等同学荣获三等奖，中奖率100%，技能抽查方面：沈佳南、李琼、汤晶、何石龙、陈艳青、吴思思、刘聪、杨志远、刘望星、喻义军参加全省技能抽查达标。</w:t>
      </w:r>
      <w:r>
        <w:rPr>
          <w:lang w:eastAsia="zh-CN"/>
        </w:rPr>
        <w:br/>
      </w:r>
      <w:r>
        <w:rPr>
          <w:lang w:eastAsia="zh-CN"/>
        </w:rPr>
        <w:t>　　（二）开展规范课堂教学活动，提高课堂教学质量</w:t>
      </w:r>
      <w:r>
        <w:rPr>
          <w:lang w:eastAsia="zh-CN"/>
        </w:rPr>
        <w:br/>
      </w:r>
      <w:r>
        <w:rPr>
          <w:lang w:eastAsia="zh-CN"/>
        </w:rPr>
        <w:t>　　为落实学校在开学初提出的“向管理要质量”的工作精神，学校举行了“规范课堂教学，提高课堂教学质量”系列活动。一是开展了教师的规范课展示活动，柳进兵、彭瑶等老师分别代表专业课和公共基层课教师上了展示课，组织全体教师观摩。二是进行学生对老师问卷调查，调查中所有老师得分率均达到九十，更有吴超老师班主任工作得到班级满意率百分之百。三是进行期中和期末考试，对教师的教和学生的学进行全方面检验与评价，三是成立了兴趣小组，让同学们得到更多闪光，四是学生作品展。</w:t>
      </w:r>
      <w:r>
        <w:rPr>
          <w:lang w:eastAsia="zh-CN"/>
        </w:rPr>
        <w:br/>
      </w:r>
      <w:r>
        <w:rPr>
          <w:lang w:eastAsia="zh-CN"/>
        </w:rPr>
        <w:t>　　（三）积极探索有效的教学模式和方法，推进课堂教学改革</w:t>
      </w:r>
      <w:r>
        <w:rPr>
          <w:lang w:eastAsia="zh-CN"/>
        </w:rPr>
        <w:br/>
      </w:r>
      <w:r>
        <w:rPr>
          <w:lang w:eastAsia="zh-CN"/>
        </w:rPr>
        <w:t>　　继续推进“工学结合”教学模式和“做学教一体化”项目课程的开展，积极探索适合我校专业和学生特点的教学模式和教法，实行顶岗实习就业工作，从培养学生的综合职业能力出发，注重知识、技能和情感态度的培养，注重理论学习与实践教学相结合。</w:t>
      </w:r>
      <w:r>
        <w:rPr>
          <w:lang w:eastAsia="zh-CN"/>
        </w:rPr>
        <w:br/>
      </w:r>
      <w:r>
        <w:rPr>
          <w:lang w:eastAsia="zh-CN"/>
        </w:rPr>
        <w:t>　　二、德育方面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（一）继续落实“服务式教育、服务式管理”，以身作则，带动同学们养成良好的行为习惯。</w:t>
      </w:r>
      <w:r>
        <w:rPr>
          <w:lang w:eastAsia="zh-CN"/>
        </w:rPr>
        <w:br/>
      </w:r>
      <w:r>
        <w:rPr>
          <w:lang w:eastAsia="zh-CN"/>
        </w:rPr>
        <w:t>　　所有老师特别是班主任当作同学们当成好朋友来对待”，努力做好同学的坚强后盾，为同学们的学习和生活提供优质服务。“把麻烦留给自己、把方便送给别人”是全体老师工作的准则。老师天天起得比同学们起，睡得比同学们晚。特别是班主任每天六点多起床，十点多甚至更晚睡觉。</w:t>
      </w:r>
      <w:r>
        <w:rPr>
          <w:lang w:eastAsia="zh-CN"/>
        </w:rPr>
        <w:br/>
      </w:r>
      <w:r>
        <w:rPr>
          <w:lang w:eastAsia="zh-CN"/>
        </w:rPr>
        <w:t>　　（二）开展主题教育实践活动，加强校园文化建设。</w:t>
      </w:r>
      <w:r>
        <w:rPr>
          <w:lang w:eastAsia="zh-CN"/>
        </w:rPr>
        <w:br/>
      </w:r>
      <w:r>
        <w:rPr>
          <w:lang w:eastAsia="zh-CN"/>
        </w:rPr>
        <w:t>　　一学期以来我们开展了：军训，学生会干部竞选，校园广播站，教师节演讲比赛，主题黑板报，中秋联欢会，拔河比赛、趣味篮球赛、羽毛球赛、乒乓球赛，别开生面的女生青春知识讲座，校园趣味运动会，演讲比赛，圣诞晚会等活动，让同学们充分进入到活动中，通过活动发现自己、锻炼自己、成就自己，同时也涌现出一大批先进。如：谢树、张颖、郑灿、谈杰、徐盼、瞿红、胡宪、欧宁凤、李文、李小凤、曾胜凡、饶渊、宋晓、肖志文、陶静、沈佳南、李琼等同学。</w:t>
      </w:r>
      <w:r>
        <w:rPr>
          <w:lang w:eastAsia="zh-CN"/>
        </w:rPr>
        <w:br/>
      </w:r>
      <w:r>
        <w:rPr>
          <w:lang w:eastAsia="zh-CN"/>
        </w:rPr>
        <w:t>　　（三）开展安全教育，实现零安全问题。</w:t>
      </w:r>
      <w:r>
        <w:rPr>
          <w:lang w:eastAsia="zh-CN"/>
        </w:rPr>
        <w:br/>
      </w:r>
    </w:p>
    <w:p w:rsidR="001B1F19" w14:textId="27C3F48A">
      <w:pPr>
        <w:rPr>
          <w:rFonts w:hint="eastAsia"/>
          <w:lang w:eastAsia="zh-CN"/>
        </w:rPr>
      </w:pPr>
      <w:r>
        <w:rPr>
          <w:lang w:eastAsia="zh-CN"/>
        </w:rPr>
        <w:t>　　根据上级安全工作的要求，开学初制订了校安全工作计划，并组织实施。通过班主任例会、学生大会、班会、安全知识讲座及组织紧急逃生演练、校园安全大排查等一系列活动，建立了“三结合式”安全教育制度，即：校级、班级教育相结合，学校、社会教育相结合，专题教育与日常教育相结合，不断强化学生的安全意识，培育校园安全的精神文化。校纪与法纪相结合，设立学生管理“高压线”。学校安全工作得到了市和县教育局高度评价，有陈胜老师被评为长沙市“学校安全工作先进个人”。</w:t>
      </w:r>
      <w:r>
        <w:rPr>
          <w:lang w:eastAsia="zh-CN"/>
        </w:rPr>
        <w:br/>
      </w:r>
      <w:r>
        <w:rPr>
          <w:lang w:eastAsia="zh-CN"/>
        </w:rPr>
        <w:t>　　三、后勤保障方面</w:t>
      </w:r>
      <w:r>
        <w:rPr>
          <w:lang w:eastAsia="zh-CN"/>
        </w:rPr>
        <w:br/>
      </w:r>
      <w:r>
        <w:rPr>
          <w:lang w:eastAsia="zh-CN"/>
        </w:rPr>
        <w:t>　　坚持以人为本，服务师生，勤于管理，注重实效的工作理念，坚持以“少花钱，多办事，办好事”为原则，用好学校每一分钱，提高资金的使用效率。严把质量关，规范食堂管理，提高饭菜质量，在物价高，人力成本不断提高的情况下，通过努力使食堂管理逐步规范，伙食保障基本平稳，服务水平不断提高。坚持“环境育人”，加强校园环境建设，定期对校园的花草树木进行修剪，保障校园的美丽和清新，保证师生工作学习的好心情。加强对学校门卫的管理工作，严格实行外来人员进校登记制度，对校园内进行全面巡视，检查门窗、电源等关闭情况。不留安全隐患，以确保学校财产和师生安全。</w:t>
      </w:r>
      <w:r>
        <w:rPr>
          <w:lang w:eastAsia="zh-CN"/>
        </w:rPr>
        <w:br/>
      </w:r>
      <w:r>
        <w:rPr>
          <w:lang w:eastAsia="zh-CN"/>
        </w:rPr>
        <w:t>　　新的一学期来了，提几点要求：</w:t>
      </w:r>
      <w:r>
        <w:rPr>
          <w:lang w:eastAsia="zh-CN"/>
        </w:rPr>
        <w:br/>
      </w:r>
      <w:r>
        <w:rPr>
          <w:lang w:eastAsia="zh-CN"/>
        </w:rPr>
        <w:t>　　第一是要自信。自信是我们进步的基础，是照亮我们前进道路的阳光。别人能做到的，我们没有理由做不到，除非懒惰的习性泯灭了我们的追求。</w:t>
      </w:r>
      <w:r>
        <w:rPr>
          <w:lang w:eastAsia="zh-CN"/>
        </w:rPr>
        <w:br/>
      </w:r>
      <w:r>
        <w:rPr>
          <w:lang w:eastAsia="zh-CN"/>
        </w:rPr>
        <w:t>　　第二是要立志。不想当元帅的士兵不是好士兵，不想进步，不想学成的学生也不是好学生。“有志者事竟成”，所以我们学习上要有追求。</w:t>
      </w:r>
      <w:r>
        <w:rPr>
          <w:lang w:eastAsia="zh-CN"/>
        </w:rPr>
        <w:br/>
      </w:r>
      <w:r>
        <w:rPr>
          <w:lang w:eastAsia="zh-CN"/>
        </w:rPr>
        <w:t>　　第三学习要刻苦。</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https://d.book118.com/488002053052006045</w:t>
        </w:r>
      </w:hyperlink>
    </w:p>
    <w:p w:rsidR="001B1F19">
      <w:pPr>
        <w:rPr>
          <w:rFonts w:hint="eastAsia"/>
          <w:lang w:eastAsia="zh-CN"/>
        </w:rPr>
      </w:pPr>
    </w:p>
    <w:sectPr>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88002053052006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