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2024公司程序员个人工作总结（31篇）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2024公司程序员个人工作总结（精选31篇）</w:t>
      </w:r>
      <w:r>
        <w:rPr>
          <w:lang w:eastAsia="zh-CN"/>
        </w:rPr>
        <w:br/>
      </w:r>
      <w:r>
        <w:rPr>
          <w:lang w:eastAsia="zh-CN"/>
        </w:rPr>
        <w:t xml:space="preserve">    2024公司程序员个人工作总结 篇1 </w:t>
      </w:r>
      <w:r>
        <w:rPr>
          <w:lang w:eastAsia="zh-CN"/>
        </w:rPr>
        <w:br/>
      </w:r>
      <w:r>
        <w:rPr>
          <w:lang w:eastAsia="zh-CN"/>
        </w:rPr>
        <w:t>　　我来公司已经近两个月了，在这两个月中，我随着对公司的逐步了解，更加坚定了我进公司前面试时候“找个能够长期发展的公司”的想法，我对公司的前景充满希望;通过两个月与同事的接触，我对他们的技术水平很佩服，因而对物流软件的前景也充满信心。</w:t>
      </w:r>
      <w:r>
        <w:rPr>
          <w:lang w:eastAsia="zh-CN"/>
        </w:rPr>
        <w:br/>
      </w:r>
      <w:r>
        <w:rPr>
          <w:lang w:eastAsia="zh-CN"/>
        </w:rPr>
        <w:t>　　在此期间，我认真积极的工作，并且在同事的积极主动而又诚恳的帮助下完成了领导给我分配的工作。</w:t>
      </w:r>
      <w:r>
        <w:rPr>
          <w:lang w:eastAsia="zh-CN"/>
        </w:rPr>
        <w:br/>
      </w:r>
      <w:r>
        <w:rPr>
          <w:lang w:eastAsia="zh-CN"/>
        </w:rPr>
        <w:t>　　1、熟悉了物流软件的业务流程，在将来的工作中我将更加明细的知道各个业务的具体功能和实现方法，更好的为公司服务。</w:t>
      </w:r>
      <w:r>
        <w:rPr>
          <w:lang w:eastAsia="zh-CN"/>
        </w:rPr>
        <w:br/>
      </w:r>
      <w:r>
        <w:rPr>
          <w:lang w:eastAsia="zh-CN"/>
        </w:rPr>
        <w:t>　　2、完成了计费部分的需求分析，概要设计、数据库设计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3、完成了机器登录、商品信息(主要功能：商品信息查看、一次录入、二次录入、修改、匹配、维护、历史商品信息查看、商品信息匹配列设置)、静态数据维护(主要功能：基础数据查看、录入、维护、设计全局函数，方便在数据窗口中把基础数据作为下拉子数据窗口调用)、版本查询的新增开发;跟__一起完成了系统日志，从而把以前的6个类似函数统一起来，并且把这个函数应用到部分窗口)。使自己对物流业务、文档书写、ORACLE存储过程、图形化界面、动态菜单有了进一步的认识。虽然整个项目组的人都在努力工作，但是项目进度比预期的推迟了一段时间，现在时间紧迫，我会更加努力工作，希望能尽自己能力帮助物流组按时完成项目。</w:t>
      </w:r>
      <w:r>
        <w:rPr>
          <w:lang w:eastAsia="zh-CN"/>
        </w:rPr>
        <w:br/>
      </w:r>
      <w:r>
        <w:rPr>
          <w:lang w:eastAsia="zh-CN"/>
        </w:rPr>
        <w:t>　　1、尽早完成领导交给我的工作，完成之后主动向领导要工作;</w:t>
      </w:r>
      <w:r>
        <w:rPr>
          <w:lang w:eastAsia="zh-CN"/>
        </w:rPr>
        <w:br/>
      </w:r>
      <w:r>
        <w:rPr>
          <w:lang w:eastAsia="zh-CN"/>
        </w:rPr>
        <w:t>　　2、写好说明便于阅读维护、写好工作日志便于领导掌握我的工作进度;</w:t>
      </w:r>
      <w:r>
        <w:rPr>
          <w:lang w:eastAsia="zh-CN"/>
        </w:rPr>
        <w:br/>
      </w:r>
      <w:r>
        <w:rPr>
          <w:lang w:eastAsia="zh-CN"/>
        </w:rPr>
        <w:t>　　3、抽空看同事的设计档和程序，一方面提高自己，另一方面向同事提供建议，从而增强整个系统的质量。请领导和同事考核我、关怀我、团结我、激励我，共同为高效、高质量完成这个项目而努力。</w:t>
      </w:r>
      <w:r>
        <w:rPr>
          <w:lang w:eastAsia="zh-CN"/>
        </w:rPr>
        <w:br/>
      </w:r>
      <w:r>
        <w:rPr>
          <w:lang w:eastAsia="zh-CN"/>
        </w:rPr>
        <w:t xml:space="preserve">    2024公司程序员个人工作总结 篇2 </w:t>
      </w:r>
      <w:r>
        <w:rPr>
          <w:lang w:eastAsia="zh-CN"/>
        </w:rPr>
        <w:br/>
      </w:r>
      <w:r>
        <w:rPr>
          <w:lang w:eastAsia="zh-CN"/>
        </w:rPr>
        <w:t>　　转眼到了试用期结束的时侯了。我在这两个月的工作中，从技术层面，到与项目组的融合度契合度，这两方面上讲都有了一定的提高。这与公司的各位领导，同人的支持与帮助分不开。在这里说一声：谢谢您!</w:t>
      </w:r>
      <w:r>
        <w:rPr>
          <w:lang w:eastAsia="zh-CN"/>
        </w:rPr>
        <w:br/>
      </w:r>
      <w:r>
        <w:rPr>
          <w:lang w:eastAsia="zh-CN"/>
        </w:rPr>
        <w:t>　　在两个月工作中，初期熟悉公司技术，钻研项目业务，配合项目组完成阶段性的任务。</w:t>
      </w:r>
      <w:r>
        <w:rPr>
          <w:lang w:eastAsia="zh-CN"/>
        </w:rPr>
        <w:br/>
      </w:r>
      <w:r>
        <w:rPr>
          <w:lang w:eastAsia="zh-CN"/>
        </w:rPr>
        <w:t>　　一、从主要职责具体上讲</w:t>
      </w:r>
      <w:r>
        <w:rPr>
          <w:lang w:eastAsia="zh-CN"/>
        </w:rPr>
        <w:br/>
      </w:r>
      <w:r>
        <w:rPr>
          <w:lang w:eastAsia="zh-CN"/>
        </w:rPr>
        <w:t>　　1、负责时代项目的模块编码工作，完成功能应符合设计的功能及性能要求，符合部门相关规范;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在时代项目组基本完成了公告管理模块，与部分特配单模块，正在进行主界面菜单的完善与更新;在地质调查局项目组，完成了审批与全文搜索功能，与修洪海经理共同完成远程数据库同步更新功能，与贾俊奎经理完成了CMS站点远程实时更新功能;所完成功能符合设计的功能与性能要求，符合规范;</w:t>
      </w:r>
      <w:r>
        <w:rPr>
          <w:lang w:eastAsia="zh-CN"/>
        </w:rPr>
        <w:br/>
      </w:r>
      <w:r>
        <w:rPr>
          <w:lang w:eastAsia="zh-CN"/>
        </w:rPr>
        <w:t>　　2、负责对所分配模块的单元测试，同时应配合测试人员进行系统集成测试所作模块完成时，先做测试，然后提交组内测试人员集成测试，遇到错误能够及时修改。</w:t>
      </w:r>
      <w:r>
        <w:rPr>
          <w:lang w:eastAsia="zh-CN"/>
        </w:rPr>
        <w:br/>
      </w:r>
      <w:r>
        <w:rPr>
          <w:lang w:eastAsia="zh-CN"/>
        </w:rPr>
        <w:t>　　3、协助实施人员进行系统实施，并在项目经理的组织下进行问题的修改;还没有实施任务;</w:t>
      </w:r>
      <w:r>
        <w:rPr>
          <w:lang w:eastAsia="zh-CN"/>
        </w:rPr>
        <w:br/>
      </w:r>
      <w:r>
        <w:rPr>
          <w:lang w:eastAsia="zh-CN"/>
        </w:rPr>
        <w:t>　　4、负责编写相关模块的开发文档，文档应符合部门的开发文档规范;能够根据模块编写开发文档，基本符合部门开发规范;</w:t>
      </w:r>
      <w:r>
        <w:rPr>
          <w:lang w:eastAsia="zh-CN"/>
        </w:rPr>
        <w:br/>
      </w:r>
      <w:r>
        <w:rPr>
          <w:lang w:eastAsia="zh-CN"/>
        </w:rPr>
        <w:t>　　5、完成上级交办的其它工作。能够及时完成上级交办的其他工作;</w:t>
      </w:r>
      <w:r>
        <w:rPr>
          <w:lang w:eastAsia="zh-CN"/>
        </w:rPr>
        <w:br/>
      </w:r>
      <w:r>
        <w:rPr>
          <w:lang w:eastAsia="zh-CN"/>
        </w:rPr>
        <w:t>　　二、从工作要求上讲</w:t>
      </w:r>
      <w:r>
        <w:rPr>
          <w:lang w:eastAsia="zh-CN"/>
        </w:rPr>
        <w:br/>
      </w:r>
      <w:r>
        <w:rPr>
          <w:lang w:eastAsia="zh-CN"/>
        </w:rPr>
        <w:t>　　1、自觉遵守公司各项规章制度认真完成工作，遵守员工守则;</w:t>
      </w:r>
      <w:r>
        <w:rPr>
          <w:lang w:eastAsia="zh-CN"/>
        </w:rPr>
        <w:br/>
      </w:r>
      <w:r>
        <w:rPr>
          <w:lang w:eastAsia="zh-CN"/>
        </w:rPr>
        <w:t>　　2、努力学习、掌握并能熟练应用岗位相关业务知识，以饱满的工作热情、积极的工作态度投入到工作中，按要求完成岗位工作;在工作中，做到努力学习不懂就问，及时与项目组同时之间的沟通，避免失误。工作热情高，不迟到不早退，能够按要求完成岗位工作;</w:t>
      </w:r>
      <w:r>
        <w:rPr>
          <w:lang w:eastAsia="zh-CN"/>
        </w:rPr>
        <w:br/>
      </w:r>
      <w:r>
        <w:rPr>
          <w:lang w:eastAsia="zh-CN"/>
        </w:rPr>
        <w:t>　　3、高度的责任感和良好的团队合作精神;在工作中敢于承担压力，有责任感。与同时之间关系融洽。共同合作完成本职工作。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4、对公司外部的工作要高度保持公司形象，对公司内部的工作要高度保持部门的良好形象;能够做到维护公司形象，与部门形象，有主人翁意识;</w:t>
      </w:r>
      <w:r>
        <w:rPr>
          <w:lang w:eastAsia="zh-CN"/>
        </w:rPr>
        <w:br/>
      </w:r>
      <w:r>
        <w:rPr>
          <w:lang w:eastAsia="zh-CN"/>
        </w:rPr>
        <w:t>　　5、按公司要求提交周报、完成各种公司流程。可以按公司要求提交给上级部门周报，做事安公司流程规章制度;</w:t>
      </w:r>
      <w:r>
        <w:rPr>
          <w:lang w:eastAsia="zh-CN"/>
        </w:rPr>
        <w:br/>
      </w:r>
      <w:r>
        <w:rPr>
          <w:lang w:eastAsia="zh-CN"/>
        </w:rPr>
        <w:t>　　6、按时提交项目阶段性成果。基本能够及时按质按量完成项目阶段性成果;</w:t>
      </w:r>
      <w:r>
        <w:rPr>
          <w:lang w:eastAsia="zh-CN"/>
        </w:rPr>
        <w:br/>
      </w:r>
      <w:r>
        <w:rPr>
          <w:lang w:eastAsia="zh-CN"/>
        </w:rPr>
        <w:t>　　以上是我试用期的工作总结，还有技术与能力还有很多地方需要改进，需要加强。以后会多多学习，多多提高。努力工作。为公司尽一份自己的力量!</w:t>
      </w:r>
      <w:r>
        <w:rPr>
          <w:lang w:eastAsia="zh-CN"/>
        </w:rPr>
        <w:br/>
      </w:r>
      <w:r>
        <w:rPr>
          <w:lang w:eastAsia="zh-CN"/>
        </w:rPr>
        <w:t xml:space="preserve">    2024公司程序员个人工作总结 篇3 </w:t>
      </w:r>
      <w:r>
        <w:rPr>
          <w:lang w:eastAsia="zh-CN"/>
        </w:rPr>
        <w:br/>
      </w:r>
      <w:r>
        <w:rPr>
          <w:lang w:eastAsia="zh-CN"/>
        </w:rPr>
        <w:t>　　通过这两个月的工作与学习，我对公司的部门构、协同合作方式、工作环境、项目框架、开发方式等已轻驾就熟。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刚来公司时，我的主要任务是页面的自新，由于工作中用到我所不熟悉的技术，使得在工作中遇到点小挫折，最后在部门经理协助下问题得以解决，非常感谢部门经理对我的耐心指导及帮助，让我学习和了解了新的技术并运用到项目中来。漂亮美观的界面是留住客户的第一步，所以上级领导对我们项目的界面美化一直非常的重视，我们项目的界面采用的是__合自己的项目技术阐述__，在前期的工作中，使我认识到：语言只是做软件的一种工具，更好的软件是站在客户的立场上用心的设计，让用户使用更方便、更快捷。后期，我的主要任务是应用模块的编码，在后期的开发中使我认识到：利用技术实现软件的功能只是软件的表面，认识问题、分析问题、解决问题才是最重要的。不论是做事还是做程序，一定要有清晰的思路，要认真仔细的去做，要有耐心和信心。</w:t>
      </w:r>
      <w:r>
        <w:rPr>
          <w:lang w:eastAsia="zh-CN"/>
        </w:rPr>
        <w:br/>
      </w:r>
      <w:r>
        <w:rPr>
          <w:lang w:eastAsia="zh-CN"/>
        </w:rPr>
        <w:t>　　从进入公司那天起就感受到了公司积极、进取的工作氛围和团向上的企业文化，能够在这样的氛围下工作我很开心。本人在工作中，能够严格要求自己，工作细心，认真完成领导分配的任务，不懂的问题虚心向部门领导及同事学习请教，不断的充实自己。</w:t>
      </w:r>
      <w:r>
        <w:rPr>
          <w:lang w:eastAsia="zh-CN"/>
        </w:rPr>
        <w:br/>
      </w:r>
      <w:r>
        <w:rPr>
          <w:lang w:eastAsia="zh-CN"/>
        </w:rPr>
        <w:t>　　自从融入__这个大家庭后，我在工作能力、敬业精神、业务素质、团队协作上都得到了很大的进步与提高，也激励我在日后的工作中不断前进与完善。感谢公司的上级和同事们给予我的关心和帮助，我知道__的美好明天要靠大家的努力去创造，相信在全体员工的共同努力下，__的明天会更加辉煌。</w:t>
      </w:r>
      <w:r>
        <w:rPr>
          <w:lang w:eastAsia="zh-CN"/>
        </w:rPr>
        <w:br/>
      </w:r>
      <w:r>
        <w:rPr>
          <w:lang w:eastAsia="zh-CN"/>
        </w:rPr>
        <w:t>　　在此我提出转正申请，希望自己能成为公司的正式员工，为我们公司，我们团队尽自己的一份力量，恳请领导予以批准。工作转正之后，我会更加努力工作，以实际的工作业绩来回报公司领导对我的厚爱和培养。</w:t>
      </w:r>
      <w:r>
        <w:rPr>
          <w:lang w:eastAsia="zh-CN"/>
        </w:rPr>
        <w:br/>
      </w:r>
      <w:r>
        <w:rPr>
          <w:lang w:eastAsia="zh-CN"/>
        </w:rPr>
        <w:t xml:space="preserve">    2024公司程序员个人工作总结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刚刚出校门找实习单位的时候总有这种或那种的想法，要找什么样什么样的单位，结果到头来一个多月快过去了，还没有找到实习单位，直到_月25号，青鸟的老师推荐我去未名信息科技开发有限公司参加面试，有笔试和面试，通过层层的技术考核，在我的努力下终于得到了面试人员的肯定，顺利的加入了未名公司。员工聚餐那天张总的一些话让我感触深刻，他说在部门的时候先全面发展，等过段再看看自已精于哪个方面，然后向那个方向努力发展。我进入了软件部，成为了一名程序员，一周的公司框架练习，我又加入了哈理工数字化建设的项目中，前期主要是实施，后期进行二次开发。刚开始觉的实施很简单，熟悉了一周项目以后，只觉得人家的网站开发的真好，和同事们参加了几次江苏金智公司的培训以后，我才发现原来不是那么回事，它这里主要是做数字化校园硬件建设、数字化校园基础平台、综合数据应用系统、业务系统集成等等，简单的说就是三大平台，统一身份认证，实现全校信息整合以及全校数据资源共享。</w:t>
      </w:r>
      <w:r>
        <w:rPr>
          <w:lang w:eastAsia="zh-CN"/>
        </w:rPr>
        <w:br/>
      </w:r>
      <w:r>
        <w:rPr>
          <w:lang w:eastAsia="zh-CN"/>
        </w:rPr>
        <w:t>　　来公司有一段时间了，我自己的感觉还有一些同事的介绍我感觉我们软件部真是高手如云，那些开发人员都具有相当丰富的项目经验，相信由他们的带领，我这一次实习</w:t>
      </w:r>
      <w:r>
        <w:rPr>
          <w:lang w:eastAsia="zh-CN"/>
        </w:rPr>
        <w:br/>
      </w:r>
      <w:r>
        <w:rPr>
          <w:lang w:eastAsia="zh-CN"/>
        </w:rPr>
        <w:t>　　肯定会有很多的收获。为其将近一周的学习，终于对三大平台有了一定认识了，开始接触oracle数据库，学习sun公司开发的ODI工具，进行数据整合的时候把我弄得晕头转向，原来我们在学校学的那点技术其实基础中基础，不过接触起来可能相对会比较容易上手一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通过和大家一段时间的相处，我深切地感受到，软件部是一个团结、上进、充满活力的集体。每天大家都是笑脸相迎，即使面临很大的工作压力，办公室里仍然会听到笑声；面对客户，大家总是热情真诚；面对技术上的困难，大家总是互相帮助，直至解决难题。整个部门和睦相处，就像一个温馨的大家庭。而部门领导就是这个家庭中的家长，给每个人很大的空间自由发挥。从他们身上，我真正体会到了敬人、敬业、高效、高水平服务的真实意义，体会到了服务部服务、奉献的意义，体会到了创造完美、服务社会的服务理念，知道了什么是创新就是生活。特别令我感动的是，每当我遇到困难向大家求助时，谁都会无私的告诉我。</w:t>
      </w:r>
      <w:r>
        <w:rPr>
          <w:lang w:eastAsia="zh-CN"/>
        </w:rPr>
        <w:br/>
      </w:r>
      <w:r>
        <w:rPr>
          <w:lang w:eastAsia="zh-CN"/>
        </w:rPr>
        <w:t>　　我很庆幸自己能在这样有限的时间里，在这么和谐的气氛中工作、学习，和同事们一起分享快乐，分担工作。所以我努力向同事学习，不懂就问，认真完成领导和同事交给我的每一项工作。项目经理和同事也都尽力帮助我，给我讲授一些经验和开发的技巧。刚开始的时候有点手忙脚乱，不是这边搞错就是那边忘了，都是同事帮我纠正。由于后来心态的调整和熟练了，慢慢地学得差不多了。每天早上7点左右踏着学校的广播走出我呆了三年的校园，然后晚上6点左右又踏着哈理工的广播走出校园，真是好怀念校园的生活，什么压力也没有，也不用每天花那么多时间在公交上。</w:t>
      </w:r>
      <w:r>
        <w:rPr>
          <w:lang w:eastAsia="zh-CN"/>
        </w:rPr>
        <w:br/>
      </w:r>
      <w:r>
        <w:rPr>
          <w:lang w:eastAsia="zh-CN"/>
        </w:rPr>
        <w:t>　　来这个公司虽然才短短一个月，收获挺多的，由对项目的一窍不通到现在对它的流程以及相关的技术都有所了解，也让我深深体会到了沟通自学的重要性。所以我们每一步都有要集中注意力，争取把每一步都做好。</w:t>
      </w:r>
      <w:r>
        <w:rPr>
          <w:lang w:eastAsia="zh-CN"/>
        </w:rPr>
        <w:br/>
      </w:r>
      <w:r>
        <w:rPr>
          <w:lang w:eastAsia="zh-CN"/>
        </w:rPr>
        <w:t>　　实习，是开端也是结束。展现在自己面前的是一片任自己驰骋的沃土，也分明感受到了沉甸甸的责任。在今后的工作和生活中，我将继续学习，深入实践，不断提升自我，努力创造业绩，继续创造更多的价值。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最后感谢单位领导和部门领导以及同事对我的支持和帮助，我会继续努力的。</w:t>
      </w:r>
      <w:r>
        <w:rPr>
          <w:lang w:eastAsia="zh-CN"/>
        </w:rPr>
        <w:br/>
      </w:r>
      <w:r>
        <w:rPr>
          <w:lang w:eastAsia="zh-CN"/>
        </w:rPr>
        <w:t xml:space="preserve">    2024公司程序员个人工作总结 篇5 </w:t>
      </w:r>
      <w:r>
        <w:rPr>
          <w:lang w:eastAsia="zh-CN"/>
        </w:rPr>
        <w:br/>
      </w:r>
      <w:r>
        <w:rPr>
          <w:lang w:eastAsia="zh-CN"/>
        </w:rPr>
        <w:t>　　过去的一年，软件研发部团结协作，以及在公司这充满奋斗的环境下，我以严肃认真的工作态度和百折不饶的精神，努力的完成了公司的各项工作，在软件研发、团队协作和个人成长上也取得了一定的成绩。在公司一年的工作已经结束，特向公司总结汇报如下：</w:t>
      </w:r>
      <w:r>
        <w:rPr>
          <w:lang w:eastAsia="zh-CN"/>
        </w:rPr>
        <w:br/>
      </w:r>
      <w:r>
        <w:rPr>
          <w:lang w:eastAsia="zh-CN"/>
        </w:rPr>
        <w:t>　　一、软件研发</w:t>
      </w:r>
      <w:r>
        <w:rPr>
          <w:lang w:eastAsia="zh-CN"/>
        </w:rPr>
        <w:br/>
      </w:r>
      <w:r>
        <w:rPr>
          <w:lang w:eastAsia="zh-CN"/>
        </w:rPr>
        <w:t>　　根据公司的安排，项目的需要。在自身的努力、伍经理的帮组，团队的合作下，克服重重技术困难，增长了工作经验，收获丰盈：</w:t>
      </w:r>
      <w:r>
        <w:rPr>
          <w:lang w:eastAsia="zh-CN"/>
        </w:rPr>
        <w:br/>
      </w:r>
      <w:r>
        <w:rPr>
          <w:lang w:eastAsia="zh-CN"/>
        </w:rPr>
        <w:t>　　1、asp.</w:t>
      </w:r>
      <w:r>
        <w:rPr>
          <w:lang w:eastAsia="zh-CN"/>
        </w:rPr>
        <w:br/>
      </w:r>
      <w:r>
        <w:rPr>
          <w:lang w:eastAsia="zh-CN"/>
        </w:rPr>
        <w:t>　　开发</w:t>
      </w:r>
      <w:r>
        <w:rPr>
          <w:lang w:eastAsia="zh-CN"/>
        </w:rPr>
        <w:br/>
      </w:r>
      <w:r>
        <w:rPr>
          <w:lang w:eastAsia="zh-CN"/>
        </w:rPr>
        <w:t>　　以前我在其他公司也做过一些开发，但是底层和架构与页面样式我都是没有涉及到的。通过这一年在本公司的的这些项目程序中的锻炼，我成长了，我学会了很多很多。</w:t>
      </w:r>
      <w:r>
        <w:rPr>
          <w:lang w:eastAsia="zh-CN"/>
        </w:rPr>
        <w:br/>
      </w:r>
      <w:r>
        <w:rPr>
          <w:lang w:eastAsia="zh-CN"/>
        </w:rPr>
        <w:t>　　首先，面向对象语言的收获。对于当前编程的主流思想是对象，任何事物都可以用对象来表示。以前理解这些话很费解都是从表面上理解，没有从深入的体会，通过这次asp.项目的深入，不管是数据还是外部一些条件我们都可以抽象成对象，都可以用对象来表示，具体可以用语言中的类方等。asp.如此，c#如此java也同样如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其次，具备独立完成vb.知识方面的能力。以前没有做过vb的东西，加上这次深入的做，这次涉及到的领域也非常广，常用的重要的都有涉及，并且还补充_ml,javascript实际操作中空白的部分。通过这一年的开发，在.方面我能胜任这方面的工作，能独立完成这方面的工作。</w:t>
      </w:r>
      <w:r>
        <w:rPr>
          <w:lang w:eastAsia="zh-CN"/>
        </w:rPr>
        <w:br/>
      </w:r>
      <w:r>
        <w:rPr>
          <w:lang w:eastAsia="zh-CN"/>
        </w:rPr>
        <w:t>　　再次，c#方面存在一些不足。LocALhOST通过c#这次软件的开发，也发现自己的不足，如基础知识掌握不牢，缺乏编程整体思想。这些都是需要在工作中完善和改进的。</w:t>
      </w:r>
      <w:r>
        <w:rPr>
          <w:lang w:eastAsia="zh-CN"/>
        </w:rPr>
        <w:br/>
      </w:r>
      <w:r>
        <w:rPr>
          <w:lang w:eastAsia="zh-CN"/>
        </w:rPr>
        <w:t>　　2、数据库开发</w:t>
      </w:r>
      <w:r>
        <w:rPr>
          <w:lang w:eastAsia="zh-CN"/>
        </w:rPr>
        <w:br/>
      </w:r>
      <w:r>
        <w:rPr>
          <w:lang w:eastAsia="zh-CN"/>
        </w:rPr>
        <w:t>　　数据库是伴随着项目以来用的最多最平凡的技术。以前对数据库只是会一些简单常用的操作，经过这一年项目的实战，对数据库的操作增加了一些丰富的经验。为以后的工作和经验的积累都奠定了坚实的基础。同时在项目中还用到了oracel与 access数据库,这是我最大的收获。</w:t>
      </w:r>
      <w:r>
        <w:rPr>
          <w:lang w:eastAsia="zh-CN"/>
        </w:rPr>
        <w:br/>
      </w:r>
      <w:r>
        <w:rPr>
          <w:lang w:eastAsia="zh-CN"/>
        </w:rPr>
        <w:t>　　优点：能熟练的运用数据库技术进行开发。 特别是对sql数据库的操作，经过这么长时间的积累，基本上能合理的设计和新建数据库，同时在数据结构上也加强了对数据库的理解。通过项目的实践现在能熟练使用和编写多种sql语句。还掌握了一些关于数据库优化sql语句优化的方法，能进行一些简单的优化。</w:t>
      </w:r>
      <w:r>
        <w:rPr>
          <w:lang w:eastAsia="zh-CN"/>
        </w:rPr>
        <w:br/>
      </w:r>
      <w:r>
        <w:rPr>
          <w:lang w:eastAsia="zh-CN"/>
        </w:rPr>
        <w:t>　　缺点：数据是一门比较先进的技术，并不是你会写一些sql语句，能建几个数据库你就是数据库工程师。要成为一个好的数据库管理员是要经过长时间的工作积累。针对自己的不足，在以后的工作和学习中多接触，多运用新的知识点。充实自己的经验和知识储备。</w:t>
      </w:r>
      <w:r>
        <w:rPr>
          <w:lang w:eastAsia="zh-CN"/>
        </w:rPr>
        <w:br/>
      </w:r>
      <w:r>
        <w:rPr>
          <w:lang w:eastAsia="zh-CN"/>
        </w:rPr>
        <w:t xml:space="preserve">    2024公司程序员个人工作总结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回首这一年的工作，有硕果累累的喜悦，有工作当中的艰辛，也有遇到困难和挫折时的惆怅。在项目可开发的过程中，难题一个接一个的出现，自信心不止一次的受到过打击，虽然自己早就知道，要做到符合公司的要求，做一名合格的程序员，这些是远远不够的。每天我都会不断勉励自己，好好学，以后会好的。在此同时，公司也给了我很多学习的机会，这是我对以后的编程之路又有了信心。在担任公司程序员一职已经有一年多的时间，在这一年时间里，我学到了很多东西。每个人都是在不断的总结中成长，不断的是审视中完善自己。在这一年里自己也是在总结、审视中脚踏实地完成好自己的本职工作，现将这一年的工作总结如下：</w:t>
      </w:r>
      <w:r>
        <w:rPr>
          <w:lang w:eastAsia="zh-CN"/>
        </w:rPr>
        <w:br/>
      </w:r>
      <w:r>
        <w:rPr>
          <w:lang w:eastAsia="zh-CN"/>
        </w:rPr>
        <w:t>　　一、想方面</w:t>
      </w:r>
      <w:r>
        <w:rPr>
          <w:lang w:eastAsia="zh-CN"/>
        </w:rPr>
        <w:br/>
      </w:r>
      <w:r>
        <w:rPr>
          <w:lang w:eastAsia="zh-CN"/>
        </w:rPr>
        <w:t>　　严格按照一个程序员应有的素养来约束自己，爱岗敬业，具有强烈的责任岗和事业心，积极主动认真的学习专业知识，工作态度端正，听从公司的安排，积极配合客户完善数字化校园系统。</w:t>
      </w:r>
      <w:r>
        <w:rPr>
          <w:lang w:eastAsia="zh-CN"/>
        </w:rPr>
        <w:br/>
      </w:r>
      <w:r>
        <w:rPr>
          <w:lang w:eastAsia="zh-CN"/>
        </w:rPr>
        <w:t>　　二、工作方面</w:t>
      </w:r>
      <w:r>
        <w:rPr>
          <w:lang w:eastAsia="zh-CN"/>
        </w:rPr>
        <w:br/>
      </w:r>
      <w:r>
        <w:rPr>
          <w:lang w:eastAsia="zh-CN"/>
        </w:rPr>
        <w:t>　　热爱自己的本职工作，能够正确认真的对待每一项工作，工作投入，热心为大家服务，认真遵守劳动纪律，按时上下班，有效利用工作时间，坚守岗位，需要加班完成工作的要按时加班加点，保证工作能够按时完成。在这一年多的时间里面，我本着把工作做的更好这样一个目标，主动了解公司的开发项目流程，请教他们开发技术上的问题。</w:t>
      </w:r>
      <w:r>
        <w:rPr>
          <w:lang w:eastAsia="zh-CN"/>
        </w:rPr>
        <w:br/>
      </w:r>
      <w:r>
        <w:rPr>
          <w:lang w:eastAsia="zh-CN"/>
        </w:rPr>
        <w:t>　　三、工作心得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1.在这一年多的时间里面，我参与的都是团队合作的项目，无论是自己还是同事，我们都将就团队精神。在信任自己和他人的基础上，思想统一，行动一致，这样的团队一定会攻无不克战无不胜。我们的很多工作是一起完成的，在这个过程中，大家互相提醒和补充，大大提高了工作效率，所有的工作中沟通是最重要的，一定要把信息处理的及时，有效和清晰。</w:t>
      </w:r>
      <w:r>
        <w:rPr>
          <w:lang w:eastAsia="zh-CN"/>
        </w:rPr>
        <w:br/>
      </w:r>
      <w:r>
        <w:rPr>
          <w:lang w:eastAsia="zh-CN"/>
        </w:rPr>
        <w:t>　　2.每一个项目在开始着手的第一步，一定要和客户把需求沟通清除，只要了解项目的需求，才有可能真正做好一个项目。我们需要向客户提出，要求客户提供所有涉及该项目的资料，每次与客户见面都需要熟悉业务与程序的程序员随时记录需求。</w:t>
      </w:r>
      <w:r>
        <w:rPr>
          <w:lang w:eastAsia="zh-CN"/>
        </w:rPr>
        <w:br/>
      </w:r>
      <w:r>
        <w:rPr>
          <w:lang w:eastAsia="zh-CN"/>
        </w:rPr>
        <w:t>　　3.工作中，将任务详细化，详细到每个页面，甚至是一个页面中的图片什么时候做好，做好到什么程度，这样把工作进度有计划有方向的定下来，做事很有效率。</w:t>
      </w:r>
      <w:r>
        <w:rPr>
          <w:lang w:eastAsia="zh-CN"/>
        </w:rPr>
        <w:br/>
      </w:r>
      <w:r>
        <w:rPr>
          <w:lang w:eastAsia="zh-CN"/>
        </w:rPr>
        <w:t>　　4.每天的工作小结真的很重要，这让我们每天都有计划的知道自己干了什么，不是漫无目的的工作，所以我们应该养成，日记、周记、月记、年记的工作习惯。</w:t>
      </w:r>
      <w:r>
        <w:rPr>
          <w:lang w:eastAsia="zh-CN"/>
        </w:rPr>
        <w:br/>
      </w:r>
      <w:r>
        <w:rPr>
          <w:lang w:eastAsia="zh-CN"/>
        </w:rPr>
        <w:t>　　5.工作并不是一成不变的，也许有一天你要去其他岗位帮忙，所以同事之间的技术要相互学习，也许有一天，公司需要你发挥其他的技能帮忙，所以相互学习也是很重要的。</w:t>
      </w:r>
      <w:r>
        <w:rPr>
          <w:lang w:eastAsia="zh-CN"/>
        </w:rPr>
        <w:br/>
      </w:r>
      <w:r>
        <w:rPr>
          <w:lang w:eastAsia="zh-CN"/>
        </w:rPr>
        <w:t>　　四、工作教训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在公司工作的期间，我也发现了自己离一个符合公司要求的程序员还有很多差距，主要体现在工作技能与工作经验的不够，也是我以后要在工作中不断磨练和提高自己的地方。仔细总结一下，自己在工作中主要有以下方面做的不够好：</w:t>
      </w:r>
      <w:r>
        <w:rPr>
          <w:lang w:eastAsia="zh-CN"/>
        </w:rPr>
        <w:br/>
      </w:r>
      <w:r>
        <w:rPr>
          <w:lang w:eastAsia="zh-CN"/>
        </w:rPr>
        <w:t>　　1. 工作的条理性不够清晰，要分清主次和轻重缓急。</w:t>
      </w:r>
      <w:r>
        <w:rPr>
          <w:lang w:eastAsia="zh-CN"/>
        </w:rPr>
        <w:br/>
      </w:r>
      <w:r>
        <w:rPr>
          <w:lang w:eastAsia="zh-CN"/>
        </w:rPr>
        <w:t>　　在开发时间很仓促的情况下，事情多了，就一定要有详细而主次分明的计划，哪 需要立即完成，哪些可以缓缓加班完成，在这方面还有很大的优化空间。</w:t>
      </w:r>
      <w:r>
        <w:rPr>
          <w:lang w:eastAsia="zh-CN"/>
        </w:rPr>
        <w:br/>
      </w:r>
      <w:r>
        <w:rPr>
          <w:lang w:eastAsia="zh-CN"/>
        </w:rPr>
        <w:t>　　2. 对流程、业务需求不够熟悉。</w:t>
      </w:r>
      <w:r>
        <w:rPr>
          <w:lang w:eastAsia="zh-CN"/>
        </w:rPr>
        <w:br/>
      </w:r>
      <w:r>
        <w:rPr>
          <w:lang w:eastAsia="zh-CN"/>
        </w:rPr>
        <w:t>　　在工作中，发现因为流程或业务需求的问题而不知道如何下手的情况有点多，包括错误与缺漏还有当时设计考虑不到位的地方，对于这块的控制力度显然不够，平时总是在开发，但说到底对业务很熟悉才是项目很好完成的前提。</w:t>
      </w:r>
      <w:r>
        <w:rPr>
          <w:lang w:eastAsia="zh-CN"/>
        </w:rPr>
        <w:br/>
      </w:r>
      <w:r>
        <w:rPr>
          <w:lang w:eastAsia="zh-CN"/>
        </w:rPr>
        <w:t>　　3. 缺乏工作经验。</w:t>
      </w:r>
      <w:r>
        <w:rPr>
          <w:lang w:eastAsia="zh-CN"/>
        </w:rPr>
        <w:br/>
      </w:r>
      <w:r>
        <w:rPr>
          <w:lang w:eastAsia="zh-CN"/>
        </w:rPr>
        <w:t>　　4. 学习的知识不够广泛。</w:t>
      </w:r>
      <w:r>
        <w:rPr>
          <w:lang w:eastAsia="zh-CN"/>
        </w:rPr>
        <w:br/>
      </w:r>
      <w:r>
        <w:rPr>
          <w:lang w:eastAsia="zh-CN"/>
        </w:rPr>
        <w:t>　　5. 要提高工作主动性，做事干脆果断，不拖泥带水。 工作要注重实效、注重结果，一切工作围绕着目标完成。要提高大局观，是否能让其他人的工作更顺畅作为衡量工作的标尺。 把握一切机会提高专业能力，加强平时知识总结工作。 精细化工作方式的思考和实践。虚心请教比我做的优秀的其他同事，向他们学习技术或经验。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其实作为一名员工，所有的地方都是需要学习的，多听、多看、多想、多做、多沟通，向每一个员工学习他们身上的优秀工作习惯，丰富的专业技能，配合着实际工作不断的进步，不论在什么环境下，我都相信这两点：一是：三人行必有我师，二是：天道酬勤。作为一个新人来说，不懂就要问。在这里我觉得，如果是单纯技术上的问题，如果可以google到的，我认为就可以自己消化掉。问的问题一定要先google，然后带着自己的想法，去问一些有经验的人，收获会更大。</w:t>
      </w:r>
      <w:r>
        <w:rPr>
          <w:lang w:eastAsia="zh-CN"/>
        </w:rPr>
        <w:br/>
      </w:r>
      <w:r>
        <w:rPr>
          <w:lang w:eastAsia="zh-CN"/>
        </w:rPr>
        <w:t>　　曾经的我，埋头写代码，那时候很怕上司知道自己这不会，那不会。所以拼命的掩盖自己不会的东西，自己查资料，下班了问同学，上论坛发问。但是由于逻辑和现实需求不一样，所以结果不理想。如果那时候，我把自己不理解的地方和上司谈，也许会很快的就能完成这个任务，而不是返工。</w:t>
      </w:r>
      <w:r>
        <w:rPr>
          <w:lang w:eastAsia="zh-CN"/>
        </w:rPr>
        <w:br/>
      </w:r>
      <w:r>
        <w:rPr>
          <w:lang w:eastAsia="zh-CN"/>
        </w:rPr>
        <w:t xml:space="preserve">    2024公司程序员个人工作总结 篇7 </w:t>
      </w:r>
      <w:r>
        <w:rPr>
          <w:lang w:eastAsia="zh-CN"/>
        </w:rPr>
        <w:br/>
      </w:r>
      <w:r>
        <w:rPr>
          <w:lang w:eastAsia="zh-CN"/>
        </w:rPr>
        <w:t>　　我是一名程序员，在过去的一年里，软件研发部团结协作，以及在公司这充满奋斗的环境下，我以严肃认真的工作态度和百折不饶的精神，努力的完成了公司的各项工作，在软件研发、团队协作和个人成长上也取得了一定的成绩。在公司一年的工作已经结束，特向公司总结汇报如下：</w:t>
      </w:r>
      <w:r>
        <w:rPr>
          <w:lang w:eastAsia="zh-CN"/>
        </w:rPr>
        <w:br/>
      </w:r>
      <w:r>
        <w:rPr>
          <w:lang w:eastAsia="zh-CN"/>
        </w:rPr>
        <w:t>　　一、软件研发</w:t>
      </w:r>
      <w:r>
        <w:rPr>
          <w:lang w:eastAsia="zh-CN"/>
        </w:rPr>
        <w:br/>
      </w:r>
      <w:r>
        <w:rPr>
          <w:lang w:eastAsia="zh-CN"/>
        </w:rPr>
        <w:t>　　根据公司的安排，项目的需要。在自身的努力、伍经理的帮组，团队的合作下，克服重重技术困难，增长了工作经验，收获丰盈：</w:t>
      </w:r>
      <w:r>
        <w:rPr>
          <w:lang w:eastAsia="zh-CN"/>
        </w:rPr>
        <w:br/>
      </w:r>
      <w:r>
        <w:rPr>
          <w:lang w:eastAsia="zh-CN"/>
        </w:rPr>
        <w:t>　　1、aspnet开发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以前我在其他公司也做过一些开发，但是底层和架构与页面样式我都是没有涉及到的。通过这一年在本公司的的这些项目程序中的锻炼，我成长了，我学会了很多很多。首先，面向对象语言的收获。对于当前编程的主流思想是对象，任何事物都可以用对象来表示。以前理解这些话很费解都是从表面上理解，没有从深入的体会，通过这次asp。net项目的深入，不管是数据还是外部一些条件我们都可以抽象成对象，都可以用对象来表示，具体可以用语言中的类方等。asp。net如此，c#如此java也同样如此。其次，具备独立完成vb。net知识方面的能力。以前没有做过vb的东西，加上这次深入的做，这次涉及到的领域也非常广，常用的重要的都有涉及，并且还补充</w:t>
      </w:r>
      <w:r>
        <w:rPr>
          <w:lang w:eastAsia="zh-CN"/>
        </w:rPr>
        <w:br/>
      </w:r>
      <w:r>
        <w:rPr>
          <w:lang w:eastAsia="zh-CN"/>
        </w:rPr>
        <w:t>　　_ml，javascript实际操作中空白的部分。通过这一年的开发，在net方面我能胜任这方面的工作，能独立完成这方面的工作。</w:t>
      </w:r>
      <w:r>
        <w:rPr>
          <w:lang w:eastAsia="zh-CN"/>
        </w:rPr>
        <w:br/>
      </w:r>
      <w:r>
        <w:rPr>
          <w:lang w:eastAsia="zh-CN"/>
        </w:rPr>
        <w:t>　　再次，c#方面存在一些不足。LocALhOST通过c#这次软件的开发，也发现自己的不足，如基础知识掌握不牢，缺乏编程整体思想。这些都是需要在工作中完善和改进的。</w:t>
      </w:r>
      <w:r>
        <w:rPr>
          <w:lang w:eastAsia="zh-CN"/>
        </w:rPr>
        <w:br/>
      </w:r>
      <w:r>
        <w:rPr>
          <w:lang w:eastAsia="zh-CN"/>
        </w:rPr>
        <w:t>　　2、数据库开发</w:t>
      </w:r>
      <w:r>
        <w:rPr>
          <w:lang w:eastAsia="zh-CN"/>
        </w:rPr>
        <w:br/>
      </w:r>
      <w:r>
        <w:rPr>
          <w:lang w:eastAsia="zh-CN"/>
        </w:rPr>
        <w:t>　　数据库是伴随着项目以来用的最多最平凡的技术。以前对数据库只是会一些简单常用的操作，经过这一年项目的实战，对数据库的操作增加了一些丰富的经验。为以后的工作和经验的积累都奠定了坚实的基础。同时在项目中还用到了oracel与access数据库，这是我最大的收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优点：能熟练的运用数据库技术进行开发。特别是对sql数据库的操作，经过这么长时间的积累，基本上能合理的设计和新建数据库，同时在数据结构上也加强了对数据库的理解。通过项目的实践现在能熟练使用和编写多种sql语句。还掌握了一些关于数据库优化sql语句优化的方法，能进行一些简单的优化。</w:t>
      </w:r>
      <w:r>
        <w:rPr>
          <w:lang w:eastAsia="zh-CN"/>
        </w:rPr>
        <w:br/>
      </w:r>
      <w:r>
        <w:rPr>
          <w:lang w:eastAsia="zh-CN"/>
        </w:rPr>
        <w:t>　　缺点：数据是一门比较先进的技术，并不是你会写一些sql语句，能建几个数据库你就是数据库工程师。要成为一个好的数据库管理员是要经过长时间的工作积累。针对自己的不足，在以后的工作和学习中多接触，多运用新的知识点。充实自己的经验和知识储备。</w:t>
      </w:r>
      <w:r>
        <w:rPr>
          <w:lang w:eastAsia="zh-CN"/>
        </w:rPr>
        <w:br/>
      </w:r>
      <w:r>
        <w:rPr>
          <w:lang w:eastAsia="zh-CN"/>
        </w:rPr>
        <w:t>　　二、团队协作</w:t>
      </w:r>
      <w:r>
        <w:rPr>
          <w:lang w:eastAsia="zh-CN"/>
        </w:rPr>
        <w:br/>
      </w:r>
      <w:r>
        <w:rPr>
          <w:lang w:eastAsia="zh-CN"/>
        </w:rPr>
        <w:t>　　上面的成功与收获，除了自身努力外，以及公司的支持。是这个团队铸造了我。我们这个团队也是因为有了我们这些拼搏协作的队员，使得它成为一个具有务实、拼搏、创新精神的团队。我与软件研发小组是一个整体，这里的团队总结也就是我在这个团队中的收获。</w:t>
      </w:r>
      <w:r>
        <w:rPr>
          <w:lang w:eastAsia="zh-CN"/>
        </w:rPr>
        <w:br/>
      </w:r>
      <w:r>
        <w:rPr>
          <w:lang w:eastAsia="zh-CN"/>
        </w:rPr>
        <w:t>　　务实：公司下发的任务，下发的工作，件件都是用心去做的。我们这个团队中没有一个人在工作的时候做了工作以外的事情，都是实实在在的做跟工作相关对公司有益的事情。相信在伍经理的带领下现在是这样，以后同样也是这样。</w:t>
      </w:r>
      <w:r>
        <w:rPr>
          <w:lang w:eastAsia="zh-CN"/>
        </w:rPr>
        <w:br/>
      </w:r>
      <w:r>
        <w:rPr>
          <w:lang w:eastAsia="zh-CN"/>
        </w:rPr>
        <w:t>　　拼搏：公司给的每一个任务不管它多难，如果工作没有完成我们会晚上加班，也要</w:t>
      </w:r>
      <w:r>
        <w:rPr>
          <w:lang w:eastAsia="zh-CN"/>
        </w:rPr>
        <w:br/>
      </w:r>
      <w:r>
        <w:rPr>
          <w:lang w:eastAsia="zh-CN"/>
        </w:rPr>
        <w:t>　　尽可能的完成当天的工作。如果工作实在忙，为了赶进度我们放弃周末休息时间也要尽可能的使项目提前。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创新：现在我们开始项目的时候都会进行研讨，一般都会进行一个效率和逻辑的分析与讨论，保证程序正确的前提尽可能的提高程序的效率。</w:t>
      </w:r>
      <w:r>
        <w:rPr>
          <w:lang w:eastAsia="zh-CN"/>
        </w:rPr>
        <w:br/>
      </w:r>
      <w:r>
        <w:rPr>
          <w:lang w:eastAsia="zh-CN"/>
        </w:rPr>
        <w:t>　　互助：我们小组内只要任何一个人出现技术或其它的问题，我们都会彼此都会尽可能的去帮助他。不会因为某一个人而拖住整个项目滞后。</w:t>
      </w:r>
      <w:r>
        <w:rPr>
          <w:lang w:eastAsia="zh-CN"/>
        </w:rPr>
        <w:br/>
      </w:r>
      <w:r>
        <w:rPr>
          <w:lang w:eastAsia="zh-CN"/>
        </w:rPr>
        <w:t>　　交流：我们在项目中会及时沟通自己的收获，特别是一些针对性的技术问题。这样可以省了很多重复研究的时间，这是一笔很可观的时间。</w:t>
      </w:r>
      <w:r>
        <w:rPr>
          <w:lang w:eastAsia="zh-CN"/>
        </w:rPr>
        <w:br/>
      </w:r>
      <w:r>
        <w:rPr>
          <w:lang w:eastAsia="zh-CN"/>
        </w:rPr>
        <w:t>　　在交流中只要我会的，我懂的，我不会去吝啬。我会积极的去与你交流，我的团队名言人强团则强，人弱团则削。</w:t>
      </w:r>
      <w:r>
        <w:rPr>
          <w:lang w:eastAsia="zh-CN"/>
        </w:rPr>
        <w:br/>
      </w:r>
      <w:r>
        <w:rPr>
          <w:lang w:eastAsia="zh-CN"/>
        </w:rPr>
        <w:t>　　三、个人成长</w:t>
      </w:r>
      <w:r>
        <w:rPr>
          <w:lang w:eastAsia="zh-CN"/>
        </w:rPr>
        <w:br/>
      </w:r>
      <w:r>
        <w:rPr>
          <w:lang w:eastAsia="zh-CN"/>
        </w:rPr>
        <w:t>　　通过公司这快一年的锻炼与学习我真的进步了很多，不管从技术上还是做事上，都不像以前那样了。我在公司学到的懂得的使我飞速成长。</w:t>
      </w:r>
      <w:r>
        <w:rPr>
          <w:lang w:eastAsia="zh-CN"/>
        </w:rPr>
        <w:br/>
      </w:r>
      <w:r>
        <w:rPr>
          <w:lang w:eastAsia="zh-CN"/>
        </w:rPr>
        <w:t>　　技术上：不管从语言上还是做事的逻辑上都得到了很大的的提高。现在在软件小组里面自己能独立完成一部分工作，承担自己的责任。</w:t>
      </w:r>
      <w:r>
        <w:rPr>
          <w:lang w:eastAsia="zh-CN"/>
        </w:rPr>
        <w:br/>
      </w:r>
      <w:r>
        <w:rPr>
          <w:lang w:eastAsia="zh-CN"/>
        </w:rPr>
        <w:t>　　【门禁系统】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年初办公室来安装了门禁系统，我也折腾了几个来回。主要是新的门禁系统跟我们旧的打卡系统的共存问题。我建议门禁系统仅仅使用它的门禁功能，不使用他附带的考勤功能，以免产生系统移植等额外开发开销问题。幸亏我记录了老的考勤系统的引脚接线，门禁系统的安装者没有接好老的考勤系统的接线，导致老的考勤系统无法使用。几经联系往复终于让两个系统能够共存，顺利正常的使用。</w:t>
      </w:r>
      <w:r>
        <w:rPr>
          <w:lang w:eastAsia="zh-CN"/>
        </w:rPr>
        <w:br/>
      </w:r>
      <w:r>
        <w:rPr>
          <w:lang w:eastAsia="zh-CN"/>
        </w:rPr>
        <w:t>　　【视频设备】</w:t>
      </w:r>
      <w:r>
        <w:rPr>
          <w:lang w:eastAsia="zh-CN"/>
        </w:rPr>
        <w:br/>
      </w:r>
      <w:r>
        <w:rPr>
          <w:lang w:eastAsia="zh-CN"/>
        </w:rPr>
        <w:t>　　随后日方提供了Web会议系统，为软件园开TV会议提供了方便，不用来回奔袭了。Web会议需要的硬件的采购任务交给了我。经过精挑细选选购了价廉物美的设备。在Web会议的调试上也费了周折，起初的几次应该是由于设置原因导致跟日方的联络中回音过大，影响会议效果。在不懈努力之下，终于现在勉勉强强还算过的去，效果还行。</w:t>
      </w:r>
      <w:r>
        <w:rPr>
          <w:lang w:eastAsia="zh-CN"/>
        </w:rPr>
        <w:br/>
      </w:r>
      <w:r>
        <w:rPr>
          <w:lang w:eastAsia="zh-CN"/>
        </w:rPr>
        <w:t>　　【数据库讲解】</w:t>
      </w:r>
      <w:r>
        <w:rPr>
          <w:lang w:eastAsia="zh-CN"/>
        </w:rPr>
        <w:br/>
      </w:r>
      <w:r>
        <w:rPr>
          <w:lang w:eastAsia="zh-CN"/>
        </w:rPr>
        <w:t>　　期间有幸给学生们讲过一次数据库的安装课程。把常用到的sqlserver数据库的安装，以及oracle的安装作了演示和简单讲解。在讲授的过程自己也有些许领悟。</w:t>
      </w:r>
      <w:r>
        <w:rPr>
          <w:lang w:eastAsia="zh-CN"/>
        </w:rPr>
        <w:br/>
      </w:r>
      <w:r>
        <w:rPr>
          <w:lang w:eastAsia="zh-CN"/>
        </w:rPr>
        <w:t>　　【__软件站】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心里最大的一块石头要算__软件站了。这个任务可以算是上一年的计划，一直都没有得以实施，在_老师的敦促下决定一定要把这个网站弄出来。一方面现在服务器的资料越来越多，资料都比较分散。新人装机没有一个指导很难找到要装的东西在哪里。老人装软件等也很难找，非常有必要有这么一个导航，至少是个方便的列表告诉大家急需的软件在哪里。经过一段时间的奋斗，这个网站终于“犹抱琵琶半遮面”。虽然比不上什么花哨功能强劲的大站点，至少对于这个网站我也倾吾所学，运用flash，Dreamweaver，ps等技巧灌注心血弄起来了。应该给大家带了些许方便，在之后的一些系统更新，_____的软件更新我都及时发布在了这个内部使用的网站上。期间也感谢_老师常带来一些有用实用的软件资料。</w:t>
      </w:r>
      <w:r>
        <w:rPr>
          <w:lang w:eastAsia="zh-CN"/>
        </w:rPr>
        <w:br/>
      </w:r>
      <w:r>
        <w:rPr>
          <w:lang w:eastAsia="zh-CN"/>
        </w:rPr>
        <w:t>　　【新人培训】</w:t>
      </w:r>
      <w:r>
        <w:rPr>
          <w:lang w:eastAsia="zh-CN"/>
        </w:rPr>
        <w:br/>
      </w:r>
      <w:r>
        <w:rPr>
          <w:lang w:eastAsia="zh-CN"/>
        </w:rPr>
        <w:t>　　今年的新人培训我依然是培训的担当者，感受颇多，有自己的感受，也有对新人的想法。总体说来是很累的，一方面我担当一块的培训由早年的一周延长到两周，时间内容都增加了。并且放弃了很多休息时间来关心下新人。自我觉得应该是讲的比以往都详细。于是感慨来了，新人是公司的后备力量，我们培训的责任更加重大。新人很注重第一感觉，倘若教的不对，错了，很容易这错误的信息便先入为主。我最大的感觉是，有的知识点讲过了，解释过了，举例子了，演示了，好了，问了都说懂了。立即过一会儿再来问下马上又说不会了。汗。我觉得两方面都要总结，新人自身要总结牢记，熟记技术点精髓自身要非常努力。另一方面我们培训者，可能也要注意方式，方法，讲解技巧。有的东西我们是有经验的，用起来写起来都曾经有过感官的体验，但是新人不一样，新人没有经历过这些，一味的填鸭，他们忘的很快。他们需要时间积累，我们在他们入门的时候还要多点关心，多多指导，纠正他们的错误。我体验到了，给新人一定要多讲几遍，讲一遍是绝对不行的!且最好讲授之间要自己总结些典型的例子，让新人看一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另外年尾也曾去__院作过两天review的支持吧，感觉自己也要与时俱进啊。</w:t>
      </w:r>
      <w:r>
        <w:rPr>
          <w:lang w:eastAsia="zh-CN"/>
        </w:rPr>
        <w:br/>
      </w:r>
      <w:r>
        <w:rPr>
          <w:lang w:eastAsia="zh-CN"/>
        </w:rPr>
        <w:t>　　【服务器配置】</w:t>
      </w:r>
      <w:r>
        <w:rPr>
          <w:lang w:eastAsia="zh-CN"/>
        </w:rPr>
        <w:br/>
      </w:r>
      <w:r>
        <w:rPr>
          <w:lang w:eastAsia="zh-CN"/>
        </w:rPr>
        <w:t>　　今年我依然是部门这里的服务器总负责。自从服务器越来越多，测试用的，数据的，功能的等等服务器越来越多。对服务器的统筹管理尤为重要。服务器一出问题，好了大家手头的工作全部都会中断。重中之重啊!服务器多，管理维护也带来压力，所以在讨论研究之后，各组的服务器由各小组出人维护负责，我总负责及担当本组的服务器维护更新备份任务。一年来相安无事。对于日方要求更新的软件环境等，我都第一时间常常加班加点先自己试点是否成功，成功了则制作教程，发布在软件站上，之后全员公告。最有印象的是大夏天超热的一个周6，日我一人在办公室由于没有空调，汗流雨下，索性赤膊上阵。</w:t>
      </w:r>
      <w:r>
        <w:rPr>
          <w:lang w:eastAsia="zh-CN"/>
        </w:rPr>
        <w:br/>
      </w:r>
      <w:r>
        <w:rPr>
          <w:lang w:eastAsia="zh-CN"/>
        </w:rPr>
        <w:t>　　【上网权限】</w:t>
      </w:r>
      <w:r>
        <w:rPr>
          <w:lang w:eastAsia="zh-CN"/>
        </w:rPr>
        <w:br/>
      </w:r>
      <w:r>
        <w:rPr>
          <w:lang w:eastAsia="zh-CN"/>
        </w:rPr>
        <w:t>　　今年对网络加强了管理，特别对外网的访问进行了一系列的措施。我觉得效果还是有的，杜绝了员工上班时间上无关紧要网站，提高了工作效率。我对上网权限的管理进行了实施。对谁要开通网络，进行文档化地登记，定时开闭，做好记录。</w:t>
      </w:r>
      <w:r>
        <w:rPr>
          <w:lang w:eastAsia="zh-CN"/>
        </w:rPr>
        <w:br/>
      </w:r>
      <w:r>
        <w:rPr>
          <w:lang w:eastAsia="zh-CN"/>
        </w:rPr>
        <w:t>　　【申请服务器资料】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以上说到服务器越来越多，但是总的来说服务器多归多，也都有相应的用处。有ap服务器，db数据服务器，文件服务器，打印服务器等等，还有各个小组用的服务器。基本都做到专机专用，尽量让一些功能空闲的服务器多做一些功能服务。年中我还对部门内使用的服务器进行整理归类，做了文档描述当前服务器负载功能情况，便于申请新的服务器，也是留一份记录便于日后管理。</w:t>
      </w:r>
      <w:r>
        <w:rPr>
          <w:lang w:eastAsia="zh-CN"/>
        </w:rPr>
        <w:br/>
      </w:r>
      <w:r>
        <w:rPr>
          <w:lang w:eastAsia="zh-CN"/>
        </w:rPr>
        <w:t>　　【公共上网机】</w:t>
      </w:r>
      <w:r>
        <w:rPr>
          <w:lang w:eastAsia="zh-CN"/>
        </w:rPr>
        <w:br/>
      </w:r>
      <w:r>
        <w:rPr>
          <w:lang w:eastAsia="zh-CN"/>
        </w:rPr>
        <w:t>　　由于加强了网络管理，上网的权限受到到限制，则有必要开辟公共上网区域。起初设置了1-2台，我安装部署了公共上网，且寻找了一些管理软件。日后公共上网机还是较少，又将一台空闲的机器进行了维护作为公共上网机。由于这些机器都是比较老的机器，非常容易死机，我得不时地关注他们，有的要拆拆弄弄的，有的则要换电源，换风扇换内存等等。感觉兼职了一份IT机器维护的职责。貌似这一年除了品牌机的电脑，部门的电脑维修没有给外人来修理的机会。品牌机的故障我也事先把一道关，预先诊断一下。</w:t>
      </w:r>
      <w:r>
        <w:rPr>
          <w:lang w:eastAsia="zh-CN"/>
        </w:rPr>
        <w:br/>
      </w:r>
      <w:r>
        <w:rPr>
          <w:lang w:eastAsia="zh-CN"/>
        </w:rPr>
        <w:t>　　【AP新服务器】</w:t>
      </w:r>
      <w:r>
        <w:rPr>
          <w:lang w:eastAsia="zh-CN"/>
        </w:rPr>
        <w:br/>
      </w:r>
      <w:r>
        <w:rPr>
          <w:lang w:eastAsia="zh-CN"/>
        </w:rPr>
        <w:t>　　公司给员工升级换代旧的开发机器，多出的一台新的机器，我建议做ap服务器，因为ap服务器使用的人多，负荷量大，最好不再使用老的旧的总是死机的服务器。所以我也常常加班加点对更换了新的机器做ap服务器，还有软件的安装环境的配置，数据的移植等等很多琐碎的事情暂且不表。来年希望找个时间把db1的数据服务器也换成新的机器。现在已经常常死机了。</w:t>
      </w:r>
      <w:r>
        <w:rPr>
          <w:lang w:eastAsia="zh-CN"/>
        </w:rPr>
        <w:br/>
      </w:r>
      <w:r>
        <w:rPr>
          <w:lang w:eastAsia="zh-CN"/>
        </w:rPr>
        <w:t>　　【给与业务】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在给与组里年头忙到年尾，常常加班加点放弃休假日。不知这是公司峥嵘好的征兆亦或又是对自己的另一种摧残。身体累，心累。在给与组里常常要对应一些困难的问题，有的时候很无奈，也仅仅有无奈来形容感情感受。一切的一切，唯独只有不断地提高自己来正面工作，直面每天的生活。学习业务，学习日语，学习技术。学会做人，学会处事，学会沟通。常常感慨我这一年最大的收获是什么。“圆滑”并不一定是一个贬义词，它是一种艺术，它是一种处事技巧，它是有的时候解决问题的唯一手段。在有一些分歧，有一些争论的时候，愚蠢的方法是方头方脑的去跟别人碰个头破血流，然后怀恨在心，终日郁郁寡欢似乎人家都跟你过不去似的。合理的，我领会到了，应该先放下自己的立场，站在别人的立场，静静地听他把他的想法观点完整的表达完毕。然后分析其合理性，提出自己的观点商讨到底谁的更好一点。有的时候也许对方的观念是错的，很不合理的，在不能改变事实情况的时候，学会承受，接受。</w:t>
      </w:r>
      <w:r>
        <w:rPr>
          <w:lang w:eastAsia="zh-CN"/>
        </w:rPr>
        <w:br/>
      </w:r>
      <w:r>
        <w:rPr>
          <w:lang w:eastAsia="zh-CN"/>
        </w:rPr>
        <w:t>　　团队合作，交流协调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团队离不开互助合作，又过了一年大家又长了一岁。更加的成熟，愈发的睿智。对人更多了一份宽容，对事更多了一份忍耐。希望热烈激烈讨论的场景继续下去，哪怕整个面红脖子粗，不管结果如何，那是大家都彼此投入了用心了。有的时候常想，到底什么样是合格呢?什么样是完美?姑且不论完美，说说合格，或者讲坦荡。常觉得事情真真正正用心了，对待了，在力所能及的范围内发挥了自己最大的能量，bug永远测不完，程序永远没有完美。至少自己对得起自己的责任心，不存在侥幸逃避心态做好这件事情，品质之外道义上未尝不是可以了。一个人再强大，他也不是超人放在一个团队里，他顶多是个大水滴。一个人再弱小他也不应该被团队抛弃，哪怕它仅是个分子，他也是团队里不可或缺的一份力量，它必有它的发光灼热之处。</w:t>
      </w:r>
      <w:r>
        <w:rPr>
          <w:lang w:eastAsia="zh-CN"/>
        </w:rPr>
        <w:br/>
      </w:r>
      <w:r>
        <w:rPr>
          <w:lang w:eastAsia="zh-CN"/>
        </w:rPr>
        <w:t>　　工作态度</w:t>
      </w:r>
      <w:r>
        <w:rPr>
          <w:lang w:eastAsia="zh-CN"/>
        </w:rPr>
        <w:br/>
      </w:r>
      <w:r>
        <w:rPr>
          <w:lang w:eastAsia="zh-CN"/>
        </w:rPr>
        <w:t>　　这一份简单的报告怎可包括我一年的酸甜苦辣。心情，劳动，多年的汗水，凝聚在泛黄的笔记本上。它是历史的见证，它是对我自己的肯定与鞭策。我决定换上新的笔记本，翻开新的篇章。一如既往…</w:t>
      </w:r>
      <w:r>
        <w:rPr>
          <w:lang w:eastAsia="zh-CN"/>
        </w:rPr>
        <w:br/>
      </w:r>
      <w:r>
        <w:rPr>
          <w:lang w:eastAsia="zh-CN"/>
        </w:rPr>
        <w:t>　　日语能力</w:t>
      </w:r>
      <w:r>
        <w:rPr>
          <w:lang w:eastAsia="zh-CN"/>
        </w:rPr>
        <w:br/>
      </w:r>
      <w:r>
        <w:rPr>
          <w:lang w:eastAsia="zh-CN"/>
        </w:rPr>
        <w:t>　　请再允许我给自己找一下借口。太忙了，没有时间看日语。空闲喘息的时间，我要放松下，我不会捧起该死的日语书!</w:t>
      </w:r>
      <w:r>
        <w:rPr>
          <w:lang w:eastAsia="zh-CN"/>
        </w:rPr>
        <w:br/>
      </w:r>
      <w:r>
        <w:rPr>
          <w:lang w:eastAsia="zh-CN"/>
        </w:rPr>
        <w:t>　　年初的时候我其实很失落因为组里大多数的都过了日语考级，尽管它不能代表什么，但是又拿什么来区别呢?如同文凭。该死的日语啊，骂骂咧咧中我还得悄悄拾起啊…</w:t>
      </w:r>
      <w:r>
        <w:rPr>
          <w:lang w:eastAsia="zh-CN"/>
        </w:rPr>
        <w:br/>
      </w:r>
      <w:r>
        <w:rPr>
          <w:lang w:eastAsia="zh-CN"/>
        </w:rPr>
        <w:t>　　不过随后我还是重拾了信心，因为我有我的价值，直面一切，努力弥补薄弱，其他的让别人说去吧。</w:t>
      </w:r>
      <w:r>
        <w:rPr>
          <w:lang w:eastAsia="zh-CN"/>
        </w:rPr>
        <w:br/>
      </w:r>
      <w:r>
        <w:rPr>
          <w:lang w:eastAsia="zh-CN"/>
        </w:rPr>
        <w:t>　　新的一年工作展望</w:t>
      </w:r>
      <w:r>
        <w:rPr>
          <w:lang w:eastAsia="zh-CN"/>
        </w:rPr>
        <w:br/>
      </w:r>
      <w:r>
        <w:rPr>
          <w:lang w:eastAsia="zh-CN"/>
        </w:rPr>
        <w:t>　　新的一年继续努力，继续提升自己的实力。日语技术都要双重进步。务必与时俱进。自己不升级不换代，就要被历史的年轮淘汰。</w:t>
      </w:r>
      <w:r>
        <w:rPr>
          <w:lang w:eastAsia="zh-CN"/>
        </w:rPr>
        <w:br/>
      </w:r>
      <w:r>
        <w:rPr>
          <w:lang w:eastAsia="zh-CN"/>
        </w:rPr>
        <w:t>　　对公司的意见和建议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我觉得这个栏目应该改名，直接叫“发牢骚”，或者叫百姓上访。估摸着大家的年次报告书是否千篇一律的高调，或者网络download。或者不疼不痒的凑点字数。真正能说出心声的，真心想法的又有几何?</w:t>
      </w:r>
      <w:r>
        <w:rPr>
          <w:lang w:eastAsia="zh-CN"/>
        </w:rPr>
        <w:br/>
      </w:r>
      <w:r>
        <w:rPr>
          <w:lang w:eastAsia="zh-CN"/>
        </w:rPr>
        <w:t>　　怕?得“圆滑”?亦或麻木，说了又有什么用?</w:t>
      </w:r>
      <w:r>
        <w:rPr>
          <w:lang w:eastAsia="zh-CN"/>
        </w:rPr>
        <w:br/>
      </w:r>
      <w:r>
        <w:rPr>
          <w:lang w:eastAsia="zh-CN"/>
        </w:rPr>
        <w:t>　　不管如何，我发下牢骚。起初我们初出草寇，领导问我们的目标方向，我迷茫。这待遇我都不知道去留，我如何回答我有什么规划。稀里糊涂年复一年，金融危机不能搪塞为借口，日本是危机了，咱们可是实在的多干事了。倘若混下去，似乎怎么也不匹配咱这性格。生计是现实的，咱们却也是成长的。冠以行家，骨干，咱贵不敢当。可这待遇多个一两百，便干两个职位的事情，咱是不是也廉价之至了!是否有时管的太宽了，太“多管闲事”了，有的事情本好心，或者稍热情过问一下，最后很“莫名其妙”的这事变成您负责了。换个说法曾经的跳跃条件是至少有个质的飞跃，可现在被无奈的，多个五百，一千的你立即可以走人了。因为这多的够让您在公司奋斗5年多还未必到这水平。请鄙视下自己的目光短浅，可生活，是现实的。读过一篇文章为什么一些大公司吸引人留的住人，因为他们灌以高薪水，员工在那里工作有优越感，归属感，他愿意自发的贡献自己的余热而无后顾之忧。想想我们这样的软件公司，什么最值钱?资产!资产不少，漂亮的办公室，漂亮性能优越的电脑。最最值钱的呢?不是这些!最最之重，最最值钱的资产，我知道是人，是员工。井底之蛙鄙人之愚见，我们还得换位思考公司要发展，要看前景，要看未来。牢骚之余，其实公司也都是有先知先觉的，高层也总在琢磨的公司的发展，我相信我们每天都在进步。最后套用09年网络的一句流行语：人生就像茶几，上面摆满了杯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依然祝愿、希冀公司的明天会更好!</w:t>
      </w:r>
      <w:r>
        <w:rPr>
          <w:lang w:eastAsia="zh-CN"/>
        </w:rPr>
        <w:br/>
      </w:r>
      <w:r>
        <w:rPr>
          <w:lang w:eastAsia="zh-CN"/>
        </w:rPr>
        <w:t xml:space="preserve">    2024公司程序员个人工作总结 篇8 </w:t>
      </w:r>
      <w:r>
        <w:rPr>
          <w:lang w:eastAsia="zh-CN"/>
        </w:rPr>
        <w:br/>
      </w:r>
      <w:r>
        <w:rPr>
          <w:lang w:eastAsia="zh-CN"/>
        </w:rPr>
        <w:t>　　半年来的工作结束了，这让我感触很大，我来到公司已经有一年多的时间，做后端开发工作是我一只都在做的事情，在这里让我感觉非常的充实，我对自己有很大的信心，我能够清楚的知道什么时候做什么事情，以后也一定会进一步调整好自己的心态，通过这半年的积累，我也是非常清楚的意识到了自己些方面的点点滴滴，我想要让自己工作变得更加充实一点，也就这半年来所接触的工作我总结一下。</w:t>
      </w:r>
      <w:r>
        <w:rPr>
          <w:lang w:eastAsia="zh-CN"/>
        </w:rPr>
        <w:br/>
      </w:r>
      <w:r>
        <w:rPr>
          <w:lang w:eastAsia="zh-CN"/>
        </w:rPr>
        <w:t>　　上半年确实是非常充实的半年，我还是需要好好回顾一下，回顾这半年来来的工作经历我是给了自己很多的时间和空间的，我一直都想让这份工作变得充实起来，有些事情还是要做的更加的到位，这半年是一个非常的好的过程，虽然日常的工作非常紧张，但是我也一直都在做好这些细节上面的事情，在这方面还是要好好的去思考的，半年来确实让我感触非常的大，我一直都希望用一个好的状态去做好现阶段的事情，这半年有了很多的突破，我感觉有些事情是应该认真的去对待的，这一点毋庸置疑，我想要让自己充实起来，不管是做什么事情都应该有这么一个过程，有些东西就是一个循序慢进的过称，这半年来也是开发了很多东西，工作上面到了一个非常紧张阶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我也会让自己继续提高各个方面的能力，不管是做什么事情都应该要有这么一个态度，除了工作之外还是有很多事情需要一点点积累，我会让自己持续做好这份工作，不管是在什么环境下面都应该持续发挥好的状态，这一点是毋庸置疑的，在这方面我需要好好的去思考，我能够看出自己的一些缺点，半年来还是有一些事情要去端正好的，我相信在今后的学习当中这些都是可以调整好的事情，我非常感激这半年来的点点滴滴，有些事情是需要时间的过渡，我需要让自己提起精神来，我知道自己的缺点在哪里，我应该要去认真的思考才对，在这方面我还是有非常多应该去做好的事情，回顾半年来自己身上的缺点，我认为我还是需要进一步的调整这方面的心态，纠正自己的身上的缺点。</w:t>
      </w:r>
      <w:r>
        <w:rPr>
          <w:lang w:eastAsia="zh-CN"/>
        </w:rPr>
        <w:br/>
      </w:r>
      <w:r>
        <w:rPr>
          <w:lang w:eastAsia="zh-CN"/>
        </w:rPr>
        <w:t>　　下半年来的工作我也一定会好好的去思考这些细节，这对于我而言是一个非常好的过程，我相信我是能够处理好相关的工作，在这方面我是可以进一步调整好心态的，半年来所接触的工作让我感触很多，我一定会继续努力工作。</w:t>
      </w:r>
      <w:r>
        <w:rPr>
          <w:lang w:eastAsia="zh-CN"/>
        </w:rPr>
        <w:br/>
      </w:r>
      <w:r>
        <w:rPr>
          <w:lang w:eastAsia="zh-CN"/>
        </w:rPr>
        <w:t xml:space="preserve">    2024公司程序员个人工作总结 篇9 </w:t>
      </w:r>
      <w:r>
        <w:rPr>
          <w:lang w:eastAsia="zh-CN"/>
        </w:rPr>
        <w:br/>
      </w:r>
      <w:r>
        <w:rPr>
          <w:lang w:eastAsia="zh-CN"/>
        </w:rPr>
        <w:t>　　一、思想方面</w:t>
      </w:r>
      <w:r>
        <w:rPr>
          <w:lang w:eastAsia="zh-CN"/>
        </w:rPr>
        <w:br/>
      </w:r>
      <w:r>
        <w:rPr>
          <w:lang w:eastAsia="zh-CN"/>
        </w:rPr>
        <w:t>　　严格按照一个程序员应有的素养要约束自已，爱岗敬业，具有强烈的责任感和事业心，积极主动认真的学习知识，工作态度端正，认真负责，听从公司的安排，积极配合完善erp系统，任劳任怨。</w:t>
      </w:r>
      <w:r>
        <w:rPr>
          <w:lang w:eastAsia="zh-CN"/>
        </w:rPr>
        <w:br/>
      </w:r>
      <w:r>
        <w:rPr>
          <w:lang w:eastAsia="zh-CN"/>
        </w:rPr>
        <w:t>　　二、工作方面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热爱自己的本职工作，能够正确认真的对待每一项工作，工作投入，热心为大家服务，认真遵守劳动纪律，按时上下班，有效利用工作时间，坚守岗位，需要加班完成工作按时加班加点，保_工作能按时完成。在这一年里，我本着把工作做的更好这样一个目标，开拓创新意识，积极圆满的完成了以下本职工作：</w:t>
      </w:r>
      <w:r>
        <w:rPr>
          <w:lang w:eastAsia="zh-CN"/>
        </w:rPr>
        <w:br/>
      </w:r>
      <w:r>
        <w:rPr>
          <w:lang w:eastAsia="zh-CN"/>
        </w:rPr>
        <w:t>　　配合开发并完善srm系统</w:t>
      </w:r>
      <w:r>
        <w:rPr>
          <w:lang w:eastAsia="zh-CN"/>
        </w:rPr>
        <w:br/>
      </w:r>
      <w:r>
        <w:rPr>
          <w:lang w:eastAsia="zh-CN"/>
        </w:rPr>
        <w:t>　　独自开发sap日志维护系统</w:t>
      </w:r>
      <w:r>
        <w:rPr>
          <w:lang w:eastAsia="zh-CN"/>
        </w:rPr>
        <w:br/>
      </w:r>
      <w:r>
        <w:rPr>
          <w:lang w:eastAsia="zh-CN"/>
        </w:rPr>
        <w:t>　　三、存在不足</w:t>
      </w:r>
      <w:r>
        <w:rPr>
          <w:lang w:eastAsia="zh-CN"/>
        </w:rPr>
        <w:br/>
      </w:r>
      <w:r>
        <w:rPr>
          <w:lang w:eastAsia="zh-CN"/>
        </w:rPr>
        <w:t>　　一公司领导以及部门领导同事的帮助和指教，使我的工作有了很大提高，当然我还存在着很多不足之处，处理问题思路简单，不够成熟，工作中容易产生急躁情绪，需要更深入学习知识，提高自己的工作水平。</w:t>
      </w:r>
      <w:r>
        <w:rPr>
          <w:lang w:eastAsia="zh-CN"/>
        </w:rPr>
        <w:br/>
      </w:r>
      <w:r>
        <w:rPr>
          <w:lang w:eastAsia="zh-CN"/>
        </w:rPr>
        <w:t xml:space="preserve">    2024公司程序员个人工作总结 篇10 </w:t>
      </w:r>
      <w:r>
        <w:rPr>
          <w:lang w:eastAsia="zh-CN"/>
        </w:rPr>
        <w:br/>
      </w:r>
      <w:r>
        <w:rPr>
          <w:lang w:eastAsia="zh-CN"/>
        </w:rPr>
        <w:t>　　尊敬的领导：</w:t>
      </w:r>
      <w:r>
        <w:rPr>
          <w:lang w:eastAsia="zh-CN"/>
        </w:rPr>
        <w:br/>
      </w:r>
      <w:r>
        <w:rPr>
          <w:lang w:eastAsia="zh-CN"/>
        </w:rPr>
        <w:t>　　您好！我从11月1日入职到_公司已两个月了，在参与整个OA项目开发的工作中，公司领导给了我很多学习的机会，这使我对以后的编程之路又有了些许信心。11月份刚到的第一周，我的主要任务是熟悉公司业务、了解项目开发流程、需求。学习项目的开发技术，向同事请教开发技术上的问题。</w:t>
      </w:r>
      <w:r>
        <w:rPr>
          <w:lang w:eastAsia="zh-CN"/>
        </w:rPr>
        <w:br/>
      </w:r>
      <w:r>
        <w:rPr>
          <w:lang w:eastAsia="zh-CN"/>
        </w:rPr>
        <w:t>　　一、下面对20__年工作作一个简单的总结：</w:t>
      </w:r>
      <w:r>
        <w:rPr>
          <w:lang w:eastAsia="zh-CN"/>
        </w:rPr>
        <w:br/>
      </w:r>
      <w:r>
        <w:rPr>
          <w:lang w:eastAsia="zh-CN"/>
        </w:rPr>
        <w:t>　　11月—12月 参与了各个模块的功能开发及测试</w:t>
      </w:r>
      <w:r>
        <w:rPr>
          <w:lang w:eastAsia="zh-CN"/>
        </w:rPr>
        <w:br/>
      </w:r>
      <w:r>
        <w:rPr>
          <w:lang w:eastAsia="zh-CN"/>
        </w:rPr>
        <w:t>　　主要功能模块开发如下：</w:t>
      </w:r>
      <w:r>
        <w:rPr>
          <w:lang w:eastAsia="zh-CN"/>
        </w:rPr>
        <w:br/>
      </w:r>
      <w:r>
        <w:rPr>
          <w:lang w:eastAsia="zh-CN"/>
        </w:rPr>
        <w:t>　　人事管理：职员登记、员工转正、员工调岗、员工调薪、员工离职。</w:t>
      </w:r>
      <w:r>
        <w:rPr>
          <w:lang w:eastAsia="zh-CN"/>
        </w:rPr>
        <w:br/>
      </w:r>
      <w:r>
        <w:rPr>
          <w:lang w:eastAsia="zh-CN"/>
        </w:rPr>
        <w:t>　　成人高考：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招生管理主要负责年度招生计划、报读辅导班、购买教材。教学管理主要负责课程、院校、专业、教学计划、专业申报、指定班次。</w:t>
      </w:r>
      <w:r>
        <w:rPr>
          <w:lang w:eastAsia="zh-CN"/>
        </w:rPr>
        <w:br/>
      </w:r>
      <w:r>
        <w:rPr>
          <w:lang w:eastAsia="zh-CN"/>
        </w:rPr>
        <w:t>　　学籍管理主要负责入学注册及其明细、毕业处理、学籍异动处理。教材管理主要负责教材入库。</w:t>
      </w:r>
      <w:r>
        <w:rPr>
          <w:lang w:eastAsia="zh-CN"/>
        </w:rPr>
        <w:br/>
      </w:r>
      <w:r>
        <w:rPr>
          <w:lang w:eastAsia="zh-CN"/>
        </w:rPr>
        <w:t>　　费用管理主要负责退费处理、额外减免审核。</w:t>
      </w:r>
      <w:r>
        <w:rPr>
          <w:lang w:eastAsia="zh-CN"/>
        </w:rPr>
        <w:br/>
      </w:r>
      <w:r>
        <w:rPr>
          <w:lang w:eastAsia="zh-CN"/>
        </w:rPr>
        <w:t>　　财务管理：</w:t>
      </w:r>
      <w:r>
        <w:rPr>
          <w:lang w:eastAsia="zh-CN"/>
        </w:rPr>
        <w:br/>
      </w:r>
      <w:r>
        <w:rPr>
          <w:lang w:eastAsia="zh-CN"/>
        </w:rPr>
        <w:t>　　预算管理主要负责年度预算、增补预算。</w:t>
      </w:r>
      <w:r>
        <w:rPr>
          <w:lang w:eastAsia="zh-CN"/>
        </w:rPr>
        <w:br/>
      </w:r>
      <w:r>
        <w:rPr>
          <w:lang w:eastAsia="zh-CN"/>
        </w:rPr>
        <w:t>　　收支登记：支出登记。</w:t>
      </w:r>
      <w:r>
        <w:rPr>
          <w:lang w:eastAsia="zh-CN"/>
        </w:rPr>
        <w:br/>
      </w:r>
      <w:r>
        <w:rPr>
          <w:lang w:eastAsia="zh-CN"/>
        </w:rPr>
        <w:t>　　二、在工作中主要存在的问题有：</w:t>
      </w:r>
      <w:r>
        <w:rPr>
          <w:lang w:eastAsia="zh-CN"/>
        </w:rPr>
        <w:br/>
      </w:r>
      <w:r>
        <w:rPr>
          <w:lang w:eastAsia="zh-CN"/>
        </w:rPr>
        <w:t>　　1、 由于开始对业务需求不是很熟悉，所以前期在开发的过程中多次出现因为需求的原因，而不断修改、返工的情况。</w:t>
      </w:r>
      <w:r>
        <w:rPr>
          <w:lang w:eastAsia="zh-CN"/>
        </w:rPr>
        <w:br/>
      </w:r>
      <w:r>
        <w:rPr>
          <w:lang w:eastAsia="zh-CN"/>
        </w:rPr>
        <w:t>　　三、工作心得：</w:t>
      </w:r>
      <w:r>
        <w:rPr>
          <w:lang w:eastAsia="zh-CN"/>
        </w:rPr>
        <w:br/>
      </w:r>
      <w:r>
        <w:rPr>
          <w:lang w:eastAsia="zh-CN"/>
        </w:rPr>
        <w:t>　　1. 所有的工作中沟通是最重要的。随时记录发现的问题，同事之间沟通之后才能把问题处理的及时、有效和清晰，尽量避免产生BUG。</w:t>
      </w:r>
      <w:r>
        <w:rPr>
          <w:lang w:eastAsia="zh-CN"/>
        </w:rPr>
        <w:br/>
      </w:r>
      <w:r>
        <w:rPr>
          <w:lang w:eastAsia="zh-CN"/>
        </w:rPr>
        <w:t>　　2. 互相学习是很重要的，工作并不是一成不变的，也许有一天你要去其他岗位帮忙，公司需要你发挥其他的技能帮忙。所以同事之间的技术需要相互学习，除编程之外，界面技术等都得学习。</w:t>
      </w:r>
      <w:r>
        <w:rPr>
          <w:lang w:eastAsia="zh-CN"/>
        </w:rPr>
        <w:br/>
      </w:r>
      <w:r>
        <w:rPr>
          <w:lang w:eastAsia="zh-CN"/>
        </w:rPr>
        <w:t>　　3、每天的工作小结真的很重要，这让我们每天都有计划的知道自己干了什么，不是漫无目的的工作，所以我们应该养成，日记、周记、月记、年记的工作习惯。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四、工作教训：</w:t>
      </w:r>
      <w:r>
        <w:rPr>
          <w:lang w:eastAsia="zh-CN"/>
        </w:rPr>
        <w:br/>
      </w:r>
      <w:r>
        <w:rPr>
          <w:lang w:eastAsia="zh-CN"/>
        </w:rPr>
        <w:t>　　自己在工作中主要有以下方面做得不够好：</w:t>
      </w:r>
      <w:r>
        <w:rPr>
          <w:lang w:eastAsia="zh-CN"/>
        </w:rPr>
        <w:br/>
      </w:r>
      <w:r>
        <w:rPr>
          <w:lang w:eastAsia="zh-CN"/>
        </w:rPr>
        <w:t>　　1. 工作的条理性不够清晰，要分清主次和轻重缓急；</w:t>
      </w:r>
      <w:r>
        <w:rPr>
          <w:lang w:eastAsia="zh-CN"/>
        </w:rPr>
        <w:br/>
      </w:r>
      <w:r>
        <w:rPr>
          <w:lang w:eastAsia="zh-CN"/>
        </w:rPr>
        <w:t>　　在开发时间很仓促的情况下，事情多了，就一定要有详实而主次分明的计划，哪些需要立即完成，哪些可以缓缓加班完成，在这方面还有很大的优化空间。</w:t>
      </w:r>
      <w:r>
        <w:rPr>
          <w:lang w:eastAsia="zh-CN"/>
        </w:rPr>
        <w:br/>
      </w:r>
      <w:r>
        <w:rPr>
          <w:lang w:eastAsia="zh-CN"/>
        </w:rPr>
        <w:t>　　2. 对流程、业务需求不够熟悉；</w:t>
      </w:r>
      <w:r>
        <w:rPr>
          <w:lang w:eastAsia="zh-CN"/>
        </w:rPr>
        <w:br/>
      </w:r>
      <w:r>
        <w:rPr>
          <w:lang w:eastAsia="zh-CN"/>
        </w:rPr>
        <w:t>　　在工作中，发现因为流程或业务需求的问题而不知道如何下手的情况有点多，包括错误与缺漏还有当时设计考虑不到位的地方，对于这块的控制力度显然不够。平时总是在开发，但说到底对业务很熟悉才是项目很好完成的前提。</w:t>
      </w:r>
      <w:r>
        <w:rPr>
          <w:lang w:eastAsia="zh-CN"/>
        </w:rPr>
        <w:br/>
      </w:r>
      <w:r>
        <w:rPr>
          <w:lang w:eastAsia="zh-CN"/>
        </w:rPr>
        <w:t>　　3.学习的知识不够广泛；</w:t>
      </w:r>
      <w:r>
        <w:rPr>
          <w:lang w:eastAsia="zh-CN"/>
        </w:rPr>
        <w:br/>
      </w:r>
      <w:r>
        <w:rPr>
          <w:lang w:eastAsia="zh-CN"/>
        </w:rPr>
        <w:t>　　一个项目中，涉及的技术往往有多种，知识多了，就会灵活变通，以后我一定会加强这方面的学习。</w:t>
      </w:r>
      <w:r>
        <w:rPr>
          <w:lang w:eastAsia="zh-CN"/>
        </w:rPr>
        <w:br/>
      </w:r>
      <w:r>
        <w:rPr>
          <w:lang w:eastAsia="zh-CN"/>
        </w:rPr>
        <w:t>　　五、对部门及工作岗位流程的合理化建议：</w:t>
      </w:r>
      <w:r>
        <w:rPr>
          <w:lang w:eastAsia="zh-CN"/>
        </w:rPr>
        <w:br/>
      </w:r>
      <w:r>
        <w:rPr>
          <w:lang w:eastAsia="zh-CN"/>
        </w:rPr>
        <w:t>　　为加强同事之间的交流，团结互助精神，应适当的安排一些娱乐活动或健身运动等。</w:t>
      </w:r>
      <w:r>
        <w:rPr>
          <w:lang w:eastAsia="zh-CN"/>
        </w:rPr>
        <w:br/>
      </w:r>
      <w:r>
        <w:rPr>
          <w:lang w:eastAsia="zh-CN"/>
        </w:rPr>
        <w:t>　　六、工作计划、今后规划暂时做出以下几点规划：</w:t>
      </w:r>
      <w:r>
        <w:rPr>
          <w:lang w:eastAsia="zh-CN"/>
        </w:rPr>
        <w:br/>
      </w:r>
      <w:r>
        <w:rPr>
          <w:lang w:eastAsia="zh-CN"/>
        </w:rPr>
        <w:t>　　1、要提高工作的主动性，做事干脆果断，不拖泥带水；</w:t>
      </w:r>
      <w:r>
        <w:rPr>
          <w:lang w:eastAsia="zh-CN"/>
        </w:rPr>
        <w:br/>
      </w:r>
      <w:r>
        <w:rPr>
          <w:lang w:eastAsia="zh-CN"/>
        </w:rPr>
        <w:t>　　2、工作要注重实效、注重结果，一切工作围绕着目标的完成；</w:t>
      </w:r>
      <w:r>
        <w:rPr>
          <w:lang w:eastAsia="zh-CN"/>
        </w:rPr>
        <w:br/>
      </w:r>
      <w:r>
        <w:rPr>
          <w:lang w:eastAsia="zh-CN"/>
        </w:rPr>
        <w:t>　　3、要提高大局观，是否能让其他人的工作更顺畅作为衡量工作的标尺；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4、把握一切机会提高专业能力，加强平时知识总结工作；</w:t>
      </w:r>
      <w:r>
        <w:rPr>
          <w:lang w:eastAsia="zh-CN"/>
        </w:rPr>
        <w:br/>
      </w:r>
      <w:r>
        <w:rPr>
          <w:lang w:eastAsia="zh-CN"/>
        </w:rPr>
        <w:t>　　5、精细化工作方式的思考和实践；</w:t>
      </w:r>
      <w:r>
        <w:rPr>
          <w:lang w:eastAsia="zh-CN"/>
        </w:rPr>
        <w:br/>
      </w:r>
      <w:r>
        <w:rPr>
          <w:lang w:eastAsia="zh-CN"/>
        </w:rPr>
        <w:t>　　6、虚心请教比我做的优秀的其他同事，向他们学习技术或经验。</w:t>
      </w:r>
      <w:r>
        <w:rPr>
          <w:lang w:eastAsia="zh-CN"/>
        </w:rPr>
        <w:br/>
      </w:r>
      <w:r>
        <w:rPr>
          <w:lang w:eastAsia="zh-CN"/>
        </w:rPr>
        <w:t>　　其实作为一个新员工，所有的地方都是需要学习的，多听、多看、多想、多做、多沟通，向每一个员工学习他们身上的优秀工作习惯，丰富的专业技能，配合着实际工作不断的进步，不论在什么环境下，我都相信这两点：一是三人行必有我师，二是天道酬勤。</w:t>
      </w:r>
      <w:r>
        <w:rPr>
          <w:lang w:eastAsia="zh-CN"/>
        </w:rPr>
        <w:br/>
      </w:r>
      <w:r>
        <w:rPr>
          <w:lang w:eastAsia="zh-CN"/>
        </w:rPr>
        <w:t>　　在参加工作期间，我深刻的体会到，把自己所有的精力都投入进去，技术工作都不可能做到完美程度，毕竟金无足赤人无完人，技术工作太繁杂，项目任务重而人手少。但多付出一些，工作就会优化一些，这就需要认认真真沉下心去做事情，就是公司所提倡的企业精神：厚德，立身，诚信，卓越。</w:t>
      </w:r>
      <w:r>
        <w:rPr>
          <w:lang w:eastAsia="zh-CN"/>
        </w:rPr>
        <w:br/>
      </w:r>
      <w:r>
        <w:rPr>
          <w:lang w:eastAsia="zh-CN"/>
        </w:rPr>
        <w:t xml:space="preserve">    2024公司程序员个人工作总结 篇11 </w:t>
      </w:r>
      <w:r>
        <w:rPr>
          <w:lang w:eastAsia="zh-CN"/>
        </w:rPr>
        <w:br/>
      </w:r>
      <w:r>
        <w:rPr>
          <w:lang w:eastAsia="zh-CN"/>
        </w:rPr>
        <w:t>　　来公司三个月二十几天了，给我的感觉是当初的选择是对的。</w:t>
      </w:r>
      <w:r>
        <w:rPr>
          <w:lang w:eastAsia="zh-CN"/>
        </w:rPr>
        <w:br/>
      </w:r>
      <w:r>
        <w:rPr>
          <w:lang w:eastAsia="zh-CN"/>
        </w:rPr>
        <w:t>　　我认为，一个有前途的公司必定需要有好的领导者，他应该是富有激情的，能够很好的感染每个人，调动大家的积极性。他应该能给大家一个梦，并指出如何美梦成真。他应该是具备长远的眼光和广阔的视野，能够敏锐的感知未来的方向和路途上的荆棘。这是我理想的公司，恰恰就是这样一个充满激情的公司。能够来这里去实践梦想应该是一个正确的选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以前做系统，很难这么细致的设计，也没有对面向对象如此深刻的实践。在软件设计方面，结合以前的经验，感觉又上了一个层次，这种面向对象分解问题，化整为零，隔离问题的设计思路基本形成，也体会到了他的好处，可以说面向对象能够解决绝大部分的问题。在今后的设计和实践中，这些思想会得到更好的补充完善和发挥的。</w:t>
      </w:r>
      <w:r>
        <w:rPr>
          <w:lang w:eastAsia="zh-CN"/>
        </w:rPr>
        <w:br/>
      </w:r>
      <w:r>
        <w:rPr>
          <w:lang w:eastAsia="zh-CN"/>
        </w:rPr>
        <w:t>　　公司的氛围和价值观都是值得肯定的。不知道您对熟悉不，我在某些方面很佩服他，尤其是他领导能力，他的8人团队跟他出生入死，他的财务监理放弃香港优越的条件来跟他实现梦想，同甘共苦，这些都是我们公司非常类似的。朋友问我每天加班这么晚不觉得累吗，我说为了理想，值得。我想这也是所有公司老员工的想法，像、他们那么勤奋，他们肯定认为值得，新员工也会很快融入这个环境，这就是我说大家对公司对您充满信心的原因。这里能使每一位员工的事业心和激情得到前所未有的激发。</w:t>
      </w:r>
      <w:r>
        <w:rPr>
          <w:lang w:eastAsia="zh-CN"/>
        </w:rPr>
        <w:br/>
      </w:r>
      <w:r>
        <w:rPr>
          <w:lang w:eastAsia="zh-CN"/>
        </w:rPr>
        <w:t>　　看得出，大部分人都是勤奋的，并且是愿意去付出的，然而在工作成效上还是可以进一步提高的，尤其是有些时候的工作目的性不强，甚至有些工作是重复、反复或者无效的，这就造成了资源的浪费。解决这个问题，只能在今后的工作中计划性更强一点，管理者更好的把握全局和调度分配，每个人更多的思考，共献良策。我认为丰田汽车能够得到这样举世瞩目的成绩，能够0库存，关键在于它能更科学的管理，更有效的调度分配，更细致谨慎的研究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然而我们团队毕竟还是新的团队，有很多地方需要统一思想，步调一致，大家互相学习共同进步，这样大家才能更好的前进也才能更默契的配合。大家的经验还不是很丰富，在今后的工作中可能还需要磨合，伴随着公司一起成长，我坚信我们的团队是经得起考验的。</w:t>
      </w:r>
      <w:r>
        <w:rPr>
          <w:lang w:eastAsia="zh-CN"/>
        </w:rPr>
        <w:br/>
      </w:r>
      <w:r>
        <w:rPr>
          <w:lang w:eastAsia="zh-CN"/>
        </w:rPr>
        <w:t>　　__年我们做得不错，__年我们将会做得更好。我坚信，__年将是充满收获的一年，是值得拼搏的一年，是大家期待的一年!</w:t>
      </w:r>
      <w:r>
        <w:rPr>
          <w:lang w:eastAsia="zh-CN"/>
        </w:rPr>
        <w:br/>
      </w:r>
      <w:r>
        <w:rPr>
          <w:lang w:eastAsia="zh-CN"/>
        </w:rPr>
        <w:t xml:space="preserve">    2024公司程序员个人工作总结 篇12 </w:t>
      </w:r>
      <w:r>
        <w:rPr>
          <w:lang w:eastAsia="zh-CN"/>
        </w:rPr>
        <w:br/>
      </w:r>
      <w:r>
        <w:rPr>
          <w:lang w:eastAsia="zh-CN"/>
        </w:rPr>
        <w:t>　　先自我简介一下，本人从事开发进一年，09届毕业生，08年11月开始上班，之前做asp，09年2月后开始做，由于公司转型，现在带十几个人在一起搞开发，主要是关于准金融行业的行业管理软件。年度总结在会议上也写了，但仅限于对于工作总结及20__年工作计划，自我总结较少，因此今天专门做下自我的年度总结，主要从技术、管理、人生上面谈谈这一年的收获，前辈路过欢迎多多指正。</w:t>
      </w:r>
      <w:r>
        <w:rPr>
          <w:lang w:eastAsia="zh-CN"/>
        </w:rPr>
        <w:br/>
      </w:r>
      <w:r>
        <w:rPr>
          <w:lang w:eastAsia="zh-CN"/>
        </w:rPr>
        <w:t>　　技术</w:t>
      </w:r>
      <w:r>
        <w:rPr>
          <w:lang w:eastAsia="zh-CN"/>
        </w:rPr>
        <w:br/>
      </w:r>
      <w:r>
        <w:rPr>
          <w:lang w:eastAsia="zh-CN"/>
        </w:rPr>
        <w:t>　　我在学校里学的是电气自动化，程序基础仅限于c基础课程的一些知识，后来由vb、html转向asp，在asp上花费了不少时间，对asp比较熟悉，后来由于公司业务需要，将开发平台转向，开始对不是很感冒，以为就是asp的一点扩展(那时还不知道三层架构，数据数据访问全在页面里——!)，后来招来几个北大青鸟的过来终于意识到的强大之处，经过个人的努力已经逐步掌握了，现在层次上只能讲个人觉得是入门而已，原因是多方面的，待会儿会讲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相信从面向过程转向面向对象的同学都有一种感觉：面向对象开始真的有点别扭，涉及到属性，尤其是类之间的各种关系，那时老想用面向过程传递参数多方面啊。于是老在想对象这种东西，从概念中跳中来，以自己的方式去理解才逐渐体会到页面对象的精华来，分层次展现、分级别访问、封装对象之间各种关系逐渐真正理解了，尤其是对象之间的关系，如对象a与对象b两者之间的关系，有些需要完全公开，有些需要隐藏，有些需要通过第三方传递，有些需要给自己的下级可见，有些需要让下级去完成具体操作——这不是现实的实际模型吗?应该这么理解，面向对象来源于现实，它不是一种凭空空想出来的理论，这些对象之间的关系可以将其还原为父子、夫妻、领导下属、同事、朋友之间的关系。相比之下，页面过程往往像是一股脑全部推给用户使用，其中的数据与数据访问方法层次不清晰，在模拟现实上它与面向对象相比更易于入门理解，实质上难于准确直接地表述。</w:t>
      </w:r>
      <w:r>
        <w:rPr>
          <w:lang w:eastAsia="zh-CN"/>
        </w:rPr>
        <w:br/>
      </w:r>
      <w:r>
        <w:rPr>
          <w:lang w:eastAsia="zh-CN"/>
        </w:rPr>
        <w:t>　　面向对象上另一方面是它的设计模式，在之前的面向过程中对这个设计模式并没有清晰地提出来，面向过程优秀的代码要求高内聚低耦合，从个人的理解上，这仅是对软件开发方法“技”上理论总结;设计模式是达到了“道”的层次，因为它从更大的方向、更抽象的层次来去表述具体的代码模块之间的关系，可以认为设计模式是完全从实际的应用来不断总结得来的经验，之间并没有这种术语，但相信前人肯定也使用到这种思想，它从实际应用于来，当然要应用于实际工作中，认真思考不断总结每个人都会有自己的“设计模式”，可以借鉴前人的思想来去提升自己，不可去为“设计模式”而设计模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具体到的实现模型中，真正理解它的机制与方法也就不难理解，记住b/s中离不开post或get，所有的autopostback、selectedinde_changed……都是去调用form传值，加上runat=server的服务器控件打开它生成的源文件也是普通的html标签，微软的让软件开发更容易的思路是很好的，时代在前进，很多年前你使用c写出mis证明你很牛，很多年之后你不在使用c去写“学生管理系统”、“图书馆管理系统”那只能说明你的脑子少一根筋，开发语言都有长处与不足的地方，因为它们适用的场合不同，类似不能拿匕首去跟炮弹比，也不能拿c与php比，程序员都有一种偏执的心理，但一点要记住，你面对的用户才有最终发言权，程序能不能满足需要，易用性、稳定性、成本才是应当首先放到重要位置来去谈的。</w:t>
      </w:r>
      <w:r>
        <w:rPr>
          <w:lang w:eastAsia="zh-CN"/>
        </w:rPr>
        <w:br/>
      </w:r>
      <w:r>
        <w:rPr>
          <w:lang w:eastAsia="zh-CN"/>
        </w:rPr>
        <w:t>　　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最开始担任管理一职时开发团队加我在内只有四个人，那时只是抱着接受挑战的心理去做管理，加上我本人比较重感情，团队之间关系相处都不错，但严重的问题逐渐显露出来：工作的随意性、团队精神薄弱、工作方式蛮干，印象深刻的是有几个开始承诺项目不能完工，于是最后天天加班，一直做到早上6点，睡一会7点半接着上班，几个同事都是年龄差不多的小伙子，干劲十足。后来随着时间的推进，问题越来越摆在眼前：项目迟迟不能完工，又由于公司待遇方面让新员工感觉不值得，于是形成了老板抱怨员工也抱怨的状况，我在中间两点都要去“消火”，这期间是我们部门相对最累的时间但也是相对感觉最充实的时候，后来，之前的员工跟我说“再也找不到那种感觉了”，这是我能想像的。这期间主要是老总对我十分信任，工作上主要是管理方法上对我指点了不少。后来我逐步体会到，管理应该是“大家定规则去遵守”，而不应该是“人管人”。</w:t>
      </w:r>
      <w:r>
        <w:rPr>
          <w:lang w:eastAsia="zh-CN"/>
        </w:rPr>
        <w:br/>
      </w:r>
      <w:r>
        <w:rPr>
          <w:lang w:eastAsia="zh-CN"/>
        </w:rPr>
        <w:t>　　人管人很容易陷入一个误区：领导去时时刻刻关注每个员工，这样最后往往后造成员工对领导的敷衍了事，管理松了员工会责任下下降，管理紧了造成员工与领导关系紧张，另一方面领导时间精力有限必然耗费大量的精力在日常的监督中而不能投入到全</w:t>
      </w:r>
      <w:r>
        <w:rPr>
          <w:lang w:eastAsia="zh-CN"/>
        </w:rPr>
        <w:br/>
      </w:r>
      <w:r>
        <w:rPr>
          <w:lang w:eastAsia="zh-CN"/>
        </w:rPr>
        <w:t xml:space="preserve">    2024公司程序员个人工作总结 篇13 </w:t>
      </w:r>
      <w:r>
        <w:rPr>
          <w:lang w:eastAsia="zh-CN"/>
        </w:rPr>
        <w:br/>
      </w:r>
      <w:r>
        <w:rPr>
          <w:lang w:eastAsia="zh-CN"/>
        </w:rPr>
        <w:t>　　人生天地之间，若白驹过隙，忽然而已。</w:t>
      </w:r>
      <w:r>
        <w:rPr>
          <w:lang w:eastAsia="zh-CN"/>
        </w:rPr>
        <w:br/>
      </w:r>
      <w:r>
        <w:rPr>
          <w:lang w:eastAsia="zh-CN"/>
        </w:rPr>
        <w:t>　　蓦然回首，头上似霜雪，脸上似山川。我的20__啊，你就这么毫无眷恋地离我而去了。既然往事已不可追，未来尚未到来，在这年末岁首的间隙，就让我来回忆一下余烟尚存的20__吧。</w:t>
      </w:r>
      <w:r>
        <w:rPr>
          <w:lang w:eastAsia="zh-CN"/>
        </w:rPr>
        <w:br/>
      </w:r>
      <w:r>
        <w:rPr>
          <w:lang w:eastAsia="zh-CN"/>
        </w:rPr>
        <w:t>　　20__年，对我而言，发生了很多事，不管怎样，我还是一个程序员，这是工作、生活，以及我自己，给我的标签。也许很快这个标签会泛黄、蝶化、零落成泥碾作尘，不过不论怎样，它是我青春的纪念，它仍将伴随着我继续前行。</w:t>
      </w:r>
      <w:r>
        <w:rPr>
          <w:lang w:eastAsia="zh-CN"/>
        </w:rPr>
        <w:br/>
      </w:r>
      <w:r>
        <w:rPr>
          <w:lang w:eastAsia="zh-CN"/>
        </w:rPr>
        <w:t>　　1、坚持技术博客写作</w:t>
      </w:r>
      <w:r>
        <w:rPr>
          <w:lang w:eastAsia="zh-CN"/>
        </w:rPr>
        <w:br/>
      </w:r>
      <w:r>
        <w:rPr>
          <w:lang w:eastAsia="zh-CN"/>
        </w:rPr>
        <w:t>　　看到这里，也许你笑了。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是啊，这一年我不务正业，虽然每周都会更新博客，但是技术含量越来越低了，扯淡越来越多了。谁说不是呢，我丝毫也没打算掩饰这个。</w:t>
      </w:r>
      <w:r>
        <w:rPr>
          <w:lang w:eastAsia="zh-CN"/>
        </w:rPr>
        <w:br/>
      </w:r>
      <w:r>
        <w:rPr>
          <w:lang w:eastAsia="zh-CN"/>
        </w:rPr>
        <w:t>　　20__年，我开了好几个专栏，没人邀请我，是我死乞白赖找CSDN申请的。</w:t>
      </w:r>
      <w:r>
        <w:rPr>
          <w:lang w:eastAsia="zh-CN"/>
        </w:rPr>
        <w:br/>
      </w:r>
      <w:r>
        <w:rPr>
          <w:lang w:eastAsia="zh-CN"/>
        </w:rPr>
        <w:t>　　2、漫谈程序员</w:t>
      </w:r>
      <w:r>
        <w:rPr>
          <w:lang w:eastAsia="zh-CN"/>
        </w:rPr>
        <w:br/>
      </w:r>
      <w:r>
        <w:rPr>
          <w:lang w:eastAsia="zh-CN"/>
        </w:rPr>
        <w:t>　　我在这上面花费了大量的时间和精力。有个面试官曾问我，你怎么平衡写博客和工作？你叫我怎么说，怎么说都是错……其实你看我的很多文章，要么是大清早，要么是晚上，要么是深更半夜……所以，我以为，这是不会影响工作的。</w:t>
      </w:r>
      <w:r>
        <w:rPr>
          <w:lang w:eastAsia="zh-CN"/>
        </w:rPr>
        <w:br/>
      </w:r>
      <w:r>
        <w:rPr>
          <w:lang w:eastAsia="zh-CN"/>
        </w:rPr>
        <w:t>　　以前我干事情总是三天打鱼两天晒网，随性而为，不想弄了就停了，今年我希望有些东西可以坚持下来，持续地去做。于是我就这么坚持下来了。关于写博客有什么好处，真是一言难尽，请看这里： 技术人员为什么要写博客。</w:t>
      </w:r>
      <w:r>
        <w:rPr>
          <w:lang w:eastAsia="zh-CN"/>
        </w:rPr>
        <w:br/>
      </w:r>
      <w:r>
        <w:rPr>
          <w:lang w:eastAsia="zh-CN"/>
        </w:rPr>
        <w:t>　　在这一年里，我在CSDN的技术博客排名，由于我出乎意外的勤奋，从万名之外上升到了千名之内。至于接下来还会不会这么写下去，那就两说了，不过“漫谈程序员”系列，至少还会更新3个月。</w:t>
      </w:r>
      <w:r>
        <w:rPr>
          <w:lang w:eastAsia="zh-CN"/>
        </w:rPr>
        <w:br/>
      </w:r>
      <w:r>
        <w:rPr>
          <w:lang w:eastAsia="zh-CN"/>
        </w:rPr>
        <w:t>　　独立写了两本书，简单的介绍一下：《Qt</w:t>
      </w:r>
      <w:r>
        <w:rPr>
          <w:lang w:eastAsia="zh-CN"/>
        </w:rPr>
        <w:t xml:space="preserve"> on</w:t>
      </w:r>
      <w:r>
        <w:rPr>
          <w:lang w:eastAsia="zh-CN"/>
        </w:rPr>
        <w:t xml:space="preserve"> Android核心编程》主要分两部分，一部分讲述Qt核心的概念，比如信号与槽、元对象系统、网络、Qt</w:t>
      </w:r>
      <w:r>
        <w:rPr>
          <w:lang w:eastAsia="zh-CN"/>
        </w:rPr>
        <w:t xml:space="preserve"> Widgets等等，非常适合Qt初学和进阶；另一部分讲解Qt在Android上的开发主题，比如触摸、手势、传感器、JNI扩展等等，适合对使用Qt开发Android应用的感兴趣的朋友。总之这本书既可以作为Qt入门参考，也可以作为Qt移动开发的入门参考。《Qt</w:t>
      </w:r>
      <w:r>
        <w:rPr>
          <w:lang w:eastAsia="zh-CN"/>
        </w:rPr>
        <w:t xml:space="preserve"> Quick核心编程》是专门讲述Qt</w:t>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xml:space="preserve"> Quick技术的，从QML语言、Qt</w:t>
      </w:r>
      <w:r>
        <w:rPr>
          <w:lang w:eastAsia="zh-CN"/>
        </w:rPr>
        <w:t xml:space="preserve"> Quick基本元素、Model—View、动画、多媒体、网络、Android主题……该讲的都讲了，不该讲的也讲了，总之我觉得它是业内第一本系统讲述Qt</w:t>
      </w:r>
      <w:r>
        <w:rPr>
          <w:lang w:eastAsia="zh-CN"/>
        </w:rPr>
        <w:t xml:space="preserve"> Quick的书，是填补空白之作，对于初学</w:t>
      </w:r>
      <w:r>
        <w:rPr>
          <w:lang w:eastAsia="zh-CN"/>
        </w:rPr>
        <w:t xml:space="preserve"> Qt</w:t>
      </w:r>
      <w:r>
        <w:rPr>
          <w:lang w:eastAsia="zh-CN"/>
        </w:rPr>
        <w:t xml:space="preserve"> Quick（QML）的开发人员和想进阶的开发者都有很好的参考、借鉴意义。</w:t>
      </w:r>
      <w:r>
        <w:rPr>
          <w:lang w:eastAsia="zh-CN"/>
        </w:rPr>
        <w:br/>
      </w:r>
      <w:r>
        <w:rPr>
          <w:lang w:eastAsia="zh-CN"/>
        </w:rPr>
        <w:t>　　3、录制了一门视频课程</w:t>
      </w:r>
      <w:r>
        <w:rPr>
          <w:lang w:eastAsia="zh-CN"/>
        </w:rPr>
        <w:br/>
      </w:r>
      <w:r>
        <w:rPr>
          <w:lang w:eastAsia="zh-CN"/>
        </w:rPr>
        <w:t>　　好吧，我起早贪黑，花费了很多精力录制了一门视频课程。这是与我的书相关联的，但又是独立的一件事情，也是我从未做过的。</w:t>
      </w:r>
      <w:r>
        <w:rPr>
          <w:lang w:eastAsia="zh-CN"/>
        </w:rPr>
        <w:br/>
      </w:r>
      <w:r>
        <w:rPr>
          <w:lang w:eastAsia="zh-CN"/>
        </w:rPr>
        <w:t>　　是我要做的，很多个早上五点多，很多个晚上十二点，我坚持下来了。</w:t>
      </w:r>
      <w:r>
        <w:rPr>
          <w:lang w:eastAsia="zh-CN"/>
        </w:rPr>
        <w:br/>
      </w:r>
      <w:r>
        <w:rPr>
          <w:lang w:eastAsia="zh-CN"/>
        </w:rPr>
        <w:t>　　4、经历四家公司</w:t>
      </w:r>
      <w:r>
        <w:rPr>
          <w:lang w:eastAsia="zh-CN"/>
        </w:rPr>
        <w:br/>
      </w:r>
      <w:r>
        <w:rPr>
          <w:lang w:eastAsia="zh-CN"/>
        </w:rPr>
        <w:t>　　我一直以为自己是一个很稳定的人，不幸的是，我今年让很多人失望了。</w:t>
      </w:r>
      <w:r>
        <w:rPr>
          <w:lang w:eastAsia="zh-CN"/>
        </w:rPr>
        <w:br/>
      </w:r>
      <w:r>
        <w:rPr>
          <w:lang w:eastAsia="zh-CN"/>
        </w:rPr>
        <w:t>　　今年我历经了四家公司，变换了 N 种身份：部门经理、总监、高级开发工程师、技术图书作者、CSDN上坚持扯淡的程序员、讲师……惊讶吗？</w:t>
      </w:r>
      <w:r>
        <w:rPr>
          <w:lang w:eastAsia="zh-CN"/>
        </w:rPr>
        <w:br/>
      </w:r>
      <w:r>
        <w:rPr>
          <w:lang w:eastAsia="zh-CN"/>
        </w:rPr>
        <w:t>　　现在呢，我是一个初创公司的技术合伙人，一切从零开始，我们要来一次说走就走的旅行，而结果，是未知的。未知，才美丽。</w:t>
      </w:r>
      <w:r>
        <w:rPr>
          <w:lang w:eastAsia="zh-CN"/>
        </w:rPr>
        <w:br/>
      </w:r>
      <w:r>
        <w:rPr>
          <w:lang w:eastAsia="zh-CN"/>
        </w:rPr>
        <w:t>　　20__是我工作、生活变动最大的一年，再不折腾就老了，这是我这一年的注脚。</w:t>
      </w:r>
      <w:r>
        <w:rPr>
          <w:lang w:eastAsia="zh-CN"/>
        </w:rPr>
        <w:br/>
      </w:r>
      <w:r>
        <w:rPr>
          <w:lang w:eastAsia="zh-CN"/>
        </w:rPr>
        <w:t>　　5、尝试几种新的平台和语言</w:t>
      </w:r>
      <w:r>
        <w:rPr>
          <w:lang w:eastAsia="zh-CN"/>
        </w:rPr>
        <w:br/>
      </w:r>
      <w:r>
        <w:rPr>
          <w:lang w:eastAsia="zh-CN"/>
        </w:rPr>
        <w:t>　　作为程序员，在技术方面，嗨，20__年真有点儿乏善可陈了。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我仅仅是在一些方面做了一些尝试，都没有深入。</w:t>
      </w:r>
      <w:r>
        <w:rPr>
          <w:lang w:eastAsia="zh-CN"/>
        </w:rPr>
        <w:br/>
      </w:r>
      <w:r>
        <w:rPr>
          <w:lang w:eastAsia="zh-CN"/>
        </w:rPr>
        <w:t>　　6、开发圈子</w:t>
      </w:r>
      <w:r>
        <w:rPr>
          <w:lang w:eastAsia="zh-CN"/>
        </w:rPr>
        <w:br/>
      </w:r>
      <w:r>
        <w:rPr>
          <w:lang w:eastAsia="zh-CN"/>
        </w:rPr>
        <w:t>　　一个人的战斗是孤独的，程序员也是社会化的动物，我们需要与他人同在，我们需要帮助他人，也需要他人的帮助。</w:t>
      </w:r>
      <w:r>
        <w:rPr>
          <w:lang w:eastAsia="zh-CN"/>
        </w:rPr>
        <w:br/>
      </w:r>
      <w:r>
        <w:rPr>
          <w:lang w:eastAsia="zh-CN"/>
        </w:rPr>
        <w:t>　　我申请了CSDN Qt版的版主，我加入了多个Qt开发群，我在博客上分享我的技术心得，我还主动将线上的关系延伸到线下……而在以前，我不会去做这样的事情，现在，我觉得这是很自然的事儿。</w:t>
      </w:r>
      <w:r>
        <w:rPr>
          <w:lang w:eastAsia="zh-CN"/>
        </w:rPr>
        <w:br/>
      </w:r>
      <w:r>
        <w:rPr>
          <w:lang w:eastAsia="zh-CN"/>
        </w:rPr>
        <w:t>　　7、终于看到了女神</w:t>
      </w:r>
      <w:r>
        <w:rPr>
          <w:lang w:eastAsia="zh-CN"/>
        </w:rPr>
        <w:br/>
      </w:r>
      <w:r>
        <w:rPr>
          <w:lang w:eastAsia="zh-CN"/>
        </w:rPr>
        <w:t>　　林青霞来西安签售，排了一下午队，终于看到了女神，买了本《云去云来》，有签名。</w:t>
      </w:r>
      <w:r>
        <w:rPr>
          <w:lang w:eastAsia="zh-CN"/>
        </w:rPr>
        <w:br/>
      </w:r>
      <w:r>
        <w:rPr>
          <w:lang w:eastAsia="zh-CN"/>
        </w:rPr>
        <w:t>　　平生第一次，特此记录。</w:t>
      </w:r>
      <w:r>
        <w:rPr>
          <w:lang w:eastAsia="zh-CN"/>
        </w:rPr>
        <w:br/>
      </w:r>
      <w:r>
        <w:rPr>
          <w:lang w:eastAsia="zh-CN"/>
        </w:rPr>
        <w:t>　　8、看过几本书</w:t>
      </w:r>
      <w:r>
        <w:rPr>
          <w:lang w:eastAsia="zh-CN"/>
        </w:rPr>
        <w:br/>
      </w:r>
      <w:r>
        <w:rPr>
          <w:lang w:eastAsia="zh-CN"/>
        </w:rPr>
        <w:t>　　书越看越杂了，有的看完了，有的翻了翻。</w:t>
      </w:r>
      <w:r>
        <w:rPr>
          <w:lang w:eastAsia="zh-CN"/>
        </w:rPr>
        <w:br/>
      </w:r>
      <w:r>
        <w:rPr>
          <w:lang w:eastAsia="zh-CN"/>
        </w:rPr>
        <w:t>　　9、最重要的变化</w:t>
      </w:r>
      <w:r>
        <w:rPr>
          <w:lang w:eastAsia="zh-CN"/>
        </w:rPr>
        <w:br/>
      </w:r>
      <w:r>
        <w:rPr>
          <w:lang w:eastAsia="zh-CN"/>
        </w:rPr>
        <w:t>　　上面我列了很多事情，还有很多未能罗列的，一年之中事情太多太多，多到我已经忘记了90%的时间是如何度过的。</w:t>
      </w:r>
      <w:r>
        <w:rPr>
          <w:lang w:eastAsia="zh-CN"/>
        </w:rPr>
        <w:br/>
      </w:r>
      <w:r>
        <w:rPr>
          <w:lang w:eastAsia="zh-CN"/>
        </w:rPr>
        <w:t>　　我们每个人都有一个记忆的筛子，筛去那些不重要的，留下那些在我们心上刻下痕迹的。</w:t>
      </w:r>
      <w:r>
        <w:rPr>
          <w:lang w:eastAsia="zh-CN"/>
        </w:rPr>
        <w:br/>
      </w:r>
      <w:r>
        <w:rPr>
          <w:lang w:eastAsia="zh-CN"/>
        </w:rPr>
        <w:t>　　20__年，对我来讲最重要的不是那些具体的事情，而是：我终于想通了生活与工作上的一些事。</w:t>
      </w:r>
      <w:r>
        <w:rPr>
          <w:lang w:eastAsia="zh-CN"/>
        </w:rPr>
        <w:br/>
      </w:r>
      <w:r>
        <w:rPr>
          <w:lang w:eastAsia="zh-CN"/>
        </w:rPr>
        <w:t>　　在我34岁的时候可以想通工作、生活、梦想这些事情，虽然有些晚，但我依然感到高兴。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想通的结果是，做事不再过分执着于形式，他人的看法也不能再对我产生致命的影响，虽然我还不能像诗里说的那样“世路如今已惯，此行到处悠然”，但也可以慢慢地跟随心的方向了。</w:t>
      </w:r>
      <w:r>
        <w:rPr>
          <w:lang w:eastAsia="zh-CN"/>
        </w:rPr>
        <w:br/>
      </w:r>
      <w:r>
        <w:rPr>
          <w:lang w:eastAsia="zh-CN"/>
        </w:rPr>
        <w:t>　　也许旁人看起来我在折腾（我媳妇有时也这么看），昨天很执着地要告别这个，投奔那个，过两天又要告别刚刚投奔的这个，……不过对我的内心来说，这都是必然，我已经有了一张可以指引我的心灵地图，我每一次的决定，都是坚决的，是受到了发自内心的某种指引，而不是人云亦云。我能够用属于我自己的经验与认知来解释这不断发生的一切，并且，不悖于心。</w:t>
      </w:r>
      <w:r>
        <w:rPr>
          <w:lang w:eastAsia="zh-CN"/>
        </w:rPr>
        <w:br/>
      </w:r>
      <w:r>
        <w:rPr>
          <w:lang w:eastAsia="zh-CN"/>
        </w:rPr>
        <w:t>　　以后还会发生很多事，或许我还会有很多的犹疑与彷徨，但我相信，我已经有了坦然面对的能量。</w:t>
      </w:r>
      <w:r>
        <w:rPr>
          <w:lang w:eastAsia="zh-CN"/>
        </w:rPr>
        <w:br/>
      </w:r>
      <w:r>
        <w:rPr>
          <w:lang w:eastAsia="zh-CN"/>
        </w:rPr>
        <w:t>　　最后让我引用济慈的第一首长诗《恩底弥翁》里的几句来概括我现在的认知并结束我的总结吧：战争，功绩，失望，焦虑，想象的挣扎，无论远近全是人生；这些都有美好的一面。</w:t>
      </w:r>
      <w:r>
        <w:rPr>
          <w:lang w:eastAsia="zh-CN"/>
        </w:rPr>
        <w:br/>
      </w:r>
      <w:r>
        <w:rPr>
          <w:lang w:eastAsia="zh-CN"/>
        </w:rPr>
        <w:t xml:space="preserve">    2024公司程序员个人工作总结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回首这一年的工作，有硕果累累的喜悦，有工作当中的艰辛，也有遇到困难和挫折时的惆怅。在项目可开发的过程中，难题一个接一个的出现，自信心不止一次的受到过打击，虽然自己早就知道，要做到符合公司的要求，做一名合格的程序员，这些是远远不够的。每天我都会不断勉励自己，好好学，以后会好的。在此同时，公司也给了我很多学习的机会，这是我对以后的编程之路又有了信心。在担任公司程序员一职已经有一年多的时间，在这一年时间里，我学到了很多东西。每个人都是在不断的总结中成长，不断的是审视中完善自己。在这一年里自己也是在总结、审视中脚踏实地完成好自己的本职工作，现将这一年的工作总结如下：</w:t>
      </w:r>
      <w:r>
        <w:rPr>
          <w:lang w:eastAsia="zh-CN"/>
        </w:rPr>
        <w:br/>
      </w:r>
      <w:r>
        <w:rPr>
          <w:lang w:eastAsia="zh-CN"/>
        </w:rPr>
        <w:t>　　思想方面</w:t>
      </w:r>
      <w:r>
        <w:rPr>
          <w:lang w:eastAsia="zh-CN"/>
        </w:rPr>
        <w:br/>
      </w:r>
      <w:r>
        <w:rPr>
          <w:lang w:eastAsia="zh-CN"/>
        </w:rPr>
        <w:t>　　严格按照一个程序员应有的素养来约束自己，爱岗敬业，具有强烈的责任岗和事业心，积极主动认真的学习专业知识，工作态度端正，听从公司的安排，积极配合客户完善数字化校园系统。</w:t>
      </w:r>
      <w:r>
        <w:rPr>
          <w:lang w:eastAsia="zh-CN"/>
        </w:rPr>
        <w:br/>
      </w:r>
      <w:r>
        <w:rPr>
          <w:lang w:eastAsia="zh-CN"/>
        </w:rPr>
        <w:t>　　工作方面</w:t>
      </w:r>
      <w:r>
        <w:rPr>
          <w:lang w:eastAsia="zh-CN"/>
        </w:rPr>
        <w:br/>
      </w:r>
      <w:r>
        <w:rPr>
          <w:lang w:eastAsia="zh-CN"/>
        </w:rPr>
        <w:t>　　热爱自己的本职工作，能够正确认真的对待每一项工作，工作投入，热心为大家服务，认真遵守劳动纪律，按时上下班，有效利用工作时间，坚守岗位，需要加班完成工作的'要按时加班加点，保证工作能够按时完成。在这一年多的时间里面，我本着把工作做的更好这样一个目标，主动了解公司的开发项目流程，请教他们开发技术上的问题。</w:t>
      </w:r>
      <w:r>
        <w:rPr>
          <w:lang w:eastAsia="zh-CN"/>
        </w:rPr>
        <w:br/>
      </w:r>
      <w:r>
        <w:rPr>
          <w:lang w:eastAsia="zh-CN"/>
        </w:rPr>
        <w:t>　　工作心得</w:t>
      </w:r>
      <w:r>
        <w:rPr>
          <w:lang w:eastAsia="zh-CN"/>
        </w:rPr>
        <w:br/>
      </w:r>
      <w:r>
        <w:rPr>
          <w:lang w:eastAsia="zh-CN"/>
        </w:rPr>
        <w:t>　　1.在这一年多的时间里面，我参与的都是团队合作的项目，无论是自己还是同事，我们都将就团队精神。在信任自己和他人的基础上，思想统一，行动一致，这样的团队一定会攻无不克战无不胜。我们的很多工作是一起完成的，在这个过程中，大家互相提醒和补充，大大提高了工作效率，所有的工作中沟通是最重要的，一定要把信息处理的及时，有效和清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2.每一个项目在开始着手的第一步，一定要和客户把需求沟通清除，只要了解项目的需求，才有可能真正做好一个项目。我们需要向客户提出，要求客户提供所有涉及该项目的资料，每次与客户见面都需要熟悉业务与程序的程序员随时记录需求。</w:t>
      </w:r>
      <w:r>
        <w:rPr>
          <w:lang w:eastAsia="zh-CN"/>
        </w:rPr>
        <w:br/>
      </w:r>
      <w:r>
        <w:rPr>
          <w:lang w:eastAsia="zh-CN"/>
        </w:rPr>
        <w:t>　　3.工作中，将任务详细化，详细到每个页面，甚至是一个页面中的图片什么时候做好，做好到什么程度，这样把工作进度有计划有方向的定下来，做事很有效率。</w:t>
      </w:r>
      <w:r>
        <w:rPr>
          <w:lang w:eastAsia="zh-CN"/>
        </w:rPr>
        <w:br/>
      </w:r>
      <w:r>
        <w:rPr>
          <w:lang w:eastAsia="zh-CN"/>
        </w:rPr>
        <w:t>　　4.每天的工作小结真的很重要，这让我们每天都有计划的知道自己干了什么，不是漫无目的的工作，所以我们应该养成，日记、周记、月记、年记的工作习惯。</w:t>
      </w:r>
      <w:r>
        <w:rPr>
          <w:lang w:eastAsia="zh-CN"/>
        </w:rPr>
        <w:br/>
      </w:r>
      <w:r>
        <w:rPr>
          <w:lang w:eastAsia="zh-CN"/>
        </w:rPr>
        <w:t>　　5.工作并不是一成不变的，也许有一天你要去其他岗位帮忙，所以同事之间的技术要相互学习，也许有一天，公司需要你发挥其他的技能帮忙，所以相互学习也是很重要的。</w:t>
      </w:r>
      <w:r>
        <w:rPr>
          <w:lang w:eastAsia="zh-CN"/>
        </w:rPr>
        <w:br/>
      </w:r>
      <w:r>
        <w:rPr>
          <w:lang w:eastAsia="zh-CN"/>
        </w:rPr>
        <w:t>　　工作教训</w:t>
      </w:r>
      <w:r>
        <w:rPr>
          <w:lang w:eastAsia="zh-CN"/>
        </w:rPr>
        <w:br/>
      </w:r>
      <w:r>
        <w:rPr>
          <w:lang w:eastAsia="zh-CN"/>
        </w:rPr>
        <w:t>　　在公司工作的期间，我也发现了自己离一个符合公司要求的程序员还有很多差距，主要体现在工作技能与工作经验的不够，也是我以后要在工作中不断磨练和提高自己的地方。仔细总结一下，自己在工作中主要有以下方面做的不够好：</w:t>
      </w:r>
      <w:r>
        <w:rPr>
          <w:lang w:eastAsia="zh-CN"/>
        </w:rPr>
        <w:br/>
      </w:r>
      <w:r>
        <w:rPr>
          <w:lang w:eastAsia="zh-CN"/>
        </w:rPr>
        <w:t>　　1.工作的条理性不够清晰，要分清主次和轻重缓急。</w:t>
      </w:r>
      <w:r>
        <w:rPr>
          <w:lang w:eastAsia="zh-CN"/>
        </w:rPr>
        <w:br/>
      </w:r>
      <w:r>
        <w:rPr>
          <w:lang w:eastAsia="zh-CN"/>
        </w:rPr>
        <w:t>　　在开发时间很仓促的情况下，事情多了，就一定要有详细而主次分明的计划，哪需要立即完成，哪些可以缓缓加班完成，在这方面还有很大的优化空间。</w:t>
      </w:r>
      <w:r>
        <w:rPr>
          <w:lang w:eastAsia="zh-CN"/>
        </w:rPr>
        <w:br/>
      </w:r>
      <w:r>
        <w:rPr>
          <w:lang w:eastAsia="zh-CN"/>
        </w:rPr>
        <w:t>　　2.对流程、业务需求不够熟悉。</w:t>
      </w:r>
      <w:r>
        <w:rPr>
          <w:lang w:eastAsia="zh-CN"/>
        </w:rPr>
        <w:br/>
      </w:r>
    </w:p>
    <w:p w:rsidR="001B1F19" w14:textId="27C3F48A">
      <w:pPr>
        <w:rPr>
          <w:rFonts w:hint="eastAsia"/>
          <w:lang w:eastAsia="zh-CN"/>
        </w:rPr>
      </w:pPr>
      <w:r>
        <w:rPr>
          <w:lang w:eastAsia="zh-CN"/>
        </w:rPr>
        <w:t>　　在工作中，发现因为流程或业务需求的问题而不知道如何下手的情况有点多，包括错误与缺漏还有当时设计考虑不到位的地方，对于这块的控制力度显然不够，平时总是在开发，但说到底对业务很熟悉才是项目很好完成的前提。</w:t>
      </w:r>
      <w:r>
        <w:rPr>
          <w:lang w:eastAsia="zh-CN"/>
        </w:rPr>
        <w:br/>
      </w:r>
      <w:r>
        <w:rPr>
          <w:lang w:eastAsia="zh-CN"/>
        </w:rPr>
        <w:t>　　3.缺乏工作经验。</w:t>
      </w:r>
      <w:r>
        <w:rPr>
          <w:lang w:eastAsia="zh-CN"/>
        </w:rPr>
        <w:br/>
      </w:r>
      <w:r>
        <w:rPr>
          <w:lang w:eastAsia="zh-CN"/>
        </w:rPr>
        <w:t>　　4.学习的知识不够广泛。</w:t>
      </w:r>
      <w:r>
        <w:rPr>
          <w:lang w:eastAsia="zh-CN"/>
        </w:rPr>
        <w:br/>
      </w:r>
      <w:r>
        <w:rPr>
          <w:lang w:eastAsia="zh-CN"/>
        </w:rPr>
        <w:t>　　一个项目中，涉及的技术往往有很多种，知识多了，就会灵活变通，以后我也会加强这方面的学习。</w:t>
      </w:r>
      <w:r>
        <w:rPr>
          <w:lang w:eastAsia="zh-CN"/>
        </w:rPr>
        <w:br/>
      </w:r>
      <w:r>
        <w:rPr>
          <w:lang w:eastAsia="zh-CN"/>
        </w:rPr>
        <w:t>　　其实作为一名员工，所有的地方都是需要学习的，多听、多看、多想、多做、多沟通，向每一个员工学习他们身上的优秀工作习惯，丰富的专业技能，配合着实际工作不断的进步，不论在什么环境下，我都相信这两点：</w:t>
      </w:r>
      <w:r>
        <w:rPr>
          <w:lang w:eastAsia="zh-CN"/>
        </w:rPr>
        <w:br/>
      </w:r>
      <w:r>
        <w:rPr>
          <w:lang w:eastAsia="zh-CN"/>
        </w:rPr>
        <w:t xml:space="preserve">    2024公司程序员个人工作总结 篇15 </w:t>
      </w:r>
      <w:r>
        <w:rPr>
          <w:lang w:eastAsia="zh-CN"/>
        </w:rPr>
        <w:br/>
      </w:r>
      <w:r>
        <w:rPr>
          <w:lang w:eastAsia="zh-CN"/>
        </w:rPr>
        <w:t>　　光阴如梭，一年的工作转瞬即将成为历史，伴随着新年钟声的临近，我们依依惜别硕果累累的过去，满怀热情的迎来即将到来的新的一年。在这年终之际，现对来公司一年的时间里所作的工作总结如下：</w:t>
      </w:r>
      <w:r>
        <w:rPr>
          <w:lang w:eastAsia="zh-CN"/>
        </w:rPr>
        <w:br/>
      </w:r>
      <w:r>
        <w:rPr>
          <w:lang w:eastAsia="zh-CN"/>
        </w:rPr>
        <w:t>　　一、_项目的编码工作</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https://d.book118.com/495320002123011121</w:t>
        </w:r>
      </w:hyperlink>
    </w:p>
    <w:p w:rsidR="001B1F19">
      <w:pPr>
        <w:rPr>
          <w:rFonts w:hint="eastAsia"/>
          <w:lang w:eastAsia="zh-CN"/>
        </w:rPr>
      </w:pPr>
    </w:p>
    <w:sectPr>
      <w:type w:val="nextPage"/>
      <w:pgSz w:w="11906" w:h="16838"/>
      <w:pgMar w:top="1440" w:right="1800" w:bottom="1440" w:left="1800" w:header="851" w:footer="992" w:gutter="0"/>
      <w:pgNumType w:start="4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9532000212301112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