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安全生产自查报告范本（20篇）</w:t>
      </w:r>
    </w:p>
    <w:p>
      <w:pPr>
        <w:spacing w:before="100" w:after="200" w:line="360" w:lineRule="auto"/>
        <w:ind w:firstLine="576"/>
        <w:jc w:val="left"/>
      </w:pPr>
      <w:r>
        <w:rPr>
          <w:rFonts w:ascii="宋体" w:eastAsia="宋体" w:hAnsi="宋体"/>
          <w:sz w:val="28"/>
        </w:rPr>
        <w:t>根据区卫生系统安全生产工作会议精神要求，结合实际情况，我院及时召开会议，周密部署各项工作，在全院内开展安全医疗大检查工作。现将自查情况总结如下：</w:t>
      </w:r>
    </w:p>
    <w:p>
      <w:pPr>
        <w:spacing w:before="100" w:after="200" w:line="360" w:lineRule="auto"/>
        <w:jc w:val="left"/>
      </w:pPr>
      <w:r>
        <w:rPr>
          <w:rFonts w:ascii="宋体 (中文正文)" w:eastAsia="宋体" w:hAnsi="宋体 (中文正文)"/>
          <w:b/>
          <w:sz w:val="28"/>
        </w:rPr>
        <w:t>一、组织动员</w:t>
      </w:r>
    </w:p>
    <w:p>
      <w:pPr>
        <w:spacing w:before="100" w:after="200" w:line="360" w:lineRule="auto"/>
        <w:ind w:firstLine="576"/>
        <w:jc w:val="left"/>
      </w:pPr>
      <w:r>
        <w:rPr>
          <w:rFonts w:ascii="宋体" w:eastAsia="宋体" w:hAnsi="宋体"/>
          <w:sz w:val="28"/>
        </w:rPr>
        <w:t>由院长召开主管领导及科室会议，将院内重点科室，重点岗位进行检查，主管领导亲自到岗进行现场查看，并教育本院全体人员做好安全工作，以免意外事故的发生，消除影响医疗安全的隐患。</w:t>
      </w:r>
    </w:p>
    <w:p>
      <w:pPr>
        <w:spacing w:before="100" w:after="200" w:line="360" w:lineRule="auto"/>
        <w:jc w:val="left"/>
      </w:pPr>
      <w:r>
        <w:rPr>
          <w:rFonts w:ascii="宋体 (中文正文)" w:eastAsia="宋体" w:hAnsi="宋体 (中文正文)"/>
          <w:b/>
          <w:sz w:val="28"/>
        </w:rPr>
        <w:t>二、检查内容</w:t>
      </w:r>
    </w:p>
    <w:p>
      <w:pPr>
        <w:spacing w:before="100" w:after="200" w:line="360" w:lineRule="auto"/>
        <w:ind w:firstLine="576"/>
        <w:jc w:val="left"/>
      </w:pPr>
      <w:r>
        <w:rPr>
          <w:rFonts w:ascii="宋体" w:eastAsia="宋体" w:hAnsi="宋体"/>
          <w:sz w:val="28"/>
        </w:rPr>
        <w:t>院安全生产领导小组对全院进行了一次彻底检查，包括各项安全生产规章制度制定及落实情况。用电及消防情况，易燃、易爆等危险品管理以及医疗安全管理等项目，具体情况如下：</w:t>
      </w:r>
    </w:p>
    <w:p>
      <w:pPr>
        <w:spacing w:before="100" w:after="200" w:line="360" w:lineRule="auto"/>
        <w:ind w:firstLine="576"/>
        <w:jc w:val="left"/>
      </w:pPr>
      <w:r>
        <w:rPr>
          <w:rFonts w:ascii="宋体" w:eastAsia="宋体" w:hAnsi="宋体"/>
          <w:sz w:val="28"/>
        </w:rPr>
        <w:t>(一)组织领导</w:t>
      </w:r>
    </w:p>
    <w:p>
      <w:pPr>
        <w:spacing w:before="100" w:after="200" w:line="360" w:lineRule="auto"/>
        <w:ind w:firstLine="576"/>
        <w:jc w:val="left"/>
      </w:pPr>
      <w:r>
        <w:rPr>
          <w:rFonts w:ascii="宋体" w:eastAsia="宋体" w:hAnsi="宋体"/>
          <w:sz w:val="28"/>
        </w:rPr>
        <w:t>领导责任制落实情况良好，成立了由徐生彦院长、副院长、科主任为成员的安全生产领导小组，值班人员到位，各项规章制度健全。</w:t>
      </w:r>
    </w:p>
    <w:p>
      <w:pPr>
        <w:spacing w:before="100" w:after="200" w:line="360" w:lineRule="auto"/>
        <w:ind w:firstLine="576"/>
        <w:jc w:val="left"/>
      </w:pPr>
      <w:r>
        <w:rPr>
          <w:rFonts w:ascii="宋体" w:eastAsia="宋体" w:hAnsi="宋体"/>
          <w:sz w:val="28"/>
        </w:rPr>
        <w:t>(二)预防医疗事故方面</w:t>
      </w:r>
    </w:p>
    <w:p>
      <w:pPr>
        <w:spacing w:before="100" w:after="200" w:line="360" w:lineRule="auto"/>
        <w:ind w:firstLine="576"/>
        <w:jc w:val="left"/>
      </w:pPr>
      <w:r>
        <w:rPr>
          <w:rFonts w:ascii="宋体" w:eastAsia="宋体" w:hAnsi="宋体"/>
          <w:sz w:val="28"/>
        </w:rPr>
        <w:t>落实了医疗安全的各项核心制度，急危重症患者的抢救措施到位。医疗安全的各项硬件设施完善，供应室、手术室等科室设施建设规范。医疗废物处理的各项规章制度健全，处理方式符合标准，做到了有专人管理并责任到人。</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(三)消防方面</w:t>
      </w:r>
    </w:p>
    <w:p>
      <w:pPr>
        <w:spacing w:before="100" w:after="200" w:line="360" w:lineRule="auto"/>
        <w:ind w:firstLine="576"/>
        <w:jc w:val="left"/>
      </w:pPr>
      <w:r>
        <w:rPr>
          <w:rFonts w:ascii="宋体" w:eastAsia="宋体" w:hAnsi="宋体"/>
          <w:sz w:val="28"/>
        </w:rPr>
        <w:t>建立了突发事件应急预案，完善了消防职责、消防演练制度，人员和经费落实到位。重点要害科室的防护监控措施严密。</w:t>
      </w:r>
    </w:p>
    <w:p>
      <w:pPr>
        <w:spacing w:before="100" w:after="200" w:line="360" w:lineRule="auto"/>
        <w:jc w:val="left"/>
      </w:pPr>
      <w:r>
        <w:rPr>
          <w:rFonts w:ascii="宋体 (中文正文)" w:eastAsia="宋体" w:hAnsi="宋体 (中文正文)"/>
          <w:b/>
          <w:sz w:val="28"/>
        </w:rPr>
        <w:t>三、自查发现安全隐患</w:t>
      </w:r>
    </w:p>
    <w:p>
      <w:pPr>
        <w:spacing w:before="100" w:after="200" w:line="360" w:lineRule="auto"/>
        <w:ind w:firstLine="576"/>
        <w:jc w:val="left"/>
      </w:pPr>
      <w:r>
        <w:rPr>
          <w:rFonts w:ascii="宋体" w:eastAsia="宋体" w:hAnsi="宋体"/>
          <w:sz w:val="28"/>
        </w:rPr>
        <w:t>1、部分电线路老化，个别科室有私接电源、部分开关损坏，存在隐患。</w:t>
      </w:r>
    </w:p>
    <w:p>
      <w:pPr>
        <w:spacing w:before="100" w:after="200" w:line="360" w:lineRule="auto"/>
        <w:ind w:firstLine="576"/>
        <w:jc w:val="left"/>
      </w:pPr>
      <w:r>
        <w:rPr>
          <w:rFonts w:ascii="宋体" w:eastAsia="宋体" w:hAnsi="宋体"/>
          <w:sz w:val="28"/>
        </w:rPr>
        <w:t>2、消防基础设施建设不完善，灭火器材配备数量不够。</w:t>
      </w:r>
    </w:p>
    <w:p>
      <w:pPr>
        <w:spacing w:before="100" w:after="200" w:line="360" w:lineRule="auto"/>
        <w:jc w:val="left"/>
      </w:pPr>
      <w:r>
        <w:rPr>
          <w:rFonts w:ascii="宋体 (中文正文)" w:eastAsia="宋体" w:hAnsi="宋体 (中文正文)"/>
          <w:b/>
          <w:sz w:val="28"/>
        </w:rPr>
        <w:t>四、整改措施</w:t>
      </w:r>
    </w:p>
    <w:p>
      <w:pPr>
        <w:spacing w:before="100" w:after="200" w:line="360" w:lineRule="auto"/>
        <w:ind w:firstLine="576"/>
        <w:jc w:val="left"/>
      </w:pPr>
      <w:r>
        <w:rPr>
          <w:rFonts w:ascii="宋体" w:eastAsia="宋体" w:hAnsi="宋体"/>
          <w:sz w:val="28"/>
        </w:rPr>
        <w:t>我院通过这次安全生产自查和整改活动发现了我院安全生产的薄弱环节，我们将采取过硬措施积极整改，以防止各类安全事故的发生。对发现存在的安全隐患限制在本周内整改完毕，到时安全生产领导小组将现场检查，对限期不改者或整改不到位者将严肃追究相关责任人的责任。</w:t>
      </w:r>
    </w:p>
    <w:p>
      <w:pPr>
        <w:spacing w:before="100" w:after="200" w:line="360" w:lineRule="auto"/>
        <w:ind w:firstLine="576"/>
        <w:jc w:val="left"/>
      </w:pPr>
      <w:r>
        <w:rPr>
          <w:rFonts w:ascii="宋体" w:eastAsia="宋体" w:hAnsi="宋体"/>
          <w:sz w:val="28"/>
        </w:rPr>
        <w:t>按照《关于集中开展安全检查整改专项行动通知》要求开展企业安全生产自查自纠活动。我公司领导高度重视，积极组织相关人员抓好组织发动，认真开展自查自纠，不留死角。针对存在的问题和薄弱环节按照定人员、定时间、定措施、定资金的原则制定整改计划，落实整改措施，严防事故发生。现就自查情况总结如下：</w:t>
      </w:r>
    </w:p>
    <w:p>
      <w:pPr>
        <w:spacing w:before="100" w:after="200" w:line="360" w:lineRule="auto"/>
        <w:jc w:val="left"/>
      </w:pPr>
      <w:r>
        <w:rPr>
          <w:rFonts w:ascii="宋体 (中文正文)" w:eastAsia="宋体" w:hAnsi="宋体 (中文正文)"/>
          <w:b/>
          <w:sz w:val="28"/>
        </w:rPr>
        <w:t>一、强化管理，明确责任</w:t>
      </w:r>
    </w:p>
    <w:p>
      <w:pPr>
        <w:spacing w:before="100" w:after="200" w:line="360" w:lineRule="auto"/>
        <w:ind w:firstLine="576"/>
        <w:jc w:val="left"/>
      </w:pPr>
      <w:r>
        <w:rPr>
          <w:rFonts w:ascii="宋体" w:eastAsia="宋体" w:hAnsi="宋体"/>
          <w:sz w:val="28"/>
        </w:rPr>
        <w:t>为切实加强对我公司安全生产工作的领导，公司调整充实了公司安全生产工作领导组，力争做到目标明确，责任落实，工作到位，防患于未然。</w:t>
      </w:r>
    </w:p>
    <w:p>
      <w:pPr>
        <w:spacing w:before="100" w:after="200" w:line="360" w:lineRule="auto"/>
        <w:jc w:val="left"/>
        <w:sectPr w:rsidSect="00034616">
          <w:type w:val="nextPage"/>
          <w:pgSz w:w="11906" w:h="16838"/>
          <w:pgMar w:top="1440" w:right="1440" w:bottom="1440" w:left="1440" w:header="720" w:footer="720" w:gutter="0"/>
          <w:pgNumType w:start="2"/>
          <w:cols w:space="720"/>
          <w:titlePg w:val="0"/>
          <w:docGrid w:linePitch="360"/>
        </w:sectPr>
      </w:pPr>
      <w:r>
        <w:rPr>
          <w:rFonts w:ascii="宋体 (中文正文)" w:eastAsia="宋体" w:hAnsi="宋体 (中文正文)"/>
          <w:b/>
          <w:sz w:val="28"/>
        </w:rPr>
        <w:t>二、细化措施，落实到位</w:t>
      </w:r>
    </w:p>
    <w:p>
      <w:pPr>
        <w:spacing w:before="100" w:after="200" w:line="360" w:lineRule="auto"/>
        <w:ind w:firstLine="576"/>
        <w:jc w:val="left"/>
      </w:pPr>
      <w:r>
        <w:rPr>
          <w:rFonts w:ascii="宋体" w:eastAsia="宋体" w:hAnsi="宋体"/>
          <w:sz w:val="28"/>
        </w:rPr>
        <w:t>全面贯彻落实“安全第一，预防为主”的方针和师、团安全生产工作有关文件精神，坚持做到依法管理，强化监督，严格检查，督促整改，让隐患得到消除，事故得到控制。以监管工作为重点，严防一般安全事故，杜绝重、特大安全事故，确保员工生命财产安全</w:t>
      </w:r>
    </w:p>
    <w:p>
      <w:pPr>
        <w:spacing w:before="100" w:after="200" w:line="360" w:lineRule="auto"/>
        <w:jc w:val="left"/>
      </w:pPr>
      <w:r>
        <w:rPr>
          <w:rFonts w:ascii="宋体 (中文正文)" w:eastAsia="宋体" w:hAnsi="宋体 (中文正文)"/>
          <w:b/>
          <w:sz w:val="28"/>
        </w:rPr>
        <w:t>三、工作内容及措施办法得当</w:t>
      </w:r>
    </w:p>
    <w:p>
      <w:pPr>
        <w:spacing w:before="100" w:after="200" w:line="360" w:lineRule="auto"/>
        <w:ind w:firstLine="576"/>
        <w:jc w:val="left"/>
      </w:pPr>
      <w:r>
        <w:rPr>
          <w:rFonts w:ascii="宋体" w:eastAsia="宋体" w:hAnsi="宋体"/>
          <w:sz w:val="28"/>
        </w:rPr>
        <w:t>1.加强安全知识的宣传教育，努力提高全公司职工安全生产意识。认真开展安全生产法律法规和政策的宣传教育，倡导和抓好安全文化建设，增强公司职工安全生产意识。我企业按照有关要求，积极主动选派人员参加上级主管部门组织的安全培训和复训，并切实抓好企业职工安全生产知识和生产技能的培训，努力确保特种作业人员和从业人员持证上岗率达100%。</w:t>
      </w:r>
    </w:p>
    <w:p>
      <w:pPr>
        <w:spacing w:before="100" w:after="200" w:line="360" w:lineRule="auto"/>
        <w:ind w:firstLine="576"/>
        <w:jc w:val="left"/>
      </w:pPr>
      <w:r>
        <w:rPr>
          <w:rFonts w:ascii="宋体" w:eastAsia="宋体" w:hAnsi="宋体"/>
          <w:sz w:val="28"/>
        </w:rPr>
        <w:t>2.强化安全责任管理，建立健全各项规章制度。本单位安全工作的第一责任人，对本单位安全生产工作负直接责任，必须切实履行职责，加强监督检查，及时排除各类安全隐患，严防各类安全事故的发生。一是要认真贯彻落实好与公司签订的安全生产目标管理责任书，做到有岗、有位、有责。二是公司安全生产领导组定期组织人员对各个部门落实的情况进行检查、督促，并将情况登记在册，作为年终综合考核的评分依据。三是各单位要结合自身实际，制定和完善各项安全生产规章制度及安全生产规程，并严格执行，杜绝“三违”现象，切实做到安全生产有章可循。</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3开展了综合性安全生产大检查。企业安全生产领导组每季度组织开展一次综合性的安全生产大检查，对车间存在的重大隐患，督促其制定整改措施，落实资金，安排专人督促整改，并将隐患排查以及整改情况备案存档;各车间和安全责任单位每月组织一次安全大检查，发现隐患，制定措施，落实专人，限期整改，并将情况及时上报企业安全生产领导组。</w:t>
      </w:r>
    </w:p>
    <w:p>
      <w:pPr>
        <w:spacing w:before="100" w:after="200" w:line="360" w:lineRule="auto"/>
        <w:jc w:val="left"/>
      </w:pPr>
      <w:r>
        <w:rPr>
          <w:rFonts w:ascii="宋体 (中文正文)" w:eastAsia="宋体" w:hAnsi="宋体 (中文正文)"/>
          <w:b/>
          <w:sz w:val="28"/>
        </w:rPr>
        <w:t>四、存在的问题与不足以及整改</w:t>
      </w:r>
    </w:p>
    <w:p>
      <w:pPr>
        <w:spacing w:before="100" w:after="200" w:line="360" w:lineRule="auto"/>
        <w:ind w:firstLine="576"/>
        <w:jc w:val="left"/>
      </w:pPr>
      <w:r>
        <w:rPr>
          <w:rFonts w:ascii="宋体" w:eastAsia="宋体" w:hAnsi="宋体"/>
          <w:sz w:val="28"/>
        </w:rPr>
        <w:t>1、不得使用自制挂钩。</w:t>
      </w:r>
    </w:p>
    <w:p>
      <w:pPr>
        <w:spacing w:before="100" w:after="200" w:line="360" w:lineRule="auto"/>
        <w:ind w:firstLine="576"/>
        <w:jc w:val="left"/>
      </w:pPr>
      <w:r>
        <w:rPr>
          <w:rFonts w:ascii="宋体" w:eastAsia="宋体" w:hAnsi="宋体"/>
          <w:sz w:val="28"/>
        </w:rPr>
        <w:t>2、不得乱接乱焊挂钩(主要一楼大门和柱子上)。</w:t>
      </w:r>
    </w:p>
    <w:p>
      <w:pPr>
        <w:spacing w:before="100" w:after="200" w:line="360" w:lineRule="auto"/>
        <w:ind w:firstLine="576"/>
        <w:jc w:val="left"/>
      </w:pPr>
      <w:r>
        <w:rPr>
          <w:rFonts w:ascii="宋体" w:eastAsia="宋体" w:hAnsi="宋体"/>
          <w:sz w:val="28"/>
        </w:rPr>
        <w:t>3、车间二楼扶梯有部分变形。</w:t>
      </w:r>
    </w:p>
    <w:p>
      <w:pPr>
        <w:spacing w:before="100" w:after="200" w:line="360" w:lineRule="auto"/>
        <w:ind w:firstLine="576"/>
        <w:jc w:val="left"/>
      </w:pPr>
      <w:r>
        <w:rPr>
          <w:rFonts w:ascii="宋体" w:eastAsia="宋体" w:hAnsi="宋体"/>
          <w:sz w:val="28"/>
        </w:rPr>
        <w:t>4、打木片的电动机尼龙棒应更换。</w:t>
      </w:r>
    </w:p>
    <w:p>
      <w:pPr>
        <w:spacing w:before="100" w:after="200" w:line="360" w:lineRule="auto"/>
        <w:ind w:firstLine="576"/>
        <w:jc w:val="left"/>
      </w:pPr>
      <w:r>
        <w:rPr>
          <w:rFonts w:ascii="宋体" w:eastAsia="宋体" w:hAnsi="宋体"/>
          <w:sz w:val="28"/>
        </w:rPr>
        <w:t>5、精整区杂乱，硅袋应摆放至机修车间，每日定量领取使用。</w:t>
      </w:r>
    </w:p>
    <w:p>
      <w:pPr>
        <w:spacing w:before="100" w:after="200" w:line="360" w:lineRule="auto"/>
        <w:ind w:firstLine="576"/>
        <w:jc w:val="left"/>
      </w:pPr>
      <w:r>
        <w:rPr>
          <w:rFonts w:ascii="宋体" w:eastAsia="宋体" w:hAnsi="宋体"/>
          <w:sz w:val="28"/>
        </w:rPr>
        <w:t>6、配电箱上堆放杂物。</w:t>
      </w:r>
    </w:p>
    <w:p>
      <w:pPr>
        <w:spacing w:before="100" w:after="200" w:line="360" w:lineRule="auto"/>
        <w:ind w:firstLine="576"/>
        <w:jc w:val="left"/>
      </w:pPr>
      <w:r>
        <w:rPr>
          <w:rFonts w:ascii="宋体" w:eastAsia="宋体" w:hAnsi="宋体"/>
          <w:sz w:val="28"/>
        </w:rPr>
        <w:t>7、出炉人与未佩戴护目镜、工作服、面罩。</w:t>
      </w:r>
    </w:p>
    <w:p>
      <w:pPr>
        <w:spacing w:before="100" w:after="200" w:line="360" w:lineRule="auto"/>
        <w:ind w:firstLine="576"/>
        <w:jc w:val="left"/>
      </w:pPr>
      <w:r>
        <w:rPr>
          <w:rFonts w:ascii="宋体" w:eastAsia="宋体" w:hAnsi="宋体"/>
          <w:sz w:val="28"/>
        </w:rPr>
        <w:t>五、针对以上检查出的问题，在下步工作中，我们要强化措施，督促车间按时整改，按期复查，跟踪整治，确保整改到位，做出以下几点：</w:t>
      </w:r>
    </w:p>
    <w:p>
      <w:pPr>
        <w:spacing w:before="100" w:after="200" w:line="360" w:lineRule="auto"/>
        <w:ind w:firstLine="576"/>
        <w:jc w:val="left"/>
      </w:pPr>
      <w:r>
        <w:rPr>
          <w:rFonts w:ascii="宋体" w:eastAsia="宋体" w:hAnsi="宋体"/>
          <w:sz w:val="28"/>
        </w:rPr>
        <w:t>1、把硅袋放入机修车间，每日领取使用。确保精整区域不杂乱。</w:t>
      </w:r>
    </w:p>
    <w:p>
      <w:pPr>
        <w:spacing w:before="100" w:after="200" w:line="360" w:lineRule="auto"/>
        <w:ind w:firstLine="576"/>
        <w:jc w:val="left"/>
      </w:pPr>
      <w:r>
        <w:rPr>
          <w:rFonts w:ascii="宋体" w:eastAsia="宋体" w:hAnsi="宋体"/>
          <w:sz w:val="28"/>
        </w:rPr>
        <w:t>2、打木材的电动机的尼龙棒、车间扶梯让机修人员定期检查、维修、定期更换。</w:t>
      </w:r>
    </w:p>
    <w:p>
      <w:pPr>
        <w:spacing w:before="100" w:after="200" w:line="360" w:lineRule="auto"/>
        <w:ind w:firstLine="576"/>
        <w:jc w:val="left"/>
      </w:pPr>
      <w:r>
        <w:rPr>
          <w:rFonts w:ascii="宋体" w:eastAsia="宋体" w:hAnsi="宋体"/>
          <w:sz w:val="28"/>
        </w:rPr>
        <w:t>3、电器设备的安装和维修由电工操作，并定期检查线路及一切电器设备，</w:t>
      </w:r>
    </w:p>
    <w:p>
      <w:pPr>
        <w:spacing w:before="100" w:after="200" w:line="360" w:lineRule="auto"/>
        <w:ind w:firstLine="576"/>
        <w:jc w:val="left"/>
      </w:pPr>
      <w:r>
        <w:rPr>
          <w:rFonts w:ascii="宋体" w:eastAsia="宋体" w:hAnsi="宋体"/>
          <w:sz w:val="28"/>
        </w:rPr>
        <w:t>4、车间配电室的电路需电工定期进行检查，确保电路的整齐。</w:t>
      </w:r>
    </w:p>
    <w:p>
      <w:pPr>
        <w:spacing w:before="100" w:after="200" w:line="360" w:lineRule="auto"/>
        <w:ind w:firstLine="576"/>
        <w:jc w:val="left"/>
      </w:pPr>
      <w:r>
        <w:rPr>
          <w:rFonts w:ascii="宋体" w:eastAsia="宋体" w:hAnsi="宋体"/>
          <w:sz w:val="28"/>
        </w:rPr>
        <w:t>5、车间二楼配电柜需更换，并上锁。</w:t>
      </w:r>
    </w:p>
    <w:p>
      <w:pPr>
        <w:spacing w:before="100" w:after="200" w:line="360" w:lineRule="auto"/>
        <w:ind w:firstLine="576"/>
        <w:jc w:val="left"/>
      </w:pPr>
      <w:r>
        <w:rPr>
          <w:rFonts w:ascii="宋体" w:eastAsia="宋体" w:hAnsi="宋体"/>
          <w:sz w:val="28"/>
        </w:rPr>
        <w:t>6、加强出炉人员佩戴护目镜、穿工作服、戴面罩的重要性意识，树立安全生产意识。认真落实安全生产责任制。</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7、严禁车间内乱焊乱挂，确保车间的规范。</w:t>
      </w:r>
    </w:p>
    <w:p>
      <w:pPr>
        <w:spacing w:before="100" w:after="200" w:line="360" w:lineRule="auto"/>
        <w:ind w:firstLine="576"/>
        <w:jc w:val="left"/>
      </w:pPr>
      <w:r>
        <w:rPr>
          <w:rFonts w:ascii="宋体" w:eastAsia="宋体" w:hAnsi="宋体"/>
          <w:sz w:val="28"/>
        </w:rPr>
        <w:t>在这次“打非治违”和“隐患排查”自查自纠下，我公司高度重视，进一步增强企业和职工的安全隐患得到了有效的排除，车间也根据所提的整改意见迅速进行整改，整个自查自纠工作取得了良好的效果。</w:t>
      </w:r>
    </w:p>
    <w:p>
      <w:pPr>
        <w:spacing w:before="100" w:after="200" w:line="360" w:lineRule="auto"/>
        <w:ind w:firstLine="576"/>
        <w:jc w:val="left"/>
      </w:pPr>
      <w:r>
        <w:rPr>
          <w:rFonts w:ascii="宋体" w:eastAsia="宋体" w:hAnsi="宋体"/>
          <w:sz w:val="28"/>
        </w:rPr>
        <w:t>为了进一步加强和改进项目部安全工作，响应院号召，切实保障广大职工的生命安全和财产安全，保证工程正常的施工秩序，结合项目部实际，我部门对施工现场的安全工作进行了认真细致的检查，并针对施工现场开展了隐患排查治理活动，现将自查整改情况总结如下：</w:t>
      </w:r>
    </w:p>
    <w:p>
      <w:pPr>
        <w:spacing w:before="100" w:after="200" w:line="360" w:lineRule="auto"/>
        <w:jc w:val="left"/>
      </w:pPr>
      <w:r>
        <w:rPr>
          <w:rFonts w:ascii="宋体 (中文正文)" w:eastAsia="宋体" w:hAnsi="宋体 (中文正文)"/>
          <w:b/>
          <w:sz w:val="28"/>
        </w:rPr>
        <w:t>一、安全管理方面</w:t>
      </w:r>
    </w:p>
    <w:p>
      <w:pPr>
        <w:spacing w:before="100" w:after="200" w:line="360" w:lineRule="auto"/>
        <w:ind w:firstLine="576"/>
        <w:jc w:val="left"/>
      </w:pPr>
      <w:r>
        <w:rPr>
          <w:rFonts w:ascii="宋体" w:eastAsia="宋体" w:hAnsi="宋体"/>
          <w:sz w:val="28"/>
        </w:rPr>
        <w:t>1、安全组织机构建立和健全</w:t>
      </w:r>
    </w:p>
    <w:p>
      <w:pPr>
        <w:spacing w:before="100" w:after="200" w:line="360" w:lineRule="auto"/>
        <w:ind w:firstLine="576"/>
        <w:jc w:val="left"/>
      </w:pPr>
      <w:r>
        <w:rPr>
          <w:rFonts w:ascii="宋体" w:eastAsia="宋体" w:hAnsi="宋体"/>
          <w:sz w:val="28"/>
        </w:rPr>
        <w:t>项目部建立了以项目经理为第一责任人的安全管理网络和安全生产责任制度、安全管理制度。配置专职安全员负责现场安全巡视检查，负责施工现场的安全检查工作，形成了自上而下的安全保证体系。</w:t>
      </w:r>
    </w:p>
    <w:p>
      <w:pPr>
        <w:spacing w:before="100" w:after="200" w:line="360" w:lineRule="auto"/>
        <w:ind w:firstLine="576"/>
        <w:jc w:val="left"/>
      </w:pPr>
      <w:r>
        <w:rPr>
          <w:rFonts w:ascii="宋体" w:eastAsia="宋体" w:hAnsi="宋体"/>
          <w:sz w:val="28"/>
        </w:rPr>
        <w:t>2、安全管理制度和责任制的落实情况</w:t>
      </w:r>
    </w:p>
    <w:p>
      <w:pPr>
        <w:spacing w:before="100" w:after="200" w:line="360" w:lineRule="auto"/>
        <w:ind w:firstLine="576"/>
        <w:jc w:val="left"/>
      </w:pPr>
      <w:r>
        <w:rPr>
          <w:rFonts w:ascii="宋体" w:eastAsia="宋体" w:hAnsi="宋体"/>
          <w:sz w:val="28"/>
        </w:rPr>
        <w:t>(1)目前，项目部各项安全规章齐全且可操作性较强。不断提高安全文明施工制度的执行力来加强安全文明施工管理，杜绝事故发生。</w:t>
      </w:r>
    </w:p>
    <w:p>
      <w:pPr>
        <w:spacing w:before="100" w:after="200" w:line="360" w:lineRule="auto"/>
        <w:ind w:firstLine="576"/>
        <w:jc w:val="left"/>
      </w:pPr>
      <w:r>
        <w:rPr>
          <w:rFonts w:ascii="宋体" w:eastAsia="宋体" w:hAnsi="宋体"/>
          <w:sz w:val="28"/>
        </w:rPr>
        <w:t>(2)为了确保安全生产，项目部根据公司的有关要求，制订了安全目标指标并逐层进行分解，明确了各级人员和部门的安全职责，并在施工过程中监督落实到位。</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项目部与各施工作业队负责人签定了《安全责任书》，并严格执行各级安全生产责任制和安全事故责任追究的规定，项目部质安部对安全责任制的落实进行监督、检查和考核，对违反责任制的人员能够做到及时进行提醒、教育，对考核结果进行奖罚。</w:t>
      </w:r>
    </w:p>
    <w:p>
      <w:pPr>
        <w:spacing w:before="100" w:after="200" w:line="360" w:lineRule="auto"/>
        <w:ind w:firstLine="576"/>
        <w:jc w:val="left"/>
      </w:pPr>
      <w:r>
        <w:rPr>
          <w:rFonts w:ascii="宋体" w:eastAsia="宋体" w:hAnsi="宋体"/>
          <w:sz w:val="28"/>
        </w:rPr>
        <w:t>3、安全检查、隐患排查情况</w:t>
      </w:r>
    </w:p>
    <w:p>
      <w:pPr>
        <w:spacing w:before="100" w:after="200" w:line="360" w:lineRule="auto"/>
        <w:ind w:firstLine="576"/>
        <w:jc w:val="left"/>
      </w:pPr>
      <w:r>
        <w:rPr>
          <w:rFonts w:ascii="宋体" w:eastAsia="宋体" w:hAnsi="宋体"/>
          <w:sz w:val="28"/>
        </w:rPr>
        <w:t>项目部除了日常安全巡视检查外，还根据现场情况，置备各类安全警示标志牌、施工标志牌，在施工现场入口、通道口、电器设备附近等部位放置相应</w:t>
      </w:r>
    </w:p>
    <w:p>
      <w:pPr>
        <w:spacing w:before="100" w:after="200" w:line="360" w:lineRule="auto"/>
        <w:ind w:firstLine="576"/>
        <w:jc w:val="left"/>
      </w:pPr>
      <w:r>
        <w:rPr>
          <w:rFonts w:ascii="宋体" w:eastAsia="宋体" w:hAnsi="宋体"/>
          <w:sz w:val="28"/>
        </w:rPr>
        <w:t>的警示标语牌，提醒工作人员注意，做好自身及他人安全防护，消除安全隐患。</w:t>
      </w:r>
    </w:p>
    <w:p>
      <w:pPr>
        <w:spacing w:before="100" w:after="200" w:line="360" w:lineRule="auto"/>
        <w:ind w:firstLine="576"/>
        <w:jc w:val="left"/>
      </w:pPr>
      <w:r>
        <w:rPr>
          <w:rFonts w:ascii="宋体" w:eastAsia="宋体" w:hAnsi="宋体"/>
          <w:sz w:val="28"/>
        </w:rPr>
        <w:t>4、安全教育培训情况</w:t>
      </w:r>
    </w:p>
    <w:p>
      <w:pPr>
        <w:spacing w:before="100" w:after="200" w:line="360" w:lineRule="auto"/>
        <w:ind w:firstLine="576"/>
        <w:jc w:val="left"/>
      </w:pPr>
      <w:r>
        <w:rPr>
          <w:rFonts w:ascii="宋体" w:eastAsia="宋体" w:hAnsi="宋体"/>
          <w:sz w:val="28"/>
        </w:rPr>
        <w:t>(1)项目部不定期对新进场管理人员和作业工人及时进行了安全教育培训。培训主要内容包括：企业规章制度、安全基本知识、施工安全注意事项、各项相关的安全技术措施和操作规程、应急救援预案学习等。</w:t>
      </w:r>
    </w:p>
    <w:p>
      <w:pPr>
        <w:spacing w:before="100" w:after="200" w:line="360" w:lineRule="auto"/>
        <w:ind w:firstLine="576"/>
        <w:jc w:val="left"/>
      </w:pPr>
      <w:r>
        <w:rPr>
          <w:rFonts w:ascii="宋体" w:eastAsia="宋体" w:hAnsi="宋体"/>
          <w:sz w:val="28"/>
        </w:rPr>
        <w:t>(2)、按规定参加电工、电焊工、装载机驾驶等特种作业人员的安全技术培训和取证。</w:t>
      </w:r>
    </w:p>
    <w:p>
      <w:pPr>
        <w:spacing w:before="100" w:after="200" w:line="360" w:lineRule="auto"/>
        <w:ind w:firstLine="576"/>
        <w:jc w:val="left"/>
      </w:pPr>
      <w:r>
        <w:rPr>
          <w:rFonts w:ascii="宋体" w:eastAsia="宋体" w:hAnsi="宋体"/>
          <w:sz w:val="28"/>
        </w:rPr>
        <w:t>(3)、各施工队自己进行的班组安全教育活动。</w:t>
      </w:r>
    </w:p>
    <w:p>
      <w:pPr>
        <w:spacing w:before="100" w:after="200" w:line="360" w:lineRule="auto"/>
        <w:jc w:val="left"/>
      </w:pPr>
      <w:r>
        <w:rPr>
          <w:rFonts w:ascii="宋体 (中文正文)" w:eastAsia="宋体" w:hAnsi="宋体 (中文正文)"/>
          <w:b/>
          <w:sz w:val="28"/>
        </w:rPr>
        <w:t>二、现场施工安全情况</w:t>
      </w:r>
    </w:p>
    <w:p>
      <w:pPr>
        <w:spacing w:before="100" w:after="200" w:line="360" w:lineRule="auto"/>
        <w:ind w:firstLine="576"/>
        <w:jc w:val="left"/>
      </w:pPr>
      <w:r>
        <w:rPr>
          <w:rFonts w:ascii="宋体" w:eastAsia="宋体" w:hAnsi="宋体"/>
          <w:sz w:val="28"/>
        </w:rPr>
        <w:t>1、临时设施</w:t>
      </w:r>
    </w:p>
    <w:p>
      <w:pPr>
        <w:spacing w:before="100" w:after="200" w:line="360" w:lineRule="auto"/>
        <w:ind w:firstLine="576"/>
        <w:jc w:val="left"/>
      </w:pPr>
      <w:r>
        <w:rPr>
          <w:rFonts w:ascii="宋体" w:eastAsia="宋体" w:hAnsi="宋体"/>
          <w:sz w:val="28"/>
        </w:rPr>
        <w:t>(1)临时设施严格按要求进行了统一规划，布局较为合理。</w:t>
      </w:r>
    </w:p>
    <w:p>
      <w:pPr>
        <w:spacing w:before="100" w:after="200" w:line="360" w:lineRule="auto"/>
        <w:ind w:firstLine="576"/>
        <w:jc w:val="left"/>
      </w:pPr>
      <w:r>
        <w:rPr>
          <w:rFonts w:ascii="宋体" w:eastAsia="宋体" w:hAnsi="宋体"/>
          <w:sz w:val="28"/>
        </w:rPr>
        <w:t>(2)临时设施符合消防、防雨、保温等技术要求。生活办公区、施工区、仓库、机械设备停放区等安排人员24小时巡逻值班，确保现场物资、材料安全。</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2、安全用电情况</w:t>
      </w:r>
    </w:p>
    <w:p>
      <w:pPr>
        <w:spacing w:before="100" w:after="200" w:line="360" w:lineRule="auto"/>
        <w:ind w:firstLine="576"/>
        <w:jc w:val="left"/>
      </w:pPr>
      <w:r>
        <w:rPr>
          <w:rFonts w:ascii="宋体" w:eastAsia="宋体" w:hAnsi="宋体"/>
          <w:sz w:val="28"/>
        </w:rPr>
        <w:t>施工现场做到用电设备“一机、一闸、一漏”，确保了用电安全;供电设备安置了警示标志。照明灯具及供电线路按照要求进行架设。由值班电工经常巡查，发现隐患及时进行处理，防止事故发生。</w:t>
      </w:r>
    </w:p>
    <w:p>
      <w:pPr>
        <w:spacing w:before="100" w:after="200" w:line="360" w:lineRule="auto"/>
        <w:ind w:firstLine="576"/>
        <w:jc w:val="left"/>
      </w:pPr>
      <w:r>
        <w:rPr>
          <w:rFonts w:ascii="宋体" w:eastAsia="宋体" w:hAnsi="宋体"/>
          <w:sz w:val="28"/>
        </w:rPr>
        <w:t>3、特种设备</w:t>
      </w:r>
    </w:p>
    <w:p>
      <w:pPr>
        <w:spacing w:before="100" w:after="200" w:line="360" w:lineRule="auto"/>
        <w:ind w:firstLine="576"/>
        <w:jc w:val="left"/>
      </w:pPr>
      <w:r>
        <w:rPr>
          <w:rFonts w:ascii="宋体" w:eastAsia="宋体" w:hAnsi="宋体"/>
          <w:sz w:val="28"/>
        </w:rPr>
        <w:t>主要机械设备的日常运行、保养、交记录等由专人负责。设备、运输车辆使用过程中，定期进行检查、维修和保养，并填写设备运行、维修和保养记录。对存在安全隐患的设备立即停工、整改或者清退。脚手架施工</w:t>
      </w:r>
    </w:p>
    <w:p>
      <w:pPr>
        <w:spacing w:before="100" w:after="200" w:line="360" w:lineRule="auto"/>
        <w:ind w:firstLine="576"/>
        <w:jc w:val="left"/>
      </w:pPr>
      <w:r>
        <w:rPr>
          <w:rFonts w:ascii="宋体" w:eastAsia="宋体" w:hAnsi="宋体"/>
          <w:sz w:val="28"/>
        </w:rPr>
        <w:t>4、消防管理</w:t>
      </w:r>
    </w:p>
    <w:p>
      <w:pPr>
        <w:spacing w:before="100" w:after="200" w:line="360" w:lineRule="auto"/>
        <w:ind w:firstLine="576"/>
        <w:jc w:val="left"/>
      </w:pPr>
      <w:r>
        <w:rPr>
          <w:rFonts w:ascii="宋体" w:eastAsia="宋体" w:hAnsi="宋体"/>
          <w:sz w:val="28"/>
        </w:rPr>
        <w:t>项目部制定了消防管理责任制，并落实到位。制定和完善了消防应急预案。</w:t>
      </w:r>
    </w:p>
    <w:p>
      <w:pPr>
        <w:spacing w:before="100" w:after="200" w:line="360" w:lineRule="auto"/>
        <w:ind w:firstLine="576"/>
        <w:jc w:val="left"/>
      </w:pPr>
      <w:r>
        <w:rPr>
          <w:rFonts w:ascii="宋体" w:eastAsia="宋体" w:hAnsi="宋体"/>
          <w:sz w:val="28"/>
        </w:rPr>
        <w:t>项目部对易发生火灾处加大检查和监控力度。</w:t>
      </w:r>
    </w:p>
    <w:p>
      <w:pPr>
        <w:spacing w:before="100" w:after="200" w:line="360" w:lineRule="auto"/>
        <w:ind w:firstLine="576"/>
        <w:jc w:val="left"/>
      </w:pPr>
      <w:r>
        <w:rPr>
          <w:rFonts w:ascii="宋体" w:eastAsia="宋体" w:hAnsi="宋体"/>
          <w:sz w:val="28"/>
        </w:rPr>
        <w:t>(1)施工区无违章使用明火取暖和作业现象;对职工宿舍进行了检查，未发现违规使用大功率电器等现象，照明用电线路规范，无私拉乱接现象</w:t>
      </w:r>
    </w:p>
    <w:p>
      <w:pPr>
        <w:spacing w:before="100" w:after="200" w:line="360" w:lineRule="auto"/>
        <w:ind w:firstLine="576"/>
        <w:jc w:val="left"/>
      </w:pPr>
      <w:r>
        <w:rPr>
          <w:rFonts w:ascii="宋体" w:eastAsia="宋体" w:hAnsi="宋体"/>
          <w:sz w:val="28"/>
        </w:rPr>
        <w:t>(2)规定禁止烟火或吸烟的工区或部位无违规现象。</w:t>
      </w:r>
    </w:p>
    <w:p>
      <w:pPr>
        <w:spacing w:before="100" w:after="200" w:line="360" w:lineRule="auto"/>
        <w:ind w:firstLine="576"/>
        <w:jc w:val="left"/>
      </w:pPr>
      <w:r>
        <w:rPr>
          <w:rFonts w:ascii="宋体" w:eastAsia="宋体" w:hAnsi="宋体"/>
          <w:sz w:val="28"/>
        </w:rPr>
        <w:t>5、安全防护设施情况</w:t>
      </w:r>
    </w:p>
    <w:p>
      <w:pPr>
        <w:spacing w:before="100" w:after="200" w:line="360" w:lineRule="auto"/>
        <w:ind w:firstLine="576"/>
        <w:jc w:val="left"/>
      </w:pPr>
      <w:r>
        <w:rPr>
          <w:rFonts w:ascii="宋体" w:eastAsia="宋体" w:hAnsi="宋体"/>
          <w:sz w:val="28"/>
        </w:rPr>
        <w:t>施工中，安全管理人员能够正式佩戴和使用安全帽、安全带等防护用品;在洞口以及危险位置设置了防护设施和明显的警示标志;用电部位、易燃品附近配置了消防设施等。</w:t>
      </w:r>
    </w:p>
    <w:p>
      <w:pPr>
        <w:spacing w:before="100" w:after="200" w:line="360" w:lineRule="auto"/>
        <w:jc w:val="left"/>
      </w:pPr>
      <w:r>
        <w:rPr>
          <w:rFonts w:ascii="宋体 (中文正文)" w:eastAsia="宋体" w:hAnsi="宋体 (中文正文)"/>
          <w:b/>
          <w:sz w:val="28"/>
        </w:rPr>
        <w:t>三、安全管理中存在的问题</w:t>
      </w:r>
    </w:p>
    <w:p>
      <w:pPr>
        <w:spacing w:before="100" w:after="200" w:line="360" w:lineRule="auto"/>
        <w:ind w:firstLine="576"/>
        <w:jc w:val="left"/>
      </w:pPr>
      <w:r>
        <w:rPr>
          <w:rFonts w:ascii="宋体" w:eastAsia="宋体" w:hAnsi="宋体"/>
          <w:sz w:val="28"/>
        </w:rPr>
        <w:t>1、个别人员安全意识淡薄，施工现场仍然存在习惯性违章。</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2、施工用电线路布设较乱，需要进一步规范，</w:t>
      </w:r>
    </w:p>
    <w:p>
      <w:pPr>
        <w:spacing w:before="100" w:after="200" w:line="360" w:lineRule="auto"/>
        <w:ind w:firstLine="576"/>
        <w:jc w:val="left"/>
      </w:pPr>
      <w:r>
        <w:rPr>
          <w:rFonts w:ascii="宋体" w:eastAsia="宋体" w:hAnsi="宋体"/>
          <w:sz w:val="28"/>
        </w:rPr>
        <w:t>3、设备定期检查，各种制度完善;但设备自身检查资料、记录不齐全;需进一步完善。</w:t>
      </w:r>
    </w:p>
    <w:p>
      <w:pPr>
        <w:spacing w:before="100" w:after="200" w:line="360" w:lineRule="auto"/>
        <w:ind w:firstLine="576"/>
        <w:jc w:val="left"/>
      </w:pPr>
      <w:r>
        <w:rPr>
          <w:rFonts w:ascii="宋体" w:eastAsia="宋体" w:hAnsi="宋体"/>
          <w:sz w:val="28"/>
        </w:rPr>
        <w:t>4、个别安全防护设施没跟上工程施工进度，造成施工中安全防护滞后。</w:t>
      </w:r>
    </w:p>
    <w:p>
      <w:pPr>
        <w:spacing w:before="100" w:after="200" w:line="360" w:lineRule="auto"/>
        <w:jc w:val="left"/>
      </w:pPr>
      <w:r>
        <w:rPr>
          <w:rFonts w:ascii="宋体 (中文正文)" w:eastAsia="宋体" w:hAnsi="宋体 (中文正文)"/>
          <w:sz w:val="28"/>
        </w:rPr>
        <w:t>四、采取的整改措施：</w:t>
      </w:r>
    </w:p>
    <w:p>
      <w:pPr>
        <w:spacing w:before="100" w:after="200" w:line="360" w:lineRule="auto"/>
        <w:ind w:firstLine="576"/>
        <w:jc w:val="left"/>
      </w:pPr>
      <w:r>
        <w:rPr>
          <w:rFonts w:ascii="宋体" w:eastAsia="宋体" w:hAnsi="宋体"/>
          <w:sz w:val="28"/>
        </w:rPr>
        <w:t>为确保工程施工安全，消除各类安全隐患，项目部对自查过程中存在的主要问题，提出以下整改措施：</w:t>
      </w:r>
    </w:p>
    <w:p>
      <w:pPr>
        <w:spacing w:before="100" w:after="200" w:line="360" w:lineRule="auto"/>
        <w:ind w:firstLine="576"/>
        <w:jc w:val="left"/>
      </w:pPr>
      <w:r>
        <w:rPr>
          <w:rFonts w:ascii="宋体" w:eastAsia="宋体" w:hAnsi="宋体"/>
          <w:sz w:val="28"/>
        </w:rPr>
        <w:t>1、项目部将加强监管，并分批开展安全教育，利用日常巡查、检查、会议、安全教育培训、宣传栏、报纸、文件等方法方式对职工干部进行安全知识、法律法规等的教育宣传，提高员工的安全意识和责任意识，杜绝安全事故的发生。</w:t>
      </w:r>
    </w:p>
    <w:p>
      <w:pPr>
        <w:spacing w:before="100" w:after="200" w:line="360" w:lineRule="auto"/>
        <w:ind w:firstLine="576"/>
        <w:jc w:val="left"/>
      </w:pPr>
      <w:r>
        <w:rPr>
          <w:rFonts w:ascii="宋体" w:eastAsia="宋体" w:hAnsi="宋体"/>
          <w:sz w:val="28"/>
        </w:rPr>
        <w:t>2、施工用电问题将持续重视，严查工人宿舍违规用电现象，对于现场线路将进行统一规范布置。</w:t>
      </w:r>
    </w:p>
    <w:p>
      <w:pPr>
        <w:spacing w:before="100" w:after="200" w:line="360" w:lineRule="auto"/>
        <w:ind w:firstLine="576"/>
        <w:jc w:val="left"/>
      </w:pPr>
      <w:r>
        <w:rPr>
          <w:rFonts w:ascii="宋体" w:eastAsia="宋体" w:hAnsi="宋体"/>
          <w:sz w:val="28"/>
        </w:rPr>
        <w:t>3、加大对习惯性违章的监管力度。加强安全教育和管理监督、处罚力度，必须从思想上提高广大员工的安全意识。</w:t>
      </w:r>
    </w:p>
    <w:p>
      <w:pPr>
        <w:spacing w:before="100" w:after="200" w:line="360" w:lineRule="auto"/>
        <w:ind w:firstLine="576"/>
        <w:jc w:val="left"/>
      </w:pPr>
      <w:r>
        <w:rPr>
          <w:rFonts w:ascii="宋体" w:eastAsia="宋体" w:hAnsi="宋体"/>
          <w:sz w:val="28"/>
        </w:rPr>
        <w:t>4、健全和完善制度，促安全综合治理工作有章可循、落实到位。严格按照安全责任制落实各级、各部门责任。</w:t>
      </w:r>
    </w:p>
    <w:p>
      <w:pPr>
        <w:spacing w:before="100" w:after="200" w:line="360" w:lineRule="auto"/>
        <w:ind w:firstLine="576"/>
        <w:jc w:val="left"/>
      </w:pPr>
      <w:r>
        <w:rPr>
          <w:rFonts w:ascii="宋体" w:eastAsia="宋体" w:hAnsi="宋体"/>
          <w:sz w:val="28"/>
        </w:rPr>
        <w:t>5、及时按照项目部规定，定期开展安全检查和隐患排查治理，做好施工现场安全隐患的查找和整改。</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总之，通过本次大检查发现了项目部安全工作中存在的一些弊端和疏漏。项目部及时进行了整改，使之得到了有效的控制，但安全工作是一项长期的工作。项目部将继续严抓安全、狠抓安全，夯实安全管理基础工作，使广大职工的安全意识得到提高，使安全管理的各项工作和要求得到较好落实，进一步增强其安全责任意识，明确各自职责，为工程施工顺利进行提供安全保障。</w:t>
      </w:r>
    </w:p>
    <w:p>
      <w:pPr>
        <w:spacing w:before="100" w:after="200" w:line="360" w:lineRule="auto"/>
        <w:jc w:val="left"/>
      </w:pPr>
      <w:r>
        <w:rPr>
          <w:rFonts w:ascii="宋体 (中文正文)" w:eastAsia="宋体" w:hAnsi="宋体 (中文正文)"/>
          <w:sz w:val="28"/>
        </w:rPr>
        <w:t>市政府目标管理办公室：</w:t>
      </w:r>
    </w:p>
    <w:p>
      <w:pPr>
        <w:spacing w:before="100" w:after="200" w:line="360" w:lineRule="auto"/>
        <w:ind w:firstLine="576"/>
        <w:jc w:val="left"/>
      </w:pPr>
      <w:r>
        <w:rPr>
          <w:rFonts w:ascii="宋体" w:eastAsia="宋体" w:hAnsi="宋体"/>
          <w:sz w:val="28"/>
        </w:rPr>
        <w:t>，我局在市委、市政府的领导和支持下，进一步明确了安全工作就是“生命工程”的理念，以“安全、规范、发展”为目标，以“团结、廉洁、敬业、高效”为原则，为确保全市的安全生产形势的稳定，做出了不懈努力。</w:t>
      </w:r>
    </w:p>
    <w:p>
      <w:pPr>
        <w:spacing w:before="100" w:after="200" w:line="360" w:lineRule="auto"/>
        <w:jc w:val="left"/>
      </w:pPr>
      <w:r>
        <w:rPr>
          <w:rFonts w:ascii="宋体 (中文正文)" w:eastAsia="宋体" w:hAnsi="宋体 (中文正文)"/>
          <w:b/>
          <w:sz w:val="28"/>
        </w:rPr>
        <w:t>一、事故指标完成情况</w:t>
      </w:r>
    </w:p>
    <w:p>
      <w:pPr>
        <w:spacing w:before="100" w:after="200" w:line="360" w:lineRule="auto"/>
        <w:ind w:firstLine="576"/>
        <w:jc w:val="left"/>
      </w:pPr>
      <w:r>
        <w:rPr>
          <w:rFonts w:ascii="宋体" w:eastAsia="宋体" w:hAnsi="宋体"/>
          <w:sz w:val="28"/>
        </w:rPr>
        <w:t>，全市共发生各类事故1453起，与去年同比下降45%;死亡266人，与去年同比下降13.64%;死亡人数低于省定指标45人，占省定控制指标的85.5%，杜绝了一次死亡10人以上的特大事故。其中：道路交通事故1047起，死亡248人;煤矿事故1起，死亡3人;消防火灾事故389起，死亡2人;地面企业事故16起，死亡6人;其它事故1起，死亡7人。省政府给我市下达的控制指标是：事故总死亡人数311人，万人死亡率0.63，亿元产值死亡率0.59，煤矿百万吨死亡率1。我市完成情况是：事故总死亡人数266人，万人死亡率0.54，亿元产值死亡率0.47，煤矿百万吨死亡率0.26。万人死亡率低于省定指标的0.09，亿元产值死亡率低于省定指标0.12，煤矿百万吨死亡率低于省定指标0.74。</w:t>
      </w:r>
    </w:p>
    <w:p>
      <w:pPr>
        <w:spacing w:before="100" w:after="200" w:line="360" w:lineRule="auto"/>
        <w:jc w:val="left"/>
      </w:pPr>
      <w:r>
        <w:rPr>
          <w:rFonts w:ascii="宋体 (中文正文)" w:eastAsia="宋体" w:hAnsi="宋体 (中文正文)"/>
          <w:b/>
          <w:sz w:val="28"/>
        </w:rPr>
        <w:t>二、加大安全生产监督监察力度，各类事故隐患得到有效整改</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p>
    <w:p>
      <w:pPr>
        <w:spacing w:before="100" w:after="200" w:line="360" w:lineRule="auto"/>
        <w:ind w:firstLine="576"/>
        <w:jc w:val="left"/>
      </w:pPr>
      <w:r>
        <w:rPr>
          <w:rFonts w:ascii="宋体" w:eastAsia="宋体" w:hAnsi="宋体"/>
          <w:sz w:val="28"/>
        </w:rPr>
        <w:t>去年全年，我局组织“百日安全”活动1次;采用企业自查、行业互查、部门抽查、政府督查等形式，我们先后组织开展了“双节”、春季、夏季、秋季、冬季等5次安全生产大检查活动。在五一、十一两个“黄金周”期间，开展了两次旅游安全专项检查和复查。按照国家和省里的部署，我市在8月份开始进行资源整合工作、煤矿“严打”和“关整”工作，到底共关闭非法矿井32座，关闭不符合规定井口405个，整顿矿井84座。进入11月份以来，在安委会的统一部署下，我局与市交通局、消防支队、公用事业局等部门相互配合，采取得力措施，加大工作力度，确保“双节”期间的安全生产形势稳定。我们还结合行业特点，开展了煤矿、非煤矿山、危化品、公众聚集场所、道路交通、水上运输、燃气管道、民爆器材和烟花爆竹等八个重点领域的专项安全整治，到年底各项整治都已取得阶段性成果。据统计，全年共检查生产经营单位5600余个次，查出各类事故隐患12100余条，现场整改10600余条，限期整改1100余条，整改率达96%。对尚未整改的事故隐患实施了有效监控。</w:t>
      </w:r>
    </w:p>
    <w:p>
      <w:pPr>
        <w:spacing w:before="100" w:after="200" w:line="360" w:lineRule="auto"/>
        <w:jc w:val="left"/>
      </w:pPr>
      <w:r>
        <w:rPr>
          <w:rFonts w:ascii="宋体 (中文正文)" w:eastAsia="宋体" w:hAnsi="宋体 (中文正文)"/>
          <w:b/>
          <w:sz w:val="28"/>
        </w:rPr>
        <w:t>三、事故结案情况</w:t>
      </w:r>
    </w:p>
    <w:p>
      <w:pPr>
        <w:spacing w:before="100" w:after="200" w:line="360" w:lineRule="auto"/>
        <w:ind w:firstLine="576"/>
        <w:jc w:val="left"/>
      </w:pPr>
      <w:r>
        <w:rPr>
          <w:rFonts w:ascii="宋体" w:eastAsia="宋体" w:hAnsi="宋体"/>
          <w:sz w:val="28"/>
        </w:rPr>
        <w:t>，发生的1起煤矿事故由河南煤矿安全监察局豫南分局调查处理。我局参与对6起地面企业事故和1起民爆物品事故进行了调查处理，目前都已结案。</w:t>
      </w:r>
    </w:p>
    <w:p>
      <w:pPr>
        <w:spacing w:before="100" w:after="200" w:line="360" w:lineRule="auto"/>
        <w:jc w:val="left"/>
      </w:pPr>
      <w:r>
        <w:rPr>
          <w:rFonts w:ascii="宋体 (中文正文)" w:eastAsia="宋体" w:hAnsi="宋体 (中文正文)"/>
          <w:b/>
          <w:sz w:val="28"/>
        </w:rPr>
        <w:t>四、“三同时”工作得到有效加强</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我局严格按照建设项目“三同时”的要求，对一些企业的改、扩建工程进行了审查验收。我们会同有关部门，对全市新、改、扩建工程项目及时掌握，提前介入，做到心中有数，并在其设计施工过程当中勤督促、勤检查，使企业依法保证安全生产所必须的资金投入，淘汰落后的生产工艺和机械设备，凡安全投入不足、工艺设备老化、危及安全生产的，都要限期整改，拖延整改或拒不整改的要依法予以查处。通过“三同时”工作的开展，全面提高了企业的安全生产基础水平，达到了从源头上消除事故隐患的目的。</w:t>
      </w:r>
    </w:p>
    <w:p>
      <w:pPr>
        <w:spacing w:before="100" w:after="200" w:line="360" w:lineRule="auto"/>
        <w:jc w:val="left"/>
      </w:pPr>
      <w:r>
        <w:rPr>
          <w:rFonts w:ascii="宋体 (中文正文)" w:eastAsia="宋体" w:hAnsi="宋体 (中文正文)"/>
          <w:b/>
          <w:sz w:val="28"/>
        </w:rPr>
        <w:t>五、安全生产管理人员培训情况</w:t>
      </w:r>
    </w:p>
    <w:p>
      <w:pPr>
        <w:spacing w:before="100" w:after="200" w:line="360" w:lineRule="auto"/>
        <w:ind w:firstLine="576"/>
        <w:jc w:val="left"/>
      </w:pPr>
      <w:r>
        <w:rPr>
          <w:rFonts w:ascii="宋体" w:eastAsia="宋体" w:hAnsi="宋体"/>
          <w:sz w:val="28"/>
        </w:rPr>
        <w:t>今年我市除了开展日常性的安全生产宣传教育外，组织开展了“3·26安全日”、安全生产月和《河南省安全生产条例》三次大型宣传活动，分别于3月26日、6月13日、8月1日进行了三次规模宏大的集中宣传，使50余万职工群众受到教育，营造了“关注安全，关爱生命”的浓厚氛围。在安全生产培训方面，我市在督促企业开展岗前培训、全员培训的同时，依托三级培训基地，多次举办培训班大力开展特种作业和企业安管干部的培训，共培训特种作业人员4150余人，安管干部780余人，有效提高了特种作业人员的操作技能和安管干部的管理水平。</w:t>
      </w:r>
    </w:p>
    <w:p>
      <w:pPr>
        <w:spacing w:before="100" w:after="200" w:line="360" w:lineRule="auto"/>
        <w:jc w:val="left"/>
      </w:pPr>
      <w:r>
        <w:rPr>
          <w:rFonts w:ascii="宋体 (中文正文)" w:eastAsia="宋体" w:hAnsi="宋体 (中文正文)"/>
          <w:b/>
          <w:sz w:val="28"/>
        </w:rPr>
        <w:t>六、加强业内建设，建立健全各项安全管理制度，力争实现工作制度化，管理科学化</w:t>
      </w:r>
    </w:p>
    <w:p>
      <w:pPr>
        <w:spacing w:before="100" w:after="200" w:line="360" w:lineRule="auto"/>
        <w:ind w:firstLine="576"/>
        <w:jc w:val="left"/>
      </w:pPr>
      <w:r>
        <w:rPr>
          <w:rFonts w:ascii="宋体" w:eastAsia="宋体" w:hAnsi="宋体"/>
          <w:sz w:val="28"/>
        </w:rPr>
        <w:t>为此，去年我局在抓好业务工作的同时，狠抓了以下两项工作：一是抓好党风廉政责任制度，政治、法律、业务学习考核制度，民主生活会制度，工作协作及责任分工制度，全市安全检查制度，公务人员出勤考核制度，安全检查处罚量化制度，车辆管理制度和财务管理制度等16项制度的制定完善和贯彻执行工作;二是加大执法力度，调整充实8个稽查组和行政执法大队，继续深入开展“整顿队伍作风，狠抓工作落实”活动，逐月进行考核奖惩。出台内部执法分工协作责任制，实施取证、决定、执罚三分离制度，规范执法行为。</w:t>
      </w:r>
    </w:p>
    <w:p>
      <w:pPr>
        <w:spacing w:before="100" w:after="200" w:line="360" w:lineRule="auto"/>
        <w:jc w:val="left"/>
      </w:pPr>
      <w:r>
        <w:rPr>
          <w:rFonts w:ascii="宋体 (中文正文)" w:eastAsia="宋体" w:hAnsi="宋体 (中文正文)"/>
          <w:b/>
          <w:sz w:val="28"/>
        </w:rPr>
        <w:t>七、抓好党内廉政建设，以廉促安，以廉保安</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p>
    <w:p>
      <w:pPr>
        <w:spacing w:before="100" w:after="200" w:line="360" w:lineRule="auto"/>
        <w:ind w:firstLine="576"/>
        <w:jc w:val="left"/>
      </w:pPr>
      <w:r>
        <w:rPr>
          <w:rFonts w:ascii="宋体" w:eastAsia="宋体" w:hAnsi="宋体"/>
          <w:sz w:val="28"/>
        </w:rPr>
        <w:t>，我局主要开展了以下工作来加强党风廉政建设：一是对廉洁自律有关规定和财务制度的执行情况进行了专项清理;二是认真落实“收支两条线”的规定，加强预算外资金和票据的管理;三是严格落实党风廉政责任制，力争把党风廉政建设责任制落实到每一个人、每一项工作;四是深入开展保持共产党员先进性教育活动。通过开展保持共产党员先进性教育活动，净化了全局党员干部的思想，提高了大家的觉悟，强化了执政为民、廉洁自律的意识。</w:t>
      </w:r>
    </w:p>
    <w:p>
      <w:pPr>
        <w:spacing w:before="100" w:after="200" w:line="360" w:lineRule="auto"/>
        <w:jc w:val="left"/>
      </w:pPr>
      <w:r>
        <w:rPr>
          <w:rFonts w:ascii="宋体 (中文正文)" w:eastAsia="宋体" w:hAnsi="宋体 (中文正文)"/>
          <w:b/>
          <w:sz w:val="28"/>
        </w:rPr>
        <w:t>八、健全法制机构，实行规范管理</w:t>
      </w:r>
    </w:p>
    <w:p>
      <w:pPr>
        <w:spacing w:before="100" w:after="200" w:line="360" w:lineRule="auto"/>
        <w:ind w:firstLine="576"/>
        <w:jc w:val="left"/>
      </w:pPr>
      <w:r>
        <w:rPr>
          <w:rFonts w:ascii="宋体" w:eastAsia="宋体" w:hAnsi="宋体"/>
          <w:sz w:val="28"/>
        </w:rPr>
        <w:t>一是建立各项执法责任制，严格执法程序，依法行政。到目前为止，执法人员已全部持证上岗，持证率达到100%。去年10月底，我局全体人员参加了全市的行政执法培训活动，并全部通过考试，新的执法证也正在办理中。二是加强法律法规的培训学习。去年下半年，《国务院关于预防煤矿生产安全事故的特别规定》(国务院令第446号)、《国务院办公厅关于坚决整顿关闭不具备安全生产条件和非法煤矿的紧急通知》(国办发明电21号)出台后，我局结合《河南省安全生产条例》已多次组织学习培训活动活动，使执法人员加强了依法行政的意识，规范了执法行为。</w:t>
      </w:r>
    </w:p>
    <w:p>
      <w:pPr>
        <w:spacing w:before="100" w:after="200" w:line="360" w:lineRule="auto"/>
        <w:jc w:val="left"/>
      </w:pPr>
      <w:r>
        <w:rPr>
          <w:rFonts w:ascii="宋体 (中文正文)" w:eastAsia="宋体" w:hAnsi="宋体 (中文正文)"/>
          <w:b/>
          <w:sz w:val="28"/>
        </w:rPr>
        <w:t>九、认真做好政务公开</w:t>
      </w:r>
    </w:p>
    <w:p>
      <w:pPr>
        <w:spacing w:before="100" w:after="200" w:line="360" w:lineRule="auto"/>
        <w:ind w:firstLine="576"/>
        <w:jc w:val="left"/>
      </w:pPr>
      <w:r>
        <w:rPr>
          <w:rFonts w:ascii="宋体" w:eastAsia="宋体" w:hAnsi="宋体"/>
          <w:sz w:val="28"/>
        </w:rPr>
        <w:t>我局在市政府行政审批中心设立安全监管审批窗口，将行政审查、审批事项全部纳入审批中心，并通过考核，选派业务能力强，工作责任心强的同志到窗口工作，还明确了首席代表的工作职责，力争为企事业经营单位提供优质、快捷的服务。同时，在办公楼入口ZUI醒目的位置，设置了政务公开栏，把领导分工、科室职责、服务事项、服务承诺等公布上墙，让广大群众明白办事程序。</w:t>
      </w:r>
    </w:p>
    <w:p>
      <w:pPr>
        <w:spacing w:before="100" w:after="200" w:line="360" w:lineRule="auto"/>
        <w:jc w:val="left"/>
      </w:pPr>
      <w:r>
        <w:rPr>
          <w:rFonts w:ascii="宋体 (中文正文)" w:eastAsia="宋体" w:hAnsi="宋体 (中文正文)"/>
          <w:b/>
          <w:sz w:val="28"/>
        </w:rPr>
        <w:t>十、加强安全信息的工作，为政府决策提供可靠依据</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p>
    <w:p>
      <w:pPr>
        <w:spacing w:before="100" w:after="200" w:line="360" w:lineRule="auto"/>
        <w:ind w:firstLine="576"/>
        <w:jc w:val="left"/>
      </w:pPr>
      <w:r>
        <w:rPr>
          <w:rFonts w:ascii="宋体" w:eastAsia="宋体" w:hAnsi="宋体"/>
          <w:sz w:val="28"/>
        </w:rPr>
        <w:t>我局信息调度中心实行24小时调度值班制度，对上级指示和有关精神及时上传下达，随时掌握全市安全工作情况和安全生产动态，分析研究全市安全生产形势。并且每月出一期安全生产简报，为政府决策提供可靠依据。</w:t>
      </w:r>
    </w:p>
    <w:p>
      <w:pPr>
        <w:spacing w:before="100" w:after="200" w:line="360" w:lineRule="auto"/>
        <w:ind w:firstLine="576"/>
        <w:jc w:val="left"/>
      </w:pPr>
      <w:r>
        <w:rPr>
          <w:rFonts w:ascii="宋体" w:eastAsia="宋体" w:hAnsi="宋体"/>
          <w:sz w:val="28"/>
        </w:rPr>
        <w:t>二○○六年一月十二日</w:t>
      </w:r>
    </w:p>
    <w:p>
      <w:pPr>
        <w:spacing w:before="100" w:after="200" w:line="360" w:lineRule="auto"/>
        <w:ind w:firstLine="576"/>
        <w:jc w:val="left"/>
      </w:pPr>
      <w:r>
        <w:rPr>
          <w:rFonts w:ascii="宋体" w:eastAsia="宋体" w:hAnsi="宋体"/>
          <w:sz w:val="28"/>
        </w:rPr>
        <w:t>根据区委、区府和区安委会对2022年安全生产工作的总体要求，街道紧紧围绕科学发展、安全发展和以人为本的工作理念，始终坚持“安全第一，预防为主，综合治理”的工作方针，进一步落实安全生产责任，加强安全生产监管力度，狠抓隐患治理排查，积极做好安全生产的各项工作，实现了安全生产形势持续稳定，对照区府办[]157号、区安委会〔〕74号文件要求，经自查得分为100分，现将自查情况报告如下：</w:t>
      </w:r>
    </w:p>
    <w:p>
      <w:pPr>
        <w:spacing w:before="100" w:after="200" w:line="360" w:lineRule="auto"/>
        <w:jc w:val="left"/>
      </w:pPr>
      <w:r>
        <w:rPr>
          <w:rFonts w:ascii="宋体 (中文正文)" w:eastAsia="宋体" w:hAnsi="宋体 (中文正文)"/>
          <w:b/>
          <w:sz w:val="28"/>
        </w:rPr>
        <w:t>一、事故控制目标。(自查得分20分)</w:t>
      </w:r>
    </w:p>
    <w:p>
      <w:pPr>
        <w:spacing w:before="100" w:after="200" w:line="360" w:lineRule="auto"/>
        <w:ind w:firstLine="576"/>
        <w:jc w:val="left"/>
      </w:pPr>
      <w:r>
        <w:rPr>
          <w:rFonts w:ascii="宋体" w:eastAsia="宋体" w:hAnsi="宋体"/>
          <w:sz w:val="28"/>
        </w:rPr>
        <w:t>2022年，街道安全生产工作在社会各界的共同努力下，通过扎实有效的工作，实现了全年安全生产事故为零的总体目标，安全生产形势持续稳定。</w:t>
      </w:r>
    </w:p>
    <w:p>
      <w:pPr>
        <w:spacing w:before="100" w:after="200" w:line="360" w:lineRule="auto"/>
        <w:jc w:val="left"/>
      </w:pPr>
      <w:r>
        <w:rPr>
          <w:rFonts w:ascii="宋体 (中文正文)" w:eastAsia="宋体" w:hAnsi="宋体 (中文正文)"/>
          <w:b/>
          <w:sz w:val="28"/>
        </w:rPr>
        <w:t>二、日常工作目标。(自查得分：65分)</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p>
    <w:p>
      <w:pPr>
        <w:spacing w:before="100" w:after="200" w:line="360" w:lineRule="auto"/>
        <w:ind w:firstLine="576"/>
        <w:jc w:val="left"/>
      </w:pPr>
      <w:r>
        <w:rPr>
          <w:rFonts w:ascii="宋体" w:eastAsia="宋体" w:hAnsi="宋体"/>
          <w:sz w:val="28"/>
        </w:rPr>
        <w:t>1、加强领导，落实责任。街道党工委、办事处高度重视安全生产工作，一是调整成立了以党工委书记任第一组长、办事处主任任组长，分管安全工作的办事处副主任任副组长，按照“一岗双责”履职的其他班子成员和科室负责人、辖区单位代表为成员的街道安全生产委员会，委员会下设办公室在安办，配齐配强了2名安全生产工作人员，负责安全生产日常事务工作。各社区均落实了以主任为安全监管第一责任人，加强了社区安全监管网络建设。二是认真落实安全生产“党政同责”、“一岗双责”机制，形成了齐抓共管安全生产工作的良好格局。三是街道对安全工作的各项经费支出予以全面保障，并建立健全各级各部门安全生产责任制。四是严格落实安全生产目标管理责任。街道制定并下发了《2022年安全生产工作要点》，按照“属地管理”，“谁主管、谁负责”和“一岗双责”的原则，与各辖区单位签订安全生产《目标责任书》，明确单位法人代表(业主)为安全生产第一责任人，街道安委会对辖区单位安全生产工作进行全面督查，落实责任，形成了主要领导亲自抓，分管领导具体抓，一级抓一级，层层抓落实的良好局面，为辖区安全生产工作提供了坚强组织保障和制度保障。五是安全社区建设工作，街道还专门将安全社区建设促进领导小组更名为安全社区建设促进委员会，并召集所有成员单位负责人召开专题会议，安排布置工作，签订《安全社区建设目标责任状》，落实责任，为安全社区建设营造了一个良好的建设环境。</w:t>
      </w:r>
    </w:p>
    <w:p>
      <w:pPr>
        <w:spacing w:before="100" w:after="200" w:line="360" w:lineRule="auto"/>
        <w:ind w:firstLine="576"/>
        <w:jc w:val="left"/>
      </w:pPr>
      <w:r>
        <w:rPr>
          <w:rFonts w:ascii="宋体" w:eastAsia="宋体" w:hAnsi="宋体"/>
          <w:sz w:val="28"/>
        </w:rPr>
        <w:t>2、夯实基础、完善制度。一是街道、社区对已建立好的基础台账及时修订，实行动态管理，确保台账信息的真实性。二是进一步巩固街道安全监管规范化建设和安全社区建设成果，建立健全街道、社区安全管理的规章制度。三是严格执行建设项目安全设施“三同时”制度;四是坚持每月一次的安全生产例会制度，认真听取各社区安全生产工作情况汇报，及时掌握存在的安全隐患，研究解决安全隐患监管中的各种隐患和问题。五是坚持每季度召开安委会，通报上季度安全工作情况，分析研判安全生产形势，提出解决安全生产重大问题的办法，制定安全生产工作措施，研究预防事故灾难应急救援工作措施，并根据工作推进情况，适时召开党工委会议，专题听取安全生产工作汇报和研究安全生产工作。</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p>
    <w:p>
      <w:pPr>
        <w:spacing w:before="100" w:after="200" w:line="360" w:lineRule="auto"/>
        <w:ind w:firstLine="576"/>
        <w:jc w:val="left"/>
      </w:pPr>
      <w:r>
        <w:rPr>
          <w:rFonts w:ascii="宋体" w:eastAsia="宋体" w:hAnsi="宋体"/>
          <w:sz w:val="28"/>
        </w:rPr>
        <w:t>3、强化宣传教育、增强安全意识。街道以“安全生产月”、“安全社区建设”、“城市消防安全集中宣传”“新《安全生产法》宣传”活动为契机，进行了广泛的宣传。一是通过街头宣传、会议、板报、挂图、墙报、黑板报、辖区单位led等宣传方式，广泛开展群众喜闻乐见的宣传教育活动，不断提升宣传质量和拓宽宣传途径，努力提高全社会的安全意识。2022年安全工作，共印制并发放各类宣传资料0余份，张贴各类安全知识宣传标语600余条，出专栏12期，营造了浓厚的安全生产氛围，提高了全民安全生产意识。二是切实开展政策法规培训。8月1日、22日，组织酒都饭店、梅西百货等辖区单位参加由区安监局举办的安全隐患排查体系及粉尘知识培训班。另外，还组织辖区单位安全管理人员参加由区上举办的安全管理人员上岗资格培训，收到了良好的效果。各社区、辖区各单位也积极组织居民、员工开展各类安全知识培训，人数达人以上。三是采取各种宣传手段加大对外宣传力度，在电视台、新闻网、新闻网、新闻网、日报、华西都市报等媒体宣传报道31次。此外，街道、社区还就安全生产、安全社区建设发了近50期工作简报。通过一系列形式多样的宣传教育活动，使“安全”二家喻户晓，取得了很好的效果。</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p>
    <w:p>
      <w:pPr>
        <w:spacing w:before="100" w:after="200" w:line="360" w:lineRule="auto"/>
        <w:ind w:firstLine="576"/>
        <w:jc w:val="left"/>
      </w:pPr>
      <w:r>
        <w:rPr>
          <w:rFonts w:ascii="宋体" w:eastAsia="宋体" w:hAnsi="宋体"/>
          <w:sz w:val="28"/>
        </w:rPr>
        <w:t>4、开展隐患排查、突出治理重点。今年以来，以“百日安全活动”、“安全生产大检查”和安全生产“六打六治”打非治违等各类专项活动为载体，开展集中性的隐患排查整治;街道主要开展了危化学品储存、使用、安全生产大排查大整改、安全生产“六打六治”打非治违、职业健康等重点领域的隐患排查和整治，采取的主要措施是要求生产经营单位自查，整合安全监管力量联合上级相关职能主管部门督查的方式进行。领导带队，点面结合，分组包片，每次检查做到不留盲区、不留死角，对查出的隐患限期整改。一是检查危险化学品储存和使用企业对易燃易爆、有毒有害等物品以及重大危险源的事故隐患。二是检查消防安全容易存在隐患的商场、网吧、学校、酒店、地下仓库、农贸市场、寺庙、公共文化娱乐场所等。三是特种设备方面，重点检查锅炉、压力容器、压力管道、电梯、起重机械等完好情况、检测检验情况、操作人员持证上岗情况。四是有针对性地开展防汛安全检查。今年，街道开展日常安全检查30次，组织集中检查25次，出动人员300余人次，深入辖区各单位、商场、网吧、学校、酒店、地下仓库、农贸市场、寺庙、文化娱乐场所等人员密集场所开展安全生产检查，查出一般隐患128起，较大隐患2起，现场整改113起，整改15起，向天主教教区、酒都农贸市场、市交通投资开发公司等责任单位发出整改函3份，已整改1处，现有2处正在整改，有效杜绝了安全生产事故的发生。</w:t>
      </w:r>
    </w:p>
    <w:p>
      <w:pPr>
        <w:spacing w:before="100" w:after="200" w:line="360" w:lineRule="auto"/>
        <w:ind w:firstLine="576"/>
        <w:jc w:val="left"/>
      </w:pPr>
      <w:r>
        <w:rPr>
          <w:rFonts w:ascii="宋体" w:eastAsia="宋体" w:hAnsi="宋体"/>
          <w:sz w:val="28"/>
        </w:rPr>
        <w:t>5、持续推进安全社区，有效提升安全保障。按照省、市、区党委政府安全社区建设的统一部署，秉承“安全、健康、和谐”之理念，着力预防和减少事故与伤害目标，紧盯“两高一脆”和“三重一需”，把握“资源整合、全员参与、持续改进”灵魂，以强化保障、发动群众、整合资源、项目引领为抓手，遵循组建机构、启动建设、信息交流、建章立制、安全诊断、制定目标、策划项目、组织实施、总结完善、申请评定十步工作法，竭力围绕社会治安安全、消防安全、交通安全、校园安全、居家安全、老年人儿童安全、工作场所安全、公共场所安全、体育场所安全、食品安全、涉水安全等11个大项目和39个子项目开展工作，建设工作有序推进，社区居民的安全意识以及自我保护意识得到了显著提高，居民满意度持续上升。2022年4月9日,我城安全社区建设接受省级专家组现场评定，在评定组领导和专家们充分肯定的情况下，我城根据专家组评定反馈意见，制定了切实有效的整改措施，落实整改责任，并于2022年7月18日顺利地通过了省级专家组的复评。</w:t>
      </w:r>
    </w:p>
    <w:p>
      <w:pPr>
        <w:spacing w:before="100" w:after="200" w:line="360" w:lineRule="auto"/>
        <w:ind w:firstLine="576"/>
        <w:jc w:val="left"/>
        <w:sectPr w:rsidSect="00034616">
          <w:type w:val="nextPage"/>
          <w:pgSz w:w="11906" w:h="16838"/>
          <w:pgMar w:top="1440" w:right="1440" w:bottom="1440" w:left="1440" w:header="720" w:footer="720" w:gutter="0"/>
          <w:pgNumType w:start="16"/>
          <w:cols w:space="720"/>
          <w:titlePg w:val="0"/>
          <w:docGrid w:linePitch="360"/>
        </w:sectPr>
      </w:pPr>
    </w:p>
    <w:p>
      <w:pPr>
        <w:spacing w:before="100" w:after="200" w:line="360" w:lineRule="auto"/>
        <w:ind w:firstLine="576"/>
        <w:jc w:val="left"/>
      </w:pPr>
      <w:r>
        <w:rPr>
          <w:rFonts w:ascii="宋体" w:eastAsia="宋体" w:hAnsi="宋体"/>
          <w:sz w:val="28"/>
        </w:rPr>
        <w:t>6、夯实应急管理体制、机制，着力加强应急体系建设。为切实加强各类突发公共事件的应急处置工作，保证街道和社区相关人员在应急处置中正确履行职责，充分发挥职能作用，高效、有序地开展各项处置工作，有效消除事件隐患，全力维护社会稳定，我城制定了公共事件总体应急预案，包括自然灾害、事故灾难、公共卫生和社会安全等。在总体应急预案的指导下，各部门行业制定相应的应急预案，为加强应急管理体系建设墓定了良好的基础。一是街道按照“横向到边，纵向到底”的要求，以贯彻落实《中华人民共和国突发事件应对法》为主线，结合街道实际，制定完善了应对各类事件的应急预案，并制定有效措施，进一步明确了突发事件处理的组织体系及工作职责、运行机制、应对措施和保障机制，特别是对重大突发事件，制定了更加详细具体、可操作较强的应对措施。同时，要求辖区各单位、社区针对自身实际情况完善预案并开展演练。二是积极开展应急预案演练。我城对拟定的公共事件突发应急预案、防汛应急预案、消防应急预案、自然灾害应急预案等多部应急预案进行演练，根据不同时期不同情况细化预案内容。今年，酒都饭店、国美电器、东风商场、教工幼儿园、中山街小学、武庙街小学、前进社区等辖区单位相继开展了消防、逃生等突发事件预案演练。通过演练，查验预案的可操作性，提高群众的安全意识，把隐患消除在萌芽状态。三是加强软件资料建设。一方面是街道做好资料收集和情况汇总，责任单位上报的各种信息、总结、通知等资料安办都进行收集归档，完善资料的采集。同时，对资料认真核对后上报，特别是一些文件的主送单位和抄送单位，街道都要指派专人送达，确保文件送达的及时性。另一方面是对往年的资料进行整理，从中吸收以往好的经验和做法。</w:t>
      </w:r>
    </w:p>
    <w:p>
      <w:pPr>
        <w:spacing w:before="100" w:after="200" w:line="360" w:lineRule="auto"/>
        <w:jc w:val="left"/>
      </w:pPr>
      <w:r>
        <w:rPr>
          <w:rFonts w:ascii="宋体 (中文正文)" w:eastAsia="宋体" w:hAnsi="宋体 (中文正文)"/>
          <w:b/>
          <w:sz w:val="28"/>
        </w:rPr>
        <w:t>三、动态安全督查。(自查得分10分)</w:t>
      </w:r>
    </w:p>
    <w:p>
      <w:pPr>
        <w:spacing w:before="100" w:after="200" w:line="360" w:lineRule="auto"/>
        <w:ind w:firstLine="576"/>
        <w:jc w:val="left"/>
        <w:sectPr w:rsidSect="00034616">
          <w:type w:val="nextPage"/>
          <w:pgSz w:w="11906" w:h="16838"/>
          <w:pgMar w:top="1440" w:right="1440" w:bottom="1440" w:left="1440" w:header="720" w:footer="720" w:gutter="0"/>
          <w:pgNumType w:start="17"/>
          <w:cols w:space="720"/>
          <w:titlePg w:val="0"/>
          <w:docGrid w:linePitch="360"/>
        </w:sectPr>
      </w:pPr>
    </w:p>
    <w:p>
      <w:pPr>
        <w:spacing w:before="100" w:after="200" w:line="360" w:lineRule="auto"/>
        <w:ind w:firstLine="576"/>
        <w:jc w:val="left"/>
      </w:pPr>
      <w:r>
        <w:rPr>
          <w:rFonts w:ascii="宋体" w:eastAsia="宋体" w:hAnsi="宋体"/>
          <w:sz w:val="28"/>
        </w:rPr>
        <w:t>老城区安全历史问题较多，我们加大工作力度强力推进、积极寻求解决的办法和途径。一是教工幼儿园、武庙街防高坠物得以妥善解决;二是武庙街小学消防通道已于今年9月正式打通;三是经过多年的努力，特别是今年通过艰苦细致的工作，匡时街等5条街巷以街为市市场己于9月15日顺利取缔，有序入驻酒都农贸市场;四是口袋院栅户区改造试点成功，第一期18户居民己顺利搬迁至江北龙泉苑小区，第二期30户居民可望在明年初住进新家;五是中心路批发市场火灾隐患的老大难问题整改工作已经启动;六是东街夜市搬迁前期准备工作己基本就绪，待市区领导将搬迁地点定夺后，可立即实施;七是棚户区隐患排查治理，已上报整治方案及整治资金预算，待区政府批复后开展实施。</w:t>
      </w:r>
    </w:p>
    <w:p>
      <w:pPr>
        <w:spacing w:before="100" w:after="200" w:line="360" w:lineRule="auto"/>
        <w:jc w:val="left"/>
      </w:pPr>
      <w:r>
        <w:rPr>
          <w:rFonts w:ascii="宋体 (中文正文)" w:eastAsia="宋体" w:hAnsi="宋体 (中文正文)"/>
          <w:b/>
          <w:sz w:val="28"/>
        </w:rPr>
        <w:t>四、综合评价。(自查得分：5分)</w:t>
      </w:r>
    </w:p>
    <w:p>
      <w:pPr>
        <w:spacing w:before="100" w:after="200" w:line="360" w:lineRule="auto"/>
        <w:ind w:firstLine="576"/>
        <w:jc w:val="left"/>
      </w:pPr>
      <w:r>
        <w:rPr>
          <w:rFonts w:ascii="宋体" w:eastAsia="宋体" w:hAnsi="宋体"/>
          <w:sz w:val="28"/>
        </w:rPr>
        <w:t>街道2022年安全生产工作，坚持“安全第一，预防为主，综合治理”的工作方针，以“安全社区建设”为主线，以“春节期间烟花爆竹安全监管”、“百日安全生产活动”、“城市消防安全集中宣传”、“安全生产大检查”、“安全隐患排查治理体系建设”、安全生产“六打六治”打非治违等专项整治行动为抓手，顺利地完成了上级下达的各项工作任务，实现了安全生产形势持续稳定。</w:t>
      </w:r>
    </w:p>
    <w:p>
      <w:pPr>
        <w:spacing w:before="100" w:after="200" w:line="360" w:lineRule="auto"/>
        <w:ind w:firstLine="576"/>
        <w:jc w:val="left"/>
      </w:pPr>
      <w:r>
        <w:rPr>
          <w:rFonts w:ascii="宋体" w:eastAsia="宋体" w:hAnsi="宋体"/>
          <w:sz w:val="28"/>
        </w:rPr>
        <w:t>为做好春节期间的安全生产，我公司组织开展了全公司的安全生产大检查，现将自查内容汇报如下：</w:t>
      </w:r>
    </w:p>
    <w:p>
      <w:pPr>
        <w:spacing w:before="100" w:after="200" w:line="360" w:lineRule="auto"/>
        <w:jc w:val="left"/>
      </w:pPr>
      <w:r>
        <w:rPr>
          <w:rFonts w:ascii="宋体 (中文正文)" w:eastAsia="宋体" w:hAnsi="宋体 (中文正文)"/>
          <w:b/>
          <w:sz w:val="28"/>
        </w:rPr>
        <w:t>一、检查公司的安全生产管理制度及其制度落实情况</w:t>
      </w:r>
    </w:p>
    <w:p>
      <w:pPr>
        <w:spacing w:before="100" w:after="200" w:line="360" w:lineRule="auto"/>
        <w:ind w:firstLine="576"/>
        <w:jc w:val="left"/>
      </w:pPr>
      <w:r>
        <w:rPr>
          <w:rFonts w:ascii="宋体" w:eastAsia="宋体" w:hAnsi="宋体"/>
          <w:sz w:val="28"/>
        </w:rPr>
        <w:t>公司的安全生产管理制度备案存档工作完整，各制度健全，应急预案完整，演练可行，各项操作规程考核效果较好，各级干部职工自觉遵守制度和规程内容，无违章现象。</w:t>
      </w:r>
    </w:p>
    <w:p>
      <w:pPr>
        <w:spacing w:before="100" w:after="200" w:line="360" w:lineRule="auto"/>
        <w:jc w:val="left"/>
      </w:pPr>
      <w:r>
        <w:rPr>
          <w:rFonts w:ascii="宋体 (中文正文)" w:eastAsia="宋体" w:hAnsi="宋体 (中文正文)"/>
          <w:b/>
          <w:sz w:val="28"/>
        </w:rPr>
        <w:t>二、公司开展安全宣传教育和培训情况</w:t>
      </w:r>
    </w:p>
    <w:p>
      <w:pPr>
        <w:spacing w:before="100" w:after="200" w:line="360" w:lineRule="auto"/>
        <w:ind w:firstLine="576"/>
        <w:jc w:val="left"/>
        <w:sectPr w:rsidSect="00034616">
          <w:type w:val="nextPage"/>
          <w:pgSz w:w="11906" w:h="16838"/>
          <w:pgMar w:top="1440" w:right="1440" w:bottom="1440" w:left="1440" w:header="720" w:footer="720" w:gutter="0"/>
          <w:pgNumType w:start="18"/>
          <w:cols w:space="720"/>
          <w:titlePg w:val="0"/>
          <w:docGrid w:linePitch="360"/>
        </w:sectPr>
      </w:pPr>
    </w:p>
    <w:p>
      <w:pPr>
        <w:spacing w:before="100" w:after="200" w:line="360" w:lineRule="auto"/>
        <w:ind w:firstLine="576"/>
        <w:jc w:val="left"/>
      </w:pPr>
      <w:r>
        <w:rPr>
          <w:rFonts w:ascii="宋体" w:eastAsia="宋体" w:hAnsi="宋体"/>
          <w:sz w:val="28"/>
        </w:rPr>
        <w:t>公司根据上级领导的整体安排，组织开展了多种形式的宣教活动。通过组织职工进行安全知识教育，参加消防安全演练等宣传各种安全知识、及安全法规。使广大员工深入了解安全，广泛重视安全，极大提高了全员安全生产意识。公司还组织安全生产知识培训，召开安全生产会议，总结安全生产工作中存在的隐患，针对存在的安全隐患制定整改与预防措施，交流安全工作经验，传达安全生产方面的文件，布置有关安全工作，通报安全检查情况。</w:t>
      </w:r>
    </w:p>
    <w:p>
      <w:pPr>
        <w:spacing w:before="100" w:after="200" w:line="360" w:lineRule="auto"/>
        <w:jc w:val="left"/>
      </w:pPr>
      <w:r>
        <w:rPr>
          <w:rFonts w:ascii="宋体 (中文正文)" w:eastAsia="宋体" w:hAnsi="宋体 (中文正文)"/>
          <w:b/>
          <w:sz w:val="28"/>
        </w:rPr>
        <w:t>三、公司落实安全责任和隐患整改情况</w:t>
      </w:r>
    </w:p>
    <w:p>
      <w:pPr>
        <w:spacing w:before="100" w:after="200" w:line="360" w:lineRule="auto"/>
        <w:ind w:firstLine="576"/>
        <w:jc w:val="left"/>
      </w:pPr>
      <w:r>
        <w:rPr>
          <w:rFonts w:ascii="宋体" w:eastAsia="宋体" w:hAnsi="宋体"/>
          <w:sz w:val="28"/>
        </w:rPr>
        <w:t>设备、管道、安全防护装置及平台、爬梯、护栏、支架等防护设施的保养维护。设备、管道表面清洁，无破损、裂痕，无滴漏现象，各种阀门、仪表正常。各种安全消防设施配备齐全、合格有效，操作人员按规定穿戴劳保防用品。存放的防护急救用品齐全有效，并进行定期检查。</w:t>
      </w:r>
    </w:p>
    <w:p>
      <w:pPr>
        <w:spacing w:before="100" w:after="200" w:line="360" w:lineRule="auto"/>
        <w:ind w:firstLine="576"/>
        <w:jc w:val="left"/>
      </w:pPr>
      <w:r>
        <w:rPr>
          <w:rFonts w:ascii="宋体" w:eastAsia="宋体" w:hAnsi="宋体"/>
          <w:sz w:val="28"/>
        </w:rPr>
        <w:t>电气设备的`安装和维修，由电工操作，非电工不准装修电气设备和线路，对易发生事故的电气设备有专人管理，责任到人。电工人员作业时能够按规定配备劳动保护用品，按操作规程作业，并定时检查线路及一切电器设备，所有高压危险场所，都设置了防护设施和警示标志，非电工作业人员严禁进入配电房或电气设备护栏内、严禁私拉乱挂、严禁靠近高压危险场所。</w:t>
      </w:r>
    </w:p>
    <w:p>
      <w:pPr>
        <w:spacing w:before="100" w:after="200" w:line="360" w:lineRule="auto"/>
        <w:jc w:val="left"/>
      </w:pPr>
      <w:r>
        <w:rPr>
          <w:rFonts w:ascii="宋体 (中文正文)" w:eastAsia="宋体" w:hAnsi="宋体 (中文正文)"/>
          <w:b/>
          <w:sz w:val="28"/>
        </w:rPr>
        <w:t>四、公司预案的制定和演练情况</w:t>
      </w:r>
    </w:p>
    <w:p>
      <w:pPr>
        <w:spacing w:before="100" w:after="200" w:line="360" w:lineRule="auto"/>
        <w:ind w:firstLine="576"/>
        <w:jc w:val="left"/>
        <w:sectPr w:rsidSect="00034616">
          <w:type w:val="nextPage"/>
          <w:pgSz w:w="11906" w:h="16838"/>
          <w:pgMar w:top="1440" w:right="1440" w:bottom="1440" w:left="1440" w:header="720" w:footer="720" w:gutter="0"/>
          <w:pgNumType w:start="19"/>
          <w:cols w:space="720"/>
          <w:titlePg w:val="0"/>
          <w:docGrid w:linePitch="360"/>
        </w:sectPr>
      </w:pPr>
      <w:r>
        <w:rPr>
          <w:rFonts w:ascii="宋体" w:eastAsia="宋体" w:hAnsi="宋体"/>
          <w:sz w:val="28"/>
        </w:rPr>
        <w:t>为了防止突发事故的产生，公司针对部门员工进行了突发事故预案的学习，在学习的基础上针对单位生产的特殊性，模拟了突发火灾消防演练。在演练上着重考察了员工应对突发事故的能力、对突发事件的排查处理及人员自我防护措施等情况。通过实地开展应急预案演练，提高员工和管理人员的安全思想意识，使员工清楚认识到了安全在生产上的重要性，增强了员工应对突发事件的能力，逐步健全和完善应急救援预案，提高员工应急处理及实地救援的技能。</w:t>
      </w:r>
    </w:p>
    <w:p>
      <w:pPr>
        <w:spacing w:before="100" w:after="200" w:line="360" w:lineRule="auto"/>
        <w:ind w:firstLine="576"/>
        <w:jc w:val="left"/>
      </w:pPr>
      <w:r>
        <w:rPr>
          <w:rFonts w:ascii="宋体" w:eastAsia="宋体" w:hAnsi="宋体"/>
          <w:sz w:val="28"/>
        </w:rPr>
        <w:t>安全生产是一项常抓不懈的工作。在今后的工作中，公司将进一步加强安全生产管理，特别是要加强对员工的安全生产培训，强化员工的安全生产意识，并在日常生产管理中严格要求，把安全生产放在工作的首位。</w:t>
      </w:r>
    </w:p>
    <w:p>
      <w:pPr>
        <w:spacing w:before="100" w:after="200" w:line="360" w:lineRule="auto"/>
        <w:ind w:firstLine="576"/>
        <w:jc w:val="left"/>
      </w:pPr>
      <w:r>
        <w:rPr>
          <w:rFonts w:ascii="宋体" w:eastAsia="宋体" w:hAnsi="宋体"/>
          <w:sz w:val="28"/>
        </w:rPr>
        <w:t>为深入贯彻落实国务院第165次常务会议、落实中央领导重要批示指示精神，深刻吸取事故教训，落实安全职责，强化防范措施，切实做好公司安全生产工作，有效防范和坚决遏制事故发生，公司安委会按照《关于进一步做好安全生产工作的通知》要求，检查安全职责和制度落实状况、安全宣传教育和培训状况、落实安全职责和隐患整改状况、应急预案制定和演练状况。具体自查资料如下：</w:t>
      </w:r>
    </w:p>
    <w:p>
      <w:pPr>
        <w:spacing w:before="100" w:after="200" w:line="360" w:lineRule="auto"/>
        <w:jc w:val="left"/>
      </w:pPr>
      <w:r>
        <w:rPr>
          <w:rFonts w:ascii="宋体 (中文正文)" w:eastAsia="宋体" w:hAnsi="宋体 (中文正文)"/>
          <w:b/>
          <w:sz w:val="28"/>
        </w:rPr>
        <w:t>一、安全制度和职责的落实状况</w:t>
      </w:r>
    </w:p>
    <w:p>
      <w:pPr>
        <w:spacing w:before="100" w:after="200" w:line="360" w:lineRule="auto"/>
        <w:ind w:firstLine="576"/>
        <w:jc w:val="left"/>
      </w:pPr>
      <w:r>
        <w:rPr>
          <w:rFonts w:ascii="宋体" w:eastAsia="宋体" w:hAnsi="宋体"/>
          <w:sz w:val="28"/>
        </w:rPr>
        <w:t>公司的安全生产管理制度备案存档工作完整，各制度健全，应急预案完整，演练可行，各项操作规程考核效果较好，各级干部职工自觉遵守制度和规程资料，无违章现象。</w:t>
      </w:r>
    </w:p>
    <w:p>
      <w:pPr>
        <w:spacing w:before="100" w:after="200" w:line="360" w:lineRule="auto"/>
        <w:ind w:firstLine="576"/>
        <w:jc w:val="left"/>
      </w:pPr>
      <w:r>
        <w:rPr>
          <w:rFonts w:ascii="宋体" w:eastAsia="宋体" w:hAnsi="宋体"/>
          <w:sz w:val="28"/>
        </w:rPr>
        <w:t>公司领导与生产一线各班组组长签订了《班组长安全生产职责书》，各班组负责人安全生产意识较强，切实贯彻“安全生产人人有责”的思想，职工在自我岗位上认真履行各自的安全生产职责，为安全生产各项措施的落实，带给了有力的保证。</w:t>
      </w:r>
    </w:p>
    <w:p>
      <w:pPr>
        <w:spacing w:before="100" w:after="200" w:line="360" w:lineRule="auto"/>
        <w:jc w:val="left"/>
      </w:pPr>
      <w:r>
        <w:rPr>
          <w:rFonts w:ascii="宋体 (中文正文)" w:eastAsia="宋体" w:hAnsi="宋体 (中文正文)"/>
          <w:b/>
          <w:sz w:val="28"/>
        </w:rPr>
        <w:t>二、安全宣传教育和培训状况</w:t>
      </w:r>
    </w:p>
    <w:p>
      <w:pPr>
        <w:spacing w:before="100" w:after="200" w:line="360" w:lineRule="auto"/>
        <w:ind w:firstLine="576"/>
        <w:jc w:val="left"/>
        <w:sectPr w:rsidSect="00034616">
          <w:type w:val="nextPage"/>
          <w:pgSz w:w="11906" w:h="16838"/>
          <w:pgMar w:top="1440" w:right="1440" w:bottom="1440" w:left="1440" w:header="720" w:footer="720" w:gutter="0"/>
          <w:pgNumType w:start="20"/>
          <w:cols w:space="720"/>
          <w:titlePg w:val="0"/>
          <w:docGrid w:linePitch="360"/>
        </w:sectPr>
      </w:pPr>
    </w:p>
    <w:p>
      <w:pPr>
        <w:spacing w:before="100" w:after="200" w:line="360" w:lineRule="auto"/>
        <w:ind w:firstLine="576"/>
        <w:jc w:val="left"/>
      </w:pPr>
      <w:r>
        <w:rPr>
          <w:rFonts w:ascii="宋体" w:eastAsia="宋体" w:hAnsi="宋体"/>
          <w:sz w:val="28"/>
        </w:rPr>
        <w:t>公司根据上级领导的整体安排，组织开展了多种形式的宣教活动。一是深入开展普法教育，透过召开安全生产会议等形式，宣传和学习《安全生产法》等法律法规。二是丰富宣传活动形式，透过组织职工进行安全知识教育，参加消防安全演练及氯气泄露演练，并利用宣传栏、横幅、标语等宣传各种安全知识、及安全法规。使广大员工深入了解安全，广泛重视安全，极大提高了全员安全生产意识。</w:t>
      </w:r>
    </w:p>
    <w:p>
      <w:pPr>
        <w:spacing w:before="100" w:after="200" w:line="360" w:lineRule="auto"/>
        <w:ind w:firstLine="576"/>
        <w:jc w:val="left"/>
      </w:pPr>
      <w:r>
        <w:rPr>
          <w:rFonts w:ascii="宋体" w:eastAsia="宋体" w:hAnsi="宋体"/>
          <w:sz w:val="28"/>
        </w:rPr>
        <w:t>透过各种形式(警示牌、宣传栏、标语等)使员工明确自我岗位存在的危害因素及预防措施，明确在危害发生时的救护措施。培养员工熟练掌握小型工伤的紧急处理技能，将伤害控制在最小程度。使职工能够熟练的使用劳动卫生防护用品，降低职业病危害，预防职业病的发生。使职工能在突发事故中正确熟练地采取自救和互救措施。</w:t>
      </w:r>
    </w:p>
    <w:p>
      <w:pPr>
        <w:spacing w:before="100" w:after="200" w:line="360" w:lineRule="auto"/>
        <w:ind w:firstLine="576"/>
        <w:jc w:val="left"/>
      </w:pPr>
      <w:r>
        <w:rPr>
          <w:rFonts w:ascii="宋体" w:eastAsia="宋体" w:hAnsi="宋体"/>
          <w:sz w:val="28"/>
        </w:rPr>
        <w:t>公司共组织安全生产知识培训3次，召开安全生产会议5次，总结安全生产工作中存在的隐患，针对存在的安全隐患制定整改与预防措施，交流安全工作经验，传达安全生产方面的文件，布置有关安全工作，通报安全检查状况。</w:t>
      </w:r>
    </w:p>
    <w:p>
      <w:pPr>
        <w:spacing w:before="100" w:after="200" w:line="360" w:lineRule="auto"/>
        <w:jc w:val="left"/>
      </w:pPr>
      <w:r>
        <w:rPr>
          <w:rFonts w:ascii="宋体 (中文正文)" w:eastAsia="宋体" w:hAnsi="宋体 (中文正文)"/>
          <w:b/>
          <w:sz w:val="28"/>
        </w:rPr>
        <w:t>三、落实安全职责和隐患整改状况</w:t>
      </w:r>
    </w:p>
    <w:p>
      <w:pPr>
        <w:spacing w:before="100" w:after="200" w:line="360" w:lineRule="auto"/>
        <w:ind w:firstLine="576"/>
        <w:jc w:val="left"/>
      </w:pPr>
      <w:r>
        <w:rPr>
          <w:rFonts w:ascii="宋体" w:eastAsia="宋体" w:hAnsi="宋体"/>
          <w:sz w:val="28"/>
        </w:rPr>
        <w:t>设备、管道、安全防护装置及平台、爬梯、护栏、支架等防护设施的保养维护记录齐全有效。设备、管道表面清洁，无破损、裂痕，无跑冒滴漏现象，各种阀门、仪表正常。各种安全消防设施配备齐全、合格有效，操作人员按规定穿戴劳保防用品。有毒有害场所设置事故柜存放的防护急救用品齐全有效，并进行定期检查。</w:t>
      </w:r>
    </w:p>
    <w:p>
      <w:pPr>
        <w:spacing w:before="100" w:after="200" w:line="360" w:lineRule="auto"/>
        <w:ind w:firstLine="576"/>
        <w:jc w:val="left"/>
        <w:sectPr w:rsidSect="00034616">
          <w:type w:val="nextPage"/>
          <w:pgSz w:w="11906" w:h="16838"/>
          <w:pgMar w:top="1440" w:right="1440" w:bottom="1440" w:left="1440" w:header="720" w:footer="720" w:gutter="0"/>
          <w:pgNumType w:start="21"/>
          <w:cols w:space="720"/>
          <w:titlePg w:val="0"/>
          <w:docGrid w:linePitch="360"/>
        </w:sectPr>
      </w:pPr>
      <w:r>
        <w:rPr>
          <w:rFonts w:ascii="宋体" w:eastAsia="宋体" w:hAnsi="宋体"/>
          <w:sz w:val="28"/>
        </w:rPr>
        <w:t>电气设备的安装和维修，由电工操作，非电工不准装修电气设备和线路，对易发生事故的电气设备有专人管理，职责到人。电工人员作业时能够按规定配备劳动保护用品，按操作规程作业，并定时检查线路及一切电器设备，所有高压危险场所，都设置了防护设施和警示标志，非电工作业人员严禁进入配电房或电气设备护栏内、严禁私拉乱挂、严禁靠近高压危险场所。</w:t>
      </w:r>
    </w:p>
    <w:p>
      <w:pPr>
        <w:spacing w:before="100" w:after="200" w:line="360" w:lineRule="auto"/>
        <w:ind w:firstLine="576"/>
        <w:jc w:val="left"/>
      </w:pPr>
      <w:r>
        <w:rPr>
          <w:rFonts w:ascii="宋体" w:eastAsia="宋体" w:hAnsi="宋体"/>
          <w:sz w:val="28"/>
        </w:rPr>
        <w:t>安委会小组成员按照要求，分阶段开展了4次安全生产大检查(春节、春季、五一、安全生产月)。检查出的各类隐患作出整改及治理方案，真正消除了事故隐患。每月进行一次自查。在检查过程中，我们坚持的原则，针对薄弱环节和可能出现的问题，认真进行全面排查，重点检查安全制度是否落实，安全措施是否到位，安全防护设施设备是否齐全完好，漏洞隐患是否纠正。</w:t>
      </w:r>
    </w:p>
    <w:p>
      <w:pPr>
        <w:spacing w:before="100" w:after="200" w:line="360" w:lineRule="auto"/>
        <w:jc w:val="left"/>
      </w:pPr>
      <w:r>
        <w:rPr>
          <w:rFonts w:ascii="宋体 (中文正文)" w:eastAsia="宋体" w:hAnsi="宋体 (中文正文)"/>
          <w:b/>
          <w:sz w:val="28"/>
        </w:rPr>
        <w:t>四、应急预案制定和演练状况</w:t>
      </w:r>
    </w:p>
    <w:p>
      <w:pPr>
        <w:spacing w:before="100" w:after="200" w:line="360" w:lineRule="auto"/>
        <w:ind w:firstLine="576"/>
        <w:jc w:val="left"/>
      </w:pPr>
      <w:r>
        <w:rPr>
          <w:rFonts w:ascii="宋体" w:eastAsia="宋体" w:hAnsi="宋体"/>
          <w:sz w:val="28"/>
        </w:rPr>
        <w:t>为防止突发事故的产生，公司安委会小组针对部门员工进行了2次突发事故预案的学习，在学习的基础上针对单位生产的特殊性，模拟了突发火灾消防演练和加氯系统泄漏演练。在演练上着重考察了员工应对突发事故的潜力、对突发事件的排查处理及人员自我防护措施等状况。透过实地开展应急预案演练，提高员工和管理人员的安全思想意识，使员工清楚认识到了安全在生产上的重要性，增强了员工应对突发事件的潜力，逐步健全和完善应急救援预案，提高员工应急处理及实地救援的技能。</w:t>
      </w:r>
    </w:p>
    <w:p>
      <w:pPr>
        <w:spacing w:before="100" w:after="200" w:line="360" w:lineRule="auto"/>
        <w:jc w:val="left"/>
      </w:pPr>
      <w:r>
        <w:rPr>
          <w:rFonts w:ascii="宋体 (中文正文)" w:eastAsia="宋体" w:hAnsi="宋体 (中文正文)"/>
          <w:b/>
          <w:sz w:val="28"/>
        </w:rPr>
        <w:t>一、统一认识</w:t>
      </w:r>
    </w:p>
    <w:p>
      <w:pPr>
        <w:spacing w:before="100" w:after="200" w:line="360" w:lineRule="auto"/>
        <w:ind w:firstLine="576"/>
        <w:jc w:val="left"/>
      </w:pPr>
      <w:r>
        <w:rPr>
          <w:rFonts w:ascii="宋体" w:eastAsia="宋体" w:hAnsi="宋体"/>
          <w:sz w:val="28"/>
        </w:rPr>
        <w:t>班组是企业的基本构成单元，它好比大厦的地基，地基不结实，大厦就会有倒塌的危险，所以班组安全管理的好坏，直接决定了企业安全生产的状况，可以说班组是企业各种事故的主要“发源地”，只有班组的安全工作搞好了，事故频率减少了，企业的各项安全管理措施才落到实处，安全管理才能收到实效。</w:t>
      </w:r>
    </w:p>
    <w:p>
      <w:pPr>
        <w:spacing w:before="100" w:after="200" w:line="360" w:lineRule="auto"/>
        <w:jc w:val="left"/>
      </w:pPr>
      <w:r>
        <w:rPr>
          <w:rFonts w:ascii="宋体 (中文正文)" w:eastAsia="宋体" w:hAnsi="宋体 (中文正文)"/>
          <w:b/>
          <w:sz w:val="28"/>
        </w:rPr>
        <w:t>二、带着感情抓安全</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https://d.book118.com/496000040015010050</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2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60000400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