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医院药房年终总结（31篇）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医院药房年终总结（精选31篇）</w:t>
      </w:r>
      <w:r>
        <w:rPr>
          <w:lang w:eastAsia="zh-CN"/>
        </w:rPr>
        <w:br/>
      </w:r>
      <w:r>
        <w:rPr>
          <w:lang w:eastAsia="zh-CN"/>
        </w:rPr>
        <w:t xml:space="preserve">    医院药房年终总结 篇1 </w:t>
      </w:r>
      <w:r>
        <w:rPr>
          <w:lang w:eastAsia="zh-CN"/>
        </w:rPr>
        <w:br/>
      </w:r>
      <w:r>
        <w:rPr>
          <w:lang w:eastAsia="zh-CN"/>
        </w:rPr>
        <w:t>　　光阴荏苒，时光飞逝，转眼间20__在紧张忙碌中过去了。回首这一年是紧张的一年也是充实的一年，展望新岁，在新的一年里我要总结经验，吸取教训付出更大的努力，以更加奋发有为的精神状态扎扎实实的工作作风投入到工作中去。</w:t>
      </w:r>
      <w:r>
        <w:rPr>
          <w:lang w:eastAsia="zh-CN"/>
        </w:rPr>
        <w:br/>
      </w:r>
      <w:r>
        <w:rPr>
          <w:lang w:eastAsia="zh-CN"/>
        </w:rPr>
        <w:t>　　自踏入药房这个工作以来，我始终以勤勤恳恳、踏踏实实的态度来对待我的工作，始终信奉“和谐、创先、节约、务实、高效廉洁”的院训以此规范自己行为，以当一名合格的药学技术员作为自己的座右铭，以严格的标准来要求自己。在这期间，深刻认识到要想成为一名合格的药学技术人员，就必须遵守职业道德，并进一步提高自身素质和职业修养，诚信工作，树立正确的世界观，人生观和价值观，现将今几年来的工作总结如下：</w:t>
      </w:r>
      <w:r>
        <w:rPr>
          <w:lang w:eastAsia="zh-CN"/>
        </w:rPr>
        <w:br/>
      </w:r>
      <w:r>
        <w:rPr>
          <w:lang w:eastAsia="zh-CN"/>
        </w:rPr>
        <w:t>　　一、政治思想方面</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本人热爱祖国，热爱人民，拥护中国共产党的领导，及时了解和关心党和国家的方针、政策和路线，认真深入的学习马列主义的理论知识和先进思想，牢固树立正确的世界观、人生观、价值观。认真参加政治学习，为了提高自己的思想觉悟，工作之余学习党精神，在不断的学习中，努力使自己的思想觉悟、理论水平、业务能力都得到较快的提高。我始终坚持严格要求自己，勤奋努力，时刻牢记党全心全意为人民服务的宗旨，努力实践思想，在自己平凡而普通的工作岗位上。</w:t>
      </w:r>
      <w:r>
        <w:rPr>
          <w:lang w:eastAsia="zh-CN"/>
        </w:rPr>
        <w:br/>
      </w:r>
      <w:r>
        <w:rPr>
          <w:lang w:eastAsia="zh-CN"/>
        </w:rPr>
        <w:t>　　努力做好本职工作。</w:t>
      </w:r>
      <w:r>
        <w:rPr>
          <w:lang w:eastAsia="zh-CN"/>
        </w:rPr>
        <w:br/>
      </w:r>
      <w:r>
        <w:rPr>
          <w:lang w:eastAsia="zh-CN"/>
        </w:rPr>
        <w:t>　　二、在工作方面</w:t>
      </w:r>
      <w:r>
        <w:rPr>
          <w:lang w:eastAsia="zh-CN"/>
        </w:rPr>
        <w:br/>
      </w:r>
      <w:r>
        <w:rPr>
          <w:lang w:eastAsia="zh-CN"/>
        </w:rPr>
        <w:t>　　1、严格遵守医院的各项规章制度；按时上下班，无迟到早退现象，能在搞好卫生、做好水电门窗的安全工作之后才下班。</w:t>
      </w:r>
      <w:r>
        <w:rPr>
          <w:lang w:eastAsia="zh-CN"/>
        </w:rPr>
        <w:br/>
      </w:r>
      <w:r>
        <w:rPr>
          <w:lang w:eastAsia="zh-CN"/>
        </w:rPr>
        <w:t>　　2、积极熟悉并掌握各种药品的功效及构成，保证病人能在最短的时间得到最好的服务。</w:t>
      </w:r>
      <w:r>
        <w:rPr>
          <w:lang w:eastAsia="zh-CN"/>
        </w:rPr>
        <w:br/>
      </w:r>
      <w:r>
        <w:rPr>
          <w:lang w:eastAsia="zh-CN"/>
        </w:rPr>
        <w:t>　　3、认真学习药师岗位职责，严防差错事故的发生。</w:t>
      </w:r>
      <w:r>
        <w:rPr>
          <w:lang w:eastAsia="zh-CN"/>
        </w:rPr>
        <w:br/>
      </w:r>
      <w:r>
        <w:rPr>
          <w:lang w:eastAsia="zh-CN"/>
        </w:rPr>
        <w:t>　　4、坚持参加药房的各项学习和会议，更好更全面掌握药房各项工作流程，结合药房工作实际，制定出适合自己相关岗位的规章制度；</w:t>
      </w:r>
      <w:r>
        <w:rPr>
          <w:lang w:eastAsia="zh-CN"/>
        </w:rPr>
        <w:br/>
      </w:r>
      <w:r>
        <w:rPr>
          <w:lang w:eastAsia="zh-CN"/>
        </w:rPr>
        <w:t>　　5调配处方做到四查十对，对规范处方，用药不适宜处方，超常处拒绝调配。</w:t>
      </w:r>
      <w:r>
        <w:rPr>
          <w:lang w:eastAsia="zh-CN"/>
        </w:rPr>
        <w:br/>
      </w:r>
      <w:r>
        <w:rPr>
          <w:lang w:eastAsia="zh-CN"/>
        </w:rPr>
        <w:t>　　6对调配好的处方进行认真核对，核对药品的数量，规格，是否符合要求。</w:t>
      </w:r>
      <w:r>
        <w:rPr>
          <w:lang w:eastAsia="zh-CN"/>
        </w:rPr>
        <w:br/>
      </w:r>
      <w:r>
        <w:rPr>
          <w:lang w:eastAsia="zh-CN"/>
        </w:rPr>
        <w:t>　　7按时请领药品，对从库房请领来的药品按规定摆放和保管。8按规定发放药品，能按时登机第二类药品的处方。</w:t>
      </w:r>
      <w:r>
        <w:rPr>
          <w:lang w:eastAsia="zh-CN"/>
        </w:rPr>
        <w:br/>
      </w:r>
      <w:r>
        <w:rPr>
          <w:lang w:eastAsia="zh-CN"/>
        </w:rPr>
        <w:t>　　8、保持衣着整齐，仪表端庄，举止稳重，礼貌待人，朴素大方；</w:t>
      </w:r>
      <w:r>
        <w:rPr>
          <w:lang w:eastAsia="zh-CN"/>
        </w:rPr>
        <w:br/>
      </w:r>
      <w:r>
        <w:rPr>
          <w:lang w:eastAsia="zh-CN"/>
        </w:rPr>
        <w:t>　　9、作风正派，对工作严肃认真。</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三在业务学习方面</w:t>
      </w:r>
      <w:r>
        <w:rPr>
          <w:lang w:eastAsia="zh-CN"/>
        </w:rPr>
        <w:br/>
      </w:r>
      <w:r>
        <w:rPr>
          <w:lang w:eastAsia="zh-CN"/>
        </w:rPr>
        <w:t>　　积极参加本专业的各项活动，加强药学基础理论知识学习，不断充实和更新自己的知识，了解和掌握药学界的学术新动向，熟练掌握药学基础理论、基本知识和基本操作技能，利用药学专业知识指导实践随着医药改革的不断深入，药学事业的迅速发展，药师职能的转变，现代药学服务已经从以“药品为中心”的保障型转向“以患者为中心”的技术服务型模式，服务的主体由药品向药品转移。因此不断吸收应用国内新理论、新知识、新技术、新方法。同时现代药学的发展使药学工作领域不断扩展，这对医院药师提出了新的任务和挑战，也给医院药师提供了机遇和空间，医院药师走向临床要承担起新时期医院药学发展和医院用药的合理、安全、有效、经济的职责。</w:t>
      </w:r>
      <w:r>
        <w:rPr>
          <w:lang w:eastAsia="zh-CN"/>
        </w:rPr>
        <w:br/>
      </w:r>
      <w:r>
        <w:rPr>
          <w:lang w:eastAsia="zh-CN"/>
        </w:rPr>
        <w:t>　　俗话说：“金无足赤，人无完人”，本人还存在着诸多方面的不足，自己一定会认真反思，取长补短，争取更上一层楼，把药房工作做得更好。</w:t>
      </w:r>
      <w:r>
        <w:rPr>
          <w:lang w:eastAsia="zh-CN"/>
        </w:rPr>
        <w:br/>
      </w:r>
      <w:r>
        <w:rPr>
          <w:lang w:eastAsia="zh-CN"/>
        </w:rPr>
        <w:t>　　在此，我感谢领导给予我的关心与支持，本人以更高的标准严格要求自己，虚心学习他人的长处，使自己的业务水平在工作中不断提高和完善，认真履行岗位职责，踏实工作，爱岗敬业，始终保持着旺盛的精神风貌和饱满的工作热情，争取为药房更美好的明天贡献自己的一份力量。</w:t>
      </w:r>
      <w:r>
        <w:rPr>
          <w:lang w:eastAsia="zh-CN"/>
        </w:rPr>
        <w:br/>
      </w:r>
      <w:r>
        <w:rPr>
          <w:lang w:eastAsia="zh-CN"/>
        </w:rPr>
        <w:t xml:space="preserve">    医院药房年终总结 篇2 </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时光如白驹过隙稍纵即逝转眼20__年即将过去，回首过去在院领导的正确引导下，我院正一步一个台阶的'稳步向前发展，医疗技术的提高赢得了患者的满意和认同，相应地也给我们带来了优良的社会效益和经济效益。来院已半年余，在院领导的直接领导下，主任们的具体指导下，严格遵守医院规章制度，思想上严格要求自己，在工作上勤勤恳恳、任劳任怨，在作风上艰苦朴素、务真求实，紧紧围绕医院的工作重点和要求，顺利完成了领导安排制定的各项工作任务和目标。现将工作情况总结如下：</w:t>
      </w:r>
      <w:r>
        <w:rPr>
          <w:lang w:eastAsia="zh-CN"/>
        </w:rPr>
        <w:br/>
      </w:r>
      <w:r>
        <w:rPr>
          <w:lang w:eastAsia="zh-CN"/>
        </w:rPr>
        <w:t>　　一、医院药房工作是一项细致的工作来不得半点马虎。</w:t>
      </w:r>
      <w:r>
        <w:rPr>
          <w:lang w:eastAsia="zh-CN"/>
        </w:rPr>
        <w:br/>
      </w:r>
      <w:r>
        <w:rPr>
          <w:lang w:eastAsia="zh-CN"/>
        </w:rPr>
        <w:t>　　做为一名药房工作人员，认真学习和执行有关法规，不断加强自身医德修养，始终坚持以全心全意为患者服务为宗旨，工作勤勤恳恳，任劳任怨，尽心尽责。自任职以来，始终坚持工作质量第一，服务质量第一。工作中，严格按照《药品管理法》的规定，加强对药品质量的控制把关，严防假、劣药品进入。为维护用药安全有效，主动协助领导指定和完善单位药品管理制度，使单位的药品管理趋于制度化、规范化，避免了差错事故的发生;工作方面有了很大的进展，积累了工作经验，提高了自己的业务技能。以医德为准则，时刻以高标准要求自己，使本人的政治素质与业务素质达到了较高的水平。</w:t>
      </w:r>
      <w:r>
        <w:rPr>
          <w:lang w:eastAsia="zh-CN"/>
        </w:rPr>
        <w:br/>
      </w:r>
      <w:r>
        <w:rPr>
          <w:lang w:eastAsia="zh-CN"/>
        </w:rPr>
        <w:t>　　工作中，明确自己的职责，兢兢业业，较好地完成了各项工作与任务指标，认真做好以下几个方面：</w:t>
      </w:r>
      <w:r>
        <w:rPr>
          <w:lang w:eastAsia="zh-CN"/>
        </w:rPr>
        <w:br/>
      </w:r>
      <w:r>
        <w:rPr>
          <w:lang w:eastAsia="zh-CN"/>
        </w:rPr>
        <w:t>　　1、树立了全心全意为患者服务的思想和高尚的医院道德，对工作认真负责，把好药口质量关，确保病人用药安全有效。</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2、卫生劳动纪律安全方面：注重个人卫生衣帽整齐，工作时间肃静，从未大声喧哗，严格遵守劳动纪律，坚守工作岗位，严格遵照领导的要求从未让闲杂人员随意进出药房，下班后锁好门窗检查多次后方可离开维护了安全性。注重保持室内清洁卫生。每天提前到岗做好准备工作。每天都要打扫室内卫生没有一天例外过，拖地，擦拭桌子柜子等等做到了窗明几净。做到药房卫生整洁无污染物、药品摆放合理、陈列整齐，安全规范。虽然取得了成绩也是与领导的支持帮助分不开。</w:t>
      </w:r>
      <w:r>
        <w:rPr>
          <w:lang w:eastAsia="zh-CN"/>
        </w:rPr>
        <w:br/>
      </w:r>
      <w:r>
        <w:rPr>
          <w:lang w:eastAsia="zh-CN"/>
        </w:rPr>
        <w:t>　　3、认真对待处方的审核、发放工作，严格遵守处方调配制度，贯彻执行四查十对</w:t>
      </w:r>
      <w:r>
        <w:rPr>
          <w:lang w:eastAsia="zh-CN"/>
        </w:rPr>
        <w:br/>
      </w:r>
      <w:r>
        <w:rPr>
          <w:lang w:eastAsia="zh-CN"/>
        </w:rPr>
        <w:t>　　(1)查处方：对姓名、性别、科室。</w:t>
      </w:r>
      <w:r>
        <w:rPr>
          <w:lang w:eastAsia="zh-CN"/>
        </w:rPr>
        <w:br/>
      </w:r>
      <w:r>
        <w:rPr>
          <w:lang w:eastAsia="zh-CN"/>
        </w:rPr>
        <w:t>　　(2)查药品：对品名、规格、剂型、数量。</w:t>
      </w:r>
      <w:r>
        <w:rPr>
          <w:lang w:eastAsia="zh-CN"/>
        </w:rPr>
        <w:br/>
      </w:r>
      <w:r>
        <w:rPr>
          <w:lang w:eastAsia="zh-CN"/>
        </w:rPr>
        <w:t>　　(3)查配伍禁忌：对药品性状、用法用量</w:t>
      </w:r>
      <w:r>
        <w:rPr>
          <w:lang w:eastAsia="zh-CN"/>
        </w:rPr>
        <w:br/>
      </w:r>
      <w:r>
        <w:rPr>
          <w:lang w:eastAsia="zh-CN"/>
        </w:rPr>
        <w:t>　　(4)查用药合理性：对临床诊断。制度。</w:t>
      </w:r>
      <w:r>
        <w:rPr>
          <w:lang w:eastAsia="zh-CN"/>
        </w:rPr>
        <w:br/>
      </w:r>
      <w:r>
        <w:rPr>
          <w:lang w:eastAsia="zh-CN"/>
        </w:rPr>
        <w:t>　　二、本着药品安全无小事原则，严把药品质量关。</w:t>
      </w:r>
      <w:r>
        <w:rPr>
          <w:lang w:eastAsia="zh-CN"/>
        </w:rPr>
        <w:br/>
      </w:r>
      <w:r>
        <w:rPr>
          <w:lang w:eastAsia="zh-CN"/>
        </w:rPr>
        <w:t>　　(一)、药品购进</w:t>
      </w:r>
      <w:r>
        <w:rPr>
          <w:lang w:eastAsia="zh-CN"/>
        </w:rPr>
        <w:br/>
      </w:r>
      <w:r>
        <w:rPr>
          <w:lang w:eastAsia="zh-CN"/>
        </w:rPr>
        <w:t>　　1、制定药品购进计划，并做好记录。</w:t>
      </w:r>
      <w:r>
        <w:rPr>
          <w:lang w:eastAsia="zh-CN"/>
        </w:rPr>
        <w:br/>
      </w:r>
      <w:r>
        <w:rPr>
          <w:lang w:eastAsia="zh-CN"/>
        </w:rPr>
        <w:t>　　2、为保证用药安全购进药品前严格审核供货单位法定资格和质量信誉。保证药品进货渠道合法，在有资质、销货清单票据证件齐全的医药公司购进药品。</w:t>
      </w:r>
      <w:r>
        <w:rPr>
          <w:lang w:eastAsia="zh-CN"/>
        </w:rPr>
        <w:br/>
      </w:r>
      <w:r>
        <w:rPr>
          <w:lang w:eastAsia="zh-CN"/>
        </w:rPr>
        <w:t>　　(二)、验收管理制度执行</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1、特殊药品验收：对进出专柜的药品建立专用账册，进出逐笔记录，记录内容包括：日期、凭证号、领用部门、品名、剂型、规格、单位、数量、批号、有效期、生产单位、发药人、复核人和领用人签字，做到帐、物、批号相符。</w:t>
      </w:r>
      <w:r>
        <w:rPr>
          <w:lang w:eastAsia="zh-CN"/>
        </w:rPr>
        <w:br/>
      </w:r>
      <w:r>
        <w:rPr>
          <w:lang w:eastAsia="zh-CN"/>
        </w:rPr>
        <w:t>　　2、普通药品购入后严格按照规定逐一全部检验，认真核对药品的批准文号、品名、数量、规格及有效期、生产企业等，自药品购进之日起，真实完整记录购进药品。</w:t>
      </w:r>
      <w:r>
        <w:rPr>
          <w:lang w:eastAsia="zh-CN"/>
        </w:rPr>
        <w:br/>
      </w:r>
      <w:r>
        <w:rPr>
          <w:lang w:eastAsia="zh-CN"/>
        </w:rPr>
        <w:t>　　(三)、药品的储存和保养</w:t>
      </w:r>
      <w:r>
        <w:rPr>
          <w:lang w:eastAsia="zh-CN"/>
        </w:rPr>
        <w:br/>
      </w:r>
      <w:r>
        <w:rPr>
          <w:lang w:eastAsia="zh-CN"/>
        </w:rPr>
        <w:t>　　1、定期盘点：每月底进行药品盘点检查有无损坏药品，近效期药品，过期药品，本着先进先出的原则，近效期药品按照规定逐项填写防止过期药品，过期药品上报后销毁。保证病人的用药安全。</w:t>
      </w:r>
      <w:r>
        <w:rPr>
          <w:lang w:eastAsia="zh-CN"/>
        </w:rPr>
        <w:br/>
      </w:r>
      <w:r>
        <w:rPr>
          <w:lang w:eastAsia="zh-CN"/>
        </w:rPr>
        <w:t>　　2、我们中西药房因环境制约没有库房每次购入药品数量相对较少。只能根据我们的药房环境布局对药品的储存。按要求分类陈列和摆放。</w:t>
      </w:r>
      <w:r>
        <w:rPr>
          <w:lang w:eastAsia="zh-CN"/>
        </w:rPr>
        <w:br/>
      </w:r>
      <w:r>
        <w:rPr>
          <w:lang w:eastAsia="zh-CN"/>
        </w:rPr>
        <w:t>　　3、门诊药品的调剂工作按规章制度要求进行操作，拆零的药品用原装药品容器包装，坚持“四查十对制度”杜绝差错事故的发生。</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以认真负责的态度，根据本院医师正式处方发药非本院处方不予发药，严格操作，发现处方中存在的差错，能及时与医生联系。认真复核处方，避免差错事故。随着改革的发展社会的进步，也熟练掌握微机化管理技术，在一定程度上保证了药品的财务性的需要。对发放到病人手中的药品，能主动向病人讲解有关用药的常识与注意事项，尤其对用药注意事项作耐心解答，使病人在服药时优良地遵守医嘱。受到好评。主动参加本专业的各项活动，加强医学基础理论知识学习，不断充实和更新自己的知识，了解和掌握新动向，熟练掌握医学基础理论、基本知识和基本操作技能，利用专业知识配合科室。在平时严格遵守医院的各项规章制度，坚持上班不迟到下班不早退。能尊敬领导，热爱集体。</w:t>
      </w:r>
      <w:r>
        <w:rPr>
          <w:lang w:eastAsia="zh-CN"/>
        </w:rPr>
        <w:br/>
      </w:r>
      <w:r>
        <w:rPr>
          <w:lang w:eastAsia="zh-CN"/>
        </w:rPr>
        <w:t xml:space="preserve">    医院药房年终总结 篇3 </w:t>
      </w:r>
      <w:r>
        <w:rPr>
          <w:lang w:eastAsia="zh-CN"/>
        </w:rPr>
        <w:br/>
      </w:r>
      <w:r>
        <w:rPr>
          <w:lang w:eastAsia="zh-CN"/>
        </w:rPr>
        <w:t>　　20__年度全院工作已尽尾声，药房工作也不例外，作为药房管理人员，对于药房的工作有了更深刻的'认识，流程性的工作也更加细致与及时。同时随着玉门市药监局与市卫生局质量互查工作的开展及督导，我院药房的系统化工作也已完善并拥有了属于自己的模式与体系。在这一年中，药房认真贯彻执行药政管理的有关法律法规，在上级部门和院领导的关心和领导下，在有关职能部门和科室的大力支持下，紧紧围绕卫生院的工作重点和要求，体员工以团结协作、求真务实的精神状态，顺利完成了各项工作任务和目标。现将20__年度卫生院药房工作总结如下：</w:t>
      </w:r>
      <w:r>
        <w:rPr>
          <w:lang w:eastAsia="zh-CN"/>
        </w:rPr>
        <w:br/>
      </w:r>
      <w:r>
        <w:rPr>
          <w:lang w:eastAsia="zh-CN"/>
        </w:rPr>
        <w:t>　　一、完善工作流程，提高工作效率，方便病人。</w:t>
      </w:r>
      <w:r>
        <w:rPr>
          <w:lang w:eastAsia="zh-CN"/>
        </w:rPr>
        <w:br/>
      </w:r>
      <w:r>
        <w:rPr>
          <w:lang w:eastAsia="zh-CN"/>
        </w:rPr>
        <w:t>　　门诊药房是药剂科直接面对病人的重要窗口，如何方便病人、如何提高工作效率，是药房工作的重点。</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1、我药房的药剂人员固定为三人，但随着日门诊量的增加，药剂人员配备也逐渐紧张，工作也随机加大，为了完善药房工作，提高工作效率，也为了方便病人，在满足其要求的前提下，首先做好与病人的沟通，告知其耐心等待，药房人员配合将方剂尽快调配;其次在门诊饱和的情况下，与病人进行商议，留取病人的联系方式，告知病人我们将尽快调配处方并电话通知取药，以免增加其在医院内等候时间。</w:t>
      </w:r>
      <w:r>
        <w:rPr>
          <w:lang w:eastAsia="zh-CN"/>
        </w:rPr>
        <w:br/>
      </w:r>
      <w:r>
        <w:rPr>
          <w:lang w:eastAsia="zh-CN"/>
        </w:rPr>
        <w:t>　　2、通过完善工作流程、机动配备人员、与病人沟通等一系列措施，保障了药房工作的正常运作，提高工作效率，有效改变了取药排队、取药难等现象，为病人提供方便。也充分体现了全体人员的积极性，齐心协力，克服困难。</w:t>
      </w:r>
      <w:r>
        <w:rPr>
          <w:lang w:eastAsia="zh-CN"/>
        </w:rPr>
        <w:br/>
      </w:r>
      <w:r>
        <w:rPr>
          <w:lang w:eastAsia="zh-CN"/>
        </w:rPr>
        <w:t>　　3、做好每周提药、每月药品检查工作。把每一项工作做实做细，为下一步的工作开展打好基础。每天当班人员进行药品整理和收支核算。为保证信息系统药品运行数据的准确性，随时核对计算机。严格执行操作规程和处方制度，年度检查工作进行顺利，库存药品做到电脑数与账本相符，账物相符，无差错事故发生。且检查药品做到了心里有数、摆放合理、整齐。</w:t>
      </w:r>
      <w:r>
        <w:rPr>
          <w:lang w:eastAsia="zh-CN"/>
        </w:rPr>
        <w:br/>
      </w:r>
      <w:r>
        <w:rPr>
          <w:lang w:eastAsia="zh-CN"/>
        </w:rPr>
        <w:t>　　二、做好药品管理。</w:t>
      </w:r>
      <w:r>
        <w:rPr>
          <w:lang w:eastAsia="zh-CN"/>
        </w:rPr>
        <w:br/>
      </w:r>
      <w:r>
        <w:rPr>
          <w:lang w:eastAsia="zh-CN"/>
        </w:rPr>
        <w:t>　　药品入库后，认真做好进药的查对和验收，药品的效期管理和药品的日常养护。在工作中根据季节的变化和门诊的用药情况及时调整进药计划少量多次进药，做到药品常用常新，同时还能节省大量的进药资金。</w:t>
      </w:r>
      <w:r>
        <w:rPr>
          <w:lang w:eastAsia="zh-CN"/>
        </w:rPr>
        <w:br/>
      </w:r>
      <w:r>
        <w:rPr>
          <w:lang w:eastAsia="zh-CN"/>
        </w:rPr>
        <w:t>　　三、做好财务对账工作。</w:t>
      </w:r>
      <w:r>
        <w:rPr>
          <w:lang w:eastAsia="zh-CN"/>
        </w:rPr>
        <w:br/>
      </w:r>
      <w:r>
        <w:rPr>
          <w:lang w:eastAsia="zh-CN"/>
        </w:rPr>
        <w:t>　　1、根据医院的统一管理及要求，于每天进行结账并及时上交金额及财务报表。特殊情况接受财务室的统一安排及时结账并上交金额及财务报表。盘库结束后及时汇总相关信息送交财务，做到药房帐物相符，本年度财务工作基本做到了结账及时、准确。</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2、20__年我院开展医保刷卡实时结算工作，截止20__年12月1日，共计进行门诊刷卡结算交易肆千多人次，数据上传做到了及时、准确，登记详细、及时。上报及结算、对账工作及时、准确，未出现异常。</w:t>
      </w:r>
      <w:r>
        <w:rPr>
          <w:lang w:eastAsia="zh-CN"/>
        </w:rPr>
        <w:br/>
      </w:r>
      <w:r>
        <w:rPr>
          <w:lang w:eastAsia="zh-CN"/>
        </w:rPr>
        <w:t>　　四、规范抗菌药物管理。</w:t>
      </w:r>
      <w:r>
        <w:rPr>
          <w:lang w:eastAsia="zh-CN"/>
        </w:rPr>
        <w:br/>
      </w:r>
      <w:r>
        <w:rPr>
          <w:lang w:eastAsia="zh-CN"/>
        </w:rPr>
        <w:t>　　严格处方管理，按照药剂人员处方调配操作规程调配处方，严格比对。每日与医生进行处方检查，及时发现问题、及时更正。加强抗生素药物的合理使用的管理，每季度开展例会，检查处方用药情况，作出处方点评工作，每月做好抗菌药物动态监测，了解抗菌药物的使用情况。</w:t>
      </w:r>
      <w:r>
        <w:rPr>
          <w:lang w:eastAsia="zh-CN"/>
        </w:rPr>
        <w:br/>
      </w:r>
      <w:r>
        <w:rPr>
          <w:lang w:eastAsia="zh-CN"/>
        </w:rPr>
        <w:t>　　五、规范特殊药品管理。</w:t>
      </w:r>
      <w:r>
        <w:rPr>
          <w:lang w:eastAsia="zh-CN"/>
        </w:rPr>
        <w:br/>
      </w:r>
      <w:r>
        <w:rPr>
          <w:lang w:eastAsia="zh-CN"/>
        </w:rPr>
        <w:t>　　对毒麻精神药物严格按“一双四专交接班”管理，即：专人、专柜、双锁、专账、专用处方、并严格执行交接班制度。本年度院内做到了处方、药品、库存的统一，未出现无处方药品的发放、及药品缺失等问题。</w:t>
      </w:r>
      <w:r>
        <w:rPr>
          <w:lang w:eastAsia="zh-CN"/>
        </w:rPr>
        <w:br/>
      </w:r>
      <w:r>
        <w:rPr>
          <w:lang w:eastAsia="zh-CN"/>
        </w:rPr>
        <w:t xml:space="preserve">    医院药房年终总结 篇4 </w:t>
      </w:r>
      <w:r>
        <w:rPr>
          <w:lang w:eastAsia="zh-CN"/>
        </w:rPr>
        <w:br/>
      </w:r>
      <w:r>
        <w:rPr>
          <w:lang w:eastAsia="zh-CN"/>
        </w:rPr>
        <w:t>　　一、完成本月重点工作：</w:t>
      </w:r>
      <w:r>
        <w:rPr>
          <w:lang w:eastAsia="zh-CN"/>
        </w:rPr>
        <w:br/>
      </w:r>
      <w:r>
        <w:rPr>
          <w:lang w:eastAsia="zh-CN"/>
        </w:rPr>
        <w:t>　　1、拟定了八宝坤顺丸鉴别细则，并进行检测验证。截止9月23日，对增加的薄层鉴别仍在继续验证。</w:t>
      </w:r>
      <w:r>
        <w:rPr>
          <w:lang w:eastAsia="zh-CN"/>
        </w:rPr>
        <w:br/>
      </w:r>
      <w:r>
        <w:rPr>
          <w:lang w:eastAsia="zh-CN"/>
        </w:rPr>
        <w:t>　　2、继续对补肺丸（水蜜丸）进行检测、验证。</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①继续采用高效液相色谱法测定补肺丸中五味子醇甲含量，进行色谱条件和系统适应性摸索，经调整流动相，使峰分离度接近标准规定、出峰时间也适当缩短。</w:t>
      </w:r>
      <w:r>
        <w:rPr>
          <w:lang w:eastAsia="zh-CN"/>
        </w:rPr>
        <w:br/>
      </w:r>
      <w:r>
        <w:rPr>
          <w:lang w:eastAsia="zh-CN"/>
        </w:rPr>
        <w:t>　　②新购安捷伦色谱柱1支，完成色谱柱预处理工作，准备投入试验检测。</w:t>
      </w:r>
      <w:r>
        <w:rPr>
          <w:lang w:eastAsia="zh-CN"/>
        </w:rPr>
        <w:br/>
      </w:r>
      <w:r>
        <w:rPr>
          <w:lang w:eastAsia="zh-CN"/>
        </w:rPr>
        <w:t>　　3、坚持安全管理工作，本月无安全事故。</w:t>
      </w:r>
      <w:r>
        <w:rPr>
          <w:lang w:eastAsia="zh-CN"/>
        </w:rPr>
        <w:br/>
      </w:r>
      <w:r>
        <w:rPr>
          <w:lang w:eastAsia="zh-CN"/>
        </w:rPr>
        <w:t>　　4、办公费用、电话费、业务招待费没有超标。</w:t>
      </w:r>
      <w:r>
        <w:rPr>
          <w:lang w:eastAsia="zh-CN"/>
        </w:rPr>
        <w:br/>
      </w:r>
      <w:r>
        <w:rPr>
          <w:lang w:eastAsia="zh-CN"/>
        </w:rPr>
        <w:t>　　5、上报了六味地黄丸（水蜜丸）每盒6克_6袋，6克_10袋，6克_20袋的包装备案，以及补肺丸9克_10丸/盒_6盒/大盒的包装备案。均已公示。</w:t>
      </w:r>
      <w:r>
        <w:rPr>
          <w:lang w:eastAsia="zh-CN"/>
        </w:rPr>
        <w:br/>
      </w:r>
      <w:r>
        <w:rPr>
          <w:lang w:eastAsia="zh-CN"/>
        </w:rPr>
        <w:t>　　6、向国家食品药品监督管理局审评中心上报了冠心康颗粒（无糖型）第2次补资料。</w:t>
      </w:r>
      <w:r>
        <w:rPr>
          <w:lang w:eastAsia="zh-CN"/>
        </w:rPr>
        <w:br/>
      </w:r>
      <w:r>
        <w:rPr>
          <w:lang w:eastAsia="zh-CN"/>
        </w:rPr>
        <w:t>　　二、完成了本月基础管理工作：</w:t>
      </w:r>
      <w:r>
        <w:rPr>
          <w:lang w:eastAsia="zh-CN"/>
        </w:rPr>
        <w:br/>
      </w:r>
      <w:r>
        <w:rPr>
          <w:lang w:eastAsia="zh-CN"/>
        </w:rPr>
        <w:t>　　1、新药及保护产品的延续、专利、交费等相关具体业务。(本月未涉及)</w:t>
      </w:r>
      <w:r>
        <w:rPr>
          <w:lang w:eastAsia="zh-CN"/>
        </w:rPr>
        <w:br/>
      </w:r>
      <w:r>
        <w:rPr>
          <w:lang w:eastAsia="zh-CN"/>
        </w:rPr>
        <w:t>　　2、按时完成药品批准文号的变更、换发工作。（本月未涉及）</w:t>
      </w:r>
      <w:r>
        <w:rPr>
          <w:lang w:eastAsia="zh-CN"/>
        </w:rPr>
        <w:br/>
      </w:r>
      <w:r>
        <w:rPr>
          <w:lang w:eastAsia="zh-CN"/>
        </w:rPr>
        <w:t>　　3、随时掌握备案政策变化，保证上报文件的及时性，所报资料一次完成。</w:t>
      </w:r>
      <w:r>
        <w:rPr>
          <w:lang w:eastAsia="zh-CN"/>
        </w:rPr>
        <w:br/>
      </w:r>
      <w:r>
        <w:rPr>
          <w:lang w:eastAsia="zh-CN"/>
        </w:rPr>
        <w:t>　　4、新产品上报完成当月，将相关资料送综合管理部归档。（本月未涉及）</w:t>
      </w:r>
      <w:r>
        <w:rPr>
          <w:lang w:eastAsia="zh-CN"/>
        </w:rPr>
        <w:br/>
      </w:r>
      <w:r>
        <w:rPr>
          <w:lang w:eastAsia="zh-CN"/>
        </w:rPr>
        <w:t>　　5、按时办理药品质量标准转正工作。（本月未涉及）</w:t>
      </w:r>
      <w:r>
        <w:rPr>
          <w:lang w:eastAsia="zh-CN"/>
        </w:rPr>
        <w:br/>
      </w:r>
      <w:r>
        <w:rPr>
          <w:lang w:eastAsia="zh-CN"/>
        </w:rPr>
        <w:t>　　6、关注药品研发政策及新工艺、新技术等信息的收集、整理。本月已通过办公网上报丁董事长。</w:t>
      </w:r>
      <w:r>
        <w:rPr>
          <w:lang w:eastAsia="zh-CN"/>
        </w:rPr>
        <w:br/>
      </w:r>
      <w:r>
        <w:rPr>
          <w:lang w:eastAsia="zh-CN"/>
        </w:rPr>
        <w:t>　　7、本月26日报送了考勤表。</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8、本月28日根据当月任务书报送本部门工作总结及下月计划安排。</w:t>
      </w:r>
      <w:r>
        <w:rPr>
          <w:lang w:eastAsia="zh-CN"/>
        </w:rPr>
        <w:br/>
      </w:r>
      <w:r>
        <w:rPr>
          <w:lang w:eastAsia="zh-CN"/>
        </w:rPr>
        <w:t>　　9、遵守公司制度，部门员工无上班脱岗、干私活、玩电脑游戏和迟到、早退现象。</w:t>
      </w:r>
      <w:r>
        <w:rPr>
          <w:lang w:eastAsia="zh-CN"/>
        </w:rPr>
        <w:br/>
      </w:r>
      <w:r>
        <w:rPr>
          <w:lang w:eastAsia="zh-CN"/>
        </w:rPr>
        <w:t>　　10、本部门已向《乐天之声》投稿。</w:t>
      </w:r>
      <w:r>
        <w:rPr>
          <w:lang w:eastAsia="zh-CN"/>
        </w:rPr>
        <w:br/>
      </w:r>
      <w:r>
        <w:rPr>
          <w:lang w:eastAsia="zh-CN"/>
        </w:rPr>
        <w:t>　　三、药研室20__年10月份工作计划</w:t>
      </w:r>
      <w:r>
        <w:rPr>
          <w:lang w:eastAsia="zh-CN"/>
        </w:rPr>
        <w:br/>
      </w:r>
      <w:r>
        <w:rPr>
          <w:lang w:eastAsia="zh-CN"/>
        </w:rPr>
        <w:t>　　1、完成本部门日常工作；</w:t>
      </w:r>
      <w:r>
        <w:rPr>
          <w:lang w:eastAsia="zh-CN"/>
        </w:rPr>
        <w:br/>
      </w:r>
      <w:r>
        <w:rPr>
          <w:lang w:eastAsia="zh-CN"/>
        </w:rPr>
        <w:t>　　2、继续进行八宝坤顺丸检测验证，摸索合理的薄层鉴别项具体操作方法。</w:t>
      </w:r>
      <w:r>
        <w:rPr>
          <w:lang w:eastAsia="zh-CN"/>
        </w:rPr>
        <w:br/>
      </w:r>
      <w:r>
        <w:rPr>
          <w:lang w:eastAsia="zh-CN"/>
        </w:rPr>
        <w:t>　　3、继续通过实验完善补肺丸质量标准。</w:t>
      </w:r>
      <w:r>
        <w:rPr>
          <w:lang w:eastAsia="zh-CN"/>
        </w:rPr>
        <w:br/>
      </w:r>
      <w:r>
        <w:rPr>
          <w:lang w:eastAsia="zh-CN"/>
        </w:rPr>
        <w:t>　　4、完成领导交办的临时工作。</w:t>
      </w:r>
      <w:r>
        <w:rPr>
          <w:lang w:eastAsia="zh-CN"/>
        </w:rPr>
        <w:br/>
      </w:r>
      <w:r>
        <w:rPr>
          <w:lang w:eastAsia="zh-CN"/>
        </w:rPr>
        <w:t xml:space="preserve">    医院药房年终总结 篇5 </w:t>
      </w:r>
      <w:r>
        <w:rPr>
          <w:lang w:eastAsia="zh-CN"/>
        </w:rPr>
        <w:br/>
      </w:r>
      <w:r>
        <w:rPr>
          <w:lang w:eastAsia="zh-CN"/>
        </w:rPr>
        <w:t>　　自踏入医学殿堂的那一刻起，我便深深的认识到，精医术，懂人文、有理想、有创新是新时期下的医务人员所具备的素质。下面我简单的对这个月的工作作个总结。</w:t>
      </w:r>
      <w:r>
        <w:rPr>
          <w:lang w:eastAsia="zh-CN"/>
        </w:rPr>
        <w:br/>
      </w:r>
      <w:r>
        <w:rPr>
          <w:lang w:eastAsia="zh-CN"/>
        </w:rPr>
        <w:t>　　一、在思想方面。</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作为一名药学专业的人员，我深深的认识到只学习书本上的知识是远远不够的，是不能学以致用的，理论和实践相结合才能把我们所学的知识带给人们。零售药房的顾客大多是对药品认识较少的非专业人员，所以在对顾客销售药时，要尽可能多的向顾客说明药品的用途和性能，对每一位顾客要负责。从瑞泰店转到中山店，无论在哪家药房我都严格遵守各项规章制度，以老员工为模范，需心求教，认真工作，大大的扩展了自己的知识面，丰富了思维方法，切实体会到了工作的真正意义。在近两个月来的工作过程中，我已经由第一个月的盲目被动转化了积极主动，找到了方向，找到了一套属于自己的思维方式。我也充分的认识到“遇到问题总找别人的原因等于_”的真理。当遇到困难暂时无法解决时，必然会有一个新的想法在你脑中浮现，从而很好的解决眼前的困难。</w:t>
      </w:r>
      <w:r>
        <w:rPr>
          <w:lang w:eastAsia="zh-CN"/>
        </w:rPr>
        <w:br/>
      </w:r>
      <w:r>
        <w:rPr>
          <w:lang w:eastAsia="zh-CN"/>
        </w:rPr>
        <w:t>　　二、在学习方面。</w:t>
      </w:r>
      <w:r>
        <w:rPr>
          <w:lang w:eastAsia="zh-CN"/>
        </w:rPr>
        <w:br/>
      </w:r>
      <w:r>
        <w:rPr>
          <w:lang w:eastAsia="zh-CN"/>
        </w:rPr>
        <w:t>　　“师傅领进门，修行在个人”。虽然药房的员工都不是从教育事业的，但是“三人行，必有我师焉!”他们在药房的销售方式正在我脑中浅移默化，我也“择善而从之，其不善者而改之。”在中山店期间，我认真审视了第一个月的工作情况，改善了学习方法，制定了学习计划，从而达到了意想不到的效果。药品的重要性，那是勿庸置疑的。那货架上满目琳琅的药品，就像一个个汉字，只有掌握得越多越牢，才能写出好的句子，短文。而那联合用药就像成语，只有理解了它真正的含义，才能作出绝伦的篇章。药品也像文武百官，各有各的作用，各尽其职，只有用对了人，才能达到需要的效果。</w:t>
      </w:r>
      <w:r>
        <w:rPr>
          <w:lang w:eastAsia="zh-CN"/>
        </w:rPr>
        <w:br/>
      </w:r>
      <w:r>
        <w:rPr>
          <w:lang w:eastAsia="zh-CN"/>
        </w:rPr>
        <w:t>　　三、在销售方面。</w:t>
      </w:r>
      <w:r>
        <w:rPr>
          <w:lang w:eastAsia="zh-CN"/>
        </w:rPr>
        <w:br/>
      </w:r>
      <w:r>
        <w:rPr>
          <w:lang w:eastAsia="zh-CN"/>
        </w:rPr>
        <w:t>　　我也渐渐在向顾客销售一些简单的药品了。销售是最锻炼与人处事、说话的。在接待患者时，由于很多患者购买所需药品时需咨询，所以，向患者介绍药品时，要很熟练，以提高顾客对药房的信任度。</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四、在生活方面。</w:t>
      </w:r>
      <w:r>
        <w:rPr>
          <w:lang w:eastAsia="zh-CN"/>
        </w:rPr>
        <w:br/>
      </w:r>
      <w:r>
        <w:rPr>
          <w:lang w:eastAsia="zh-CN"/>
        </w:rPr>
        <w:t>　　通过近两个月的生活，我已经适应了这里的生活环境。与室友相处融洽，遇到困难时互相帮助，不分彼此。但是在吃的方面不是很习惯，领导说吃素好，我也明白吃素很好。但是我们正是长身体的时候，正直壮年，需要大量的营养来补充每天所消耗的能量。我们不像你们，我们长得瘦，没有资本吃素。希望生活能得到相应的改善。领导也说要知足常乐，但是我觉得知足常乐不好，知足长乐没上进，时代不同了，不可同日而语。</w:t>
      </w:r>
      <w:r>
        <w:rPr>
          <w:lang w:eastAsia="zh-CN"/>
        </w:rPr>
        <w:br/>
      </w:r>
      <w:r>
        <w:rPr>
          <w:lang w:eastAsia="zh-CN"/>
        </w:rPr>
        <w:t xml:space="preserve">    医院药房年终总结 篇6 </w:t>
      </w:r>
      <w:r>
        <w:rPr>
          <w:lang w:eastAsia="zh-CN"/>
        </w:rPr>
        <w:br/>
      </w:r>
      <w:r>
        <w:rPr>
          <w:lang w:eastAsia="zh-CN"/>
        </w:rPr>
        <w:t>　　一年来，在卫生院党委的领导下，在医院各科室的支持帮助下，我科同志协调一致，积极践行群众路线，在工作上积极主动，不断解放思想，更新观念，树立高度的事业心和责任心，结合本科室工作性质，围绕医院中心工作，求真务实，踏实苦干，强化“以病人为中心”的服务理念，较好的完成了本科的各项工作任务，取得了较好的成绩，现将主要工作总结如下：</w:t>
      </w:r>
      <w:r>
        <w:rPr>
          <w:lang w:eastAsia="zh-CN"/>
        </w:rPr>
        <w:br/>
      </w:r>
      <w:r>
        <w:rPr>
          <w:lang w:eastAsia="zh-CN"/>
        </w:rPr>
        <w:t>　　一、科室建设</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20__年，门诊部采取按章管理的办法，把科室人员的服务态度、在岗在位作为管理的重点，多次开会组织学习，进行教育整顿，通过整顿，平时强调人员在岗在位，现在病人找不到医护人员现象较往年明显减少。在加强管理的同时，强化安全意识，扎实有效的做好了安全防事故的工作，严格落实各项规章制度和操作规程，彻底查找不安全因素、隐患，严格落实应聘、实习人员的审查制度。门诊部全年无一例医疗责任事故或差错事故发生，但是仍然存在一些安全隐患。</w:t>
      </w:r>
      <w:r>
        <w:rPr>
          <w:lang w:eastAsia="zh-CN"/>
        </w:rPr>
        <w:br/>
      </w:r>
      <w:r>
        <w:rPr>
          <w:lang w:eastAsia="zh-CN"/>
        </w:rPr>
        <w:t>　　二、抓好医德医风建设</w:t>
      </w:r>
      <w:r>
        <w:rPr>
          <w:lang w:eastAsia="zh-CN"/>
        </w:rPr>
        <w:br/>
      </w:r>
      <w:r>
        <w:rPr>
          <w:lang w:eastAsia="zh-CN"/>
        </w:rPr>
        <w:t>　　工作人员形象的好坏直接影响到我科及医院的形象，我们运用多种形式，强化正面教育，普及医德医风和岗位职业道德的修养。</w:t>
      </w:r>
      <w:r>
        <w:rPr>
          <w:lang w:eastAsia="zh-CN"/>
        </w:rPr>
        <w:br/>
      </w:r>
      <w:r>
        <w:rPr>
          <w:lang w:eastAsia="zh-CN"/>
        </w:rPr>
        <w:t>　　三、加大安全管理力度，保障医疗安全</w:t>
      </w:r>
      <w:r>
        <w:rPr>
          <w:lang w:eastAsia="zh-CN"/>
        </w:rPr>
        <w:br/>
      </w:r>
      <w:r>
        <w:rPr>
          <w:lang w:eastAsia="zh-CN"/>
        </w:rPr>
        <w:t>　　制定切实有效的安全管理措施。安全是保证科室业务开展的重要环节，因此，每位医护人员必须树立牢固的安全意识，树立强烈的责任感和事业心。</w:t>
      </w:r>
      <w:r>
        <w:rPr>
          <w:lang w:eastAsia="zh-CN"/>
        </w:rPr>
        <w:br/>
      </w:r>
      <w:r>
        <w:rPr>
          <w:lang w:eastAsia="zh-CN"/>
        </w:rPr>
        <w:t>　　加强监督管理，保障护理安全为提高护理队伍的整体素质，本着“加强基础护理、注重护理安全”的原则，从基础护理抓起，督促护理人员严格执行操作规范，认真书写护理文书。要求做到语言文明、态度诚恳、解释耐心、服务细心、准确周到、亲切体贴。</w:t>
      </w:r>
      <w:r>
        <w:rPr>
          <w:lang w:eastAsia="zh-CN"/>
        </w:rPr>
        <w:br/>
      </w:r>
      <w:r>
        <w:rPr>
          <w:lang w:eastAsia="zh-CN"/>
        </w:rPr>
        <w:t>　　四、培养高素质人才，做好科研工作</w:t>
      </w:r>
      <w:r>
        <w:rPr>
          <w:lang w:eastAsia="zh-CN"/>
        </w:rPr>
        <w:br/>
      </w:r>
      <w:r>
        <w:rPr>
          <w:lang w:eastAsia="zh-CN"/>
        </w:rPr>
        <w:t>　　一个科室医疗质量的高低取决于技术人员素质。只有拥有一批具有先进科学技术和创造能力的技术人员，科室才能办出成绩，才能适应快速发展的医疗科学水平。人才队伍的建设，是我们工作的重中之重，只有爱惜人才，重用人才，培养人才，科室的'发展才会有出路，我们用战略的眼光，可持续发展的角度去考虑，去落实人才建设工作。</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本人自_年__月份参加工作至今，已经两年时间。在这两年中，在领导和同事们的悉心关怀和指导下，通过自身的不懈努力，我各方面都取得了很大的进步。</w:t>
      </w:r>
      <w:r>
        <w:rPr>
          <w:lang w:eastAsia="zh-CN"/>
        </w:rPr>
        <w:br/>
      </w:r>
      <w:r>
        <w:rPr>
          <w:lang w:eastAsia="zh-CN"/>
        </w:rPr>
        <w:t>　　记得当初毕业的时候，我刚刚来到北站大药房时，还是个对社会完全不了解的生活。俗话说：“活到老，学到老”，本人一直在各方面严格要求自己，努力地提高自己，不懂就学，是一切进步取得的前提和基础。做好全面工作。我在北站大药房学到很多知识。例如：药品的分类、分处方和非处方、还有药品用法用量、药品的配伍禁忌。怎样懂得给顾客介绍药品了。还有器械是怎样的用法。这样才能介绍给顾客怎样使用。</w:t>
      </w:r>
      <w:r>
        <w:rPr>
          <w:lang w:eastAsia="zh-CN"/>
        </w:rPr>
        <w:br/>
      </w:r>
      <w:r>
        <w:rPr>
          <w:lang w:eastAsia="zh-CN"/>
        </w:rPr>
        <w:t>　　在今后的工作中，我将继续努力把工作做好。朝着以下几个方向努力：</w:t>
      </w:r>
      <w:r>
        <w:rPr>
          <w:lang w:eastAsia="zh-CN"/>
        </w:rPr>
        <w:br/>
      </w:r>
      <w:r>
        <w:rPr>
          <w:lang w:eastAsia="zh-CN"/>
        </w:rPr>
        <w:t>　　1、学无止镜，时代的发展瞬息万变，我将坚持不懈地努力学习各种关于药房知识。并用于指导实践，以更好的适应社会发展的需要。</w:t>
      </w:r>
      <w:r>
        <w:rPr>
          <w:lang w:eastAsia="zh-CN"/>
        </w:rPr>
        <w:br/>
      </w:r>
      <w:r>
        <w:rPr>
          <w:lang w:eastAsia="zh-CN"/>
        </w:rPr>
        <w:t>　　2、熟练的掌握各种器械的装备和使用方法，还有药品的用法用量，我将通过多看、多学、多练来不断的提高自己的各项技能。</w:t>
      </w:r>
      <w:r>
        <w:rPr>
          <w:lang w:eastAsia="zh-CN"/>
        </w:rPr>
        <w:br/>
      </w:r>
      <w:r>
        <w:rPr>
          <w:lang w:eastAsia="zh-CN"/>
        </w:rPr>
        <w:t>　　3、实践是不断取得进步的基础。并提高自己解决实际问题的能力，并在实践的过程中慢慢克服急躁情绪，积极、热情的对待每一位顾客。</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4、总之，在这两年里我学到了不少知识使我不断成长。我做的已经是最好的了。我相信在今后的工作中，我还是会继续不断的努力下去。虽然这两年来，我的工作是有点瑕疵，不过这是无法避免的，因为谁也不是圣人，出错是在所难免的所以我不会过多的苛求自己。不过我相信，只要我在北站大药房一天，我就会做出自己最大的努力，将自己所有的精力和能力用在工作上，相信自己一定能够做好!</w:t>
      </w:r>
      <w:r>
        <w:rPr>
          <w:lang w:eastAsia="zh-CN"/>
        </w:rPr>
        <w:br/>
      </w:r>
      <w:r>
        <w:rPr>
          <w:lang w:eastAsia="zh-CN"/>
        </w:rPr>
        <w:t xml:space="preserve">    医院药房年终总结 篇7 </w:t>
      </w:r>
      <w:r>
        <w:rPr>
          <w:lang w:eastAsia="zh-CN"/>
        </w:rPr>
        <w:br/>
      </w:r>
      <w:r>
        <w:rPr>
          <w:lang w:eastAsia="zh-CN"/>
        </w:rPr>
        <w:t>　　本人自__年__月从事医药工作以来，不知不觉在西药房工作已经__个月了，从陌生到认识，从熟悉到如今融入这个团队中。我深刻感受到了这是一个很有活力很有战斗力的团队，非常荣幸能成为这个团队中的一员。本人热爱这个岗位，作为一名药剂工作人员，在药房的日常工作中，本人兢兢业业，全心全意的为每个患者服务，努力创造优质窗口服务形象。同时在领导和同事们的关心与支持下，目前，总体上适应并熟悉药房岗位的各项工作，现将个人工作总结汇报如下：</w:t>
      </w:r>
      <w:r>
        <w:rPr>
          <w:lang w:eastAsia="zh-CN"/>
        </w:rPr>
        <w:br/>
      </w:r>
      <w:r>
        <w:rPr>
          <w:lang w:eastAsia="zh-CN"/>
        </w:rPr>
        <w:t>　　一、加强药学理论学习，提高个人政治素质</w:t>
      </w:r>
      <w:r>
        <w:rPr>
          <w:lang w:eastAsia="zh-CN"/>
        </w:rPr>
        <w:br/>
      </w:r>
      <w:r>
        <w:rPr>
          <w:lang w:eastAsia="zh-CN"/>
        </w:rPr>
        <w:t>　　加强药学基础理论知识学习，不断充实和更新自己的知识，了解和掌握药学界的学术新动向，熟练掌握药学基础理论、基本知识和基本操作技能，利用药学专业知识指导合理用药。同时坚持学习党的十八大精神，认真实践“三个代表”重要思想和落实科学发展观，增强工作责任感，做到恪尽职守、廉洁自律、与时俱进，认真负责的履行好本职工作，圆满的完成了各项工作任务。</w:t>
      </w:r>
      <w:r>
        <w:rPr>
          <w:lang w:eastAsia="zh-CN"/>
        </w:rPr>
        <w:br/>
      </w:r>
      <w:r>
        <w:rPr>
          <w:lang w:eastAsia="zh-CN"/>
        </w:rPr>
        <w:t>　　二、加强工作的责任感和敏锐感，努力完成各项任务，提高工作效率。</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明确自己的工作职责，严格遵守医院的各项规章制度，积极熟悉并掌握各种药品的功效及构成，牢记各种药品的摆放位置。在药品发放中，能严格按照调剂操作规程进行，做到“四查十对”。对患者礼貌、热情、大方，说话态度和气文明，认真、仔细交代药品用法和有关注意事项，为患者提供安全、有效、经济的优质药品和药学服务。</w:t>
      </w:r>
      <w:r>
        <w:rPr>
          <w:lang w:eastAsia="zh-CN"/>
        </w:rPr>
        <w:br/>
      </w:r>
      <w:r>
        <w:rPr>
          <w:lang w:eastAsia="zh-CN"/>
        </w:rPr>
        <w:t>　　三、工作目标和计划</w:t>
      </w:r>
      <w:r>
        <w:rPr>
          <w:lang w:eastAsia="zh-CN"/>
        </w:rPr>
        <w:br/>
      </w:r>
      <w:r>
        <w:rPr>
          <w:lang w:eastAsia="zh-CN"/>
        </w:rPr>
        <w:t>　　这__个月以来，我在学习和工作中逐步成长、成熟，但我清楚自身还有很多不足，比如：工作能力和服务水平还有待加强和提升。在此，我感谢领导给予我的关心与支持，今后我一定严格要求自己，加强学习，努力提升业务能力，争取尽快的时间掌握好药房的各项工作。全力提升药房优质的窗口服务形象，为药房更美好的明天贡献自己的一份力量。</w:t>
      </w:r>
      <w:r>
        <w:rPr>
          <w:lang w:eastAsia="zh-CN"/>
        </w:rPr>
        <w:br/>
      </w:r>
      <w:r>
        <w:rPr>
          <w:lang w:eastAsia="zh-CN"/>
        </w:rPr>
        <w:t>　　一、严守公司的规章制度，以员工的标准要求自己。</w:t>
      </w:r>
      <w:r>
        <w:rPr>
          <w:lang w:eastAsia="zh-CN"/>
        </w:rPr>
        <w:br/>
      </w:r>
      <w:r>
        <w:rPr>
          <w:lang w:eastAsia="zh-CN"/>
        </w:rPr>
        <w:t>　　实习期间，我严格遵守公司的一切工作管理制度，自觉以老员工规范严格要求约束自己，虚心求教，利用可利用的时间来熟悉药品的成分功效以及禁忌症还有其陈列的位置，在工作中积极主动帮店长及药师做一些力所能及的事情，一方面减轻了店长及药师的工作量更重要的是给了自己一个可以锻炼的机会，让自己可以独立的去分析判断解决事情，不仅开阔了视野扩大了知识面也提高了实际操作应变能力。</w:t>
      </w:r>
      <w:r>
        <w:rPr>
          <w:lang w:eastAsia="zh-CN"/>
        </w:rPr>
        <w:br/>
      </w:r>
      <w:r>
        <w:rPr>
          <w:lang w:eastAsia="zh-CN"/>
        </w:rPr>
        <w:t>　　二、如何提高自己的专业知识。</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专业知识才是最真的东西，最过硬的资本，有了它你可以很自信的去销售无论对什么样的顾客，因为你知道你知道的东西他们不知道，只有你才可以给他们答案，很羡慕那些资深的药师，俗话说的好：师傅领进门，修行在个人。我珍惜每一次公司安排的培训，在培训中认真的听讲记笔记回去积极的复习，还有就是多看多听，孔子说的好三人行必有我师焉，所以当其它门店需要人帮忙时我都会积极主动的去帮忙，为的就是从不同的人那里学到自己不懂的不知道的知识，取其精华去其糟粕，不断的来完善自己，让自己的专业知识更上一层楼。</w:t>
      </w:r>
      <w:r>
        <w:rPr>
          <w:lang w:eastAsia="zh-CN"/>
        </w:rPr>
        <w:br/>
      </w:r>
      <w:r>
        <w:rPr>
          <w:lang w:eastAsia="zh-CN"/>
        </w:rPr>
        <w:t>　　三、对销售技巧的认识。</w:t>
      </w:r>
      <w:r>
        <w:rPr>
          <w:lang w:eastAsia="zh-CN"/>
        </w:rPr>
        <w:br/>
      </w:r>
      <w:r>
        <w:rPr>
          <w:lang w:eastAsia="zh-CN"/>
        </w:rPr>
        <w:t>　　我们每天都希望本店的营业额有个更高更好的飞跃，怎么样才能达到目的地呢，我个人认为专业知识、语言技巧、真诚微笑这些都决定着营业额。销售人员有了很强的专业知识，再有语言上的表达又是让你无可挑剔然后面带着微笑真诚的关心你的病情，我想任何人都不会拒绝真心关心自己的人，将心比心，人生病的时候是其最软弱的时候，你一句真诚的问候一句真心的嘱咐和叮咛会让他对你有了信任有了依赖，这时你就可以用你所学到的知识去帮助他人为他人服务，解决了顾客的问题同时也达到了自己的需求，岂不快哉！</w:t>
      </w:r>
      <w:r>
        <w:rPr>
          <w:lang w:eastAsia="zh-CN"/>
        </w:rPr>
        <w:br/>
      </w:r>
      <w:r>
        <w:rPr>
          <w:lang w:eastAsia="zh-CN"/>
        </w:rPr>
        <w:t>　　四、对人际关系的理解。</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都说大学是进入社会的一个过度期，然而我却认为实习期才真正的是进入社会的一个过度期。大学里的感情其实还是很单纯的，没有那些明争暗斗没有利益上的冲突，而社会就截然不同了，为了一点点的利益原本关系很好的朋友顿然就成了敌人，恶言相向，刚刚从校园出来的自己很是困惑，想不明白为什么会变成这样呢？值得吗？现在的我似乎理解了一些，这就是社会，这就是现实。以前的我们一直沉迷在自己梦幻般的国度里，没有真正的去了解自己生活的这个社会，现在的我从自己的天地里慢慢地走出来了不会再天真的只活在自己的世界里无视其他的存在。对一些自己接受不了改变不了的事情自己只有接受不再抱怨，对那些自己不欣赏不认同的人，在工作上合作生活上疏远，对那些和自己思想相左的人就是任何话语都是无用的。凡事做到自己心中有数就好了，也许是因为自己还很年轻还很幼稚还很天真有时在冲动的情况下还是会做错事情，也许正是这样自己得到了丰富的经验，才懂得如何完美的处理事情，随着时间的流逝自己在慢慢地成长着，也成熟了许多，人生就是这样，只有经历的多懂得的才会，人际关系的处理是一门很难学的课程，也许我学一辈子也不会学明白，要活到老学到老的。总之在恒泰我经历了许多也学到了许多，绝不止以上几点，在这里我就不一一详诉了，有些东西只可意会不可言传的，在有些感情面前这些语言就微乎其微了，我真的很幸运遇到了很多好的人，真的很感谢他们，此时的感谢是如此的渺小，最真诚的祝福给他们，是他们教会了我很多的东西，教我怎么看待问题分析问题解决问题，这些都会成为我实习期最值得回忆的，我想有些事情会一直的影响着我，更会激励我更好的走下去，同时也会让我更坚强的面对人生道路上的荆棘的。</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xml:space="preserve">    医院药房年终总结 篇8 </w:t>
      </w:r>
      <w:r>
        <w:rPr>
          <w:lang w:eastAsia="zh-CN"/>
        </w:rPr>
        <w:br/>
      </w:r>
      <w:r>
        <w:rPr>
          <w:lang w:eastAsia="zh-CN"/>
        </w:rPr>
        <w:t>　　时光荏苒，20__年马上就要结束了，回顾这一年的工作历程，不难发现，我们药房在领导和各位同仁的关怀和帮助下取得了突破性的进展，我们药房工作人员坚持理论结合实际，不断探索与创新，通过自身的努力和工作相关经验的积累，知识面不断拓宽，业务素质不断提高，本着团结同事，务真求实的理念，认真执行着自己的岗位职责。</w:t>
      </w:r>
      <w:r>
        <w:rPr>
          <w:lang w:eastAsia="zh-CN"/>
        </w:rPr>
        <w:br/>
      </w:r>
      <w:r>
        <w:rPr>
          <w:lang w:eastAsia="zh-CN"/>
        </w:rPr>
        <w:t>　　购药方面：我们做到了有计划、有安排，坚持每月三次网上采购进药和领药工作，确保了药房库存供应。我们根据医生的需求、季节的变化、新药的发展形势逐步对药物的品种、剂型等进行了更换和更新。</w:t>
      </w:r>
      <w:r>
        <w:rPr>
          <w:lang w:eastAsia="zh-CN"/>
        </w:rPr>
        <w:br/>
      </w:r>
      <w:r>
        <w:rPr>
          <w:lang w:eastAsia="zh-CN"/>
        </w:rPr>
        <w:t>　　药品调配方面：我们加强了业务学习，增强了工作责任心。调配处方时，我们按照调剂原则及有关规定，对每张处方及医嘱单进行了仔细核对，发现不清楚或不合格的处方，我们及时的与医生沟通，避免了一些医疗事故的发生。</w:t>
      </w:r>
      <w:r>
        <w:rPr>
          <w:lang w:eastAsia="zh-CN"/>
        </w:rPr>
        <w:br/>
      </w:r>
      <w:r>
        <w:rPr>
          <w:lang w:eastAsia="zh-CN"/>
        </w:rPr>
        <w:t>　　药品质量方面：我们每月对药品进行一次效期及质量的检查，保证了临床用药安全，对近期药品，我们提前数月向领导和医生汇报，以防止药品积压浪费，对过期和变质药品，我们及时报告，并按规定进行处理。</w:t>
      </w:r>
      <w:r>
        <w:rPr>
          <w:lang w:eastAsia="zh-CN"/>
        </w:rPr>
        <w:br/>
      </w:r>
      <w:r>
        <w:rPr>
          <w:lang w:eastAsia="zh-CN"/>
        </w:rPr>
        <w:t>　　账物方面：我们严把药品出、入库关，做到了出、入库有记录，有账目，有审核，有明细。每个月进行了财务对账，做到了账物相符。</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服务方面：我们对病人所急需药品，采取了临时采购。</w:t>
      </w:r>
      <w:r>
        <w:rPr>
          <w:lang w:eastAsia="zh-CN"/>
        </w:rPr>
        <w:br/>
      </w:r>
      <w:r>
        <w:rPr>
          <w:lang w:eastAsia="zh-CN"/>
        </w:rPr>
        <w:t>　　安全方面：我们加强了安全意识，对科室存在的安全隐患进行了排查，做好了防火，防盗，确保了药房的安全。</w:t>
      </w:r>
      <w:r>
        <w:rPr>
          <w:lang w:eastAsia="zh-CN"/>
        </w:rPr>
        <w:br/>
      </w:r>
      <w:r>
        <w:rPr>
          <w:lang w:eastAsia="zh-CN"/>
        </w:rPr>
        <w:t xml:space="preserve">    医院药房年终总结 篇9 </w:t>
      </w:r>
      <w:r>
        <w:rPr>
          <w:lang w:eastAsia="zh-CN"/>
        </w:rPr>
        <w:br/>
      </w:r>
      <w:r>
        <w:rPr>
          <w:lang w:eastAsia="zh-CN"/>
        </w:rPr>
        <w:t>　　1、遵守医院的各项规章制度，服从医院门诊部的统一管理。</w:t>
      </w:r>
      <w:r>
        <w:rPr>
          <w:lang w:eastAsia="zh-CN"/>
        </w:rPr>
        <w:br/>
      </w:r>
      <w:r>
        <w:rPr>
          <w:lang w:eastAsia="zh-CN"/>
        </w:rPr>
        <w:t>　　2、在分管院长的领导下，科室实行科主任负责制。对药学门诊工作等实行全面统一领导，并保证各项任务的完成。</w:t>
      </w:r>
      <w:r>
        <w:rPr>
          <w:lang w:eastAsia="zh-CN"/>
        </w:rPr>
        <w:br/>
      </w:r>
      <w:r>
        <w:rPr>
          <w:lang w:eastAsia="zh-CN"/>
        </w:rPr>
        <w:t>　　3、实行有经卫生部临床药师资格培训、中级以上职称的药学人员出专科药学门诊。让患者接受到专业的药学服务，有效提高了用药的安全性和合理性。</w:t>
      </w:r>
      <w:r>
        <w:rPr>
          <w:lang w:eastAsia="zh-CN"/>
        </w:rPr>
        <w:br/>
      </w:r>
      <w:r>
        <w:rPr>
          <w:lang w:eastAsia="zh-CN"/>
        </w:rPr>
        <w:t>　　4、实行首诊负责制，坚守工作岗位，不得擅离职守，认真服务患者。</w:t>
      </w:r>
      <w:r>
        <w:rPr>
          <w:lang w:eastAsia="zh-CN"/>
        </w:rPr>
        <w:br/>
      </w:r>
      <w:r>
        <w:rPr>
          <w:lang w:eastAsia="zh-CN"/>
        </w:rPr>
        <w:t>　　5、临床药师对就诊患者认真实施检查，及时做出正确用药解答。要准确认真规范记载治疗期间填写的各种登记。如遇疑难病例不能及时处理时，应及时请示上报进行会诊。</w:t>
      </w:r>
      <w:r>
        <w:rPr>
          <w:lang w:eastAsia="zh-CN"/>
        </w:rPr>
        <w:br/>
      </w:r>
      <w:r>
        <w:rPr>
          <w:lang w:eastAsia="zh-CN"/>
        </w:rPr>
        <w:t>　　6、做好本科室卫生，经常保持清洁整齐。</w:t>
      </w:r>
      <w:r>
        <w:rPr>
          <w:lang w:eastAsia="zh-CN"/>
        </w:rPr>
        <w:br/>
      </w:r>
      <w:r>
        <w:rPr>
          <w:lang w:eastAsia="zh-CN"/>
        </w:rPr>
        <w:t xml:space="preserve">    医院药房年终总结 篇10 </w:t>
      </w:r>
      <w:r>
        <w:rPr>
          <w:lang w:eastAsia="zh-CN"/>
        </w:rPr>
        <w:br/>
      </w:r>
      <w:r>
        <w:rPr>
          <w:lang w:eastAsia="zh-CN"/>
        </w:rPr>
        <w:t>　　时光匆匆，紧张而繁忙的一年又过去了。</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药剂科20__年工作在院长高度重视和主管院长的正确领导下，在有关职能部门和全院临床相关科室的大力支持下，紧紧围绕全院的工作重点和要求，全科室人员本着安全、经济、有效的原则，共同拼搏，以团结协作、求真务实的工作作风，顺利的完成了各项工作任务。现将20__年工作总结如下：</w:t>
      </w:r>
      <w:r>
        <w:rPr>
          <w:lang w:eastAsia="zh-CN"/>
        </w:rPr>
        <w:br/>
      </w:r>
      <w:r>
        <w:rPr>
          <w:lang w:eastAsia="zh-CN"/>
        </w:rPr>
        <w:t>　　一、经济方面：</w:t>
      </w:r>
      <w:r>
        <w:rPr>
          <w:lang w:eastAsia="zh-CN"/>
        </w:rPr>
        <w:br/>
      </w:r>
      <w:r>
        <w:rPr>
          <w:lang w:eastAsia="zh-CN"/>
        </w:rPr>
        <w:t>　　1、药品收入11月为止西药销售额利润元；中药销售额，利润，纯利润比去年同期增长1225.035.58元。</w:t>
      </w:r>
      <w:r>
        <w:rPr>
          <w:lang w:eastAsia="zh-CN"/>
        </w:rPr>
        <w:br/>
      </w:r>
      <w:r>
        <w:rPr>
          <w:lang w:eastAsia="zh-CN"/>
        </w:rPr>
        <w:t>　　2、严格药品入库、出库、销售的对账工作，每月和财务对账，半年一次盘点，帐物相符率超过99.9%。</w:t>
      </w:r>
      <w:r>
        <w:rPr>
          <w:lang w:eastAsia="zh-CN"/>
        </w:rPr>
        <w:br/>
      </w:r>
      <w:r>
        <w:rPr>
          <w:lang w:eastAsia="zh-CN"/>
        </w:rPr>
        <w:t>　　3、重视药品有效期管理，建立效期记录卡，每月底都进行效期药品自查，将近期药品及时调换或报告临床。全年没有破损情况上报财务，给院里减少了损失。</w:t>
      </w:r>
      <w:r>
        <w:rPr>
          <w:lang w:eastAsia="zh-CN"/>
        </w:rPr>
        <w:br/>
      </w:r>
      <w:r>
        <w:rPr>
          <w:lang w:eastAsia="zh-CN"/>
        </w:rPr>
        <w:t>　　二、服务方面：</w:t>
      </w:r>
      <w:r>
        <w:rPr>
          <w:lang w:eastAsia="zh-CN"/>
        </w:rPr>
        <w:br/>
      </w:r>
      <w:r>
        <w:rPr>
          <w:lang w:eastAsia="zh-CN"/>
        </w:rPr>
        <w:t>　　1、完善工作流程，提高工作效率，方便患者。药剂科是直接面对患者的重要窗口，是树立全院良好形象的重中之重。如何方便患者、如何提高工作效率，成为科室工作的重点。合理设置岗位、机动配备人员，全体工作人员齐心协力，克服困难，提高工作效率，保证、方便了国内外患者24小时的药品供应。</w:t>
      </w:r>
      <w:r>
        <w:rPr>
          <w:lang w:eastAsia="zh-CN"/>
        </w:rPr>
        <w:br/>
      </w:r>
      <w:r>
        <w:rPr>
          <w:lang w:eastAsia="zh-CN"/>
        </w:rPr>
        <w:t>　　2、在日常繁忙的工作中，不拘形式，结合科室的实际情况安排学习和讨论，全科人员认真学习、贯彻执行药政管理的有关法律法规，以提高窗口服务为己任，以质量第一、服务取胜的理念全心全意为中外患者服务。</w:t>
      </w:r>
      <w:r>
        <w:rPr>
          <w:lang w:eastAsia="zh-CN"/>
        </w:rPr>
        <w:br/>
      </w:r>
      <w:r>
        <w:rPr>
          <w:lang w:eastAsia="zh-CN"/>
        </w:rPr>
        <w:t>　　3、不断加强专业、理论知识的学习，加强俄语学习，并在工作中不断吸取新的知识来提高业务素质。从而，以更加专业、精湛的服务技能赢得中外患者的一致好评。</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三、业务方面：</w:t>
      </w:r>
      <w:r>
        <w:rPr>
          <w:lang w:eastAsia="zh-CN"/>
        </w:rPr>
        <w:br/>
      </w:r>
      <w:r>
        <w:rPr>
          <w:lang w:eastAsia="zh-CN"/>
        </w:rPr>
        <w:t>　　1、做到采购透明、质量透明、临床用药透明，及时了解各临床科室药品需求动态，确保临床药品的合理性、安全性、患者满意性供应。</w:t>
      </w:r>
      <w:r>
        <w:rPr>
          <w:lang w:eastAsia="zh-CN"/>
        </w:rPr>
        <w:br/>
      </w:r>
      <w:r>
        <w:rPr>
          <w:lang w:eastAsia="zh-CN"/>
        </w:rPr>
        <w:t>　　2、对滞销、近期药品及时与临床沟通，以便及时合理应用，减少药品的浪费。对新进药品及时掌握使用的适应症，以便指导临床使用。广泛开展临床药品不良反应监测，发现问题及时上报，避免药品不良反应的重复发生。</w:t>
      </w:r>
      <w:r>
        <w:rPr>
          <w:lang w:eastAsia="zh-CN"/>
        </w:rPr>
        <w:br/>
      </w:r>
      <w:r>
        <w:rPr>
          <w:lang w:eastAsia="zh-CN"/>
        </w:rPr>
        <w:t>　　3、重视药品储备工作，加强药品质量管理，在购进验收、入库等环节的质量管理，严格执行国家药监局《医疗机构药品使用质量管理暂行规定》的要求，保障患者用药安全。</w:t>
      </w:r>
      <w:r>
        <w:rPr>
          <w:lang w:eastAsia="zh-CN"/>
        </w:rPr>
        <w:br/>
      </w:r>
      <w:r>
        <w:rPr>
          <w:lang w:eastAsia="zh-CN"/>
        </w:rPr>
        <w:t>　　4、加强卫生清洁工作，做好防尘工作，保证发出的药品整洁。</w:t>
      </w:r>
      <w:r>
        <w:rPr>
          <w:lang w:eastAsia="zh-CN"/>
        </w:rPr>
        <w:br/>
      </w:r>
      <w:r>
        <w:rPr>
          <w:lang w:eastAsia="zh-CN"/>
        </w:rPr>
        <w:t>　　四、其他方面：</w:t>
      </w:r>
      <w:r>
        <w:rPr>
          <w:lang w:eastAsia="zh-CN"/>
        </w:rPr>
        <w:br/>
      </w:r>
      <w:r>
        <w:rPr>
          <w:lang w:eastAsia="zh-CN"/>
        </w:rPr>
        <w:t>　　1、随着国家药政法规相继颁布，为适应药事管理工作的要求，在认真总结工作经验的基础上，结合相关法规和医院评审标准，对科内各项规章制度进行了补充，完善了制度，以制度管人，以制度规范服务。</w:t>
      </w:r>
      <w:r>
        <w:rPr>
          <w:lang w:eastAsia="zh-CN"/>
        </w:rPr>
        <w:br/>
      </w:r>
      <w:r>
        <w:rPr>
          <w:lang w:eastAsia="zh-CN"/>
        </w:rPr>
        <w:t>　　2、全科人员积极响应院里各项号召，踊跃参加各项文体活动和义务劳动。认真学习院有关会议文件精神，积极参与推进全院各项改革措施的落实和实施。</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回首这一年我们药剂科日日夜夜，所获得的感受是欣慰，每个人都深切体会到我们疗养院对社会所负的使命，都自觉充实自己，不断向上。总而言之，药剂科在20__年的工作中也存在不足之处，在新一年的工作中我们努力改进、改善，提高完善服务质量，全心全意为患者服务，困难面前迎难而上，成绩面前骄傲备战，为我院的社会效益、经济效益更好的发展保驾护航，为疗养院的兴旺发达创造出更大的经济效益。</w:t>
      </w:r>
      <w:r>
        <w:rPr>
          <w:lang w:eastAsia="zh-CN"/>
        </w:rPr>
        <w:br/>
      </w:r>
      <w:r>
        <w:rPr>
          <w:lang w:eastAsia="zh-CN"/>
        </w:rPr>
        <w:t xml:space="preserve">    医院药房年终总结 篇11 </w:t>
      </w:r>
      <w:r>
        <w:rPr>
          <w:lang w:eastAsia="zh-CN"/>
        </w:rPr>
        <w:br/>
      </w:r>
      <w:r>
        <w:rPr>
          <w:lang w:eastAsia="zh-CN"/>
        </w:rPr>
        <w:t>　　时光流逝，转眼间我在成长中又渡过半年。回首这走过的半年，很荣幸能与各位同事共同进步，我也在大家的身上学到不少的知识。半年以来我心中最大的感受便是要做一名合格的药房工作人员不难，但要做一名优秀的药房工作人员就不那么简单了。我认为：一名好的工作人员不仅要为人谦和正直，对事业认真兢兢业业。而且在思想政治上、业务能力上更要专研。我作为一名年轻的中药工作人员需要学习的东西还很多很多。</w:t>
      </w:r>
      <w:r>
        <w:rPr>
          <w:lang w:eastAsia="zh-CN"/>
        </w:rPr>
        <w:br/>
      </w:r>
      <w:r>
        <w:rPr>
          <w:lang w:eastAsia="zh-CN"/>
        </w:rPr>
        <w:t>　　一、树立正确的世界观和人生观</w:t>
      </w:r>
      <w:r>
        <w:rPr>
          <w:lang w:eastAsia="zh-CN"/>
        </w:rPr>
        <w:br/>
      </w:r>
      <w:r>
        <w:rPr>
          <w:lang w:eastAsia="zh-CN"/>
        </w:rPr>
        <w:t>　　在这一年中我认真参加各种学习和活动。有句成语是：只要功夫深，铁杵磨成针。是的，作为一名药房工作人员，我在工作中无意中会考虑不周显得毛毛糙糙，不甚妥当。当意见、建议来临时，现在的我不再不悦，不再拒绝。而是以更高的要求来要求自己，努力告诫自己：换个角度静心仔细想想如何能的好一些。</w:t>
      </w:r>
      <w:r>
        <w:rPr>
          <w:lang w:eastAsia="zh-CN"/>
        </w:rPr>
        <w:br/>
      </w:r>
      <w:r>
        <w:rPr>
          <w:lang w:eastAsia="zh-CN"/>
        </w:rPr>
        <w:t>　　二、认真听取经验，仔细记录，认真思考推敲</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在工作中，我认真投入，认真学习。我感到人人都是我的师长，我能学，要学的东西还很多。在空余时间，我会阅读一些自己订的杂志，去图书馆翻阅、网上查询有关相关资料，去书城自费购买与教育教学有用的各类书籍和音像资料进行观看学习，我深切的感受到学习对自己的帮助确实很大。</w:t>
      </w:r>
      <w:r>
        <w:rPr>
          <w:lang w:eastAsia="zh-CN"/>
        </w:rPr>
        <w:br/>
      </w:r>
      <w:r>
        <w:rPr>
          <w:lang w:eastAsia="zh-CN"/>
        </w:rPr>
        <w:t>　　今年，我渐渐认识到工作的重要性。也让我从一个不爱读书不爱学习的人选择继续深造，而且我还会一步一步不断增加知识，开阔自己。自从我的工作量加大了，我就学会了自我强化工作意识，注意加快工作节奏，提高工作效率，冷静办理各项工作，力求周全、准确，避免疏漏和差错，至今基本做到了事事有着落。接触新的工作，让我获得了新的收获。时间过得很快，回顾这一年，感触颇深。好像很忙碌，却感到很充实而有意义，有压力的同时也有了工作的动力。</w:t>
      </w:r>
      <w:r>
        <w:rPr>
          <w:lang w:eastAsia="zh-CN"/>
        </w:rPr>
        <w:br/>
      </w:r>
      <w:r>
        <w:rPr>
          <w:lang w:eastAsia="zh-CN"/>
        </w:rPr>
        <w:t>　　最近因为医院的销售量越来越大，工作量一下增加了很多，但我们还是有顺序有安排的做好每一件事情。同事们在一起开开心心的上班，让我们在工作的时候也制造了很多乐趣。心情好了做事也有劲了。</w:t>
      </w:r>
      <w:r>
        <w:rPr>
          <w:lang w:eastAsia="zh-CN"/>
        </w:rPr>
        <w:br/>
      </w:r>
      <w:r>
        <w:rPr>
          <w:lang w:eastAsia="zh-CN"/>
        </w:rPr>
        <w:t>　　三、不断努力下，在慢慢成长</w:t>
      </w:r>
      <w:r>
        <w:rPr>
          <w:lang w:eastAsia="zh-CN"/>
        </w:rPr>
        <w:br/>
      </w:r>
      <w:r>
        <w:rPr>
          <w:lang w:eastAsia="zh-CN"/>
        </w:rPr>
        <w:t>　　在这一年里，我坚持严格要求自己，注重以身作则，以诚待人，一是爱岗敬业讲奉献。我正确认识自身的工作和价值，正确处理苦与乐、得与失、个人利益和集体利益的关系，坚持甘于奉献、诚实敬业，二是锤炼技能讲提高。经过一年的学习和锻炼，细心学习他人长处，改掉自己的不足，并虚心向领导、同事请教，在不断学习和探索中使自己在技术上有所提高。</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严于律己，一年来我始终把耐得平淡、舍得付出、默默无闻作为自己的准则，始终把工作的重点放在严谨、细致、扎实、脚踏实地上。在工作中，以制度、纪律规范自己的一切言行，严格遵守各项规章制度，尊重领导，团结同事，谦虚谨慎，不断改进工作作风；坚持做到不利于医院事不做。与同事心往一处想，劲往一处使，不会计较干得多，干得少，只希望把所有工作圆满完成。</w:t>
      </w:r>
      <w:r>
        <w:rPr>
          <w:lang w:eastAsia="zh-CN"/>
        </w:rPr>
        <w:br/>
      </w:r>
      <w:r>
        <w:rPr>
          <w:lang w:eastAsia="zh-CN"/>
        </w:rPr>
        <w:t>　　四、学到了不少东西，也做了一些成绩</w:t>
      </w:r>
      <w:r>
        <w:rPr>
          <w:lang w:eastAsia="zh-CN"/>
        </w:rPr>
        <w:br/>
      </w:r>
      <w:r>
        <w:rPr>
          <w:lang w:eastAsia="zh-CN"/>
        </w:rPr>
        <w:t>　　但这还远远不够，尤其在工作人方面上还显得稚嫩。一路走来，步履匆匆，不觉间已到20__年的尾声。回首一年来的工作和生活，感悟良多。平时忙忙碌碌，没有太多时间和机会坐下来好好总结自己做过的工作，年底了，静下心来总结一年工作中的得失、查找自己的不足，为来年的工作做好安排和计划，一年来，我做了一定的工作，也积累下了工作经验，但距领导和同事们的要求还有不少的差距、在今后的工作中，我将克服不足，以对工作高度负责的态度，脚踏实地，尽职尽责的做好各项工作。多关心同事，团结部门所有成员共同努力工作，不辜负领导和同事们对我的期望。</w:t>
      </w:r>
      <w:r>
        <w:rPr>
          <w:lang w:eastAsia="zh-CN"/>
        </w:rPr>
        <w:br/>
      </w:r>
      <w:r>
        <w:rPr>
          <w:lang w:eastAsia="zh-CN"/>
        </w:rPr>
        <w:t>　　我将在未来继续多学，多思、多试努力把工作做的更好！</w:t>
      </w:r>
      <w:r>
        <w:rPr>
          <w:lang w:eastAsia="zh-CN"/>
        </w:rPr>
        <w:br/>
      </w:r>
      <w:r>
        <w:rPr>
          <w:lang w:eastAsia="zh-CN"/>
        </w:rPr>
        <w:t xml:space="preserve">    医院药房年终总结 篇12 </w:t>
      </w:r>
      <w:r>
        <w:rPr>
          <w:lang w:eastAsia="zh-CN"/>
        </w:rPr>
        <w:br/>
      </w:r>
    </w:p>
    <w:p w:rsidR="001B1F19" w14:textId="27C3F48A">
      <w:pPr>
        <w:rPr>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近年以来，我认真执行党的各项卫生工作方针政策，遵守医院的规章制度，以深入学习实践科学发展观主题活动为契机，遵守院规院纪，不迟到，不早退。认真执行《药品管理法》及《处方管理办法》，坚决抵制违法违纪行为和行业不正之风，树立全心全意为患者服务意识和集体荣誉感。</w:t>
      </w:r>
      <w:r>
        <w:rPr>
          <w:lang w:eastAsia="zh-CN"/>
        </w:rPr>
        <w:br/>
      </w:r>
      <w:r>
        <w:rPr>
          <w:lang w:eastAsia="zh-CN"/>
        </w:rPr>
        <w:t>　　认真学习《药品管理法》及《处方管理办法》和抗菌药物的合理应用，并利用业余时间进修学习，不断提高业务水平和技能，爱岗敬业，同心协力为患者服务，虚心向同行学习专业知识，及时妥善处理工作中出现的临时性问题。药品摆放整齐，严格管理毒、麻、限、剧及贵重药品、定期盘存，协助财务部做好药品经济核算工作，发现问题及时查找原因，研究处理并及时解决。每天的工作是负责药品发放和二类____类药品的请领、发放、处方登记和保管。摆药室是一个整体，每个人就像一个零件，全体齐心协力，上下一心，互相配合，互相帮助，保质保量的完成了上级交给的各项任务。</w:t>
      </w:r>
      <w:r>
        <w:rPr>
          <w:lang w:eastAsia="zh-CN"/>
        </w:rPr>
        <w:br/>
      </w:r>
      <w:r>
        <w:rPr>
          <w:lang w:eastAsia="zh-CN"/>
        </w:rPr>
        <w:t>　　明年的工作方向：</w:t>
      </w:r>
      <w:r>
        <w:rPr>
          <w:lang w:eastAsia="zh-CN"/>
        </w:rPr>
        <w:br/>
      </w:r>
      <w:r>
        <w:rPr>
          <w:lang w:eastAsia="zh-CN"/>
        </w:rPr>
        <w:t>　　继续改善服务态度和提高服务质量，发现问题及时解决纠正，结合工作实际积极改善服务态度。进一步加强业务学习，把业务学习列为重中之重。积极参加院上组织的业务学习，增加新知识。调剂药品工作要求我们要特别认真、细心，不能在工作中出现任何差错，轻则经济受损，重者就会给病人的身心健康和医院的经济、声誉等造成无法挽回的损失。建立、健全各项规章制度尤为重要，能保证药品质量的管理制度及程序并落到实处，加强规范化操作，发挥长处，提高工作质量和效率，杜绝差错事故发生。对所发生药品不良反应按规定及时上报。做好药品盘点，协助财务部做好药品经济核算工作。存在的不足是专业知识不够扎实，一定努力改进。</w:t>
      </w:r>
      <w:r>
        <w:rPr>
          <w:lang w:eastAsia="zh-CN"/>
        </w:rPr>
        <w:br/>
      </w:r>
      <w:r>
        <w:rPr>
          <w:lang w:eastAsia="zh-CN"/>
        </w:rPr>
        <w:t xml:space="preserve">    医院药房年终总结 篇13 </w:t>
      </w:r>
      <w:r>
        <w:rPr>
          <w:lang w:eastAsia="zh-CN"/>
        </w:rPr>
        <w:br/>
      </w:r>
    </w:p>
    <w:p w:rsidR="001B1F19" w14:textId="27C3F48A">
      <w:pPr>
        <w:rPr>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根据国办发16号文件《关于城镇医药卫生体制改革的指导意见》的通知精神，20__年4月起，我院开展了药房管理社会化改革&amp;&amp;药房托管。五年来，在县委、政府及有关部门的关心支持下，经过双方的共同努力，圆满地完成了药房托管改革的尝试，达到了预期的目的。现合同期限已满，特将五年药房托管改革情况作如下总结。</w:t>
      </w:r>
      <w:r>
        <w:rPr>
          <w:lang w:eastAsia="zh-CN"/>
        </w:rPr>
        <w:br/>
      </w:r>
      <w:r>
        <w:rPr>
          <w:lang w:eastAsia="zh-CN"/>
        </w:rPr>
        <w:t>　　一、我院药房托管改革的历史背景</w:t>
      </w:r>
      <w:r>
        <w:rPr>
          <w:lang w:eastAsia="zh-CN"/>
        </w:rPr>
        <w:br/>
      </w:r>
      <w:r>
        <w:rPr>
          <w:lang w:eastAsia="zh-CN"/>
        </w:rPr>
        <w:t>　　进入新世纪，全国医药卫生改革蓬勃兴起，当时正值我院药品管理的混乱时期，药品回扣等不正之风的盛行使医院也深受其害，有关人员也受到了惩处。__年11月，新一届领导班子调整健全后，虽然进行了全面整治，但与多家公司及厂商打交道的混乱局面仍未能摆脱，加之日趋激励的医疗市场竞争，院长难免分心扮演药品商人，面对虚高的药品价格，群众看病贵，患者不满意，医院发展困难。在财政补助严重不足，医院发展举步为艰的困境中，我们想到了改革。在科学发展观思想的指导下，医院领导班子解放思想抓管理，脚踏实地搞改革，深刻理解发展才是硬道理的内涵。同时，多项卓有成效的改革也轰轰烈烈地在十五期间展开，其中，药房托管改革就是今天医院翻天覆地变化不可缺少的坚强后盾。</w:t>
      </w:r>
      <w:r>
        <w:rPr>
          <w:lang w:eastAsia="zh-CN"/>
        </w:rPr>
        <w:br/>
      </w:r>
      <w:r>
        <w:rPr>
          <w:lang w:eastAsia="zh-CN"/>
        </w:rPr>
        <w:t>　　二、慎重起步，规范托管</w:t>
      </w:r>
      <w:r>
        <w:rPr>
          <w:lang w:eastAsia="zh-CN"/>
        </w:rPr>
        <w:br/>
      </w:r>
    </w:p>
    <w:p w:rsidR="001B1F19" w14:textId="27C3F48A">
      <w:pPr>
        <w:rPr>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为了掌握省内药房托管的相关信息，20__年12月初，我们组织了有关领导和相关人员前往已经实施了药房托管的等医院参观考察。回院后召开了党政扩大会议，结合院情，专题研究药房托管改革事宜。经过论证分析，大家一致认为，实施药房托管改革势在必行。20__年12月18日，以禄医字[20__]09号文件《关于实施药房托管改革的请示》汇报县政府分管领导及主管局。20__年1月13日，以禄医字[20__]01号文件下发，成立药房托管改革领导小组。20__年2月20日，经五届三次职工代表大会讨论通过，并报请十四届禄丰县人民政府第四次常务会议决定，同意我院实施药房托管。</w:t>
      </w:r>
      <w:r>
        <w:rPr>
          <w:lang w:eastAsia="zh-CN"/>
        </w:rPr>
        <w:br/>
      </w:r>
      <w:r>
        <w:rPr>
          <w:lang w:eastAsia="zh-CN"/>
        </w:rPr>
        <w:t>　　20__年4月15日经过公开招投标，有5家公司参与竞争谈判。最后，__省药品科技开发经营公司中标。20__年4月26日举行了签字仪式，并对所列合同条款内容进行了公正。托管期限为五年，从20__年4月26日起至20__年4月26日止。</w:t>
      </w:r>
      <w:r>
        <w:rPr>
          <w:lang w:eastAsia="zh-CN"/>
        </w:rPr>
        <w:br/>
      </w:r>
      <w:r>
        <w:rPr>
          <w:lang w:eastAsia="zh-CN"/>
        </w:rPr>
        <w:t>　　三、托管有目标，三赢变四赢</w:t>
      </w:r>
      <w:r>
        <w:rPr>
          <w:lang w:eastAsia="zh-CN"/>
        </w:rPr>
        <w:br/>
      </w:r>
      <w:r>
        <w:rPr>
          <w:lang w:eastAsia="zh-CN"/>
        </w:rPr>
        <w:t>　　我院实施药房托管改革的目标，从三赢设想开始，最后达到四赢目标圆满结束。最初提出三赢的目标是，患者受益、医院发展、公司得利。即：通过开展托管要使药品价格下降，医院的既得利益得到保障，满足临床用药，减少成本支出，规范药品管理，加快医院发展，医院公司双赢，患者得到实惠。通过实施三年后，__省委组织有关专家教授来院调研考察后，充分肯定了我院药房托管改革的成绩，认为不仅仅是三赢，还要加一赢，即：有效地遏制了医药购销使用过程中的不正之风。回顾五年药房托管改革，已到了预期改革的目标。</w:t>
      </w:r>
      <w:r>
        <w:rPr>
          <w:lang w:eastAsia="zh-CN"/>
        </w:rPr>
        <w:br/>
      </w:r>
      <w:r>
        <w:rPr>
          <w:lang w:eastAsia="zh-CN"/>
        </w:rPr>
        <w:t>　　四、医院实现跨越发展，药房托管举足轻重</w:t>
      </w:r>
      <w:r>
        <w:rPr>
          <w:lang w:eastAsia="zh-CN"/>
        </w:rPr>
        <w:br/>
      </w:r>
    </w:p>
    <w:p w:rsidR="001B1F19" w14:textId="27C3F48A">
      <w:pPr>
        <w:rPr>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20__年2月20日，在五届三次职工代表大会上，我们就提出了医院发展的宏伟蓝图，即：在十五期间，要率先在州内县级医院中实现人才一流、技术一流、设备一流、服务一流、效益一流、环境一流的花园式医疗卫生单位。在短短的三年中，医院变化日新月异，并在20__年的庆典仪式上，向县委、政府汇报我们已经实现了跨越式发展的目标，给禄丰人民交了一份满意的答卷。</w:t>
      </w:r>
      <w:r>
        <w:rPr>
          <w:lang w:eastAsia="zh-CN"/>
        </w:rPr>
        <w:br/>
      </w:r>
      <w:r>
        <w:rPr>
          <w:lang w:eastAsia="zh-CN"/>
        </w:rPr>
        <w:t>　　六个一流的实现，与药房托管改革密不可分。主要表现在托管之后医院的既得利益不但得到了保障，还依托公司的实力无息借款1000万元，用于医院的发展。没有雄厚的财力作为后盾，医院发展将是一句空话。</w:t>
      </w:r>
      <w:r>
        <w:rPr>
          <w:lang w:eastAsia="zh-CN"/>
        </w:rPr>
        <w:br/>
      </w:r>
      <w:r>
        <w:rPr>
          <w:lang w:eastAsia="zh-CN"/>
        </w:rPr>
        <w:t>　　五、药房托管改革，患者得到实惠</w:t>
      </w:r>
      <w:r>
        <w:rPr>
          <w:lang w:eastAsia="zh-CN"/>
        </w:rPr>
        <w:br/>
      </w:r>
      <w:r>
        <w:rPr>
          <w:lang w:eastAsia="zh-CN"/>
        </w:rPr>
        <w:t>　　在托管开始的半年内，我们提出的口号是要实现禄丰城区最低价，并有相关措施来保证，经过努力，确实做到了。如：根据当地药品行情，自行下调了104个品种，合计13万元。在以后的几年中，由于药品多次大幅度调价，只能按有关文件执行。从20__年5月起，我们在严格执行招(跟)标价及政府最高限价的基础上，又将门诊药品价格下调了两个百分点，共让利患者10余万元。到20__年1月底，按照有关文件，共对699种药品的价格进行了调整，其中：下调的金额达30余万元。这些都是禄丰老百姓实实在在享受到的实惠。</w:t>
      </w:r>
      <w:r>
        <w:rPr>
          <w:lang w:eastAsia="zh-CN"/>
        </w:rPr>
        <w:br/>
      </w:r>
      <w:r>
        <w:rPr>
          <w:lang w:eastAsia="zh-CN"/>
        </w:rPr>
        <w:t>　　六、满足临床用药，遏制商业贿赂</w:t>
      </w:r>
      <w:r>
        <w:rPr>
          <w:lang w:eastAsia="zh-CN"/>
        </w:rPr>
        <w:br/>
      </w:r>
    </w:p>
    <w:p w:rsidR="001B1F19" w14:textId="27C3F48A">
      <w:pPr>
        <w:rPr>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托管前的药剂科与46家公司产商打交道，不正之风难以杜绝，管理困难，所供药品也满足不了临床需求，供货率只达到80%左右，一些新特药物的使用，更是难以进入临床，治疗受影响，患者有意见，临床医生难当，药剂人员为难。自托管后，供货率达到了95%以上，大部分药品都按归类有高、中、低三个档次，品种也较齐全，基本满足了临床医生为患者根据病情及经济能力合理选择用药。由于规范了管理，到目前为止，还未发现明显的商业贿赂行为，使药品购销使用过程中的不正之风得到了有效遏制。</w:t>
      </w:r>
      <w:r>
        <w:rPr>
          <w:lang w:eastAsia="zh-CN"/>
        </w:rPr>
        <w:br/>
      </w:r>
      <w:r>
        <w:rPr>
          <w:lang w:eastAsia="zh-CN"/>
        </w:rPr>
        <w:t>　　七、药房托管工作圆满完成的体会</w:t>
      </w:r>
      <w:r>
        <w:rPr>
          <w:lang w:eastAsia="zh-CN"/>
        </w:rPr>
        <w:br/>
      </w:r>
      <w:r>
        <w:rPr>
          <w:lang w:eastAsia="zh-CN"/>
        </w:rPr>
        <w:t>　　我院是在州内首家进行药房管理社会化改革的医院，紧跟其后的几家医院，托管不到一年时间均先后流产。我院由于论证工作扎实，准备工作充分，掌握政策有度，托管目标明确，解决问题及时，履行合同诚信，才使得托管工作按合同圆满完成。以下三条是托管得以成功的前提，一是规范运作：改革有文件依据，托管经政府审批，招标公平公开，合同经过公正，实施履行承诺。二是严格管理：遇到问题及时解决，解决问题事不过夜，药品供应满足需求，款项拔付严守协议。三是清正廉洁：违反原则的事不做，无关的要求不提，商业贿赂无机可乘，两袖清风托管终结。</w:t>
      </w:r>
      <w:r>
        <w:rPr>
          <w:lang w:eastAsia="zh-CN"/>
        </w:rPr>
        <w:br/>
      </w:r>
      <w:r>
        <w:rPr>
          <w:lang w:eastAsia="zh-CN"/>
        </w:rPr>
        <w:t xml:space="preserve">    医院药房年终总结 篇14 </w:t>
      </w:r>
      <w:r>
        <w:rPr>
          <w:lang w:eastAsia="zh-CN"/>
        </w:rPr>
        <w:br/>
      </w:r>
      <w:r>
        <w:rPr>
          <w:lang w:eastAsia="zh-CN"/>
        </w:rPr>
        <w:t>　　根据国办发16号文件《关于城镇医药卫生体制改革的指导意见》的通知精神，20__年4月起，我院开展了药房管理社会化改革——药房托管。五年来，在县委、政府及有关部门的关心支持下，经过双方的共同努力，圆满地完成了药房托管改革的尝试，达到了预期的目的。现合同期限已满，特将五年药房托管改革情况作如下总结。</w:t>
      </w:r>
      <w:r>
        <w:rPr>
          <w:lang w:eastAsia="zh-CN"/>
        </w:rPr>
        <w:br/>
      </w:r>
      <w:r>
        <w:rPr>
          <w:lang w:eastAsia="zh-CN"/>
        </w:rPr>
        <w:t>　　一、我院药房托管改革的历史背景</w:t>
      </w:r>
      <w:r>
        <w:rPr>
          <w:lang w:eastAsia="zh-CN"/>
        </w:rPr>
        <w:br/>
      </w:r>
    </w:p>
    <w:p w:rsidR="001B1F19" w14:textId="27C3F48A">
      <w:pPr>
        <w:rPr>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进入新世纪，全国医药卫生改革蓬勃兴起，当时正值我院药品管理的混乱时期，药品回扣等不正之风的盛行使医院也深受其害，有关人员也受到了惩处。__年11月，新一届领导班子调整健全后，虽然进行了全面整治，但与多家公司及厂商打交道的混乱局面仍未能摆脱，加之日趋激励的医疗市场竞争，院长难免分心扮演“药品商人”，面对虚高的药品价格，群众看病贵，患者不满意，医院发展困难。在财政补助严重不足，医院发展举步为艰的困境中，我们想到了改革。在科学发展观思想的指导下，医院领导班子解放思想抓管理，脚踏实地搞改革，深刻理解“发展才是硬道理”的内涵。同时，多项卓有成效的改革也轰轰烈烈地在“十五”期间展开，其中，药房托管改革就是今天医院翻天覆地变化不可缺少的坚强后盾。</w:t>
      </w:r>
      <w:r>
        <w:rPr>
          <w:lang w:eastAsia="zh-CN"/>
        </w:rPr>
        <w:br/>
      </w:r>
      <w:r>
        <w:rPr>
          <w:lang w:eastAsia="zh-CN"/>
        </w:rPr>
        <w:t>　　二、慎重起步，规范托管</w:t>
      </w:r>
      <w:r>
        <w:rPr>
          <w:lang w:eastAsia="zh-CN"/>
        </w:rPr>
        <w:br/>
      </w:r>
      <w:r>
        <w:rPr>
          <w:lang w:eastAsia="zh-CN"/>
        </w:rPr>
        <w:t>　　为了掌握省内药房托管的相关信息，20__年12月初，我们组织了有关领导和相关人员前往已经实施了药房托管的等医院参观考察。回院后召开了党政扩大会议，结合院情，专题研究药房托管改革事宜。经过论证分析，大家一致认为，实施药房托管改革势在必行。</w:t>
      </w:r>
      <w:r>
        <w:rPr>
          <w:lang w:eastAsia="zh-CN"/>
        </w:rPr>
        <w:br/>
      </w:r>
      <w:r>
        <w:rPr>
          <w:lang w:eastAsia="zh-CN"/>
        </w:rPr>
        <w:t>　　20__年4月15日经过公开招投标，有5家公司参与竞争谈判。最后，__省药品科技开发经营公司中标。20__年4月26日举行了签字仪式，并对所列合同条款内容进行了公正。托管期限为五年，从20__年4月26日起至20__年4月26日止。</w:t>
      </w:r>
      <w:r>
        <w:rPr>
          <w:lang w:eastAsia="zh-CN"/>
        </w:rPr>
        <w:br/>
      </w:r>
      <w:r>
        <w:rPr>
          <w:lang w:eastAsia="zh-CN"/>
        </w:rPr>
        <w:t>　　三、托管有目标，“三赢”变“四赢”</w:t>
      </w:r>
      <w:r>
        <w:rPr>
          <w:lang w:eastAsia="zh-CN"/>
        </w:rPr>
        <w:br/>
      </w:r>
    </w:p>
    <w:p w:rsidR="001B1F19" w14:textId="27C3F48A">
      <w:pPr>
        <w:rPr>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我院实施药房托管改革的目标，从“三赢”设想开始，最后达到“四赢”目标圆满结束。最初提出“三赢”的目标是，患者受益、医院发展、公司得利。即：通过开展托管要使药品价格下降，医院的既得利益得到保障，满足临床用药，减少成本支出，规范药品管理，加快医院发展，医院公司双赢，患者得到实惠。通过实施三年后，__省委组织有关专家教授来院调研考察后，充分肯定了我院药房托管改革的成绩，认为不仅仅是“三赢”，还要加一赢，即：“有效地遏制了医药购销使用过程中的不正之风”。回顾五年药房托管改革，已到了预期改革的目标。</w:t>
      </w:r>
      <w:r>
        <w:rPr>
          <w:lang w:eastAsia="zh-CN"/>
        </w:rPr>
        <w:br/>
      </w:r>
      <w:r>
        <w:rPr>
          <w:lang w:eastAsia="zh-CN"/>
        </w:rPr>
        <w:t>　　四、医院实现跨越发展，药房托管举足轻重</w:t>
      </w:r>
      <w:r>
        <w:rPr>
          <w:lang w:eastAsia="zh-CN"/>
        </w:rPr>
        <w:br/>
      </w:r>
      <w:r>
        <w:rPr>
          <w:lang w:eastAsia="zh-CN"/>
        </w:rPr>
        <w:t>　　20__年2月20日，在五届三次职工代表大会上，我们就提出了医院发展的宏伟蓝图，即：在“十五”期间，要率先在州内县级医院中实现“人才一流、技术一流、设备一流、服务一流、效益一流、环境一流”的花园式医疗卫生单位。在短短的三年中，医院变化日新月异，并在20__年的庆典仪式上，向县委、政府汇报我们已经实现了跨越式发展的目标，给禄丰人民交了一份满意的答卷。</w:t>
      </w:r>
      <w:r>
        <w:rPr>
          <w:lang w:eastAsia="zh-CN"/>
        </w:rPr>
        <w:br/>
      </w:r>
      <w:r>
        <w:rPr>
          <w:lang w:eastAsia="zh-CN"/>
        </w:rPr>
        <w:t>　　“六个一流”的实现，与药房托管改革密不可分。主要表现在托管之后医院的既得利益不但得到了保障，还依托公司的实力无息借款1000万元，用于医院的发展。没有雄厚的财力作为后盾，医院发展将是一句空话。</w:t>
      </w:r>
      <w:r>
        <w:rPr>
          <w:lang w:eastAsia="zh-CN"/>
        </w:rPr>
        <w:br/>
      </w:r>
      <w:r>
        <w:rPr>
          <w:lang w:eastAsia="zh-CN"/>
        </w:rPr>
        <w:t>　　五、药房托管改革，患者得到实惠</w:t>
      </w:r>
      <w:r>
        <w:rPr>
          <w:lang w:eastAsia="zh-CN"/>
        </w:rPr>
        <w:br/>
      </w:r>
    </w:p>
    <w:p w:rsidR="001B1F19" w14:textId="27C3F48A">
      <w:pPr>
        <w:rPr>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在托管开始的半年内，我们提出的口号是“要实现禄丰城区最低价”，并有相关措施来保证，经过努力，确实做到了。如：根据当地药品行情，自行下调了104个品种，合计13万元。在以后的几年中，由于药品多次大幅度调价，只能按有关文件执行。从20__年5月起，我们在严格执行招（跟）标价及政府最高限价的基础上，又将门诊药品价格下调了两个百分点，共让利患者10余万元。到20__年1月底，按照有关文件，共对699种药品的.价格进行了调整，其中：下调的金额达30余万元。这些都是禄丰老百姓实实在在享受到的实惠。</w:t>
      </w:r>
      <w:r>
        <w:rPr>
          <w:lang w:eastAsia="zh-CN"/>
        </w:rPr>
        <w:br/>
      </w:r>
      <w:r>
        <w:rPr>
          <w:lang w:eastAsia="zh-CN"/>
        </w:rPr>
        <w:t>　　六、满足临床用药，遏制商业贿赂</w:t>
      </w:r>
      <w:r>
        <w:rPr>
          <w:lang w:eastAsia="zh-CN"/>
        </w:rPr>
        <w:br/>
      </w:r>
      <w:r>
        <w:rPr>
          <w:lang w:eastAsia="zh-CN"/>
        </w:rPr>
        <w:t>　　托管前的药剂科与46家公司产商打交道，不正之风难以杜绝，管理困难，所供药品也满足不了临床需求，供货率只达到80%左右，一些新特药物的使用，更是难以进入临床，治疗受影响，患者有意见，临床医生难当，药剂人员为难。自托管后，供货率达到了95%以上，大部分药品都按归类有高、中、低三个档次，品种也较齐全，基本满足了临床医生为患者根据病情及经济能力合理选择用药。由于规范了管理，到目前为止，还未发现明显的商业贿赂行为，使药品购销使用过程中的不正之风得到了有效遏制。</w:t>
      </w:r>
      <w:r>
        <w:rPr>
          <w:lang w:eastAsia="zh-CN"/>
        </w:rPr>
        <w:br/>
      </w:r>
      <w:r>
        <w:rPr>
          <w:lang w:eastAsia="zh-CN"/>
        </w:rPr>
        <w:t>　　七、药房托管工作圆满完成的体会</w:t>
      </w:r>
      <w:r>
        <w:rPr>
          <w:lang w:eastAsia="zh-CN"/>
        </w:rPr>
        <w:br/>
      </w:r>
    </w:p>
    <w:p w:rsidR="001B1F19" w14:textId="27C3F48A">
      <w:pPr>
        <w:rPr>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我院是在州内首家进行药房管理社会化改革的医院，紧跟其后的几家医院，托管不到一年时间均先后“流产”。我院由于论证工作扎实，准备工作充分，掌握政策有度，托管目标明确，解决问题及时，履行合同诚信，才使得托管工作按合同圆满完成。以下三条是托管得以成功的前提，一是规范运作：改革有文件依据，托管经政府审批，招标公平公开，合同经过公正，实施履行承诺。二是严格管理：遇到问题及时解决，解决问题事不过夜，药品供应满足需求，款项拔付严守协议。三是清正廉洁：违反原则的事不做，无关的要求不提，商业贿赂无机可乘，两袖清风托管终结。</w:t>
      </w:r>
      <w:r>
        <w:rPr>
          <w:lang w:eastAsia="zh-CN"/>
        </w:rPr>
        <w:br/>
      </w:r>
      <w:r>
        <w:rPr>
          <w:lang w:eastAsia="zh-CN"/>
        </w:rPr>
        <w:t xml:space="preserve">    医院药房年终总结 篇15 </w:t>
      </w:r>
      <w:r>
        <w:rPr>
          <w:lang w:eastAsia="zh-CN"/>
        </w:rPr>
        <w:br/>
      </w:r>
      <w:r>
        <w:rPr>
          <w:lang w:eastAsia="zh-CN"/>
        </w:rPr>
        <w:t>　　20__年度已经过去，在院党政领导的关心和分管院长的直接领导下，紧紧围绕医院的工作重点和要求，以求真务实的工作状态，顺利完成了各项工作和任务，现将一年来药房工作情况总结如下：</w:t>
      </w:r>
      <w:r>
        <w:rPr>
          <w:lang w:eastAsia="zh-CN"/>
        </w:rPr>
        <w:br/>
      </w:r>
      <w:r>
        <w:rPr>
          <w:lang w:eastAsia="zh-CN"/>
        </w:rPr>
        <w:t>　　一、完善工作流程、提高工作效率、方便患者</w:t>
      </w:r>
      <w:r>
        <w:rPr>
          <w:lang w:eastAsia="zh-CN"/>
        </w:rPr>
        <w:br/>
      </w:r>
      <w:r>
        <w:rPr>
          <w:lang w:eastAsia="zh-CN"/>
        </w:rPr>
        <w:t>　　门诊药房是直接面对对患者额度重要窗口，如何方便患者、如何提高工作效率是药房的工作重点。通过完善工作流程、提高服务意识、充分调动自己的工作积极性，提高了工作效率，为患者提供了方便。</w:t>
      </w:r>
      <w:r>
        <w:rPr>
          <w:lang w:eastAsia="zh-CN"/>
        </w:rPr>
        <w:br/>
      </w:r>
      <w:r>
        <w:rPr>
          <w:lang w:eastAsia="zh-CN"/>
        </w:rPr>
        <w:t>　　二、加强业务学习、努力提高服务质量</w:t>
      </w:r>
      <w:r>
        <w:rPr>
          <w:lang w:eastAsia="zh-CN"/>
        </w:rPr>
        <w:br/>
      </w:r>
      <w:r>
        <w:rPr>
          <w:lang w:eastAsia="zh-CN"/>
        </w:rPr>
        <w:t>　　认真学习药物知识，严格按照《处方管理办法》《药房调剂工作制度》《药房调剂职责》的规定调剂药品，坚持‘查十对’严防发生差错事故，熟练掌握了药房调剂工作制度、药房调剂职责，一年来做到了全心全意为患者服务，以礼待人、热情服务、耐心解答问题、在不断的实践中提高了自身的素质和业务水平。</w:t>
      </w:r>
      <w:r>
        <w:rPr>
          <w:lang w:eastAsia="zh-CN"/>
        </w:rPr>
        <w:br/>
      </w:r>
      <w:r>
        <w:rPr>
          <w:lang w:eastAsia="zh-CN"/>
        </w:rPr>
        <w:t>　　20__年度，我们在忙碌中顺利完成了各阶段的工作任务，虽然在工作中仍有不足之处，也得到了各级领导的指正和支持，今后我们会在各项工作中弥补自己的缺点，努力的完善自己，逐渐的完善各项工作。</w:t>
      </w:r>
      <w:r>
        <w:rPr>
          <w:lang w:eastAsia="zh-CN"/>
        </w:rPr>
        <w:br/>
      </w:r>
    </w:p>
    <w:p w:rsidR="001B1F19" w14:textId="27C3F48A">
      <w:pPr>
        <w:rPr>
          <w:lang w:eastAsia="zh-CN"/>
        </w:rPr>
      </w:pPr>
      <w:r>
        <w:rPr>
          <w:lang w:eastAsia="zh-CN"/>
        </w:rPr>
        <w:t xml:space="preserve">    医院药房年终总结 篇16 </w:t>
      </w:r>
      <w:r>
        <w:rPr>
          <w:lang w:eastAsia="zh-CN"/>
        </w:rPr>
        <w:br/>
      </w:r>
      <w:r>
        <w:rPr>
          <w:lang w:eastAsia="zh-CN"/>
        </w:rPr>
        <w:t>　　我院开展了药房管理社会化改革——药房托管。五年来，在县委、政府及有关部门的关心支持下，经过双方的共同努力，圆满地完成了药房托管改革的尝试，达到了预期的目的。现合同期限已满，特将五年药房托管改革情况作如下总结。</w:t>
      </w:r>
      <w:r>
        <w:rPr>
          <w:lang w:eastAsia="zh-CN"/>
        </w:rPr>
        <w:br/>
      </w:r>
      <w:r>
        <w:rPr>
          <w:lang w:eastAsia="zh-CN"/>
        </w:rPr>
        <w:t>　　一、我院药房托管改革的历史背景</w:t>
      </w:r>
      <w:r>
        <w:rPr>
          <w:lang w:eastAsia="zh-CN"/>
        </w:rPr>
        <w:br/>
      </w:r>
      <w:r>
        <w:rPr>
          <w:lang w:eastAsia="zh-CN"/>
        </w:rPr>
        <w:t>　　进入新世纪，全国医药卫生改革蓬勃兴起，当时正值我院药品管理的混乱时期，药品回扣等不正之考试,大收集整理风的盛行使医院也深受其害，有关人员也受到了惩处。20__年11月，新一届领导班子调整健全后，虽然进行了全面整治，但与多家公司及厂商打交道的混乱局面仍未能摆脱，加之日趋激励的医疗市场竞争，院长难免分心扮演“药品商人”，面对虚高的药品价格，群众看病贵，患者不满意，医院发展困难。在财政补助严重不足，医院发展举步为艰的困境中，我们想到了改革。在科学发展观思想的指导下，医院领导班子解放思想抓管理，脚踏实地搞改革，深刻理解“发展才是硬道理”的内涵。同时，多项卓有成效的改革也轰轰烈烈地在“十五”期间展开，其中，药房托管改革就是今天医院翻天覆地变化不可缺少的坚强后盾。</w:t>
      </w:r>
      <w:r>
        <w:rPr>
          <w:lang w:eastAsia="zh-CN"/>
        </w:rPr>
        <w:br/>
      </w:r>
      <w:r>
        <w:rPr>
          <w:lang w:eastAsia="zh-CN"/>
        </w:rPr>
        <w:t>　　二、慎重起步，规范托管</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https://d.book118.com/496024141111010055</w:t>
        </w:r>
      </w:hyperlink>
    </w:p>
    <w:p w:rsidR="001B1F19">
      <w:pPr>
        <w:rPr>
          <w:lang w:eastAsia="zh-CN"/>
        </w:rPr>
      </w:pPr>
    </w:p>
    <w:sectPr>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9602414111101005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51</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