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销售工作总结大全（30篇）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最新销售工作总结大全（精选30篇）</w:t>
      </w:r>
      <w:r>
        <w:rPr>
          <w:lang w:eastAsia="zh-CN"/>
        </w:rPr>
        <w:br/>
      </w:r>
      <w:r>
        <w:rPr>
          <w:lang w:eastAsia="zh-CN"/>
        </w:rPr>
        <w:t xml:space="preserve">    最新销售工作总结大全 篇1 </w:t>
      </w:r>
      <w:r>
        <w:rPr>
          <w:lang w:eastAsia="zh-CN"/>
        </w:rPr>
        <w:br/>
      </w:r>
      <w:r>
        <w:rPr>
          <w:lang w:eastAsia="zh-CN"/>
        </w:rPr>
        <w:t>　　七月份我们将迎来一个新的促销高点，上次由于先期杨雨老师铺垫的好以及及我们的努力超额完成了任务，这次期望再上一个新的台阶，所以我们每个人也都在努力做好准备。</w:t>
      </w:r>
      <w:r>
        <w:rPr>
          <w:lang w:eastAsia="zh-CN"/>
        </w:rPr>
        <w:br/>
      </w:r>
      <w:r>
        <w:rPr>
          <w:lang w:eastAsia="zh-CN"/>
        </w:rPr>
        <w:t>　　对于这月我期望自我工作中需要提高的主要有以下几点：</w:t>
      </w:r>
      <w:r>
        <w:rPr>
          <w:lang w:eastAsia="zh-CN"/>
        </w:rPr>
        <w:br/>
      </w:r>
      <w:r>
        <w:rPr>
          <w:lang w:eastAsia="zh-CN"/>
        </w:rPr>
        <w:t>　　1、先做好12月4号边老师来沧州进行仪器检测和砭石使用的讲解的宣传工作和统计预期的订购数额，这样能够有利于更好的准备砭石，期望不要像上次那样断货好几次。</w:t>
      </w:r>
      <w:r>
        <w:rPr>
          <w:lang w:eastAsia="zh-CN"/>
        </w:rPr>
        <w:br/>
      </w:r>
      <w:r>
        <w:rPr>
          <w:lang w:eastAsia="zh-CN"/>
        </w:rPr>
        <w:t>　　2、加强对于砭石的了解以便在有客户咨询的时候能够做到游刃有余。同时重点加强学习全面综合的理论知识和销售技能</w:t>
      </w:r>
      <w:r>
        <w:rPr>
          <w:lang w:eastAsia="zh-CN"/>
        </w:rPr>
        <w:br/>
      </w:r>
      <w:r>
        <w:rPr>
          <w:lang w:eastAsia="zh-CN"/>
        </w:rPr>
        <w:t>　　3、老客户有的家里别家产品也很多，他们对于健康的需求迫切，但是有些盲目，我们能够很好的利用这点，做好我们的口碑宣传和产品推介。</w:t>
      </w:r>
      <w:r>
        <w:rPr>
          <w:lang w:eastAsia="zh-CN"/>
        </w:rPr>
        <w:br/>
      </w:r>
      <w:r>
        <w:rPr>
          <w:lang w:eastAsia="zh-CN"/>
        </w:rPr>
        <w:t>　　4、做好新客户的开发吸引工作，虽然不必须就每一个都抓住销售，起码就应慢慢培养，成为我们的铁杆，至少在别人问到的时候不会说出我们的不好，这样也算是成功的一种，口碑很重要。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做好大客户的维持工作，上学的时候在客户关系里有个二八法则，对于我们还是很适用的，80%的销售来自20%的客户，我们80%的销售来自20%的产品，就像是先天精气宝，上次活动主要就是靠宝，虽然比例不是完全如此，但是大概如此。所以我们要想办法做好大客户的维持同时不断开发新客户，在做好现有客户的产品维持同时扩大其他产品销售。</w:t>
      </w:r>
      <w:r>
        <w:rPr>
          <w:lang w:eastAsia="zh-CN"/>
        </w:rPr>
        <w:br/>
      </w:r>
      <w:r>
        <w:rPr>
          <w:lang w:eastAsia="zh-CN"/>
        </w:rPr>
        <w:t>　　做好店长安排的工作，尽我们的最大努力期望能够再接再厉发扬我们沧州的武术精神，百折不挠，勇往直前。上次做的是门迎，店长说我适合做门迎，其实我还是很期望尝试其他工作的，而且同样期望都能够干好，所以几次讲师不在的时候常常代讲，虽然不期望永远做别人的替补，但是起码这是一种锻炼，因为起码有需要的时候你替补的上，而不是需要你的时候，你什么也干不了。</w:t>
      </w:r>
      <w:r>
        <w:rPr>
          <w:lang w:eastAsia="zh-CN"/>
        </w:rPr>
        <w:br/>
      </w:r>
      <w:r>
        <w:rPr>
          <w:lang w:eastAsia="zh-CN"/>
        </w:rPr>
        <w:t>　　总而言之，我们希冀这次又更好的结果。并且能够得到更多客户的认可。</w:t>
      </w:r>
      <w:r>
        <w:rPr>
          <w:lang w:eastAsia="zh-CN"/>
        </w:rPr>
        <w:br/>
      </w:r>
      <w:r>
        <w:rPr>
          <w:lang w:eastAsia="zh-CN"/>
        </w:rPr>
        <w:t xml:space="preserve">    最新销售工作总结大全 篇2 </w:t>
      </w:r>
      <w:r>
        <w:rPr>
          <w:lang w:eastAsia="zh-CN"/>
        </w:rPr>
        <w:br/>
      </w:r>
      <w:r>
        <w:rPr>
          <w:lang w:eastAsia="zh-CN"/>
        </w:rPr>
        <w:t>　　_月份就过去了，我对这个月的销售汽车的工作也到了要总结的时候了，在汽车店里做销售，我个人也是有一些收获的。以下就是我_月份销售工作总结：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_月份初，我给自己定了一个月份销售计划，现在月底了，我计划大部分都完成了，还有一小部分是没完成的，但大体还是可以的。这个月我依靠自己销售技能售出了三辆车，这个月的提成我拿到了。我在跟客户谈汽车的时候，着重的关注客户的需求，在介绍汽车的时候，也会选择性的介绍，针对每一个客户喜欢的车型不同，把店里面他们喜欢的单独调出来介绍，进而动之以情晓之以理的把车售出去，最重要的就是要根据客户心理出发，不能太激进了。</w:t>
      </w:r>
      <w:r>
        <w:rPr>
          <w:lang w:eastAsia="zh-CN"/>
        </w:rPr>
        <w:br/>
      </w:r>
      <w:r>
        <w:rPr>
          <w:lang w:eastAsia="zh-CN"/>
        </w:rPr>
        <w:t>　　_月里，我自己还去买了销售相关的书看，帮助自己补充销售漏洞，把不会的技巧学过来，在面对客户的时候就能够更好的为他服务，把店里的车销售出去，为店里进账。销售讲究的还有就是沟通，这是我很重视的一个点，因为在上月我就因沟通不到位，把有跟客户得罪狠了，当时就是因为说话没有技巧，胡乱说一通，本月我就吸取前一个月的教训，把说话的艰难好好练了几遍。每天回到家就是对着镜子不停的练习，看很多的关于与人沟通的书。做销售一行必须要能有吸引客户的本事，不然只能旁观，售车那是很难的。</w:t>
      </w:r>
      <w:r>
        <w:rPr>
          <w:lang w:eastAsia="zh-CN"/>
        </w:rPr>
        <w:br/>
      </w:r>
      <w:r>
        <w:rPr>
          <w:lang w:eastAsia="zh-CN"/>
        </w:rPr>
        <w:t>　　这个月面对来电看车的客户，都是保持得体的微笑，随时服务客户。对买了车的客户，我进行了多次联系，帮助他们及时解决问题，同时做好汽车情况追踪，对客户进行服务到底。我对自己销售的能力有了更好的理解。本月销售我取得很好的成绩，我更加意识到客户的重要性，所以我对下月的销售有足够的信心。</w:t>
      </w:r>
      <w:r>
        <w:rPr>
          <w:lang w:eastAsia="zh-CN"/>
        </w:rPr>
        <w:br/>
      </w:r>
      <w:r>
        <w:rPr>
          <w:lang w:eastAsia="zh-CN"/>
        </w:rPr>
        <w:t>　　_月份工作虽已结束，但是在_月份获得的收获，让我变得更加自信，也更加好学了。我始终认为只有自己能力不断的提高，才有更大的机会去接触更高层的销售。现在的我对汽车销售越来越感兴趣，回想自己在_月份努力的成果，我深深的觉得自己可以把这工作做好。我相信这月的经历是为我之后的工作奠定更好的基础。未来的工作我会更加需要努力，只为可以做好销售，为汽车店带来更多的利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最新销售工作总结大全 篇3 </w:t>
      </w:r>
      <w:r>
        <w:rPr>
          <w:lang w:eastAsia="zh-CN"/>
        </w:rPr>
        <w:br/>
      </w:r>
      <w:r>
        <w:rPr>
          <w:lang w:eastAsia="zh-CN"/>
        </w:rPr>
        <w:t>　　在今年的汽车销售期间，我通过努力的工作，也有了一点的收获，借此对自己的工作做一下总结，目的在于吸取教训，提高自己，以至于把工作做的更好，自己有信心也有决心把今后的工作做到更好。</w:t>
      </w:r>
      <w:r>
        <w:rPr>
          <w:lang w:eastAsia="zh-CN"/>
        </w:rPr>
        <w:br/>
      </w:r>
      <w:r>
        <w:rPr>
          <w:lang w:eastAsia="zh-CN"/>
        </w:rPr>
        <w:t>　　20__年汽车销售员工作总结：简要总结如下：</w:t>
      </w:r>
      <w:r>
        <w:rPr>
          <w:lang w:eastAsia="zh-CN"/>
        </w:rPr>
        <w:br/>
      </w:r>
      <w:r>
        <w:rPr>
          <w:lang w:eastAsia="zh-CN"/>
        </w:rPr>
        <w:t>　　我是20__年__月__日来到贵公司工作的。作为一名新员工，我是没有汽车销售经验的，仅凭对销售工作的热情和喜爱，而缺乏对本行业销售经验和专业知识，为了迅速融入到这个行业中来，到公司之后，一切从零开始，一边学习专业知识，一边摸索市场，遇到销售和专业方面的难点和问题，我会及时请教部门经理和其他有经验的同事，一起寻求解决问题的方案，在此，我非常感谢部门经理和同事对我的帮助!</w:t>
      </w:r>
      <w:r>
        <w:rPr>
          <w:lang w:eastAsia="zh-CN"/>
        </w:rPr>
        <w:br/>
      </w:r>
      <w:r>
        <w:rPr>
          <w:lang w:eastAsia="zh-CN"/>
        </w:rPr>
        <w:t>　　通过不断的学习专业知识，收取同行业之间的信息和积累市场经验，现在我对市场有了一个大概的了解，逐渐的可以清晰。流利的应对客户所提到的各种问题，对市场的认识也有了一定的掌握。</w:t>
      </w:r>
      <w:r>
        <w:rPr>
          <w:lang w:eastAsia="zh-CN"/>
        </w:rPr>
        <w:br/>
      </w:r>
      <w:r>
        <w:rPr>
          <w:lang w:eastAsia="zh-CN"/>
        </w:rPr>
        <w:t>　　在不断的学习专业知识和积累经验的同时，自己的能力，业务水平都比以前有了一个较大幅度的提高</w:t>
      </w:r>
      <w:r>
        <w:rPr>
          <w:lang w:eastAsia="zh-CN"/>
        </w:rPr>
        <w:br/>
      </w:r>
      <w:r>
        <w:rPr>
          <w:lang w:eastAsia="zh-CN"/>
        </w:rPr>
        <w:t>　　现存的缺点</w:t>
      </w:r>
      <w:r>
        <w:rPr>
          <w:lang w:eastAsia="zh-CN"/>
        </w:rPr>
        <w:br/>
      </w:r>
      <w:r>
        <w:rPr>
          <w:lang w:eastAsia="zh-CN"/>
        </w:rPr>
        <w:t>　　对于市场的了解还是不够深入，对专业知识掌握的还是不够充分，对一些大的问题不能快速拿出一个很好的解决问题的方法，在与客户的沟通过程中，缺乏经验。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市场分析</w:t>
      </w:r>
      <w:r>
        <w:rPr>
          <w:lang w:eastAsia="zh-CN"/>
        </w:rPr>
        <w:br/>
      </w:r>
      <w:r>
        <w:rPr>
          <w:lang w:eastAsia="zh-CN"/>
        </w:rPr>
        <w:t>　　我所负责的区域为宁夏。西藏。青海。广西周边，在销售过程中，牵涉问题最多的就是价格，客户对价格非常敏感，怎样在第一时间获悉价格还需要我在今后的工作中去学习和掌握。广西区域现在主要从广东要车，价格和天津港差不多，而且发车和接车时间要远比从天津短的多，所以客户就不回从天津直接拿车，还有最有利的是车到付款.广西的汽车的总经销商大多在南宁，一些周边的小城市都从南宁直接定单.现在广西政府招标要求250000以下，排气量在2。5以下，这样对于进口车来说无疑是个噩梦。</w:t>
      </w:r>
      <w:r>
        <w:rPr>
          <w:lang w:eastAsia="zh-CN"/>
        </w:rPr>
        <w:br/>
      </w:r>
      <w:r>
        <w:rPr>
          <w:lang w:eastAsia="zh-CN"/>
        </w:rPr>
        <w:t>　　宁夏的经销商多港口的价格市场比较了解，几乎都是在银川要车，银川主要从天津，兰州要车，而且从兰州直接就能发银川。</w:t>
      </w:r>
      <w:r>
        <w:rPr>
          <w:lang w:eastAsia="zh-CN"/>
        </w:rPr>
        <w:br/>
      </w:r>
      <w:r>
        <w:rPr>
          <w:lang w:eastAsia="zh-CN"/>
        </w:rPr>
        <w:t>　　国产车这方面主要是a4，a6。几乎是从天津港要车，但是价格没有绝对的优势。青海和西藏一般直接从天津自提，往往有时咱的价格是有优势的，但是天津去西藏的运费就要8000元，也就没什么优势了。</w:t>
      </w:r>
      <w:r>
        <w:rPr>
          <w:lang w:eastAsia="zh-CN"/>
        </w:rPr>
        <w:br/>
      </w:r>
      <w:r>
        <w:rPr>
          <w:lang w:eastAsia="zh-CN"/>
        </w:rPr>
        <w:t>　　从20__年__月__日到20__年__月__日我的总销量是3台，越野车一台，轿车一台，跑车一台，总利润11500元，净利润10016元，平均每台车利润是3339元。新年到了我也给自己定了新的计划，20__年的年销量达到80台，利润达到160000，开发新客户10家。我会朝着这个目标去努力的。我有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随着市场竞争的日益激烈，摆在销售人员面前的是-平稳与磨砺并存，希望与机遇并存，成功与失败并存的局面，拥有一个积极向上的心态是非常重要的。</w:t>
      </w:r>
      <w:r>
        <w:rPr>
          <w:lang w:eastAsia="zh-CN"/>
        </w:rPr>
        <w:br/>
      </w:r>
      <w:r>
        <w:rPr>
          <w:lang w:eastAsia="zh-CN"/>
        </w:rPr>
        <w:t>　　销售助理工作总结</w:t>
      </w:r>
      <w:r>
        <w:rPr>
          <w:lang w:eastAsia="zh-CN"/>
        </w:rPr>
        <w:br/>
      </w:r>
      <w:r>
        <w:rPr>
          <w:lang w:eastAsia="zh-CN"/>
        </w:rPr>
        <w:t>　　自从转到销售部至今已经一年半了,回想自己这一年多所走过的路，所经历的事情，没有太多的感慨，没有太多的惊喜，多了一份镇定，从容的心态。在公司领导的带领和帮助下，加之部门同事的鼎力协助，自己立足本职工作，使得销售工作顺利进行。</w:t>
      </w:r>
      <w:r>
        <w:rPr>
          <w:lang w:eastAsia="zh-CN"/>
        </w:rPr>
        <w:br/>
      </w:r>
      <w:r>
        <w:rPr>
          <w:lang w:eastAsia="zh-CN"/>
        </w:rPr>
        <w:t>　　虽然销售情况不错，但是回款率不太乐观，原因在于集团总部结款不及时。20__年我会尽量克服这方面的因素，及时与各子分公司解决回款问题。</w:t>
      </w:r>
      <w:r>
        <w:rPr>
          <w:lang w:eastAsia="zh-CN"/>
        </w:rPr>
        <w:br/>
      </w:r>
      <w:r>
        <w:rPr>
          <w:lang w:eastAsia="zh-CN"/>
        </w:rPr>
        <w:t>　　现将销售工作的内容和感受总结如下：</w:t>
      </w:r>
      <w:r>
        <w:rPr>
          <w:lang w:eastAsia="zh-CN"/>
        </w:rPr>
        <w:br/>
      </w:r>
      <w:r>
        <w:rPr>
          <w:lang w:eastAsia="zh-CN"/>
        </w:rPr>
        <w:t>　　1、销售报表的汇总：其中包括产品的销售登记，产品销售排名情况;清理业务 理手上的借物及还货情况</w:t>
      </w:r>
      <w:r>
        <w:rPr>
          <w:lang w:eastAsia="zh-CN"/>
        </w:rPr>
        <w:br/>
      </w:r>
      <w:r>
        <w:rPr>
          <w:lang w:eastAsia="zh-CN"/>
        </w:rPr>
        <w:t>　　2、协助大区经理的销售工作：</w:t>
      </w:r>
      <w:r>
        <w:rPr>
          <w:lang w:eastAsia="zh-CN"/>
        </w:rPr>
        <w:br/>
      </w:r>
      <w:r>
        <w:rPr>
          <w:lang w:eastAsia="zh-CN"/>
        </w:rPr>
        <w:t>　　①将有些电话业务或者需要送货的业务分配给业务经理，并辅助他们抓住定单;</w:t>
      </w:r>
      <w:r>
        <w:rPr>
          <w:lang w:eastAsia="zh-CN"/>
        </w:rPr>
        <w:br/>
      </w:r>
      <w:r>
        <w:rPr>
          <w:lang w:eastAsia="zh-CN"/>
        </w:rPr>
        <w:t>　　②经常同业务员勤沟通、勤交流，分析市场情况、存在问题及应对方案，以求共同提高;</w:t>
      </w:r>
      <w:r>
        <w:rPr>
          <w:lang w:eastAsia="zh-CN"/>
        </w:rPr>
        <w:br/>
      </w:r>
      <w:r>
        <w:rPr>
          <w:lang w:eastAsia="zh-CN"/>
        </w:rPr>
        <w:t>　　③合同的执行情况：协助业务经理并督促合同的完成;</w:t>
      </w:r>
      <w:r>
        <w:rPr>
          <w:lang w:eastAsia="zh-CN"/>
        </w:rPr>
        <w:br/>
      </w:r>
      <w:r>
        <w:rPr>
          <w:lang w:eastAsia="zh-CN"/>
        </w:rPr>
        <w:t>　　3、公司上门业务的处理，对产品销售过程中出现的问题进行处理，与各部门之前进行友好的沟通;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4、与集团总部清理往年应付款情况，由于往年帐目不是我经手的，加上有些单据遗失及价格或等等问题，给现在的工作带来许多麻烦;</w:t>
      </w:r>
      <w:r>
        <w:rPr>
          <w:lang w:eastAsia="zh-CN"/>
        </w:rPr>
        <w:br/>
      </w:r>
      <w:r>
        <w:rPr>
          <w:lang w:eastAsia="zh-CN"/>
        </w:rPr>
        <w:t>　　5、对每一款新产品进行推广，与各经销商进行密切联系，并根据地区、行业、受众的不同进行分析;</w:t>
      </w:r>
      <w:r>
        <w:rPr>
          <w:lang w:eastAsia="zh-CN"/>
        </w:rPr>
        <w:br/>
      </w:r>
      <w:r>
        <w:rPr>
          <w:lang w:eastAsia="zh-CN"/>
        </w:rPr>
        <w:t>　　6、在日常的事务工作中，自己在接到领导安排的任务后，积极着手，在确保工作质量的前提下按时完成任务。</w:t>
      </w:r>
      <w:r>
        <w:rPr>
          <w:lang w:eastAsia="zh-CN"/>
        </w:rPr>
        <w:br/>
      </w:r>
      <w:r>
        <w:rPr>
          <w:lang w:eastAsia="zh-CN"/>
        </w:rPr>
        <w:t>　　总结一年来的工作，自己的工作仍存在很多问题和不足，在工作方法和技巧上有待于向其他业务员和同行学习，20__年自己计划在去年工作得失的基础上取长补短，重点做好以下几个方面的工作：</w:t>
      </w:r>
      <w:r>
        <w:rPr>
          <w:lang w:eastAsia="zh-CN"/>
        </w:rPr>
        <w:br/>
      </w:r>
      <w:r>
        <w:rPr>
          <w:lang w:eastAsia="zh-CN"/>
        </w:rPr>
        <w:t>　　(一)确保完成全年销售任务，平时积极搜集信息并及时汇总;</w:t>
      </w:r>
      <w:r>
        <w:rPr>
          <w:lang w:eastAsia="zh-CN"/>
        </w:rPr>
        <w:br/>
      </w:r>
      <w:r>
        <w:rPr>
          <w:lang w:eastAsia="zh-CN"/>
        </w:rPr>
        <w:t>　　(二)努力协助业务经理的销售工作，从产品的价格，数量，质量以及自身的服务态度方面，细心的与客户沟通;</w:t>
      </w:r>
      <w:r>
        <w:rPr>
          <w:lang w:eastAsia="zh-CN"/>
        </w:rPr>
        <w:br/>
      </w:r>
      <w:r>
        <w:rPr>
          <w:lang w:eastAsia="zh-CN"/>
        </w:rPr>
        <w:t>　　(三)销售报表的精确度，仔细审核;</w:t>
      </w:r>
      <w:r>
        <w:rPr>
          <w:lang w:eastAsia="zh-CN"/>
        </w:rPr>
        <w:br/>
      </w:r>
      <w:r>
        <w:rPr>
          <w:lang w:eastAsia="zh-CN"/>
        </w:rPr>
        <w:t>　　(四)借物还货的及时处理;</w:t>
      </w:r>
      <w:r>
        <w:rPr>
          <w:lang w:eastAsia="zh-CN"/>
        </w:rPr>
        <w:br/>
      </w:r>
      <w:r>
        <w:rPr>
          <w:lang w:eastAsia="zh-CN"/>
        </w:rPr>
        <w:t>　　(五)客户关系的维系，并不断开发新的客户。</w:t>
      </w:r>
      <w:r>
        <w:rPr>
          <w:lang w:eastAsia="zh-CN"/>
        </w:rPr>
        <w:br/>
      </w:r>
      <w:r>
        <w:rPr>
          <w:lang w:eastAsia="zh-CN"/>
        </w:rPr>
        <w:t>　　(六)努力做好每一件事情，坚持再坚持!</w:t>
      </w:r>
      <w:r>
        <w:rPr>
          <w:lang w:eastAsia="zh-CN"/>
        </w:rPr>
        <w:br/>
      </w:r>
      <w:r>
        <w:rPr>
          <w:lang w:eastAsia="zh-CN"/>
        </w:rPr>
        <w:t>　　最后，想对销售过程中出现的问题归纳如下：</w:t>
      </w:r>
      <w:r>
        <w:rPr>
          <w:lang w:eastAsia="zh-CN"/>
        </w:rPr>
        <w:br/>
      </w:r>
      <w:r>
        <w:rPr>
          <w:lang w:eastAsia="zh-CN"/>
        </w:rPr>
        <w:t>　　(一)仓库的库存量不够。虽然库存表上标注了每款产品最低库存量，但是实际却不相符，有许多产品甚至已经断货。在库存不多的情况下，建议仓库及时与生产联系下单，或者与销售联系提醒下单，飞单的情况大多于库存量不足有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采购回货不及时。回货时间总会延迟，对于这种现象，采购人员的态度大多都是事不关已，很少会想着怎么去与供应商解决，而是希望销售人员与客户沟通延缓时间。这样会让客户对我们的信誉度降低。(这种现象非常严重)</w:t>
      </w:r>
      <w:r>
        <w:rPr>
          <w:lang w:eastAsia="zh-CN"/>
        </w:rPr>
        <w:br/>
      </w:r>
      <w:r>
        <w:rPr>
          <w:lang w:eastAsia="zh-CN"/>
        </w:rPr>
        <w:t>　　(三)质检与采购对供应商退货的处理。很多不合格的产品，由于时间拖延，最后在逼不得已的情况下一挑再挑，并当成合格产品销售，这样对我们追求高品质的信念是非常不吻合的。经常有拿出去的东西因为质量问题让销售人员非常难堪。</w:t>
      </w:r>
      <w:r>
        <w:rPr>
          <w:lang w:eastAsia="zh-CN"/>
        </w:rPr>
        <w:br/>
      </w:r>
      <w:r>
        <w:rPr>
          <w:lang w:eastAsia="zh-CN"/>
        </w:rPr>
        <w:t>　　(四)财务应定期对销售却未回款的业务进行催款或者提醒。有许多已经回款的业务，财务在几个月之后才告诉销售人员，期间销售人员以为没回款一直都在催，给客户印象非常不好!</w:t>
      </w:r>
      <w:r>
        <w:rPr>
          <w:lang w:eastAsia="zh-CN"/>
        </w:rPr>
        <w:br/>
      </w:r>
      <w:r>
        <w:rPr>
          <w:lang w:eastAsia="zh-CN"/>
        </w:rPr>
        <w:t>　　(五)各部门之间不协调。为了自己的工作方便，往往不会太关心他人，不会考虑给他人带来的麻烦。有时候因为一句话或者一点小事情就可以解决了，可是却让销售人员走了许多弯路。</w:t>
      </w:r>
      <w:r>
        <w:rPr>
          <w:lang w:eastAsia="zh-CN"/>
        </w:rPr>
        <w:br/>
      </w:r>
      <w:r>
        <w:rPr>
          <w:lang w:eastAsia="zh-CN"/>
        </w:rPr>
        <w:t>　　(六)发货及派车问题。</w:t>
      </w:r>
      <w:r>
        <w:rPr>
          <w:lang w:eastAsia="zh-CN"/>
        </w:rPr>
        <w:br/>
      </w:r>
      <w:r>
        <w:rPr>
          <w:lang w:eastAsia="zh-CN"/>
        </w:rPr>
        <w:t>　　(七)新产品开发速度太慢。</w:t>
      </w:r>
      <w:r>
        <w:rPr>
          <w:lang w:eastAsia="zh-CN"/>
        </w:rPr>
        <w:br/>
      </w:r>
      <w:r>
        <w:rPr>
          <w:lang w:eastAsia="zh-CN"/>
        </w:rPr>
        <w:t>　　总之，今年我将更加努力做好自己份内的事情，并积极帮助他人。也希望公司存在的一些问题能够妥善解决。不断的开发新品，不断开发新的区域，相信公司一定会走得更远，市场占有率更高，楚天人都会洋溢着幸福的笑容!</w:t>
      </w:r>
      <w:r>
        <w:rPr>
          <w:lang w:eastAsia="zh-CN"/>
        </w:rPr>
        <w:br/>
      </w:r>
      <w:r>
        <w:rPr>
          <w:lang w:eastAsia="zh-CN"/>
        </w:rPr>
        <w:t xml:space="preserve">    最新销售工作总结大全 篇4 </w:t>
      </w:r>
      <w:r>
        <w:rPr>
          <w:lang w:eastAsia="zh-CN"/>
        </w:rPr>
        <w:br/>
      </w:r>
      <w:r>
        <w:rPr>
          <w:lang w:eastAsia="zh-CN"/>
        </w:rPr>
        <w:t>　　卖化妆品六年多了，学习别人经验精髓的同时，自己也在不断总结经验，改进不足。我觉得只要用心的做好了每天必做的工作，我们就不愁没生意的。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加入__公司也有三个月时间了，回想起来时间过得还挺快的，从鑫帮来到感觉两个公司的工作模式有蛮大差异.不论是产品的专业知识还是管理与工作氛围都有很大区别.前一个月都感觉自己没有进入状态，找不到方向，每天都不知道要做些什么事，在领</w:t>
      </w:r>
      <w:r>
        <w:rPr>
          <w:lang w:eastAsia="zh-CN"/>
        </w:rPr>
        <w:br/>
      </w:r>
      <w:r>
        <w:rPr>
          <w:lang w:eastAsia="zh-CN"/>
        </w:rPr>
        <w:t>　　转眼半年已过，回顾半年来的汽车销售工作有许多的经验教训需要总结，有太多的地方需要学习和借鉴。20__年是__公司重要的战略转折期。国内轿车市场的日益激烈的价格战、国家宏观调控的整体经济环境，给__公司的日常经营和发展造成很大的困</w:t>
      </w:r>
      <w:r>
        <w:rPr>
          <w:lang w:eastAsia="zh-CN"/>
        </w:rPr>
        <w:br/>
      </w:r>
      <w:r>
        <w:rPr>
          <w:lang w:eastAsia="zh-CN"/>
        </w:rPr>
        <w:t>　　总结一年来的工作，自己的工作仍存在很多问题和不足，在工作方法和技巧上有待于向其他业务员和同行学习，__年自己计划在去年工作得失的基础上取长补短，重点做好以下几个方面的工作：(一)确保完成全年销售任务，平时积极搜集信息并及时汇</w:t>
      </w:r>
      <w:r>
        <w:rPr>
          <w:lang w:eastAsia="zh-CN"/>
        </w:rPr>
        <w:br/>
      </w:r>
      <w:r>
        <w:rPr>
          <w:lang w:eastAsia="zh-CN"/>
        </w:rPr>
        <w:t xml:space="preserve">    最新销售工作总结大全 篇5 </w:t>
      </w:r>
      <w:r>
        <w:rPr>
          <w:lang w:eastAsia="zh-CN"/>
        </w:rPr>
        <w:br/>
      </w:r>
      <w:r>
        <w:rPr>
          <w:lang w:eastAsia="zh-CN"/>
        </w:rPr>
        <w:t>　　时间过得很快，转眼间半年又过去啦，在上半年的大口径小流量水表检查工作中，经历了很多酸甜苦辣，获得了很多经验教训，感谢领导给我这次锻炼、学习的机会。在这近半年的时间里，通过不断的摸索，在工作上取得了一定的成绩，但也存在了诸多不足。回顾过去的半年，现将工作总结如下：</w:t>
      </w:r>
      <w:r>
        <w:rPr>
          <w:lang w:eastAsia="zh-CN"/>
        </w:rPr>
        <w:br/>
      </w:r>
      <w:r>
        <w:rPr>
          <w:lang w:eastAsia="zh-CN"/>
        </w:rPr>
        <w:t>　　一、 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过去的半年中，主要从事了水表抄表质量检查，特种用水检查，远传表检查，大口径小流量检查，医院专项检查，学校专项等工作。在上半年的工作中主要是围绕公司年售水目标，我们主要把工作重心放在大口径</w:t>
      </w:r>
      <w:r>
        <w:rPr>
          <w:lang w:eastAsia="zh-CN"/>
        </w:rPr>
        <w:t xml:space="preserve"> 小流量水表检查上，力争缩小公司产销差。</w:t>
      </w:r>
      <w:r>
        <w:rPr>
          <w:lang w:eastAsia="zh-CN"/>
        </w:rPr>
        <w:br/>
      </w:r>
      <w:r>
        <w:rPr>
          <w:lang w:eastAsia="zh-CN"/>
        </w:rPr>
        <w:t>　　二、在工作中存在的一些问题</w:t>
      </w:r>
      <w:r>
        <w:rPr>
          <w:lang w:eastAsia="zh-CN"/>
        </w:rPr>
        <w:br/>
      </w:r>
      <w:r>
        <w:rPr>
          <w:lang w:eastAsia="zh-CN"/>
        </w:rPr>
        <w:t>　　在开始的工作中，由于对公司业务流程不是很熟悉，对大口径小流量客户性质不是很了解，工作进度很慢，效果不甚明显，有时候还影响到客户用水，但是通过这半年多的学习，对相关的业务流程有了越来越深的认识，对问题的判断也成熟了许多。</w:t>
      </w:r>
      <w:r>
        <w:rPr>
          <w:lang w:eastAsia="zh-CN"/>
        </w:rPr>
        <w:br/>
      </w:r>
      <w:r>
        <w:rPr>
          <w:lang w:eastAsia="zh-CN"/>
        </w:rPr>
        <w:t>　　在工作中，由于现场的一些复杂原因，怀疑的问题拿不定主意，对一些细节考虑的不够好，特别是在一些管道的连接，往往会让人判断失误，但我相信遇到问题也就是我学习的时候，经过向当事人和抄表员了解，摸清片区供水情况，认真学习了解，找到问题所在，及时汇报，方便问题尽快得到解决。</w:t>
      </w:r>
      <w:r>
        <w:rPr>
          <w:lang w:eastAsia="zh-CN"/>
        </w:rPr>
        <w:br/>
      </w:r>
      <w:r>
        <w:rPr>
          <w:lang w:eastAsia="zh-CN"/>
        </w:rPr>
        <w:t>　　在工作初期，对工作认识不够，没有全局观念,对大改小也停留在初步认识上，工作机械，方法简单，这样就导致一些隐蔽问题看不到。存在这些问题就</w:t>
      </w:r>
      <w:r>
        <w:rPr>
          <w:lang w:eastAsia="zh-CN"/>
        </w:rPr>
        <w:br/>
      </w:r>
      <w:r>
        <w:rPr>
          <w:lang w:eastAsia="zh-CN"/>
        </w:rPr>
        <w:t>　　告诉我，在以后的工作中，我会不断的学习和思考，不断积累经验，多问多想，理清思路，并认真学习公司相关流程，加强对工作的认知能力，把工作做好做细</w:t>
      </w:r>
      <w:r>
        <w:rPr>
          <w:lang w:eastAsia="zh-CN"/>
        </w:rPr>
        <w:br/>
      </w:r>
      <w:r>
        <w:rPr>
          <w:lang w:eastAsia="zh-CN"/>
        </w:rPr>
        <w:t>　　三、工作教训</w:t>
      </w:r>
      <w:r>
        <w:rPr>
          <w:lang w:eastAsia="zh-CN"/>
        </w:rPr>
        <w:br/>
      </w:r>
      <w:r>
        <w:rPr>
          <w:lang w:eastAsia="zh-CN"/>
        </w:rPr>
        <w:t>　　经过一年的工作学习，我也发现了在工作中还存在很多问题，主要体现在工作技能、工作习惯和工作思维的不成熟，也是我以后要在工作中不断磨练和提高自己的地方。</w:t>
      </w:r>
      <w:r>
        <w:rPr>
          <w:lang w:eastAsia="zh-CN"/>
        </w:rPr>
        <w:br/>
      </w:r>
      <w:r>
        <w:rPr>
          <w:lang w:eastAsia="zh-CN"/>
        </w:rPr>
        <w:t>　　1、工作的条理性不够清晰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在刚开始专项检查的时候，工作思路不明确，主次不分，没有把问题的实质分清，对一些该及时汇报的问题而没有及时汇报，虽然工作上取得一定成绩，但在这方面还有很大的改进空间</w:t>
      </w:r>
      <w:r>
        <w:rPr>
          <w:lang w:eastAsia="zh-CN"/>
        </w:rPr>
        <w:br/>
      </w:r>
      <w:r>
        <w:rPr>
          <w:lang w:eastAsia="zh-CN"/>
        </w:rPr>
        <w:t>　　2、对业务不够熟悉;</w:t>
      </w:r>
      <w:r>
        <w:rPr>
          <w:lang w:eastAsia="zh-CN"/>
        </w:rPr>
        <w:br/>
      </w:r>
      <w:r>
        <w:rPr>
          <w:lang w:eastAsia="zh-CN"/>
        </w:rPr>
        <w:t>　　在一年工作中，发现因为业务的问题而不知道如何下手的情况有点多，在检查工作中用到相关文件时，往往需要先去看流程、文件，边看边查，费时费力，今后需熟悉相关流程，提高工作效力。</w:t>
      </w:r>
      <w:r>
        <w:rPr>
          <w:lang w:eastAsia="zh-CN"/>
        </w:rPr>
        <w:br/>
      </w:r>
      <w:r>
        <w:rPr>
          <w:lang w:eastAsia="zh-CN"/>
        </w:rPr>
        <w:t>　　3、缺乏工作经验，尤其是现场经验;</w:t>
      </w:r>
      <w:r>
        <w:rPr>
          <w:lang w:eastAsia="zh-CN"/>
        </w:rPr>
        <w:br/>
      </w:r>
      <w:r>
        <w:rPr>
          <w:lang w:eastAsia="zh-CN"/>
        </w:rPr>
        <w:t>　　今年参加几个专项检查，使自己的工作经验得到很大提高，但在一些细节上还缺乏认知，具体的做法还不够熟悉，需要在以后的工作中加强学习力度。</w:t>
      </w:r>
      <w:r>
        <w:rPr>
          <w:lang w:eastAsia="zh-CN"/>
        </w:rPr>
        <w:br/>
      </w:r>
      <w:r>
        <w:rPr>
          <w:lang w:eastAsia="zh-CN"/>
        </w:rPr>
        <w:t>　　4、做事不够果断，拘泥细节，有拖沓现象;</w:t>
      </w:r>
      <w:r>
        <w:rPr>
          <w:lang w:eastAsia="zh-CN"/>
        </w:rPr>
        <w:br/>
      </w:r>
      <w:r>
        <w:rPr>
          <w:lang w:eastAsia="zh-CN"/>
        </w:rPr>
        <w:t>　　拖沓现象是我很大的一个缺点，凡事总要拖到后面，如果工作更积极主动一些，更雷厉风行一些，会避免工作上的很多不必要的失误。就是在遇到问题时积极想办法解决，而不是把工作押后或放掉，在以后的工作中，我一定时时刻刻注意修正自己不足的地方，养成良好的工作习惯，不断地提高自己。</w:t>
      </w:r>
      <w:r>
        <w:rPr>
          <w:lang w:eastAsia="zh-CN"/>
        </w:rPr>
        <w:br/>
      </w:r>
      <w:r>
        <w:rPr>
          <w:lang w:eastAsia="zh-CN"/>
        </w:rPr>
        <w:t>　　四、工作计划</w:t>
      </w:r>
      <w:r>
        <w:rPr>
          <w:lang w:eastAsia="zh-CN"/>
        </w:rPr>
        <w:br/>
      </w:r>
      <w:r>
        <w:rPr>
          <w:lang w:eastAsia="zh-CN"/>
        </w:rPr>
        <w:t>　　下半年，工作压力会比较大，要吃苦耐劳，勤勤恳恳，踏踏实实地做好每一项工作，处理好每一个细节，努力提高自己的专业技能和执行力，尽快的成长和进步。</w:t>
      </w:r>
      <w:r>
        <w:rPr>
          <w:lang w:eastAsia="zh-CN"/>
        </w:rPr>
        <w:br/>
      </w:r>
      <w:r>
        <w:rPr>
          <w:lang w:eastAsia="zh-CN"/>
        </w:rPr>
        <w:t>　　其中，以下几点是我下半年重点要提高的地方：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1、要提高工作的主动性，做事干脆果断，不拖泥带水;</w:t>
      </w:r>
      <w:r>
        <w:rPr>
          <w:lang w:eastAsia="zh-CN"/>
        </w:rPr>
        <w:br/>
      </w:r>
      <w:r>
        <w:rPr>
          <w:lang w:eastAsia="zh-CN"/>
        </w:rPr>
        <w:t>　　2、工作要注重实效、注重结果，一切工作围绕着目标的完成;</w:t>
      </w:r>
      <w:r>
        <w:rPr>
          <w:lang w:eastAsia="zh-CN"/>
        </w:rPr>
        <w:br/>
      </w:r>
      <w:r>
        <w:rPr>
          <w:lang w:eastAsia="zh-CN"/>
        </w:rPr>
        <w:t>　　3、要提高大局观，使工作公平合理化;</w:t>
      </w:r>
      <w:r>
        <w:rPr>
          <w:lang w:eastAsia="zh-CN"/>
        </w:rPr>
        <w:br/>
      </w:r>
      <w:r>
        <w:rPr>
          <w:lang w:eastAsia="zh-CN"/>
        </w:rPr>
        <w:t>　　4、把握一切机会提高工作技能，加强平时工作总结学习;</w:t>
      </w:r>
      <w:r>
        <w:rPr>
          <w:lang w:eastAsia="zh-CN"/>
        </w:rPr>
        <w:br/>
      </w:r>
      <w:r>
        <w:rPr>
          <w:lang w:eastAsia="zh-CN"/>
        </w:rPr>
        <w:t>　　5、细化工作方式的思考和实践。</w:t>
      </w:r>
      <w:r>
        <w:rPr>
          <w:lang w:eastAsia="zh-CN"/>
        </w:rPr>
        <w:br/>
      </w:r>
      <w:r>
        <w:rPr>
          <w:lang w:eastAsia="zh-CN"/>
        </w:rPr>
        <w:t>　　其实作为一个抄表复核员，所有的地方都是需要学习的，多听、多看、多想、多做、多沟通，向每一个员工学习他们身上的优秀工作习惯，丰富的专业技能，配合着实际工作不断的进步。</w:t>
      </w:r>
      <w:r>
        <w:rPr>
          <w:lang w:eastAsia="zh-CN"/>
        </w:rPr>
        <w:br/>
      </w:r>
      <w:r>
        <w:rPr>
          <w:lang w:eastAsia="zh-CN"/>
        </w:rPr>
        <w:t xml:space="preserve">    最新销售工作总结大全 篇6 </w:t>
      </w:r>
      <w:r>
        <w:rPr>
          <w:lang w:eastAsia="zh-CN"/>
        </w:rPr>
        <w:br/>
      </w:r>
      <w:r>
        <w:rPr>
          <w:lang w:eastAsia="zh-CN"/>
        </w:rPr>
        <w:t>　　不知不觉就又半年过去了，这半年我做了很多事，当然我也加入了清风集团，成为了一名置业顾问。说到成都清凤集团，公司以房地产开发为龙头，融房地产开发、建筑施工、物业管理、园林绿化为一体的综合性房地产集团公司，是我们公认的金堂自主有信誉的房地产开发商，实力非常雄厚，所以我很荣幸自己能加入我们销售--代表集团形象直接面对客户的这样一个团队。很多成功的前辈都说，销售这个行业是最锻炼人的工作，因为自己的年轻和经验不足，所以更需要锻炼自己!今天我的年终总结是对上半年来的工作学习进行回顾和分析，从中找出经验和教训，引出规律性认识，以指导今后工作和实践活动的这样一个总结。</w:t>
      </w:r>
      <w:r>
        <w:rPr>
          <w:lang w:eastAsia="zh-CN"/>
        </w:rPr>
        <w:br/>
      </w:r>
      <w:r>
        <w:rPr>
          <w:lang w:eastAsia="zh-CN"/>
        </w:rPr>
        <w:t>　　一般来说销售工作中往往会存在以下的失误和问题：</w:t>
      </w:r>
      <w:r>
        <w:rPr>
          <w:lang w:eastAsia="zh-CN"/>
        </w:rPr>
        <w:br/>
      </w:r>
      <w:r>
        <w:rPr>
          <w:lang w:eastAsia="zh-CN"/>
        </w:rPr>
        <w:t>　　1、主观认识不足，谈客户时思路不够清晰;</w:t>
      </w:r>
      <w:r>
        <w:rPr>
          <w:lang w:eastAsia="zh-CN"/>
        </w:rPr>
        <w:br/>
      </w:r>
      <w:r>
        <w:rPr>
          <w:lang w:eastAsia="zh-CN"/>
        </w:rPr>
        <w:t>　　2、自身没有足够的意志，对自己的销售欲望不够坚定;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3、计划制订得不合理，脱离客观实际，盲目寻找客户，有时候会错过很多准客户。</w:t>
      </w:r>
      <w:r>
        <w:rPr>
          <w:lang w:eastAsia="zh-CN"/>
        </w:rPr>
        <w:br/>
      </w:r>
      <w:r>
        <w:rPr>
          <w:lang w:eastAsia="zh-CN"/>
        </w:rPr>
        <w:t>　　4、对房子的讲解不到位，谈客户执行的过程不到位。</w:t>
      </w:r>
      <w:r>
        <w:rPr>
          <w:lang w:eastAsia="zh-CN"/>
        </w:rPr>
        <w:br/>
      </w:r>
      <w:r>
        <w:rPr>
          <w:lang w:eastAsia="zh-CN"/>
        </w:rPr>
        <w:t>　　5、对竞争对手的跟踪分析不深入，市场反应速度滞后。</w:t>
      </w:r>
      <w:r>
        <w:rPr>
          <w:lang w:eastAsia="zh-CN"/>
        </w:rPr>
        <w:br/>
      </w:r>
      <w:r>
        <w:rPr>
          <w:lang w:eastAsia="zh-CN"/>
        </w:rPr>
        <w:t>　　6、来自于竞争对手的强大压力，使自身的优势不能突显。</w:t>
      </w:r>
      <w:r>
        <w:rPr>
          <w:lang w:eastAsia="zh-CN"/>
        </w:rPr>
        <w:br/>
      </w:r>
      <w:r>
        <w:rPr>
          <w:lang w:eastAsia="zh-CN"/>
        </w:rPr>
        <w:t>　　总结不仅要回顾过去，还要展望未来。对当前的形势现状与未来的发展我们还要进行客观深入的分析：</w:t>
      </w:r>
      <w:r>
        <w:rPr>
          <w:lang w:eastAsia="zh-CN"/>
        </w:rPr>
        <w:br/>
      </w:r>
      <w:r>
        <w:rPr>
          <w:lang w:eastAsia="zh-CN"/>
        </w:rPr>
        <w:t>　　1、外界宏观与微观环境分析：行业发展现状与发展、竞争对手现状与动向预测、区域市场现状与发展、渠道组织与关系现状、消费者的满意度和忠诚度总体评价。</w:t>
      </w:r>
      <w:r>
        <w:rPr>
          <w:lang w:eastAsia="zh-CN"/>
        </w:rPr>
        <w:br/>
      </w:r>
      <w:r>
        <w:rPr>
          <w:lang w:eastAsia="zh-CN"/>
        </w:rPr>
        <w:t>　　2、内部环境分析。企业的战略正确性和明晰性、企业在产品、价格、促销、品牌等资源方面的匹配程度。</w:t>
      </w:r>
      <w:r>
        <w:rPr>
          <w:lang w:eastAsia="zh-CN"/>
        </w:rPr>
        <w:br/>
      </w:r>
      <w:r>
        <w:rPr>
          <w:lang w:eastAsia="zh-CN"/>
        </w:rPr>
        <w:t>　　3、自身现状分析。自身的目标与定位、工作思路和理念、个人素质方面的优势与差距。</w:t>
      </w:r>
      <w:r>
        <w:rPr>
          <w:lang w:eastAsia="zh-CN"/>
        </w:rPr>
        <w:br/>
      </w:r>
      <w:r>
        <w:rPr>
          <w:lang w:eastAsia="zh-CN"/>
        </w:rPr>
        <w:t>　　做到以上观念上的宏观展望规划使我们成功的必经之路，销售行业正在不断壮大，不能让自己落伍，更不能让自己淘汰，所以我把下半年当做一个新开始，努力做成功，完成目标，让自己成为最伟大的推销员!</w:t>
      </w:r>
      <w:r>
        <w:rPr>
          <w:lang w:eastAsia="zh-CN"/>
        </w:rPr>
        <w:br/>
      </w:r>
      <w:r>
        <w:rPr>
          <w:lang w:eastAsia="zh-CN"/>
        </w:rPr>
        <w:t xml:space="preserve">    最新销售工作总结大全 篇7 </w:t>
      </w:r>
      <w:r>
        <w:rPr>
          <w:lang w:eastAsia="zh-CN"/>
        </w:rPr>
        <w:br/>
      </w:r>
      <w:r>
        <w:rPr>
          <w:lang w:eastAsia="zh-CN"/>
        </w:rPr>
        <w:t>　　现在我对我这年来的工作心得和感受总结如下：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首先自己能从产品知识入手，在了解技术知识的同时认真分析市场信息并适时制定营销方案，及时的跟进客户并对客户资料进行分析，其次自己经常同其他业务员勤沟通、勤交流，分析市场情况、存在问题及应对方案，以求共同提高。</w:t>
      </w:r>
      <w:r>
        <w:rPr>
          <w:lang w:eastAsia="zh-CN"/>
        </w:rPr>
        <w:br/>
      </w:r>
      <w:r>
        <w:rPr>
          <w:lang w:eastAsia="zh-CN"/>
        </w:rPr>
        <w:t>　　要经常开发新客户同时要不断的对手中的客户进行归类，把最有可能用到我们产品的客户作为重要的客户，把近期有项目的客户作为重点跟进客户，并根据他们的需求量来分配拜访次数。</w:t>
      </w:r>
      <w:r>
        <w:rPr>
          <w:lang w:eastAsia="zh-CN"/>
        </w:rPr>
        <w:br/>
      </w:r>
      <w:r>
        <w:rPr>
          <w:lang w:eastAsia="zh-CN"/>
        </w:rPr>
        <w:t>　　力求把单子促成，从而达到销售的目的。分析客户的同时，必须建立自己的客户群。根据我们产品的特点来找对客户群体是成功的关键。在这半年来我手中所成交的客户里面，有好几个都是对该行业不是很了解，也就是在这个行业上刚刚起步，技术比较薄弱，单子也比较小，但是成功率比较高，价格也可以做得高些。像这样的客户就可以列入主要客户群体里，他们一般都是从别的相关行业转行的或者是新成立接监控项目的部门的，因为他们有这方面的客户资源，有发展的前景，所以如果能维护好这部分客户，往后他们走的量也是比较可观的。</w:t>
      </w:r>
      <w:r>
        <w:rPr>
          <w:lang w:eastAsia="zh-CN"/>
        </w:rPr>
        <w:br/>
      </w:r>
      <w:r>
        <w:rPr>
          <w:lang w:eastAsia="zh-CN"/>
        </w:rPr>
        <w:t>　　每天主动积极的拜访客户，并确保拜访质量，回来后要认真分析信息和总结工作情况，并做好第二天的工作计划。</w:t>
      </w:r>
      <w:r>
        <w:rPr>
          <w:lang w:eastAsia="zh-CN"/>
        </w:rPr>
        <w:br/>
      </w:r>
      <w:r>
        <w:rPr>
          <w:lang w:eastAsia="zh-CN"/>
        </w:rPr>
        <w:t>　　拜访客户是销售的基础，没有拜访就没有销售，而且因为人与人都是有感情的，只有跟客户之间建立了感情基础，提高客户对我们的信任度之后方有机会销售产品给他们。</w:t>
      </w:r>
      <w:r>
        <w:rPr>
          <w:lang w:eastAsia="zh-CN"/>
        </w:rPr>
        <w:br/>
      </w:r>
      <w:r>
        <w:rPr>
          <w:lang w:eastAsia="zh-CN"/>
        </w:rPr>
        <w:t>　　主动协助客户做工作，比如帮忙查找资料，帮忙做方案，做预算，这都是让客户对我们增加信任度的方式之一，也是推我们产品给他们的最好机会。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即使当时没有能立刻成交，但是他们会一直记得你的功劳的，往后有用到的都会主动找到我们的。</w:t>
      </w:r>
      <w:r>
        <w:rPr>
          <w:lang w:eastAsia="zh-CN"/>
        </w:rPr>
        <w:br/>
      </w:r>
      <w:r>
        <w:rPr>
          <w:lang w:eastAsia="zh-CN"/>
        </w:rPr>
        <w:t>　　不管是多好的产品都会有次品，都会有各种各样的问题出现，如此售后就显得尤其重要，做好售后是维护客情的重要手段，是形成再次销售的关键。当客户反应一个问题到我们这里来的时候，我们要第一时间向客户详细了解情况，并尽量找出问题的所在，如果找不出原因的，也不要着急，先稳定客户的情绪，安慰客户，然后再承诺一定能帮他解决问题，让他放心，再把问题跟公司的技术人员反应，然后再找出解决的方案。在我成交的客户里，有反应出现问题的也不少，但是经过协调和帮忙解决以后，大多客户都对我们的服务感到很满意。很多都立刻表示要继续合作，有项目有需要采购的都立刻跟我们联系。</w:t>
      </w:r>
      <w:r>
        <w:rPr>
          <w:lang w:eastAsia="zh-CN"/>
        </w:rPr>
        <w:br/>
      </w:r>
      <w:r>
        <w:rPr>
          <w:lang w:eastAsia="zh-CN"/>
        </w:rPr>
        <w:t>　　人要不断的学习才能进步。首先要学习我们的新产品，我们的产品知识要过关;其次是学习沟通技巧来提高自身的业务能力;再有时间还可以学习一些同行的产品特点，并跟我们的作个比较，从而能了解到我们产品的优势，从而做到在客户面前扬长避短。</w:t>
      </w:r>
      <w:r>
        <w:rPr>
          <w:lang w:eastAsia="zh-CN"/>
        </w:rPr>
        <w:br/>
      </w:r>
      <w:r>
        <w:rPr>
          <w:lang w:eastAsia="zh-CN"/>
        </w:rPr>
        <w:t>　　了解我们的竞争对手我们的同行，了解现在市场上做得比较好的产品，了解行业里的相关政策，这些都是一个优秀的业务员必须时刻都要关心的问题。只有了解了外面的世界才不会成为坐井观天的青蛙，才能对手中掌握的信息做出正确的判断，遇到问题才能随机应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在销售总结会议上，我的数据跟同部门的同事_的数据差距很大，她半年的销售额是15万多，回款是8万多，而我只有两万多的销售额，远远的落后了，所以我要在迎头赶上。</w:t>
      </w:r>
      <w:r>
        <w:rPr>
          <w:lang w:eastAsia="zh-CN"/>
        </w:rPr>
        <w:br/>
      </w:r>
      <w:r>
        <w:rPr>
          <w:lang w:eastAsia="zh-CN"/>
        </w:rPr>
        <w:t>　　虽然她比我早一段时间进公司，但是大家面对的同一个市场，手中也是同样多的客户，这之间的差距只有人与人之间的差距，往后我要多向她和其他同事学习销售技巧，要努力提高自己的销售量，争取赶上他们。我要给自己定一个明确的目标，在下一年里争取做到15万，即每个月要做3万左右。同时要制定一个销售计划，并把任务分配到手中的客户里面，大方向从行业分，小到每一个客户。这样才能每天都明确的知道自己的任务，才能明确自己拜访客户的目的，提高拜访的质量。</w:t>
      </w:r>
      <w:r>
        <w:rPr>
          <w:lang w:eastAsia="zh-CN"/>
        </w:rPr>
        <w:br/>
      </w:r>
      <w:r>
        <w:rPr>
          <w:lang w:eastAsia="zh-CN"/>
        </w:rPr>
        <w:t>　　最后我要感谢我们的领导和我们同事在对我工作的支持和帮助，希望往后通过大家一起努力，让我们能够在再创佳绩。</w:t>
      </w:r>
      <w:r>
        <w:rPr>
          <w:lang w:eastAsia="zh-CN"/>
        </w:rPr>
        <w:br/>
      </w:r>
      <w:r>
        <w:rPr>
          <w:lang w:eastAsia="zh-CN"/>
        </w:rPr>
        <w:t xml:space="preserve">    最新销售工作总结大全 篇8 </w:t>
      </w:r>
      <w:r>
        <w:rPr>
          <w:lang w:eastAsia="zh-CN"/>
        </w:rPr>
        <w:br/>
      </w:r>
      <w:r>
        <w:rPr>
          <w:lang w:eastAsia="zh-CN"/>
        </w:rPr>
        <w:t>　　20__年_脚步即将迈向身后，回想走过的脚印、深深浅浅一年时间、有欢笑、有泪水、有小小的成功、也有淡淡的失落。20___这一年是有意义的、有价值的、有收获的。在工作上勤勤恳恳、任劳任怨，在作风上廉洁奉公、务真求实。我们树立“为公司节约每一分钱”的观念，积极落实采供工作要点和年初制定的工作计划</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坚持“同等质量比价格，同等价格比质量，最大限度为公司节约成本”的工作原则。在魏总的直接领导和支持及公司其他同仁的配合下，20___共完成甲供材料设备采购计划88份，新签合同20份，完成乙供材料计划核批价格140份，共计完成材料设备采购计划228份，执行情况良好，较圆满地完成了所承担的任务。现将主要工作情况总结如下：</w:t>
      </w:r>
      <w:r>
        <w:rPr>
          <w:lang w:eastAsia="zh-CN"/>
        </w:rPr>
        <w:br/>
      </w:r>
      <w:r>
        <w:rPr>
          <w:lang w:eastAsia="zh-CN"/>
        </w:rPr>
        <w:t>　　一、组织实施“阳光采购策略”—公开透明的按采购制度程序办事，在采购前、采购中、采购后的各个环节中主动接受审计及其他部门监督。20__年_们进一步强调采购工作透明，在采购工作中做到公开、公平、公正。不论是大宗材料、设备还是小型材料的零星采购，都尽量多的邀请相关职能部门参与。即使在时间紧，任务重的时候，也始终坚持这个原则，邀请审计部相关人员一起询比价，采购前、采购中、采购后的各个环节中主动接受审计监督。即确保工作的透明，同时保证了工程进度。</w:t>
      </w:r>
      <w:r>
        <w:rPr>
          <w:lang w:eastAsia="zh-CN"/>
        </w:rPr>
        <w:br/>
      </w:r>
      <w:r>
        <w:rPr>
          <w:lang w:eastAsia="zh-CN"/>
        </w:rPr>
        <w:t>　　1、完善制度，职责明确，按章办事。</w:t>
      </w:r>
      <w:r>
        <w:rPr>
          <w:lang w:eastAsia="zh-CN"/>
        </w:rPr>
        <w:br/>
      </w:r>
      <w:r>
        <w:rPr>
          <w:lang w:eastAsia="zh-CN"/>
        </w:rPr>
        <w:t>　　20__年_过组织学习《采购管理战略》和公司ISO9000质量管理体系文件，通过换版之机完善了更具操作性的《材料、设备采购控制流程》、《采购及供方评价作业指导书》等采购管理制度。制度清楚，操作有据可查，为阳光采购奠定了理论基础。</w:t>
      </w:r>
      <w:r>
        <w:rPr>
          <w:lang w:eastAsia="zh-CN"/>
        </w:rPr>
        <w:br/>
      </w:r>
      <w:r>
        <w:rPr>
          <w:lang w:eastAsia="zh-CN"/>
        </w:rPr>
        <w:t>　　2、公开公正透明，实现公开招标。</w:t>
      </w:r>
      <w:r>
        <w:rPr>
          <w:lang w:eastAsia="zh-CN"/>
        </w:rPr>
        <w:br/>
      </w:r>
      <w:r>
        <w:rPr>
          <w:lang w:eastAsia="zh-CN"/>
        </w:rPr>
        <w:t>　　采购部按项目部和施工单位上报的采购计划公开招标，邀标单位都在三家以上，有的多达十余家，并且邀标谈质论价全过程总工办、工程部、审计部、采购部都参与，增加阳光采购透明度，真正做到降低成本、保护公司利益。</w:t>
      </w:r>
      <w:r>
        <w:rPr>
          <w:lang w:eastAsia="zh-CN"/>
        </w:rPr>
        <w:br/>
      </w:r>
      <w:r>
        <w:rPr>
          <w:lang w:eastAsia="zh-CN"/>
        </w:rPr>
        <w:t>　　3、采购效益全线凸现。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实施公开透明的阳光采购策略后，同等的材料设备价格东和湾比东和银都便宜了，东和春天西区比东区价格降低了3—5%</w:t>
      </w:r>
      <w:r>
        <w:rPr>
          <w:lang w:eastAsia="zh-CN"/>
        </w:rPr>
        <w:t xml:space="preserve"> 。为公司节约了100多万的采购资金，直观有效地降低了材料设备采购成本。</w:t>
      </w:r>
      <w:r>
        <w:rPr>
          <w:lang w:eastAsia="zh-CN"/>
        </w:rPr>
        <w:br/>
      </w:r>
      <w:r>
        <w:rPr>
          <w:lang w:eastAsia="zh-CN"/>
        </w:rPr>
        <w:t>　　4、监督机制基本形成。</w:t>
      </w:r>
      <w:r>
        <w:rPr>
          <w:lang w:eastAsia="zh-CN"/>
        </w:rPr>
        <w:br/>
      </w:r>
      <w:r>
        <w:rPr>
          <w:lang w:eastAsia="zh-CN"/>
        </w:rPr>
        <w:t>　　做好价格和技术规格分离和职能定位工作，价格必须经采供部和审计部，技术必须经工程部和总工办，形成相互制衡的工作机制；防范、抑制腐败。建立材料价格信息库和材料价格监管机制、提高采购人员的自身素质和业务水平、保证货比三家、质优价廉的购买材料、减少工程成本、提高采购效率，提高企业利润。</w:t>
      </w:r>
      <w:r>
        <w:rPr>
          <w:lang w:eastAsia="zh-CN"/>
        </w:rPr>
        <w:br/>
      </w:r>
      <w:r>
        <w:rPr>
          <w:lang w:eastAsia="zh-CN"/>
        </w:rPr>
        <w:t>　　二、围绕控制成本、采购性价比最优的产品等方面开展工作20__年_供部继续围绕“控制成本、采购性价比最优的产品”的工作目标，要求采购人员在充分了解市场信息的基础上进行询比价，注重沟通技巧和谈判策略。要求各长期合作供应商在原东和银都、东和湾、东和春天的原价位的基础上下浮5—8个百分点（当然针对部分价格较高而又不降价的供货商我们也做了局部调整）。同时调整了部份工作程序，增加了采购复核环节，采取由采供部副经理在采购人员对材料、设备询比价的基础上进行复核，再由采供部经理进一步复核，实行了“采购部的两级价格复核机制”，然后再传送审计部复核。力求最大限度的控制成本，为公司节约每一分钱。采供人员也在每一项具体工作和每一个工作细节中得到煅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进一步加强对供应商的管理协调20__年_供部进一步加强了对供应商管理，本着对每一位来访的供应商负责的态度，制定了《采购供应部供方信息表》，对每一位来访的供应商进行分类登记，确保了每一个供应商资料不会流失。同时也利于采供对供应商信息的掌握，从而进一步扩大了市场信息空间。建立了合格供方名录，在进行邀标报价之前，对商家进行评价和分析，合格者才能进入合格供方名录、才具有报价资格。</w:t>
      </w:r>
      <w:r>
        <w:rPr>
          <w:lang w:eastAsia="zh-CN"/>
        </w:rPr>
        <w:br/>
      </w:r>
      <w:r>
        <w:rPr>
          <w:lang w:eastAsia="zh-CN"/>
        </w:rPr>
        <w:t>　　根据公司管理层的最新思维，公司新一代的供应商也应建立在真正的战略伙伴关系上来，甚至拿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房地产和建设行业是个相对特殊、独立的行业，供应商圈子相对独立，比如钢材、水泥可用供货商资源并不多。房地产企业都用着很多同样的供应商。因此采供部必须考虑怎样既能使供应商始终至终、一如既往的给予我们最优政策，又能更好的为公司营造良好的外部合作环境，使供应商能真正全心全意的为东和服务，抛弃双方的短期利益，谋求共同长期的健康发展。我们发展了诸如：达钢集团、拉法基水泥集团、鸽牌电线电缆公司、伊士顿电梯集团等战略合作伙伴单位。从而抢占节约成本、降低价格的制高点，为公司的持续健康发展奠定基础。</w:t>
      </w:r>
      <w:r>
        <w:rPr>
          <w:lang w:eastAsia="zh-CN"/>
        </w:rPr>
        <w:br/>
      </w:r>
      <w:r>
        <w:rPr>
          <w:lang w:eastAsia="zh-CN"/>
        </w:rPr>
        <w:t xml:space="preserve">    最新销售工作总结大全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光阴似箭，日月如梭。伴随着新年钟声的临近，我们依依惜别了紧张、忙碌的20__年，满怀热情和期待的迎来了光明灿烂、蛇跃腾飞、充满希望和激情的20__年。</w:t>
      </w:r>
      <w:r>
        <w:rPr>
          <w:lang w:eastAsia="zh-CN"/>
        </w:rPr>
        <w:br/>
      </w:r>
      <w:r>
        <w:rPr>
          <w:lang w:eastAsia="zh-CN"/>
        </w:rPr>
        <w:t>　　一转眼，来了达邦家具公司也快一个季度了。回顾这三个月以来所做的工作，心里颇有几份感触。在过去的三个月里，首先我要提到两个人，庞总和耿经理。首先感谢庞总给予我们这样一个发展的平台，和用心培养；感谢耿经理给予工作上的鼓励和督促。在二位领导的引领下，我们这个团队学到了很多的业务谈判知识和商谈技巧，并顺利的为下一步的公司业务发展迈出了第一步。其次感谢这个业务团队，感谢同事们在工作上的相互鼓励和配合。他们所有人都有值得我去学习地方，我从他/她们身上学到了不少知识，让自己更加的成熟。三个月里不断与公司业务模式进行磨合，我为自己能成为达邦家具公司的一名业务销售人员深感荣幸和自豪。我也更加的认识到了，一个销售人员的知识面、社交能力和商务谈判技巧决定了销售人员的销售能力。</w:t>
      </w:r>
      <w:r>
        <w:rPr>
          <w:lang w:eastAsia="zh-CN"/>
        </w:rPr>
        <w:br/>
      </w:r>
      <w:r>
        <w:rPr>
          <w:lang w:eastAsia="zh-CN"/>
        </w:rPr>
        <w:t>　　为此，我经过查阅更多产品手册、家具资料、相关书籍和参加公司会议培训，在家具销售行业自身知识面层次上得到了一个更好的提高，并认识到自己现有的不足和长处。以下我想说三个方面：</w:t>
      </w:r>
      <w:r>
        <w:rPr>
          <w:lang w:eastAsia="zh-CN"/>
        </w:rPr>
        <w:br/>
      </w:r>
      <w:r>
        <w:rPr>
          <w:lang w:eastAsia="zh-CN"/>
        </w:rPr>
        <w:t>　　一、在家具专业知识方面：</w:t>
      </w:r>
      <w:r>
        <w:rPr>
          <w:lang w:eastAsia="zh-CN"/>
        </w:rPr>
        <w:br/>
      </w:r>
      <w:r>
        <w:rPr>
          <w:lang w:eastAsia="zh-CN"/>
        </w:rPr>
        <w:t>　　1）产品知识方面：加强熟悉办公家具产品的生产工艺、和材料特点、规格型号（包括面料和产品等）、生产周期、付货时间。了解产品的使用方法、保养及维修知识；了解本行业竞争产品的有关情况；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2）公司知识方面：深入了解本公司和其他家具生产厂家的合作背景、产品生产能力、生产技术水平、设备情况及服务方式、发展前景等。</w:t>
      </w:r>
      <w:r>
        <w:rPr>
          <w:lang w:eastAsia="zh-CN"/>
        </w:rPr>
        <w:br/>
      </w:r>
      <w:r>
        <w:rPr>
          <w:lang w:eastAsia="zh-CN"/>
        </w:rPr>
        <w:t>　　3）客户需要方面：了解家具购买者（包括潜在客户）的消费心理、消费层次、及对生产产品的基本要求。</w:t>
      </w:r>
      <w:r>
        <w:rPr>
          <w:lang w:eastAsia="zh-CN"/>
        </w:rPr>
        <w:br/>
      </w:r>
      <w:r>
        <w:rPr>
          <w:lang w:eastAsia="zh-CN"/>
        </w:rPr>
        <w:t>　　4）市场知识方面：了解家具市场的动向和变化、顾客购买力情况，进行不同区域市场分析。</w:t>
      </w:r>
      <w:r>
        <w:rPr>
          <w:lang w:eastAsia="zh-CN"/>
        </w:rPr>
        <w:br/>
      </w:r>
      <w:r>
        <w:rPr>
          <w:lang w:eastAsia="zh-CN"/>
        </w:rPr>
        <w:t>　　5）专业知识方面：进一步了解与家具有关的其他方面的工艺技术知识，方便能更好的和不同的客户达成共识和业务范畴的交流，了解不同装饰设计公司在新的一年里的设计思维的转变，以便更好的合作。</w:t>
      </w:r>
      <w:r>
        <w:rPr>
          <w:lang w:eastAsia="zh-CN"/>
        </w:rPr>
        <w:br/>
      </w:r>
      <w:r>
        <w:rPr>
          <w:lang w:eastAsia="zh-CN"/>
        </w:rPr>
        <w:t>　　6）服务知识方面：了解接待和会客的基本礼节（注意国外客人的忌讳和有关民族、宗教等社会知识）细心、认真、迅速地处理单据；有效运用身体语言（包括姿态、语言、动作等）传递信息是获得信任的有效方式。</w:t>
      </w:r>
      <w:r>
        <w:rPr>
          <w:lang w:eastAsia="zh-CN"/>
        </w:rPr>
        <w:br/>
      </w:r>
      <w:r>
        <w:rPr>
          <w:lang w:eastAsia="zh-CN"/>
        </w:rPr>
        <w:t>　　二、自身销售修养方面：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工作中的心里感言。在庞总和耿乐二位领导的带领下，进行加强自我认识，自我分析、客户分析、签单技巧等的一系列基本素质培养，和后背支持，为我在以后的销售中认清和面对不同客户的不同谈判技巧的培养做了个更全面的准备。在我拿高薪的时候我肯定会想到你们，我一定会用行动感谢你们。都是你们给了我机遇，给了我一个发展的平台，正因为在你们身上学了不少的销售技巧和谈判能力的提高，有了前期这些经验做铺垫，相信在以后的工作当中我才能更顺利的在岗位中独立成长起来。在工作过程中，二位领导的悉心培养和言传身教让我成长了很多，感谢你们在工作中的帮助。这些都是我知识财富的积累。</w:t>
      </w:r>
      <w:r>
        <w:rPr>
          <w:lang w:eastAsia="zh-CN"/>
        </w:rPr>
        <w:br/>
      </w:r>
      <w:r>
        <w:rPr>
          <w:lang w:eastAsia="zh-CN"/>
        </w:rPr>
        <w:t>　　2）职业心态的调整。销售员的一天应该从清晨睁开第一眼开始，每天早上我都会从自己定的欢快激进的闹铃声中醒来，然后以精神充沛、快乐的心态迎接一天的工作。如果我没有别人经验多，那么我和别人比诚信；如果我没有别人单子多，那么我和别人比服务。</w:t>
      </w:r>
      <w:r>
        <w:rPr>
          <w:lang w:eastAsia="zh-CN"/>
        </w:rPr>
        <w:br/>
      </w:r>
      <w:r>
        <w:rPr>
          <w:lang w:eastAsia="zh-CN"/>
        </w:rPr>
        <w:t>　　3）重点客户的开展。我在这里想说一下：我把客户都已分类；有a b 等客户，我要把b类的客户当成a类来接待，就这样我们才比其他人多一个a类，多一个a类就多一个机会。拜访，对客户做到每周至少三次的拜访。我认为攻客户和制定目标是一样的，首先要集中精力去做一个客户，只有这样才能有收效，等重点客户认可了，我再将精力转移到第二重点客户上。</w:t>
      </w:r>
      <w:r>
        <w:rPr>
          <w:lang w:eastAsia="zh-CN"/>
        </w:rPr>
        <w:br/>
      </w:r>
      <w:r>
        <w:rPr>
          <w:lang w:eastAsia="zh-CN"/>
        </w:rPr>
        <w:t>　　4）签单技巧的培养。 “怎么拿到客户 → 跟踪客户 → 业务谈判 →方案设计 → 成功签单 →售后安装 → 售后维护 → 人际维护”等这一系列的流程，虽然来了公司三个月了，但很遗憾的没有签过一单。对这样的一个流程需要加强认知。</w:t>
      </w:r>
      <w:r>
        <w:rPr>
          <w:lang w:eastAsia="zh-CN"/>
        </w:rPr>
        <w:br/>
      </w:r>
      <w:r>
        <w:rPr>
          <w:lang w:eastAsia="zh-CN"/>
        </w:rPr>
        <w:t>　　5）自己工作中的不足。业务经验不够丰富，业务员的韧性能力和业务技巧有待突破，希望能够尽快的提高自己的不足，发挥自己的优势，能更好的为自己以后的销售业务和开展打好基础，提高自己的自信心和业务销售技巧。我想在以后的工作中不断实践和总结，并积极学习、请教老销售员业务知识，尽快提高自己的销售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最新销售工作总结大全 篇10 </w:t>
      </w:r>
      <w:r>
        <w:rPr>
          <w:lang w:eastAsia="zh-CN"/>
        </w:rPr>
        <w:br/>
      </w:r>
      <w:r>
        <w:rPr>
          <w:lang w:eastAsia="zh-CN"/>
        </w:rPr>
        <w:t>　　我们依依惜别了紧张、忙碌的20__年，满怀热情和期待的迎来了光明灿烂、虎跃腾飞、充满希望和激情的20__年。</w:t>
      </w:r>
      <w:r>
        <w:rPr>
          <w:lang w:eastAsia="zh-CN"/>
        </w:rPr>
        <w:br/>
      </w:r>
      <w:r>
        <w:rPr>
          <w:lang w:eastAsia="zh-CN"/>
        </w:rPr>
        <w:t>　　一转眼，来了公司也快一年了。回顾这一年以来所做的工作，心里颇有几份感触。首先我要提到两个人，李总和罗总。首先感谢罗总给予我们这样一个发展的平台，和用心培养；感谢李总给予工作上的鼓励和督促。还有在粟总的引领下，我们这个团队学到了很多的业务谈判知识和商谈技巧，并顺利的为下一步的公司业务发展迈出了第一步。其次感谢这个业务团队，感谢同事们在工作上的相互鼓励和配合。他们所有人都有值得我去学习地方，我从他/她们身上学到了不少知识，让自己更加的成熟。一年时间里不断与公司业务模式进行磨合，我为自己能成为公司的一名业务销售人员深感荣幸和自豪。我也更加的认识到了，一个销售人员的知识面、社交能力和商务谈判技巧决定了销售人员的销售能力。</w:t>
      </w:r>
      <w:r>
        <w:rPr>
          <w:lang w:eastAsia="zh-CN"/>
        </w:rPr>
        <w:br/>
      </w:r>
      <w:r>
        <w:rPr>
          <w:lang w:eastAsia="zh-CN"/>
        </w:rPr>
        <w:t>　　为此，我经过查阅更多项目手册、业务资料、汽车美容培训和参加公司会议培训，在销售行业自身知识面层次上得到了一个更好的提高，并认识到自己现有的不足和长处。以下我想说三个方面：</w:t>
      </w:r>
      <w:r>
        <w:rPr>
          <w:lang w:eastAsia="zh-CN"/>
        </w:rPr>
        <w:br/>
      </w:r>
      <w:r>
        <w:rPr>
          <w:lang w:eastAsia="zh-CN"/>
        </w:rPr>
        <w:t>　　一、在汽车美容专业知识方面：</w:t>
      </w:r>
      <w:r>
        <w:rPr>
          <w:lang w:eastAsia="zh-CN"/>
        </w:rPr>
        <w:br/>
      </w:r>
      <w:r>
        <w:rPr>
          <w:lang w:eastAsia="zh-CN"/>
        </w:rPr>
        <w:t>　　1）产品知识方面：加强熟悉洗车设备的生产工艺、了解产品的使用方法、保养及维修知识；了解洗车美容流程和理念；了解本行业竞争产品的有关情况。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2）公司知识方面：深入了解本公司和其他同行背景、产品生产能力、生产技术水平、设备情况及服务方式、发展前景等。</w:t>
      </w:r>
      <w:r>
        <w:rPr>
          <w:lang w:eastAsia="zh-CN"/>
        </w:rPr>
        <w:br/>
      </w:r>
      <w:r>
        <w:rPr>
          <w:lang w:eastAsia="zh-CN"/>
        </w:rPr>
        <w:t>　　3）客户需要方面：了解加盟商（包括潜在客户）的消费心理、消费层次、及对生产产品的基本要求。</w:t>
      </w:r>
      <w:r>
        <w:rPr>
          <w:lang w:eastAsia="zh-CN"/>
        </w:rPr>
        <w:br/>
      </w:r>
      <w:r>
        <w:rPr>
          <w:lang w:eastAsia="zh-CN"/>
        </w:rPr>
        <w:t>　　4）市场知识方面：了解汽车美容市场的动向和变化、顾客购买力情况，进行不同区域市场分析。</w:t>
      </w:r>
      <w:r>
        <w:rPr>
          <w:lang w:eastAsia="zh-CN"/>
        </w:rPr>
        <w:br/>
      </w:r>
      <w:r>
        <w:rPr>
          <w:lang w:eastAsia="zh-CN"/>
        </w:rPr>
        <w:t>　　5）专业知识方面：进一步了解与汽车美容设备有关的其他方面的工艺技术知识，方便能更好的和不同的客户达成共识和业务范畴的交流，了解不同地方要不同的运营模式和客户思维转变，以便更好的合作。</w:t>
      </w:r>
      <w:r>
        <w:rPr>
          <w:lang w:eastAsia="zh-CN"/>
        </w:rPr>
        <w:br/>
      </w:r>
      <w:r>
        <w:rPr>
          <w:lang w:eastAsia="zh-CN"/>
        </w:rPr>
        <w:t>　　6）服务知识方面：了解接待和会客的基本礼节，细心、认真、迅速地处理客户的问题；有效运用身体语言（包括姿态、语言、动作等）传递信息是获得信任的有效方式。</w:t>
      </w:r>
      <w:r>
        <w:rPr>
          <w:lang w:eastAsia="zh-CN"/>
        </w:rPr>
        <w:br/>
      </w:r>
      <w:r>
        <w:rPr>
          <w:lang w:eastAsia="zh-CN"/>
        </w:rPr>
        <w:t>　　二、自身销售修养方面：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工作中的心里感言。在李总和粟总的带领下，进行加强自我认识，自我分析、客户分析、签单技巧等的一系列基本素质培养，和后背支持，为我在以后的销售中认清和面对不同客户的不同谈判技巧的培养做了个更全面的准备。在我拿高薪的时候我肯定会想到你们，我一定会用行动感谢你们。都是你们给了我机遇，给了我一个发展的平台，正因为在你们身上学了不少的销售技巧和谈判能力的提高，有了前期这些经验做铺垫，相信在以后的工作当中我才能更顺利的在岗位中独立成长起来。在工作过程中，二位领导的悉心培养和言传身教让我成长了很多，感谢你们在工作中的帮助。这些都是我知识财富的积累。</w:t>
      </w:r>
      <w:r>
        <w:rPr>
          <w:lang w:eastAsia="zh-CN"/>
        </w:rPr>
        <w:br/>
      </w:r>
      <w:r>
        <w:rPr>
          <w:lang w:eastAsia="zh-CN"/>
        </w:rPr>
        <w:t>　　2）职业心态的调整。销售员的一天应该从清晨睁开第一眼开始，以精神充沛、快乐的心态迎接一天的工作。如果我没有别人经验多，那么我和别人比诚信；如果我没有别人单子多，那么我和别人比服务。</w:t>
      </w:r>
      <w:r>
        <w:rPr>
          <w:lang w:eastAsia="zh-CN"/>
        </w:rPr>
        <w:br/>
      </w:r>
      <w:r>
        <w:rPr>
          <w:lang w:eastAsia="zh-CN"/>
        </w:rPr>
        <w:t>　　3）重点客户的开展。我在这里想说一下：我把客户都已分类；有ab等客户，我要把b类的客户当成a类来接待，就这样我们才比其他人多一个a类，多一个a类就多一个机会。电话回访，对客户做到每周至少三次的回访。首先要集中精力去做一个客户，只有这样才能有收效，俗话说：你的心在哪里，结果就在哪里。想客户所想，换位思考，真正服务到客户心里去。</w:t>
      </w:r>
      <w:r>
        <w:rPr>
          <w:lang w:eastAsia="zh-CN"/>
        </w:rPr>
        <w:br/>
      </w:r>
      <w:r>
        <w:rPr>
          <w:lang w:eastAsia="zh-CN"/>
        </w:rPr>
        <w:t>　　4）签单技巧的培养。“怎么拿到客户→跟踪客户→业务谈判→方案设计→成功签单→发货→售后维护→人际维护”等这一系列的流程，虽然来了公司快一年了，但很遗憾的是业绩不太理想。对这样的一个流程需要加强认知。</w:t>
      </w:r>
      <w:r>
        <w:rPr>
          <w:lang w:eastAsia="zh-CN"/>
        </w:rPr>
        <w:br/>
      </w:r>
      <w:r>
        <w:rPr>
          <w:lang w:eastAsia="zh-CN"/>
        </w:rPr>
        <w:t>　　5）自己工作中的不足。特别是专业知识和客户分析等有待进一步提升。</w:t>
      </w:r>
      <w:r>
        <w:rPr>
          <w:lang w:eastAsia="zh-CN"/>
        </w:rPr>
        <w:br/>
      </w:r>
      <w:r>
        <w:rPr>
          <w:lang w:eastAsia="zh-CN"/>
        </w:rPr>
        <w:t>　　希望能够尽快的提高自己的不足，发挥自己的优势，能更好的为自己以后的销售业务和开展打好基础，提高自己的自信心和业务销售技巧。我想在以后的工作中不断实践和总结，并积极学习、请教老同事业务知识，尽快提高自己的销售技能。</w:t>
      </w:r>
      <w:r>
        <w:rPr>
          <w:lang w:eastAsia="zh-CN"/>
        </w:rPr>
        <w:br/>
      </w:r>
      <w:r>
        <w:rPr>
          <w:lang w:eastAsia="zh-CN"/>
        </w:rPr>
        <w:t>　　做人做事方面：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来公司快一年了，不断的在犯错中成长。聆听李总和粟总的教诲：做任何事情1、注意细节2、凡事要有个提前量3、工作交接要以文字加当面语言表达形式4、给客户承诺，表达一定要清晰明了，一句话不要让人产生两种意思5、敢于承担责任6、把自己变为多功能。</w:t>
      </w:r>
      <w:r>
        <w:rPr>
          <w:lang w:eastAsia="zh-CN"/>
        </w:rPr>
        <w:br/>
      </w:r>
      <w:r>
        <w:rPr>
          <w:lang w:eastAsia="zh-CN"/>
        </w:rPr>
        <w:t>　　用积极向上的心态，学习他人的长处，学会谦虚，与上级、朋友、同事更加融洽的相处。</w:t>
      </w:r>
      <w:r>
        <w:rPr>
          <w:lang w:eastAsia="zh-CN"/>
        </w:rPr>
        <w:br/>
      </w:r>
      <w:r>
        <w:rPr>
          <w:lang w:eastAsia="zh-CN"/>
        </w:rPr>
        <w:t>　　我知道，做业务销售行业是一个“吃苦在前、享受在后”的工作。我深知，业务人员是公司的血液，一个好的业务团队是公司发展的灵魂，它是一项崇高而神圣的职业，我为自己敢于挑战销售业务这样一项职业，敢于担当，和不断发展磨合的的精神感到荣幸，更为敢于不怕苦不怕累的精神而自豪。</w:t>
      </w:r>
      <w:r>
        <w:rPr>
          <w:lang w:eastAsia="zh-CN"/>
        </w:rPr>
        <w:br/>
      </w:r>
      <w:r>
        <w:rPr>
          <w:lang w:eastAsia="zh-CN"/>
        </w:rPr>
        <w:t>　　回顾20__，我来公司做销售以来，来访客户不多，签单数也不多，业绩也就不高。让我感到很遗憾。很对不住领导对我的期望，谢谢领导的包容和鼓励。</w:t>
      </w:r>
      <w:r>
        <w:rPr>
          <w:lang w:eastAsia="zh-CN"/>
        </w:rPr>
        <w:br/>
      </w:r>
      <w:r>
        <w:rPr>
          <w:lang w:eastAsia="zh-CN"/>
        </w:rPr>
        <w:t>　　展望20__，希望在新的一年里一切都好起来，希望自己能够在这个团队中创造更多的业绩，让公司发展的更加顺利和更加辉煌一些！</w:t>
      </w:r>
      <w:r>
        <w:rPr>
          <w:lang w:eastAsia="zh-CN"/>
        </w:rPr>
        <w:br/>
      </w:r>
      <w:r>
        <w:rPr>
          <w:lang w:eastAsia="zh-CN"/>
        </w:rPr>
        <w:t>　　20__的目标：1、熟练掌握汽车美容店运营理念和技术知识。</w:t>
      </w:r>
      <w:r>
        <w:rPr>
          <w:lang w:eastAsia="zh-CN"/>
        </w:rPr>
        <w:br/>
      </w:r>
      <w:r>
        <w:rPr>
          <w:lang w:eastAsia="zh-CN"/>
        </w:rPr>
        <w:t>　　2、业绩突破100万目标是150万。</w:t>
      </w:r>
      <w:r>
        <w:rPr>
          <w:lang w:eastAsia="zh-CN"/>
        </w:rPr>
        <w:br/>
      </w:r>
      <w:r>
        <w:rPr>
          <w:lang w:eastAsia="zh-CN"/>
        </w:rPr>
        <w:t>　　3、带爸妈坐飞机去旅游一次。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今后的工作中，我将加倍努力，发展更多的加盟商，把“我”卖出去，把钱收回来，为公司的业务拓展事业作出自己更多的贡献！在处理日常工作和事务上，以公司利益为出发点，服从公司领导安排，为明天公司建设的更加美好而努力。相信自己，创造奇迹吧，为自己加油！新的一年我能做的更多、更好！希望大家彼此鼓励，一起加油！</w:t>
      </w:r>
      <w:r>
        <w:rPr>
          <w:lang w:eastAsia="zh-CN"/>
        </w:rPr>
        <w:br/>
      </w:r>
      <w:r>
        <w:rPr>
          <w:lang w:eastAsia="zh-CN"/>
        </w:rPr>
        <w:t xml:space="preserve">    最新销售工作总结大全 篇11 </w:t>
      </w:r>
      <w:r>
        <w:rPr>
          <w:lang w:eastAsia="zh-CN"/>
        </w:rPr>
        <w:br/>
      </w:r>
      <w:r>
        <w:rPr>
          <w:lang w:eastAsia="zh-CN"/>
        </w:rPr>
        <w:t>　　然后根据实际情况再作出下半年的工作计划。从事任何工作都必须有总结的能力，作为汽车销售顾问，做好工作总结，有利于下一步计划的实施。</w:t>
      </w:r>
      <w:r>
        <w:rPr>
          <w:lang w:eastAsia="zh-CN"/>
        </w:rPr>
        <w:br/>
      </w:r>
      <w:r>
        <w:rPr>
          <w:lang w:eastAsia="zh-CN"/>
        </w:rPr>
        <w:t>　　一般来说，汽车销售顾问的半年工作总结包括以下几个方面的内容。</w:t>
      </w:r>
      <w:r>
        <w:rPr>
          <w:lang w:eastAsia="zh-CN"/>
        </w:rPr>
        <w:br/>
      </w:r>
      <w:r>
        <w:rPr>
          <w:lang w:eastAsia="zh-CN"/>
        </w:rPr>
        <w:t>　　一、数据总结分析</w:t>
      </w:r>
      <w:r>
        <w:rPr>
          <w:lang w:eastAsia="zh-CN"/>
        </w:rPr>
        <w:br/>
      </w:r>
      <w:r>
        <w:rPr>
          <w:lang w:eastAsia="zh-CN"/>
        </w:rPr>
        <w:t>　　作为汽车销售顾问，必须对数据有极度的敏感性。因为，汽车销售顾问不能脱离数据，例如：销售车的数量、业绩数、和客户谈的价格、还有客户的数量。甚至是挖掘潜在客户的数量、拜访客户的数量、电话营销的次数等。这些都是数字。</w:t>
      </w:r>
      <w:r>
        <w:rPr>
          <w:lang w:eastAsia="zh-CN"/>
        </w:rPr>
        <w:br/>
      </w:r>
      <w:r>
        <w:rPr>
          <w:lang w:eastAsia="zh-CN"/>
        </w:rPr>
        <w:t>　　在写总结时，关键是写您上半年完成的业绩情况，总任务目标是多少台车，你一共销售了几台车;总利润是多少;单月销量最高的是多少;以及你目前掌握的客户数量有多少。销售顾问要懂得用数据来说话，用数据做总结，分析自己的优势和劣势，找出对策。</w:t>
      </w:r>
      <w:r>
        <w:rPr>
          <w:lang w:eastAsia="zh-CN"/>
        </w:rPr>
        <w:br/>
      </w:r>
      <w:r>
        <w:rPr>
          <w:lang w:eastAsia="zh-CN"/>
        </w:rPr>
        <w:t>　　二、技能的总结分析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对汽车销售顾问来说，销售技巧的总结能让自己更深去了解自己。</w:t>
      </w:r>
      <w:r>
        <w:rPr>
          <w:lang w:eastAsia="zh-CN"/>
        </w:rPr>
        <w:br/>
      </w:r>
      <w:r>
        <w:rPr>
          <w:lang w:eastAsia="zh-CN"/>
        </w:rPr>
        <w:t>　　大多数销售顾问在半年内都有一个质的进步，当然，这不能缺少自己本人的努力以及同事、上司的指点，还包括公司的培训。</w:t>
      </w:r>
      <w:r>
        <w:rPr>
          <w:lang w:eastAsia="zh-CN"/>
        </w:rPr>
        <w:br/>
      </w:r>
      <w:r>
        <w:rPr>
          <w:lang w:eastAsia="zh-CN"/>
        </w:rPr>
        <w:t>　　因此，在写总结时，可以从几个方面来写。1、自己对销售技巧的总结、琢磨，可以结合让你印象深刻的客户来谈。2、参加公司的培训，获得的进步;3、同事、上司的指点，获得的进步。这些都是可以作为工作技能的总结部分。</w:t>
      </w:r>
      <w:r>
        <w:rPr>
          <w:lang w:eastAsia="zh-CN"/>
        </w:rPr>
        <w:br/>
      </w:r>
      <w:r>
        <w:rPr>
          <w:lang w:eastAsia="zh-CN"/>
        </w:rPr>
        <w:t>　　三、综合能力的总结分析</w:t>
      </w:r>
      <w:r>
        <w:rPr>
          <w:lang w:eastAsia="zh-CN"/>
        </w:rPr>
        <w:br/>
      </w:r>
      <w:r>
        <w:rPr>
          <w:lang w:eastAsia="zh-CN"/>
        </w:rPr>
        <w:t>　　优秀的汽车销售顾问并不是只会卖车，他还能把持好各种关系。例如和同事、上司相处的关系;在售前和售后之间的关系，还有和客户之间的关系。</w:t>
      </w:r>
      <w:r>
        <w:rPr>
          <w:lang w:eastAsia="zh-CN"/>
        </w:rPr>
        <w:br/>
      </w:r>
      <w:r>
        <w:rPr>
          <w:lang w:eastAsia="zh-CN"/>
        </w:rPr>
        <w:t>　　因为销售顾问的具体工作包含：客户开发、客户跟踪、销售导购、销售洽谈、销售成交等基本过程，还可能涉及到汽车保险、上牌、装潢、交车、理赔、年检等业务的介绍、成交或代办。在4S店内，其工作范围一般主要定位于销售领域，其他业务领域可与其他相应的业务部门进行衔接。所以，和其他部门的配合显得非常重要。</w:t>
      </w:r>
      <w:r>
        <w:rPr>
          <w:lang w:eastAsia="zh-CN"/>
        </w:rPr>
        <w:br/>
      </w:r>
      <w:r>
        <w:rPr>
          <w:lang w:eastAsia="zh-CN"/>
        </w:rPr>
        <w:t>　　总之：销售顾问的工作总结，既是对自身社会实践活动的回顾过程，又是思想认识提高的过程。通过总结，可以把零散的、肤浅的感性认识上升为系统、深刻的理性认识，从而得出科学的结论，以便发扬成绩，克服缺点，吸取经验教训，使今后的工作少走弯路，多出成果。 执行销售汽车是的喜悦销售流程</w:t>
      </w:r>
      <w:r>
        <w:rPr>
          <w:lang w:eastAsia="zh-CN"/>
        </w:rPr>
        <w:br/>
      </w:r>
      <w:r>
        <w:rPr>
          <w:lang w:eastAsia="zh-CN"/>
        </w:rPr>
        <w:t>　　2/向顾客演示所销售的产品和服务，包括试乘试驾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3/消除顾客的疑虑与抗拒，专业地处理顾客投诉</w:t>
      </w:r>
      <w:r>
        <w:rPr>
          <w:lang w:eastAsia="zh-CN"/>
        </w:rPr>
        <w:br/>
      </w:r>
      <w:r>
        <w:rPr>
          <w:lang w:eastAsia="zh-CN"/>
        </w:rPr>
        <w:t>　　4/维持与顾客的良好关系，并及时更新顾客资料</w:t>
      </w:r>
      <w:r>
        <w:rPr>
          <w:lang w:eastAsia="zh-CN"/>
        </w:rPr>
        <w:br/>
      </w:r>
      <w:r>
        <w:rPr>
          <w:lang w:eastAsia="zh-CN"/>
        </w:rPr>
        <w:t>　　5/通过追踪潜在顾客，取得顾客名单，促进销售</w:t>
      </w:r>
      <w:r>
        <w:rPr>
          <w:lang w:eastAsia="zh-CN"/>
        </w:rPr>
        <w:br/>
      </w:r>
      <w:r>
        <w:rPr>
          <w:lang w:eastAsia="zh-CN"/>
        </w:rPr>
        <w:t>　　6/填写销售报告、表卡</w:t>
      </w:r>
      <w:r>
        <w:rPr>
          <w:lang w:eastAsia="zh-CN"/>
        </w:rPr>
        <w:br/>
      </w:r>
      <w:r>
        <w:rPr>
          <w:lang w:eastAsia="zh-CN"/>
        </w:rPr>
        <w:t>　　7/确保展厅和展车整洁参与制订销售活动、市场开发、促销计划所具备的能力素质</w:t>
      </w:r>
      <w:r>
        <w:rPr>
          <w:lang w:eastAsia="zh-CN"/>
        </w:rPr>
        <w:br/>
      </w:r>
      <w:r>
        <w:rPr>
          <w:lang w:eastAsia="zh-CN"/>
        </w:rPr>
        <w:t>　　1/热爱汽车销售工作</w:t>
      </w:r>
      <w:r>
        <w:rPr>
          <w:lang w:eastAsia="zh-CN"/>
        </w:rPr>
        <w:br/>
      </w:r>
      <w:r>
        <w:rPr>
          <w:lang w:eastAsia="zh-CN"/>
        </w:rPr>
        <w:t>　　2/会驾驶，具有驾驶执照</w:t>
      </w:r>
      <w:r>
        <w:rPr>
          <w:lang w:eastAsia="zh-CN"/>
        </w:rPr>
        <w:br/>
      </w:r>
      <w:r>
        <w:rPr>
          <w:lang w:eastAsia="zh-CN"/>
        </w:rPr>
        <w:t>　　3/能够精确了解产品的各项参数</w:t>
      </w:r>
      <w:r>
        <w:rPr>
          <w:lang w:eastAsia="zh-CN"/>
        </w:rPr>
        <w:br/>
      </w:r>
      <w:r>
        <w:rPr>
          <w:lang w:eastAsia="zh-CN"/>
        </w:rPr>
        <w:t>　　4/能够与各部门建立良好的关系，特别是财务部门和售后部门。并且能够在销售过程中特别关注这些部门的需求</w:t>
      </w:r>
      <w:r>
        <w:rPr>
          <w:lang w:eastAsia="zh-CN"/>
        </w:rPr>
        <w:br/>
      </w:r>
      <w:r>
        <w:rPr>
          <w:lang w:eastAsia="zh-CN"/>
        </w:rPr>
        <w:t>　　5/能够在繁忙，活跃的环境中独立作业</w:t>
      </w:r>
      <w:r>
        <w:rPr>
          <w:lang w:eastAsia="zh-CN"/>
        </w:rPr>
        <w:br/>
      </w:r>
      <w:r>
        <w:rPr>
          <w:lang w:eastAsia="zh-CN"/>
        </w:rPr>
        <w:t>　　6/具有专业的仪表和积极、热情的工作态度</w:t>
      </w:r>
      <w:r>
        <w:rPr>
          <w:lang w:eastAsia="zh-CN"/>
        </w:rPr>
        <w:br/>
      </w:r>
      <w:r>
        <w:rPr>
          <w:lang w:eastAsia="zh-CN"/>
        </w:rPr>
        <w:t>　　7/能够不断学习新的销售方法、与产品有关的新信息，以及提高行政管理和与顾客打交道效率的新方法</w:t>
      </w:r>
      <w:r>
        <w:rPr>
          <w:lang w:eastAsia="zh-CN"/>
        </w:rPr>
        <w:br/>
      </w:r>
      <w:r>
        <w:rPr>
          <w:lang w:eastAsia="zh-CN"/>
        </w:rPr>
        <w:t>　　8/有能力管理自己的时间与工作</w:t>
      </w:r>
      <w:r>
        <w:rPr>
          <w:lang w:eastAsia="zh-CN"/>
        </w:rPr>
        <w:br/>
      </w:r>
      <w:r>
        <w:rPr>
          <w:lang w:eastAsia="zh-CN"/>
        </w:rPr>
        <w:t>　　正确的电话技巧和礼节</w:t>
      </w:r>
      <w:r>
        <w:rPr>
          <w:lang w:eastAsia="zh-CN"/>
        </w:rPr>
        <w:br/>
      </w:r>
      <w:r>
        <w:rPr>
          <w:lang w:eastAsia="zh-CN"/>
        </w:rPr>
        <w:t>　　9/了解最新的车型以及最新的改进技术</w:t>
      </w:r>
      <w:r>
        <w:rPr>
          <w:lang w:eastAsia="zh-CN"/>
        </w:rPr>
        <w:br/>
      </w:r>
      <w:r>
        <w:rPr>
          <w:lang w:eastAsia="zh-CN"/>
        </w:rPr>
        <w:t>　　10/了解汽车系统(基础的汽车设计)和价格、车型、系列、选装和其它制造厂商产品</w:t>
      </w:r>
      <w:r>
        <w:rPr>
          <w:lang w:eastAsia="zh-CN"/>
        </w:rPr>
        <w:br/>
      </w:r>
      <w:r>
        <w:rPr>
          <w:lang w:eastAsia="zh-CN"/>
        </w:rPr>
        <w:t>　　11/了解竞争产品和价格</w:t>
      </w:r>
      <w:r>
        <w:rPr>
          <w:lang w:eastAsia="zh-CN"/>
        </w:rPr>
        <w:br/>
      </w:r>
      <w:r>
        <w:rPr>
          <w:lang w:eastAsia="zh-CN"/>
        </w:rPr>
        <w:t>　　12/了解销售程序、过程和跟踪程序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15/了解所销售的车型、价格、系列、选装件、保修、车身色、标准</w:t>
      </w:r>
      <w:r>
        <w:rPr>
          <w:lang w:eastAsia="zh-CN"/>
        </w:rPr>
        <w:br/>
      </w:r>
      <w:r>
        <w:rPr>
          <w:lang w:eastAsia="zh-CN"/>
        </w:rPr>
        <w:t>　　件、规格等16/了解进销标准，并严格遵守</w:t>
      </w:r>
      <w:r>
        <w:rPr>
          <w:lang w:eastAsia="zh-CN"/>
        </w:rPr>
        <w:br/>
      </w:r>
      <w:r>
        <w:rPr>
          <w:lang w:eastAsia="zh-CN"/>
        </w:rPr>
        <w:t>　　17/会使用计算机</w:t>
      </w:r>
      <w:r>
        <w:rPr>
          <w:lang w:eastAsia="zh-CN"/>
        </w:rPr>
        <w:br/>
      </w:r>
      <w:r>
        <w:rPr>
          <w:lang w:eastAsia="zh-CN"/>
        </w:rPr>
        <w:t>　　18/会使用一般的办公室设备</w:t>
      </w:r>
      <w:r>
        <w:rPr>
          <w:lang w:eastAsia="zh-CN"/>
        </w:rPr>
        <w:br/>
      </w:r>
      <w:r>
        <w:rPr>
          <w:lang w:eastAsia="zh-CN"/>
        </w:rPr>
        <w:t>　　19熟悉与汽车相关法规，消费者相关法规和商业惯例</w:t>
      </w:r>
      <w:r>
        <w:rPr>
          <w:lang w:eastAsia="zh-CN"/>
        </w:rPr>
        <w:br/>
      </w:r>
      <w:r>
        <w:rPr>
          <w:lang w:eastAsia="zh-CN"/>
        </w:rPr>
        <w:t>　　20了解特约店的公司结构和各岗位的职责</w:t>
      </w:r>
      <w:r>
        <w:rPr>
          <w:lang w:eastAsia="zh-CN"/>
        </w:rPr>
        <w:br/>
      </w:r>
      <w:r>
        <w:rPr>
          <w:lang w:eastAsia="zh-CN"/>
        </w:rPr>
        <w:t>　　编后语：以上就是由为您提供的最新汽车销售顾问工作总结范文，希望给您带来帮助!</w:t>
      </w:r>
      <w:r>
        <w:rPr>
          <w:lang w:eastAsia="zh-CN"/>
        </w:rPr>
        <w:br/>
      </w:r>
      <w:r>
        <w:rPr>
          <w:lang w:eastAsia="zh-CN"/>
        </w:rPr>
        <w:t>　　编后语：以上这份“最新汽车销售顾问工作总结范文”的工作总结内容就是这样子，希望对您写工作总结有所帮助！</w:t>
      </w:r>
      <w:r>
        <w:rPr>
          <w:lang w:eastAsia="zh-CN"/>
        </w:rPr>
        <w:br/>
      </w:r>
      <w:r>
        <w:rPr>
          <w:lang w:eastAsia="zh-CN"/>
        </w:rPr>
        <w:t xml:space="preserve">    最新销售工作总结大全 篇12 </w:t>
      </w:r>
      <w:r>
        <w:rPr>
          <w:lang w:eastAsia="zh-CN"/>
        </w:rPr>
        <w:br/>
      </w:r>
      <w:r>
        <w:rPr>
          <w:lang w:eastAsia="zh-CN"/>
        </w:rPr>
        <w:t>　　时间确实过的好快，一年的时光就这样的过去了。转眼间来公司已经快两年了，在这里有喜有悲有笑有哭，在这里成长了在这里进步了，感谢所有帮助过我的人，谢谢。今年总体来说达到了自己设定的目标，但是在个人能力方面，还差好多，没能达到预计的水平。现做一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今年上半年每天都想到自己到底要去做点什么，可就是没有目的盲目的做着，就这样的来到下半年，突然很感叹，我上半年到底在想些什么?在我这个年龄段的人，心里都是充满抱负的。不能是空去想就能够实现的了，要靠自己的双手，靠自己的每日每夜积累的社会实践的经验，不能一味的盲目的空想。人生最黑暗的时候，要靠自己去努力的向光明的方向走着，总会走出去的。</w:t>
      </w:r>
      <w:r>
        <w:rPr>
          <w:lang w:eastAsia="zh-CN"/>
        </w:rPr>
        <w:br/>
      </w:r>
      <w:r>
        <w:rPr>
          <w:lang w:eastAsia="zh-CN"/>
        </w:rPr>
        <w:t>　　刚才又看了长辈对自己说的话：刚参加工作，刚出道，给人个好的第一印象很重要。在家靠父母，在外靠同事、朋友。要学会做人做事。做人要像水一样，利万物，会变化;冬为雪，夏为雨，上天为云，入地为泉;要善适应：遇盆责圆，遇盂则方;要有志气、志向和意志，如泉水从深山流出，勇往直前，不舍昼夜，遇见坑洼，填平它，继续前进;遇到高山，如果推不倒又越不过，就借势取径，绕道而行，这样，只要不停地流淌，总能走出大山，汇入江河，奔向辽阔的海洋的。但做事千万不能像水，应该如火。要有火的热情、火的速度、火的摧枯拉朽以及它的创新精神。只有不断创新，从改变自己开始，然后改变自己的家庭及一切，才有可能有个更好的未来。哪次看到这几句话，都有不同的认识。也是督促自己前进的动力。</w:t>
      </w:r>
      <w:r>
        <w:rPr>
          <w:lang w:eastAsia="zh-CN"/>
        </w:rPr>
        <w:br/>
      </w:r>
      <w:r>
        <w:rPr>
          <w:lang w:eastAsia="zh-CN"/>
        </w:rPr>
        <w:t>　　20____年做计划的时候给自己订的20____年营业额是300万，这个基本上完成了，由于自己的能力不足，里边存在好多朋友的支持和帮忙。自己也在其中学到了很多，感谢帮助过我的同事、朋友。20____年在完成营业额的同时，提高自己的业务、交际能力。要按照自己制定的计划一步一步的走下去，要有长跑运动员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20____年的工作重点是挖掘一些大的客户，如何区分大小客户?如何建立大客户的第一印象?如何寻找与大客户交流的话题,拉近与大客户的距离?如何建立信任感?如何与大客户谈价格?如何建立大客户的忠诚度?如何应对竞争对手?争取20____拿下一些具有实力的大用户。</w:t>
      </w:r>
      <w:r>
        <w:rPr>
          <w:lang w:eastAsia="zh-CN"/>
        </w:rPr>
        <w:br/>
      </w:r>
      <w:r>
        <w:rPr>
          <w:lang w:eastAsia="zh-CN"/>
        </w:rPr>
        <w:t>　　在与大客户打交道，处处有不好相处的人，时时有难以处理的事情。在这个时候我们可以用自己诚信的处事理念、各种专业的知识和灵活的处事方式来处理这些问题，必须化解矛盾，拿到大的订单。有时候要换位思考大客户就象大象：庞大，行动缓慢，交往容易，却又很固执。大象很聪明，记性又好，有时还具有危险性，所以打交道时必须小心谨慎。在打交道的过程当中，了解“大象”的想法与习性，建立长期而深厚的友谊，是最关键。</w:t>
      </w:r>
      <w:r>
        <w:rPr>
          <w:lang w:eastAsia="zh-CN"/>
        </w:rPr>
        <w:br/>
      </w:r>
      <w:r>
        <w:rPr>
          <w:lang w:eastAsia="zh-CN"/>
        </w:rPr>
        <w:t>　　这些方面，自己需要学习的东西很多，一定让自己的能力提升起来。</w:t>
      </w:r>
      <w:r>
        <w:rPr>
          <w:lang w:eastAsia="zh-CN"/>
        </w:rPr>
        <w:br/>
      </w:r>
      <w:r>
        <w:rPr>
          <w:lang w:eastAsia="zh-CN"/>
        </w:rPr>
        <w:t xml:space="preserve">    最新销售工作总结大全 篇13 </w:t>
      </w:r>
      <w:r>
        <w:rPr>
          <w:lang w:eastAsia="zh-CN"/>
        </w:rPr>
        <w:br/>
      </w:r>
      <w:r>
        <w:rPr>
          <w:lang w:eastAsia="zh-CN"/>
        </w:rPr>
        <w:t>　　来到销售二部主持工作已经半年。在这半年的工作中，领导给了我很大的支持和帮助，使我很快了解并熟悉了自己负责的业务，同时感受到了领导们“海纳百川”的胸襟和对员工无微不至关怀的温暖，感受到了销售部“不经历风雨，怎能见彩虹”的豪气，也体会到了销售部作为单位核心部门工作的艰辛与坚定。更为我作为销售部的一员而荣幸和高兴。半年来，在领导和同事的悉心关怀和指导下，通过自身努力，各方面取得了一定的进步，现将我的工作情况作如下简要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由于岗位的职责目前我的工作重点：一是在于服务，直接面对客户，深深的觉得自己身肩重任。作为宾馆的门面，宾馆的窗口，代表的是宾馆的形象。这就要求我们在与客户直接接触的过程中都应态度热情、和蔼、耐心，处理业务更应迅速、准确。过去的工作中，真正体会到什么才是客户最需要的服务，工作中点点滴滴的积累，为我今后更好地为客户服务奠定了良好的基础。在工作中除了每天要做好的客户来电、流水客户及市场部后勤工作的一些工作外，时刻监控市场动态，为维护市场秩序和客户管理提供相关建议等。在领导和同事的指导协助下，基本保质保量的按时完成了各级领导安排的各项工作。二是对于销售的管理和产品的促销，具体包括按照相关销售管理制度，对相关部门进行监督、检查具体执行情况，提出意见和建议；随时掌握市场变化情况，与销售部一道对客户实行动态管理，作好客户满意度调查、客户评价；对销售市场进行检查、监督、检查等工作；三是领导交办的其他工作。</w:t>
      </w:r>
      <w:r>
        <w:rPr>
          <w:lang w:eastAsia="zh-CN"/>
        </w:rPr>
        <w:br/>
      </w:r>
      <w:r>
        <w:rPr>
          <w:lang w:eastAsia="zh-CN"/>
        </w:rPr>
        <w:t>　　通过完成上述工作，使我认识到一个优秀市场销售部员工应当具有优秀的管理能力，不断强化的服务意识，遇事经常换位思考的能力，良好的协调、沟通能力，及时发现、解决问题的能力，准确分析、判断、预测市场的能力，如何保证管理者信息及时、对称的能力，良好的语言表达能力、流畅的文字写作能力，较强的创新能力。以提高办事效率和工作质量为标准，这样才能不断增强自身工作的号召力、凝聚力和战斗力。</w:t>
      </w:r>
      <w:r>
        <w:rPr>
          <w:lang w:eastAsia="zh-CN"/>
        </w:rPr>
        <w:br/>
      </w:r>
      <w:r>
        <w:rPr>
          <w:lang w:eastAsia="zh-CN"/>
        </w:rPr>
        <w:t>　　在领导的正确指导和同事们的帮助下，通过自己的努力，我按照岗位职责的要求，做好个人销售工作计划，克服对新市场、新客户的不了解等困难，较好的完成了工作任务。</w:t>
      </w:r>
      <w:r>
        <w:rPr>
          <w:lang w:eastAsia="zh-CN"/>
        </w:rPr>
        <w:br/>
      </w:r>
      <w:r>
        <w:rPr>
          <w:lang w:eastAsia="zh-CN"/>
        </w:rPr>
        <w:t>　　短短几个月时间，虽然自己做了一些力所能及的工作，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但是与一个优秀的销售部长标准相比，还有一定的差距。表现在：</w:t>
      </w:r>
      <w:r>
        <w:rPr>
          <w:lang w:eastAsia="zh-CN"/>
        </w:rPr>
        <w:br/>
      </w:r>
      <w:r>
        <w:rPr>
          <w:lang w:eastAsia="zh-CN"/>
        </w:rPr>
        <w:t>　　1、由于经验少，从事管理工作时间较短等原因，虽然能够充分认识创新在管理工作中的重要意义，但创新意识不够强；</w:t>
      </w:r>
      <w:r>
        <w:rPr>
          <w:lang w:eastAsia="zh-CN"/>
        </w:rPr>
        <w:br/>
      </w:r>
      <w:r>
        <w:rPr>
          <w:lang w:eastAsia="zh-CN"/>
        </w:rPr>
        <w:t>　　2、由于多种原因，有时对于工作中相关问题的处理，协调难度大。</w:t>
      </w:r>
      <w:r>
        <w:rPr>
          <w:lang w:eastAsia="zh-CN"/>
        </w:rPr>
        <w:br/>
      </w:r>
      <w:r>
        <w:rPr>
          <w:lang w:eastAsia="zh-CN"/>
        </w:rPr>
        <w:t>　　3、遇事经常换位思考的能力有待进一步加强。</w:t>
      </w:r>
      <w:r>
        <w:rPr>
          <w:lang w:eastAsia="zh-CN"/>
        </w:rPr>
        <w:br/>
      </w:r>
      <w:r>
        <w:rPr>
          <w:lang w:eastAsia="zh-CN"/>
        </w:rPr>
        <w:t>　　4、在工作和生活中，与人沟通时，说话的方式、方法有待进一步改进。</w:t>
      </w:r>
      <w:r>
        <w:rPr>
          <w:lang w:eastAsia="zh-CN"/>
        </w:rPr>
        <w:br/>
      </w:r>
      <w:r>
        <w:rPr>
          <w:lang w:eastAsia="zh-CN"/>
        </w:rPr>
        <w:t>　　我认为：勇于承认缺点和不足并正确认识，在以后的工作和生活中不断加以改进，对于自己来讲是开展好工作的前提和保证。</w:t>
      </w:r>
      <w:r>
        <w:rPr>
          <w:lang w:eastAsia="zh-CN"/>
        </w:rPr>
        <w:br/>
      </w:r>
      <w:r>
        <w:rPr>
          <w:lang w:eastAsia="zh-CN"/>
        </w:rPr>
        <w:t>　　以上是我个人任职销售二部工作以来的小结，也是我个人20__年上半年工作总结 ，不足之处，请领导指正。</w:t>
      </w:r>
      <w:r>
        <w:rPr>
          <w:lang w:eastAsia="zh-CN"/>
        </w:rPr>
        <w:br/>
      </w:r>
      <w:r>
        <w:rPr>
          <w:lang w:eastAsia="zh-CN"/>
        </w:rPr>
        <w:t xml:space="preserve">    最新销售工作总结大全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上半年共完成营收元，其中客房完成营收元，占计划的%，平均出租率%，平均房价元；另外，餐饮完成营收收入元，占计划的%；5月份客房任务超额完成，与去年同期相比，有所提高；但是较四月份的营收下降幅度也是比较大的；另外，在5月份餐饮收入也超额完成计划目标，主要是体现在宴会包桌收入的提高方面，占据了当月餐饮营收的很大比例；从以上经营收入汇总来年，与去年相比，今年同期都有所提高，尤其是客房收入方面，虽然较去年相比提高不大，但是在客源结构方面，散客所占的比重得到了很大的提高，也是符合酒店的市场定位的；另外，餐饮方面，此月份在营收方面虽然超额完成任务，但是在内部客源方面散客消费是呈下降趋势的，如何提高此类客源的消费应是下期工作的重点。</w:t>
      </w:r>
      <w:r>
        <w:rPr>
          <w:lang w:eastAsia="zh-CN"/>
        </w:rPr>
        <w:br/>
      </w:r>
      <w:r>
        <w:rPr>
          <w:lang w:eastAsia="zh-CN"/>
        </w:rPr>
        <w:t>　　在部门工作方面：营销部在5月份累计完成会议接待13批次，其中主要完成了医疗器械会议期间在店会议的接待工作，通过此次接待活动宣传了酒店品牌，同时也获得了客户的认同；另外，接待了中化轮胎和金莱克、郑州市公路局和深圳富士康集团等一系统会议团队；在部门销售方面，本月按照年度工作计划并结合酒店指导思想，主要对周边市场客户进行了走访工作，加强了政务类客源的回访并形成了有效的意见。</w:t>
      </w:r>
      <w:r>
        <w:rPr>
          <w:lang w:eastAsia="zh-CN"/>
        </w:rPr>
        <w:br/>
      </w:r>
      <w:r>
        <w:rPr>
          <w:lang w:eastAsia="zh-CN"/>
        </w:rPr>
        <w:t>　　同时，本月根据6月份市场情况提前对周边会议客源市场进行主动的走访，保证了淡季期间酒店客源的稳定；另外，本月完成了对许昌地区客户的走访，通过此宣传了酒店产品，开拓了部分新客户；同时，本月结合酒店评星要求，对酒店各区域所有宣传品进行了重新设计，使酒店公共标识符合评星标准要求；另外，本月部门开展了团队建设月活动，通过日常的团队意识培训和组织部门人员处出集体活动加强了团队凝聚力和协同能力；</w:t>
      </w:r>
      <w:r>
        <w:rPr>
          <w:lang w:eastAsia="zh-CN"/>
        </w:rPr>
        <w:br/>
      </w:r>
    </w:p>
    <w:p w:rsidR="001B1F19" w14:textId="27C3F48A">
      <w:pPr>
        <w:rPr>
          <w:rFonts w:hint="eastAsia"/>
          <w:lang w:eastAsia="zh-CN"/>
        </w:rPr>
      </w:pPr>
      <w:r>
        <w:rPr>
          <w:lang w:eastAsia="zh-CN"/>
        </w:rPr>
        <w:t>　　公关营销方面：5月份主要是策划了母亲节活动；制定出了短信营销流程和标准，使短信营销模式成为日常营销的一种；同时，部门结合餐饮重点加强婚宴产品的情况，对餐饮婚宴产品进行重新的包装和设计，现已完成宣传手册的统一制作，将于下月投入使用；另外，本月将酒店积分活动礼品进行了重新的设计和推广，丰富了礼品种类，吸引客户的进一步消费。</w:t>
      </w:r>
      <w:r>
        <w:rPr>
          <w:lang w:eastAsia="zh-CN"/>
        </w:rPr>
        <w:br/>
      </w:r>
      <w:r>
        <w:rPr>
          <w:lang w:eastAsia="zh-CN"/>
        </w:rPr>
        <w:t xml:space="preserve">    最新销售工作总结大全 篇15 </w:t>
      </w:r>
      <w:r>
        <w:rPr>
          <w:lang w:eastAsia="zh-CN"/>
        </w:rPr>
        <w:br/>
      </w:r>
      <w:r>
        <w:rPr>
          <w:lang w:eastAsia="zh-CN"/>
        </w:rPr>
        <w:t>　　20__年_月时间转瞬已经过去了，虽然我还算是个新员工，但在各位领导的关怀下、在同事们的支持和帮助下，我坚持不断地学习理论知识、总结工作经验，加强自身思想修养，努力提高综合素质，通过自身的不懈努力，在工作上取得了一定的成果，但也存在了诸多不足。在这里将_月自己的思想、情况等简要的个人工作总结如以下：</w:t>
      </w:r>
      <w:r>
        <w:rPr>
          <w:lang w:eastAsia="zh-CN"/>
        </w:rPr>
        <w:br/>
      </w:r>
      <w:r>
        <w:rPr>
          <w:lang w:eastAsia="zh-CN"/>
        </w:rPr>
        <w:t>　　一、加强业务学习，不断提高业务素质，努力做出更大贡献。</w:t>
      </w:r>
      <w:r>
        <w:rPr>
          <w:lang w:eastAsia="zh-CN"/>
        </w:rPr>
        <w:br/>
      </w:r>
      <w:r>
        <w:rPr>
          <w:lang w:eastAsia="zh-CN"/>
        </w:rPr>
        <w:t>　　回想在_的这段工作历程，是我人生中很珍惜的一段时间。在这期间我的收获主要有两个方面：政治思想上的成熟和业务工作方面积累了丰富的工作经验，总结为八个字“收获颇多、受益匪浅”。</w:t>
      </w:r>
      <w:r>
        <w:rPr>
          <w:lang w:eastAsia="zh-CN"/>
        </w:rPr>
        <w:br/>
      </w:r>
      <w:r>
        <w:rPr>
          <w:lang w:eastAsia="zh-CN"/>
        </w:rPr>
        <w:t>　　我的转变与进步，是领导的培养、同事们的帮助与支持和自身的努力才取得的。我清楚自己在咱们品牌店面的工作时间还不是很长，还有很多方面需要不断的学习，要时刻衡量和要求自己的言行，注意加强政治修养，进一步提高各项认识。我也希望领导和同事们一如既往的给与我指导和帮助，我也将加倍努力，以无比的热情与努力争取更大的进步!</w:t>
      </w:r>
      <w:r>
        <w:rPr>
          <w:lang w:eastAsia="zh-CN"/>
        </w:rPr>
        <w:br/>
      </w:r>
      <w:r>
        <w:rPr>
          <w:lang w:eastAsia="zh-CN"/>
        </w:rPr>
        <w:t>　　二、工作中，严以律己，不断进取。</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https://d.book118.com/496045002110010101</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6045002110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