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body>
    <w:p w:rsidR="00CB6425" w14:paraId="74038BE1" w14:textId="1F895384">
      <w:pPr>
        <w:jc w:val="center"/>
      </w:pPr>
      <w:r>
        <w:rPr>
          <w:rFonts w:ascii="宋体" w:eastAsia="宋体" w:hAnsi="宋体"/>
          <w:b/>
          <w:noProof/>
          <w:sz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-1143000</wp:posOffset>
                </wp:positionH>
                <wp:positionV relativeFrom="paragraph">
                  <wp:posOffset>9080500</wp:posOffset>
                </wp:positionV>
                <wp:extent cx="6350000" cy="63500"/>
                <wp:effectExtent l="0" t="0" r="0" b="0"/>
                <wp:wrapNone/>
                <wp:docPr id="1426046898" name="PageShape1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350000" cy="63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105D3" w:rsidRPr="003105D3" w14:textId="73E01510">
                            <w:pPr>
                              <w:rPr>
                                <w:rFonts w:ascii="黑体" w:eastAsia="黑体"/>
                                <w:sz w:val="24"/>
                              </w:rPr>
                            </w:pPr>
                            <w:r w:rsidRPr="003105D3">
                              <w:rPr>
                                <w:rFonts w:ascii="黑体" w:eastAsia="黑体" w:hint="eastAsia"/>
                                <w:sz w:val="24"/>
                              </w:rPr>
                              <w:t>室内卫生间装修施工方案 全文共1页，当前为第1页。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ageShape1" o:spid="_x0000_s1025" type="#_x0000_t202" style="width:500pt;height:5pt;margin-top:715pt;margin-left:-90pt;mso-wrap-distance-bottom:0;mso-wrap-distance-left:9pt;mso-wrap-distance-right:9pt;mso-wrap-distance-top:0;position:absolute;visibility:hidden;v-text-anchor:top;z-index:251658240" filled="f" fillcolor="this" stroked="t" strokecolor="black" strokeweight="0.5pt">
                <v:textbox>
                  <w:txbxContent>
                    <w:p w:rsidR="003105D3" w:rsidRPr="003105D3" w14:paraId="4CA2C342" w14:textId="73E01510">
                      <w:pPr>
                        <w:rPr>
                          <w:rFonts w:ascii="黑体" w:eastAsia="黑体"/>
                          <w:sz w:val="24"/>
                        </w:rPr>
                      </w:pPr>
                      <w:r w:rsidRPr="003105D3">
                        <w:rPr>
                          <w:rFonts w:ascii="黑体" w:eastAsia="黑体" w:hint="eastAsia"/>
                          <w:sz w:val="24"/>
                        </w:rPr>
                        <w:t>室内卫生间装修施工方案 全文共1页，当前为第1页。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/>
          <w:b/>
          <w:sz w:val="44"/>
        </w:rPr>
        <w:t>室内卫生间装修施工方案</w:t>
      </w:r>
      <w:r>
        <w:rPr>
          <w:rFonts w:ascii="宋体" w:eastAsia="宋体" w:hAnsi="宋体"/>
          <w:b/>
          <w:sz w:val="44"/>
        </w:rPr>
        <w:br/>
      </w:r>
    </w:p>
    <w:p w:rsidR="00CB6425" w14:paraId="471A3C7C" w14:textId="77777777">
      <w:r>
        <w:t>一、编制依据</w:t>
      </w:r>
    </w:p>
    <w:p w:rsidR="00CB6425" w14:paraId="548F43BA" w14:textId="77777777">
      <w:r>
        <w:t>本文档的编制依据是相关的建筑装修工程规范和标准。</w:t>
      </w:r>
    </w:p>
    <w:p w:rsidR="00CB6425" w14:paraId="172618E1" w14:textId="77777777"/>
    <w:p w:rsidR="00CB6425" w14:paraId="2B952F34" w14:textId="77777777">
      <w:r>
        <w:t>二、施工范围</w:t>
      </w:r>
    </w:p>
    <w:p w:rsidR="00CB6425" w14:paraId="1540B1F7" w14:textId="77777777">
      <w:r>
        <w:t>本工程的施工范围包括装修材料的主要工程量和应用部位。</w:t>
      </w:r>
    </w:p>
    <w:p w:rsidR="00CB6425" w14:paraId="6DF7FC90" w14:textId="77777777"/>
    <w:p w:rsidR="00CB6425" w14:paraId="5DA1041E" w14:textId="77777777">
      <w:r>
        <w:t>三、施工准备</w:t>
      </w:r>
    </w:p>
    <w:p w:rsidR="00CB6425" w14:paraId="0527CAA5" w14:textId="77777777">
      <w:r>
        <w:t>3.1</w:t>
      </w:r>
      <w:r>
        <w:t>装修材料主要工程量及应用部位</w:t>
      </w:r>
    </w:p>
    <w:p w:rsidR="00CB6425" w14:paraId="6295C3F4" w14:textId="77777777">
      <w:r>
        <w:t>在施工前，需要详细列出装修材料的主要工程量和应用部位。</w:t>
      </w:r>
    </w:p>
    <w:p w:rsidR="00CB6425" w14:paraId="268B4155" w14:textId="77777777"/>
    <w:p w:rsidR="00CB6425" w14:paraId="47561D9D" w14:textId="77777777">
      <w:r>
        <w:t>3.2</w:t>
      </w:r>
      <w:r>
        <w:t>材料准备</w:t>
      </w:r>
    </w:p>
    <w:p w:rsidR="00CB6425" w14:paraId="4DBAF1AB" w14:textId="77777777">
      <w:r>
        <w:t>在施工前，需要准备好所需的装修材料。</w:t>
      </w:r>
    </w:p>
    <w:p w:rsidR="00CB6425" w14:paraId="17D5FA9A" w14:textId="77777777"/>
    <w:p w:rsidR="00CB6425" w14:paraId="06FB9262" w14:textId="77777777">
      <w:r>
        <w:t>3.3</w:t>
      </w:r>
      <w:r>
        <w:t>工具准备</w:t>
      </w:r>
    </w:p>
    <w:p w:rsidR="00CB6425" w14:paraId="7C2B620F" w14:textId="77777777">
      <w:r>
        <w:t>在施工前，需要准备好所需的工具。</w:t>
      </w:r>
    </w:p>
    <w:p w:rsidR="00CB6425" w14:paraId="275DDCF3" w14:textId="77777777">
      <w:pPr>
        <w:sectPr w:rsidSect="00034616">
          <w:headerReference w:type="default" r:id="rId5"/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 w:rsidR="00CB6425" w14:paraId="56F227B9" w14:textId="77777777">
      <w:r>
        <w:t>3.4</w:t>
      </w:r>
      <w:r>
        <w:t>技术准备</w:t>
      </w:r>
    </w:p>
    <w:p w:rsidR="00CB6425" w14:paraId="22EACF0F" w14:textId="21A9BE71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-1143000</wp:posOffset>
                </wp:positionH>
                <wp:positionV relativeFrom="paragraph">
                  <wp:posOffset>9080500</wp:posOffset>
                </wp:positionV>
                <wp:extent cx="6350000" cy="63500"/>
                <wp:effectExtent l="0" t="0" r="0" b="0"/>
                <wp:wrapNone/>
                <wp:docPr id="1295549850" name="PageShape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350000" cy="63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105D3" w:rsidRPr="003105D3" w14:textId="17F2E843">
                            <w:pPr>
                              <w:rPr>
                                <w:rFonts w:ascii="黑体" w:eastAsia="黑体"/>
                                <w:sz w:val="24"/>
                              </w:rPr>
                            </w:pPr>
                            <w:r w:rsidRPr="003105D3">
                              <w:rPr>
                                <w:rFonts w:ascii="黑体" w:eastAsia="黑体" w:hint="eastAsia"/>
                                <w:sz w:val="24"/>
                              </w:rPr>
                              <w:t>室内卫生间装修施工方案 全文共2页，当前为第2页。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ageShape2" o:spid="_x0000_s1026" type="#_x0000_t202" style="width:500pt;height:5pt;margin-top:715pt;margin-left:-90pt;mso-wrap-distance-bottom:0;mso-wrap-distance-left:9pt;mso-wrap-distance-right:9pt;mso-wrap-distance-top:0;position:absolute;visibility:hidden;v-text-anchor:top;z-index:251660288" filled="f" fillcolor="this" stroked="t" strokecolor="black" strokeweight="0.5pt">
                <v:textbox>
                  <w:txbxContent>
                    <w:p w:rsidR="003105D3" w:rsidRPr="003105D3" w14:paraId="100D3090" w14:textId="17F2E843">
                      <w:pPr>
                        <w:rPr>
                          <w:rFonts w:ascii="黑体" w:eastAsia="黑体"/>
                          <w:sz w:val="24"/>
                        </w:rPr>
                      </w:pPr>
                      <w:r w:rsidRPr="003105D3">
                        <w:rPr>
                          <w:rFonts w:ascii="黑体" w:eastAsia="黑体" w:hint="eastAsia"/>
                          <w:sz w:val="24"/>
                        </w:rPr>
                        <w:t>室内卫生间装修施工方案 全文共2页，当前为第2页。</w:t>
                      </w:r>
                    </w:p>
                  </w:txbxContent>
                </v:textbox>
              </v:shape>
            </w:pict>
          </mc:Fallback>
        </mc:AlternateContent>
      </w:r>
      <w:r>
        <w:t>在施工前，需要培训工人的专业技术。</w:t>
      </w:r>
    </w:p>
    <w:p w:rsidR="00CB6425" w14:paraId="251626AD" w14:textId="77777777"/>
    <w:p w:rsidR="00CB6425" w14:paraId="5DD6857A" w14:textId="77777777">
      <w:r>
        <w:t>3.5</w:t>
      </w:r>
      <w:r>
        <w:t>施工劳动需用计划</w:t>
      </w:r>
    </w:p>
    <w:p w:rsidR="00CB6425" w14:paraId="09CB6FDE" w14:textId="77777777">
      <w:r>
        <w:t>在施工前，需要制定好施工劳动需用计划。</w:t>
      </w:r>
    </w:p>
    <w:p w:rsidR="00CB6425" w14:paraId="5C8F4341" w14:textId="77777777"/>
    <w:p w:rsidR="00CB6425" w14:paraId="7F1409DF" w14:textId="77777777">
      <w:r>
        <w:t>四、施工程序</w:t>
      </w:r>
    </w:p>
    <w:p w:rsidR="00CB6425" w14:paraId="3ECBBA7B" w14:textId="77777777">
      <w:r>
        <w:t>施工程序应按照规定的程序进行。</w:t>
      </w:r>
    </w:p>
    <w:p w:rsidR="00CB6425" w14:paraId="28BDCDF0" w14:textId="77777777"/>
    <w:p w:rsidR="00CB6425" w14:paraId="14922E15" w14:textId="77777777">
      <w:r>
        <w:t>五、施工方案</w:t>
      </w:r>
    </w:p>
    <w:p w:rsidR="00CB6425" w14:paraId="46FE9074" w14:textId="77777777">
      <w:r>
        <w:t>1</w:t>
      </w:r>
      <w:r>
        <w:t>、聚氨酯防水涂料冷作业施工工艺</w:t>
      </w:r>
    </w:p>
    <w:p w:rsidR="00CB6425" w14:paraId="2EF88E27" w14:textId="77777777">
      <w:r>
        <w:t>1.1</w:t>
      </w:r>
      <w:r>
        <w:t>施工条件</w:t>
      </w:r>
    </w:p>
    <w:p w:rsidR="00CB6425" w14:paraId="10724A1C" w14:textId="77777777">
      <w:r>
        <w:t>施工前需要检查施工条件是否符合要求。</w:t>
      </w:r>
    </w:p>
    <w:p w:rsidR="00CB6425" w14:paraId="0B91C2C8" w14:textId="77777777"/>
    <w:p w:rsidR="00CB6425" w14:paraId="71EA2561" w14:textId="77777777">
      <w:r>
        <w:t>1.2</w:t>
      </w:r>
      <w:r>
        <w:t>工艺流程</w:t>
      </w:r>
    </w:p>
    <w:p w:rsidR="00CB6425" w14:paraId="3EA8F951" w14:textId="77777777">
      <w:r>
        <w:t>按照规定的工艺流程进行施工。</w:t>
      </w:r>
    </w:p>
    <w:p w:rsidR="00CB6425" w14:paraId="737174A9" w14:textId="77777777"/>
    <w:p w:rsidR="00CB6425" w14:paraId="6295683C" w14:textId="77777777">
      <w:r>
        <w:t>1.3</w:t>
      </w:r>
      <w:r>
        <w:t>施工要点</w:t>
      </w:r>
    </w:p>
    <w:p w:rsidR="00CB6425" w14:paraId="18CCB4EB" w14:textId="77777777">
      <w:r>
        <w:t>施工时需要注意要点，确保施工质量。</w:t>
      </w:r>
    </w:p>
    <w:p w:rsidR="00CB6425" w14:paraId="00455D2A" w14:textId="77777777">
      <w:pPr>
        <w:sectPr w:rsidSect="00034616">
          <w:headerReference w:type="default" r:id="rId6"/>
          <w:type w:val="nextPage"/>
          <w:pgSz w:w="12240" w:h="15840"/>
          <w:pgMar w:top="1440" w:right="1800" w:bottom="1440" w:left="1800" w:header="720" w:footer="720" w:gutter="0"/>
          <w:pgNumType w:start="2"/>
          <w:cols w:space="720"/>
          <w:titlePg w:val="0"/>
          <w:docGrid w:linePitch="360"/>
        </w:sectPr>
      </w:pPr>
    </w:p>
    <w:p w:rsidR="00CB6425" w14:paraId="0013B3CF" w14:textId="77777777">
      <w:r>
        <w:t>1.4</w:t>
      </w:r>
      <w:r>
        <w:t>成品保护</w:t>
      </w:r>
    </w:p>
    <w:p w:rsidR="00CB6425" w14:paraId="0EE5AB60" w14:textId="59163AAC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9994900</wp:posOffset>
                </wp:positionV>
                <wp:extent cx="6350000" cy="63500"/>
                <wp:effectExtent l="0" t="0" r="0" b="0"/>
                <wp:wrapNone/>
                <wp:docPr id="1988698777" name="PageShape3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350000" cy="63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105D3" w:rsidRPr="003105D3" w14:textId="3626E030">
                            <w:pPr>
                              <w:rPr>
                                <w:rFonts w:ascii="黑体" w:eastAsia="黑体"/>
                                <w:sz w:val="24"/>
                              </w:rPr>
                            </w:pPr>
                            <w:r w:rsidRPr="003105D3">
                              <w:rPr>
                                <w:rFonts w:ascii="黑体" w:eastAsia="黑体" w:hint="eastAsia"/>
                                <w:sz w:val="24"/>
                              </w:rPr>
                              <w:t>室内卫生间装修施工方案 全文共3页，当前为第3页。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ageShape3" o:spid="_x0000_s1027" type="#_x0000_t202" style="width:500pt;height:5pt;margin-top:787pt;margin-left:0;mso-wrap-distance-bottom:0;mso-wrap-distance-left:9pt;mso-wrap-distance-right:9pt;mso-wrap-distance-top:0;position:absolute;visibility:hidden;v-text-anchor:top;z-index:251662336" filled="f" fillcolor="this" stroked="t" strokecolor="black" strokeweight="0.5pt">
                <v:textbox>
                  <w:txbxContent>
                    <w:p w:rsidR="003105D3" w:rsidRPr="003105D3" w14:paraId="7FE8568E" w14:textId="3626E030">
                      <w:pPr>
                        <w:rPr>
                          <w:rFonts w:ascii="黑体" w:eastAsia="黑体"/>
                          <w:sz w:val="24"/>
                        </w:rPr>
                      </w:pPr>
                      <w:r w:rsidRPr="003105D3">
                        <w:rPr>
                          <w:rFonts w:ascii="黑体" w:eastAsia="黑体" w:hint="eastAsia"/>
                          <w:sz w:val="24"/>
                        </w:rPr>
                        <w:t>室内卫生间装修施工方案 全文共3页，当前为第3页。</w:t>
                      </w:r>
                    </w:p>
                  </w:txbxContent>
                </v:textbox>
              </v:shape>
            </w:pict>
          </mc:Fallback>
        </mc:AlternateContent>
      </w:r>
      <w:r>
        <w:t>施工完成后需要对成品进行保护。</w:t>
      </w:r>
    </w:p>
    <w:p w:rsidR="00CB6425" w14:paraId="1BEC32F1" w14:textId="77777777"/>
    <w:p w:rsidR="00CB6425" w14:paraId="4F6B1A11" w14:textId="77777777">
      <w:r>
        <w:t>2</w:t>
      </w:r>
      <w:r>
        <w:t>、镶贴墙面砖施工艺</w:t>
      </w:r>
    </w:p>
    <w:p w:rsidR="00CB6425" w14:paraId="5AD3CF9F" w14:textId="77777777">
      <w:r>
        <w:t>2.1</w:t>
      </w:r>
      <w:r>
        <w:t>施工条件</w:t>
      </w:r>
    </w:p>
    <w:p w:rsidR="00CB6425" w14:paraId="0AD0F19D" w14:textId="77777777">
      <w:r>
        <w:t>施工前需要检查施工条件是否符合要求。</w:t>
      </w:r>
    </w:p>
    <w:p w:rsidR="00CB6425" w14:paraId="0CD1C843" w14:textId="77777777"/>
    <w:p w:rsidR="00CB6425" w14:paraId="66FC7CF7" w14:textId="77777777">
      <w:r>
        <w:t>2.2</w:t>
      </w:r>
      <w:r>
        <w:t>工艺程</w:t>
      </w:r>
    </w:p>
    <w:p w:rsidR="00CB6425" w14:paraId="7F530CA2" w14:textId="77777777">
      <w:r>
        <w:t>按照规定的工艺流程进行施工。</w:t>
      </w:r>
    </w:p>
    <w:p w:rsidR="00CB6425" w14:paraId="30189B30" w14:textId="77777777"/>
    <w:p w:rsidR="00CB6425" w14:paraId="3B064F7D" w14:textId="77777777">
      <w:r>
        <w:t>2.3</w:t>
      </w:r>
      <w:r>
        <w:t>施工要点</w:t>
      </w:r>
    </w:p>
    <w:p w:rsidR="00CB6425" w14:paraId="7C243A16" w14:textId="77777777">
      <w:r>
        <w:t>施工时需要注意要点，确保施工质量。</w:t>
      </w:r>
    </w:p>
    <w:p w:rsidR="00CB6425" w14:paraId="14D5495E" w14:textId="77777777"/>
    <w:p w:rsidR="00CB6425" w14:paraId="556C59DD" w14:textId="77777777">
      <w:r>
        <w:t>3</w:t>
      </w:r>
      <w:r>
        <w:t>、镶贴地面砖施工工艺</w:t>
      </w:r>
    </w:p>
    <w:p w:rsidR="00CB6425" w14:paraId="38C04E66" w14:textId="77777777">
      <w:r>
        <w:t>3.1</w:t>
      </w:r>
      <w:r>
        <w:t>施工条件</w:t>
      </w:r>
    </w:p>
    <w:p w:rsidR="00CB6425" w14:paraId="448C7419" w14:textId="77777777">
      <w:r>
        <w:t>施工前需要检查施工条件是否符合要求。</w:t>
      </w:r>
    </w:p>
    <w:p w:rsidR="00CB6425" w14:paraId="5B4EC324" w14:textId="77777777"/>
    <w:p w:rsidR="00CB6425" w14:paraId="77A110AB" w14:textId="77777777">
      <w:r>
        <w:t>3.2</w:t>
      </w:r>
      <w:r>
        <w:t>工艺流程</w:t>
      </w:r>
    </w:p>
    <w:p w:rsidR="00CB6425" w14:paraId="79097318" w14:textId="77777777">
      <w:r>
        <w:t>按照规定的工艺流程进行施工。</w:t>
      </w:r>
    </w:p>
    <w:p w:rsidR="00CB6425" w14:paraId="7A914D09" w14:textId="77777777">
      <w:pPr>
        <w:sectPr w:rsidSect="00034616">
          <w:headerReference w:type="default" r:id="rId7"/>
          <w:type w:val="nextPage"/>
          <w:pgSz w:w="12240" w:h="15840"/>
          <w:pgMar w:top="1440" w:right="1800" w:bottom="1440" w:left="1800" w:header="720" w:footer="720" w:gutter="0"/>
          <w:pgNumType w:start="3"/>
          <w:cols w:space="720"/>
          <w:titlePg w:val="0"/>
          <w:docGrid w:linePitch="360"/>
        </w:sectPr>
      </w:pPr>
    </w:p>
    <w:p w:rsidR="00CB6425" w14:paraId="33455313" w14:textId="77777777">
      <w:r>
        <w:t>3.3</w:t>
      </w:r>
      <w:r>
        <w:t>施工要点</w:t>
      </w:r>
    </w:p>
    <w:p w:rsidR="00CB6425" w14:paraId="0590BCAC" w14:textId="5E27720D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9994900</wp:posOffset>
                </wp:positionV>
                <wp:extent cx="6350000" cy="63500"/>
                <wp:effectExtent l="0" t="0" r="0" b="0"/>
                <wp:wrapNone/>
                <wp:docPr id="878701615" name="PageShape4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350000" cy="63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105D3" w:rsidRPr="003105D3" w14:textId="44ACA945">
                            <w:pPr>
                              <w:rPr>
                                <w:rFonts w:ascii="黑体" w:eastAsia="黑体"/>
                                <w:sz w:val="24"/>
                              </w:rPr>
                            </w:pPr>
                            <w:r w:rsidRPr="003105D3">
                              <w:rPr>
                                <w:rFonts w:ascii="黑体" w:eastAsia="黑体" w:hint="eastAsia"/>
                                <w:sz w:val="24"/>
                              </w:rPr>
                              <w:t>室内卫生间装修施工方案 全文共4页，当前为第4页。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ageShape4" o:spid="_x0000_s1028" type="#_x0000_t202" style="width:500pt;height:5pt;margin-top:787pt;margin-left:0;mso-wrap-distance-bottom:0;mso-wrap-distance-left:9pt;mso-wrap-distance-right:9pt;mso-wrap-distance-top:0;position:absolute;visibility:hidden;v-text-anchor:top;z-index:251664384" filled="f" fillcolor="this" stroked="t" strokecolor="black" strokeweight="0.5pt">
                <v:textbox>
                  <w:txbxContent>
                    <w:p w:rsidR="003105D3" w:rsidRPr="003105D3" w14:paraId="2202CA00" w14:textId="44ACA945">
                      <w:pPr>
                        <w:rPr>
                          <w:rFonts w:ascii="黑体" w:eastAsia="黑体"/>
                          <w:sz w:val="24"/>
                        </w:rPr>
                      </w:pPr>
                      <w:r w:rsidRPr="003105D3">
                        <w:rPr>
                          <w:rFonts w:ascii="黑体" w:eastAsia="黑体" w:hint="eastAsia"/>
                          <w:sz w:val="24"/>
                        </w:rPr>
                        <w:t>室内卫生间装修施工方案 全文共4页，当前为第4页。</w:t>
                      </w:r>
                    </w:p>
                  </w:txbxContent>
                </v:textbox>
              </v:shape>
            </w:pict>
          </mc:Fallback>
        </mc:AlternateContent>
      </w:r>
      <w:r>
        <w:t>施工时需要注意要点，确保施工质量。</w:t>
      </w:r>
    </w:p>
    <w:p w:rsidR="00CB6425" w14:paraId="1CA2D1E0" w14:textId="77777777"/>
    <w:p w:rsidR="00CB6425" w14:paraId="2D5A4B7A" w14:textId="77777777">
      <w:r>
        <w:t>4</w:t>
      </w:r>
      <w:r>
        <w:t>、铝扣板吊顶施工工艺</w:t>
      </w:r>
    </w:p>
    <w:p w:rsidR="00CB6425" w14:paraId="7C0E5DA2" w14:textId="77777777">
      <w:r>
        <w:t>4.1</w:t>
      </w:r>
      <w:r>
        <w:t>施工条件</w:t>
      </w:r>
    </w:p>
    <w:p w:rsidR="00CB6425" w14:paraId="4E2B19A5" w14:textId="77777777">
      <w:r>
        <w:t>施工前需要检查施工条件是否符合要求。</w:t>
      </w:r>
    </w:p>
    <w:p w:rsidR="00CB6425" w14:paraId="6683AA47" w14:textId="77777777"/>
    <w:p w:rsidR="00CB6425" w14:paraId="64284FBD" w14:textId="77777777">
      <w:r>
        <w:t>4.2</w:t>
      </w:r>
      <w:r>
        <w:t>工艺流程</w:t>
      </w:r>
    </w:p>
    <w:p w:rsidR="00CB6425" w14:paraId="7987FFB7" w14:textId="77777777">
      <w:r>
        <w:t>按照规定的工艺流程进行施工。</w:t>
      </w:r>
    </w:p>
    <w:p w:rsidR="00CB6425" w14:paraId="716A0B8F" w14:textId="77777777"/>
    <w:p w:rsidR="00CB6425" w14:paraId="0C4A655D" w14:textId="77777777">
      <w:r>
        <w:t>4.3</w:t>
      </w:r>
      <w:r>
        <w:t>施工要点</w:t>
      </w:r>
    </w:p>
    <w:p w:rsidR="00CB6425" w14:paraId="1D1F505E" w14:textId="77777777">
      <w:r>
        <w:t>施工时需要注意要点，确保施工质量。</w:t>
      </w:r>
    </w:p>
    <w:p w:rsidR="00CB6425" w14:paraId="555AE6BC" w14:textId="77777777"/>
    <w:p w:rsidR="00CB6425" w14:paraId="1B52AA2B" w14:textId="77777777">
      <w:r>
        <w:t>5</w:t>
      </w:r>
      <w:r>
        <w:t>、卫生间台架、台板安装施工工艺</w:t>
      </w:r>
    </w:p>
    <w:p w:rsidR="00CB6425" w14:paraId="4D56EE5D" w14:textId="77777777">
      <w:r>
        <w:t>5.1</w:t>
      </w:r>
      <w:r>
        <w:t>施工条件</w:t>
      </w:r>
    </w:p>
    <w:p w:rsidR="00CB6425" w14:paraId="1B034F36" w14:textId="77777777">
      <w:r>
        <w:t>施工前需要检查施工条件是否符合要求。</w:t>
      </w:r>
    </w:p>
    <w:p w:rsidR="00CB6425" w14:paraId="690293E5" w14:textId="77777777"/>
    <w:p w:rsidR="00CB6425" w14:paraId="22F0AAC2" w14:textId="77777777">
      <w:r>
        <w:t>5.2</w:t>
      </w:r>
      <w:r>
        <w:t>工艺流程</w:t>
      </w:r>
    </w:p>
    <w:p w:rsidR="00CB6425" w14:paraId="05D3A3E8" w14:textId="77777777">
      <w:r>
        <w:t>按照规定的工艺流程进行施工。</w:t>
      </w:r>
    </w:p>
    <w:p w:rsidR="00CB6425" w14:paraId="23439D13" w14:textId="77777777">
      <w:pPr>
        <w:sectPr w:rsidSect="00034616">
          <w:headerReference w:type="default" r:id="rId8"/>
          <w:type w:val="nextPage"/>
          <w:pgSz w:w="12240" w:h="15840"/>
          <w:pgMar w:top="1440" w:right="1800" w:bottom="1440" w:left="1800" w:header="720" w:footer="720" w:gutter="0"/>
          <w:pgNumType w:start="4"/>
          <w:cols w:space="720"/>
          <w:titlePg w:val="0"/>
          <w:docGrid w:linePitch="360"/>
        </w:sectPr>
      </w:pPr>
    </w:p>
    <w:p w:rsidR="00CB6425" w14:paraId="73EDB8AB" w14:textId="77777777">
      <w:r>
        <w:t>5.3</w:t>
      </w:r>
      <w:r>
        <w:t>施工要点</w:t>
      </w:r>
    </w:p>
    <w:p w:rsidR="00CB6425" w14:paraId="01D25F00" w14:textId="73BE1B57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9994900</wp:posOffset>
                </wp:positionV>
                <wp:extent cx="6350000" cy="63500"/>
                <wp:effectExtent l="0" t="0" r="0" b="0"/>
                <wp:wrapNone/>
                <wp:docPr id="292340488" name="PageShape5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350000" cy="63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105D3" w:rsidRPr="003105D3" w14:textId="761A5C76">
                            <w:pPr>
                              <w:rPr>
                                <w:rFonts w:ascii="黑体" w:eastAsia="黑体"/>
                                <w:sz w:val="24"/>
                              </w:rPr>
                            </w:pPr>
                            <w:r w:rsidRPr="003105D3">
                              <w:rPr>
                                <w:rFonts w:ascii="黑体" w:eastAsia="黑体" w:hint="eastAsia"/>
                                <w:sz w:val="24"/>
                              </w:rPr>
                              <w:t>室内卫生间装修施工方案 全文共5页，当前为第5页。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ageShape5" o:spid="_x0000_s1029" type="#_x0000_t202" style="width:500pt;height:5pt;margin-top:787pt;margin-left:0;mso-wrap-distance-bottom:0;mso-wrap-distance-left:9pt;mso-wrap-distance-right:9pt;mso-wrap-distance-top:0;position:absolute;visibility:hidden;v-text-anchor:top;z-index:251666432" filled="f" fillcolor="this" stroked="t" strokecolor="black" strokeweight="0.5pt">
                <v:textbox>
                  <w:txbxContent>
                    <w:p w:rsidR="003105D3" w:rsidRPr="003105D3" w14:paraId="75398C8E" w14:textId="761A5C76">
                      <w:pPr>
                        <w:rPr>
                          <w:rFonts w:ascii="黑体" w:eastAsia="黑体"/>
                          <w:sz w:val="24"/>
                        </w:rPr>
                      </w:pPr>
                      <w:r w:rsidRPr="003105D3">
                        <w:rPr>
                          <w:rFonts w:ascii="黑体" w:eastAsia="黑体" w:hint="eastAsia"/>
                          <w:sz w:val="24"/>
                        </w:rPr>
                        <w:t>室内卫生间装修施工方案 全文共5页，当前为第5页。</w:t>
                      </w:r>
                    </w:p>
                  </w:txbxContent>
                </v:textbox>
              </v:shape>
            </w:pict>
          </mc:Fallback>
        </mc:AlternateContent>
      </w:r>
      <w:r>
        <w:t>施工时需要注意要点，确保施工质量。</w:t>
      </w:r>
    </w:p>
    <w:p w:rsidR="00CB6425" w14:paraId="7E93459C" w14:textId="77777777"/>
    <w:p w:rsidR="00CB6425" w14:paraId="72E25DDE" w14:textId="77777777">
      <w:r>
        <w:t>六、质量保证</w:t>
      </w:r>
    </w:p>
    <w:p w:rsidR="00CB6425" w14:paraId="713809A7" w14:textId="77777777">
      <w:r>
        <w:t>施工质量需要符合相关标准和规范。</w:t>
      </w:r>
    </w:p>
    <w:p w:rsidR="00CB6425" w14:paraId="0DD73D30" w14:textId="77777777">
      <w:r>
        <w:t>XXX</w:t>
      </w:r>
      <w:r>
        <w:t>枢纽工程卫生间装修施工方案</w:t>
      </w:r>
    </w:p>
    <w:p w:rsidR="00CB6425" w14:paraId="1553151C" w14:textId="77777777"/>
    <w:p w:rsidR="00CB6425" w14:paraId="2F5D8F44" w14:textId="77777777">
      <w:r>
        <w:t>一、编制依据：</w:t>
      </w:r>
    </w:p>
    <w:p w:rsidR="00CB6425" w14:paraId="334DF11B" w14:textId="77777777"/>
    <w:p w:rsidR="00CB6425" w14:paraId="502764A3" w14:textId="77777777">
      <w:r>
        <w:t>本方案的编制依据包括装饰公司提供的样板间设计图纸，以及现行国家施工规范和行业标准：《建筑分项工程施工工艺标准》、《装饰工程施工手册》第二版和《建筑装饰工长手册》。</w:t>
      </w:r>
    </w:p>
    <w:p w:rsidR="00CB6425" w14:paraId="124C942A" w14:textId="77777777"/>
    <w:p w:rsidR="00CB6425" w14:paraId="1EDCC5A8" w14:textId="77777777">
      <w:r>
        <w:t>二、施工范围</w:t>
      </w:r>
    </w:p>
    <w:p w:rsidR="00CB6425" w14:paraId="169792EE" w14:textId="77777777"/>
    <w:p w:rsidR="00CB6425" w14:paraId="4FEC6038" w14:textId="77777777">
      <w:r>
        <w:t>本方案适用于</w:t>
      </w:r>
      <w:r>
        <w:t>XXX</w:t>
      </w:r>
      <w:r>
        <w:t>枢纽工程主楼</w:t>
      </w:r>
      <w:r>
        <w:t>1~21F</w:t>
      </w:r>
      <w:r>
        <w:t>核心筒部位卫生间装修工程。</w:t>
      </w:r>
    </w:p>
    <w:p w:rsidR="00CB6425" w14:paraId="3A34212E" w14:textId="77777777"/>
    <w:p w:rsidR="00CB6425" w14:paraId="7CE9BD92" w14:textId="77777777">
      <w:pPr>
        <w:sectPr w:rsidSect="00034616">
          <w:headerReference w:type="default" r:id="rId9"/>
          <w:type w:val="nextPage"/>
          <w:pgSz w:w="12240" w:h="15840"/>
          <w:pgMar w:top="1440" w:right="1800" w:bottom="1440" w:left="1800" w:header="720" w:footer="720" w:gutter="0"/>
          <w:pgNumType w:start="5"/>
          <w:cols w:space="720"/>
          <w:titlePg w:val="0"/>
          <w:docGrid w:linePitch="360"/>
        </w:sectPr>
      </w:pPr>
      <w:r>
        <w:t>三、施工准备</w:t>
      </w:r>
    </w:p>
    <w:p w:rsidR="00CB6425" w14:paraId="2E1A7E67" w14:textId="77777777"/>
    <w:p w:rsidR="00CB6425" w14:paraId="497012B4" w14:textId="6E1B7AD6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9994900</wp:posOffset>
                </wp:positionV>
                <wp:extent cx="6350000" cy="63500"/>
                <wp:effectExtent l="0" t="0" r="0" b="0"/>
                <wp:wrapNone/>
                <wp:docPr id="2059843200" name="PageShape6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350000" cy="63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105D3" w:rsidRPr="003105D3" w14:textId="0D05FBF5">
                            <w:pPr>
                              <w:rPr>
                                <w:rFonts w:ascii="黑体" w:eastAsia="黑体"/>
                                <w:sz w:val="24"/>
                              </w:rPr>
                            </w:pPr>
                            <w:r w:rsidRPr="003105D3">
                              <w:rPr>
                                <w:rFonts w:ascii="黑体" w:eastAsia="黑体" w:hint="eastAsia"/>
                                <w:sz w:val="24"/>
                              </w:rPr>
                              <w:t>室内卫生间装修施工方案 全文共6页，当前为第6页。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ageShape6" o:spid="_x0000_s1030" type="#_x0000_t202" style="width:500pt;height:5pt;margin-top:787pt;margin-left:0;mso-wrap-distance-bottom:0;mso-wrap-distance-left:9pt;mso-wrap-distance-right:9pt;mso-wrap-distance-top:0;position:absolute;visibility:hidden;v-text-anchor:top;z-index:251668480" filled="f" fillcolor="this" stroked="t" strokecolor="black" strokeweight="0.5pt">
                <v:textbox>
                  <w:txbxContent>
                    <w:p w:rsidR="003105D3" w:rsidRPr="003105D3" w14:paraId="169ED4FB" w14:textId="0D05FBF5">
                      <w:pPr>
                        <w:rPr>
                          <w:rFonts w:ascii="黑体" w:eastAsia="黑体"/>
                          <w:sz w:val="24"/>
                        </w:rPr>
                      </w:pPr>
                      <w:r w:rsidRPr="003105D3">
                        <w:rPr>
                          <w:rFonts w:ascii="黑体" w:eastAsia="黑体" w:hint="eastAsia"/>
                          <w:sz w:val="24"/>
                        </w:rPr>
                        <w:t>室内卫生间装修施工方案 全文共6页，当前为第6页。</w:t>
                      </w:r>
                    </w:p>
                  </w:txbxContent>
                </v:textbox>
              </v:shape>
            </w:pict>
          </mc:Fallback>
        </mc:AlternateContent>
      </w:r>
      <w:r>
        <w:t>3.1</w:t>
      </w:r>
      <w:r>
        <w:t>装修材料主要工程量及应用部位</w:t>
      </w:r>
    </w:p>
    <w:p w:rsidR="00CB6425" w14:paraId="6B8A62B2" w14:textId="77777777"/>
    <w:p w:rsidR="00CB6425" w14:paraId="36F948AA" w14:textId="77777777">
      <w:r>
        <w:t>序号</w:t>
      </w:r>
      <w:r>
        <w:t xml:space="preserve"> </w:t>
      </w:r>
      <w:r>
        <w:t>材料名称</w:t>
      </w:r>
      <w:r>
        <w:t xml:space="preserve"> </w:t>
      </w:r>
      <w:r>
        <w:t>数量</w:t>
      </w:r>
      <w:r>
        <w:t xml:space="preserve"> </w:t>
      </w:r>
      <w:r>
        <w:t>应用工程部位</w:t>
      </w:r>
    </w:p>
    <w:p w:rsidR="00CB6425" w14:paraId="1465814B" w14:textId="77777777"/>
    <w:p w:rsidR="00CB6425" w14:paraId="151DE46E" w14:textId="77777777">
      <w:r>
        <w:t xml:space="preserve">1 </w:t>
      </w:r>
      <w:r>
        <w:t>聚氨酯防水涂料</w:t>
      </w:r>
      <w:r>
        <w:t xml:space="preserve"> 780</w:t>
      </w:r>
      <w:r>
        <w:t>㎡</w:t>
      </w:r>
      <w:r>
        <w:t xml:space="preserve"> </w:t>
      </w:r>
      <w:r>
        <w:t>地面及上翻墙面</w:t>
      </w:r>
      <w:r>
        <w:t>200</w:t>
      </w:r>
      <w:r>
        <w:t>㎜</w:t>
      </w:r>
    </w:p>
    <w:p w:rsidR="00CB6425" w14:paraId="36D0FCB2" w14:textId="77777777">
      <w:r>
        <w:t>2 300×300</w:t>
      </w:r>
      <w:r>
        <w:t>防滑地砖</w:t>
      </w:r>
      <w:r>
        <w:t xml:space="preserve"> 650</w:t>
      </w:r>
      <w:r>
        <w:t>㎡</w:t>
      </w:r>
      <w:r>
        <w:t xml:space="preserve"> </w:t>
      </w:r>
      <w:r>
        <w:t>地面</w:t>
      </w:r>
    </w:p>
    <w:p w:rsidR="00CB6425" w14:paraId="0A7AFD01" w14:textId="77777777">
      <w:r>
        <w:t>3 200×300</w:t>
      </w:r>
      <w:r>
        <w:t>墙砖</w:t>
      </w:r>
      <w:r>
        <w:t xml:space="preserve"> 2300</w:t>
      </w:r>
      <w:r>
        <w:t>㎡</w:t>
      </w:r>
      <w:r>
        <w:t xml:space="preserve"> </w:t>
      </w:r>
      <w:r>
        <w:t>墙面</w:t>
      </w:r>
    </w:p>
    <w:p w:rsidR="00CB6425" w14:paraId="2B48B5A7" w14:textId="77777777">
      <w:r>
        <w:t>4 300×300</w:t>
      </w:r>
      <w:r>
        <w:t>金属烤漆微孔铝扣板</w:t>
      </w:r>
      <w:r>
        <w:t xml:space="preserve"> 700</w:t>
      </w:r>
      <w:r>
        <w:t>㎡</w:t>
      </w:r>
      <w:r>
        <w:t xml:space="preserve"> </w:t>
      </w:r>
      <w:r>
        <w:t>顶面</w:t>
      </w:r>
    </w:p>
    <w:p w:rsidR="00CB6425" w14:paraId="1F6D9A8A" w14:textId="77777777">
      <w:r>
        <w:t xml:space="preserve">5 </w:t>
      </w:r>
      <w:r>
        <w:t>轻钢龙骨</w:t>
      </w:r>
      <w:r>
        <w:t xml:space="preserve"> 950</w:t>
      </w:r>
      <w:r>
        <w:t>㎡</w:t>
      </w:r>
      <w:r>
        <w:t xml:space="preserve"> </w:t>
      </w:r>
      <w:r>
        <w:t>隔墙</w:t>
      </w:r>
    </w:p>
    <w:p w:rsidR="00CB6425" w14:paraId="4ACE75ED" w14:textId="77777777">
      <w:r>
        <w:t xml:space="preserve">6 </w:t>
      </w:r>
      <w:r>
        <w:t>成品隔断板</w:t>
      </w:r>
      <w:r>
        <w:t xml:space="preserve"> 42</w:t>
      </w:r>
      <w:r>
        <w:t>块</w:t>
      </w:r>
    </w:p>
    <w:p w:rsidR="00CB6425" w14:paraId="6D8EDE1C" w14:textId="77777777">
      <w:r>
        <w:t xml:space="preserve">7 </w:t>
      </w:r>
      <w:r>
        <w:t>黑色石材台面</w:t>
      </w:r>
      <w:r>
        <w:t xml:space="preserve"> 3</w:t>
      </w:r>
    </w:p>
    <w:p w:rsidR="00CB6425" w14:paraId="1CEBD049" w14:textId="77777777"/>
    <w:p w:rsidR="00CB6425" w14:paraId="1DA23A97" w14:textId="77777777">
      <w:r>
        <w:t>3.2</w:t>
      </w:r>
      <w:r>
        <w:t>材料准备</w:t>
      </w:r>
    </w:p>
    <w:p w:rsidR="00CB6425" w14:paraId="73AE83ED" w14:textId="77777777"/>
    <w:p w:rsidR="00CB6425" w14:paraId="09080979" w14:textId="77777777">
      <w:r>
        <w:t>所使用的材料必须符合设计要求和施工验收规范的规定，必须要有材料准用证、出厂合格证、质量检测报告。材料进场后要抽样检验，复试合格后方可使用。</w:t>
      </w:r>
    </w:p>
    <w:p w:rsidR="00CB6425" w14:paraId="14600981" w14:textId="77777777"/>
    <w:p w:rsidR="00CB6425" w14:paraId="43594339" w14:textId="77777777">
      <w:r>
        <w:t>3.3</w:t>
      </w:r>
      <w:r>
        <w:t>工具准备</w:t>
      </w:r>
      <w:r>
        <w:br/>
      </w:r>
      <w:r>
        <w:br/>
      </w:r>
    </w:p>
    <w:p>
      <w:pPr>
        <w:spacing w:after="0" w:line="240" w:lineRule="auto"/>
        <w:ind w:firstLine="0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https://d.book118.com/496104115222010102</w:t>
        </w:r>
      </w:hyperlink>
    </w:p>
    <w:p w:rsidR="00CB6425"/>
    <w:sectPr w:rsidSect="00034616">
      <w:headerReference w:type="default" r:id="rId11"/>
      <w:type w:val="nextPage"/>
      <w:pgSz w:w="12240" w:h="15840"/>
      <w:pgMar w:top="1440" w:right="1800" w:bottom="1440" w:left="1800" w:header="720" w:footer="720" w:gutter="0"/>
      <w:pgNumType w:start="6"/>
      <w:cols w:space="720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105D3" w:rsidP="003105D3" w14:paraId="4FFD9ED2" w14:textId="3C1D907E">
    <w:pPr>
      <w:pStyle w:val="Header"/>
      <w:jc w:val="center"/>
    </w:pPr>
    <w:r>
      <w:rPr>
        <w:rFonts w:hint="eastAsia"/>
      </w:rPr>
      <w:t>室内卫生间装修施工方案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105D3" w:rsidP="003105D3" w14:textId="3C1D907E">
    <w:pPr>
      <w:pStyle w:val="Header"/>
      <w:jc w:val="center"/>
    </w:pPr>
    <w:r>
      <w:rPr>
        <w:rFonts w:hint="eastAsia"/>
      </w:rPr>
      <w:t>室内卫生间装修施工方案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105D3" w:rsidP="003105D3" w14:textId="3C1D907E">
    <w:pPr>
      <w:pStyle w:val="Header"/>
      <w:jc w:val="center"/>
    </w:pPr>
    <w:r>
      <w:rPr>
        <w:rFonts w:hint="eastAsia"/>
      </w:rPr>
      <w:t>室内卫生间装修施工方案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105D3" w:rsidP="003105D3" w14:textId="3C1D907E">
    <w:pPr>
      <w:pStyle w:val="Header"/>
      <w:jc w:val="center"/>
    </w:pPr>
    <w:r>
      <w:rPr>
        <w:rFonts w:hint="eastAsia"/>
      </w:rPr>
      <w:t>室内卫生间装修施工方案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105D3" w:rsidP="003105D3" w14:textId="3C1D907E">
    <w:pPr>
      <w:pStyle w:val="Header"/>
      <w:jc w:val="center"/>
    </w:pPr>
    <w:r>
      <w:rPr>
        <w:rFonts w:hint="eastAsia"/>
      </w:rPr>
      <w:t>室内卫生间装修施工方案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105D3" w:rsidP="003105D3" w14:textId="3C1D907E">
    <w:pPr>
      <w:pStyle w:val="Header"/>
      <w:jc w:val="center"/>
    </w:pPr>
    <w:r>
      <w:rPr>
        <w:rFonts w:hint="eastAsia"/>
      </w:rPr>
      <w:t>室内卫生间装修施工方案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5968108">
    <w:abstractNumId w:val="8"/>
  </w:num>
  <w:num w:numId="2" w16cid:durableId="2116512425">
    <w:abstractNumId w:val="6"/>
  </w:num>
  <w:num w:numId="3" w16cid:durableId="1672945801">
    <w:abstractNumId w:val="5"/>
  </w:num>
  <w:num w:numId="4" w16cid:durableId="178007455">
    <w:abstractNumId w:val="4"/>
  </w:num>
  <w:num w:numId="5" w16cid:durableId="2079859730">
    <w:abstractNumId w:val="7"/>
  </w:num>
  <w:num w:numId="6" w16cid:durableId="1129977354">
    <w:abstractNumId w:val="3"/>
  </w:num>
  <w:num w:numId="7" w16cid:durableId="1799108147">
    <w:abstractNumId w:val="2"/>
  </w:num>
  <w:num w:numId="8" w16cid:durableId="829444800">
    <w:abstractNumId w:val="1"/>
  </w:num>
  <w:num w:numId="9" w16cid:durableId="293220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105D3"/>
    <w:rsid w:val="00326F90"/>
    <w:rsid w:val="00AA1D8D"/>
    <w:rsid w:val="00B47730"/>
    <w:rsid w:val="00CB0664"/>
    <w:rsid w:val="00CB6425"/>
    <w:rsid w:val="00FC693F"/>
  </w:rsids>
  <m:mathPr>
    <m:mathFont m:val="Cambria Math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efaultImageDpi w14:val="300"/>
  <w14:docId w14:val="1303AEA3"/>
  <w15:docId w15:val="{D829DA66-7D85-43E2-85F2-6989AC0BA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0" w:line="640" w:lineRule="exact"/>
      <w:ind w:firstLine="640"/>
    </w:pPr>
    <w:rPr>
      <w:rFonts w:ascii="Times New Roman" w:eastAsia="仿宋" w:hAnsi="Times New Roman"/>
      <w:sz w:val="32"/>
    </w:rPr>
  </w:style>
  <w:style w:type="paragraph" w:styleId="Heading1">
    <w:name w:val="heading 1"/>
    <w:basedOn w:val="Normal"/>
    <w:next w:val="Normal"/>
    <w:link w:val="1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3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">
    <w:name w:val="页眉 字符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a0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0">
    <w:name w:val="页脚 字符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1">
    <w:name w:val="标题 1 字符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">
    <w:name w:val="标题 2 字符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">
    <w:name w:val="标题 3 字符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a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1">
    <w:name w:val="标题 字符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a2"/>
    <w:uiPriority w:val="11"/>
    <w:qFormat/>
    <w:rsid w:val="00FC693F"/>
    <w:pPr>
      <w:numPr>
        <w:ilvl w:val="1"/>
      </w:numPr>
      <w:ind w:firstLine="640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2">
    <w:name w:val="副标题 字符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a3"/>
    <w:uiPriority w:val="99"/>
    <w:unhideWhenUsed/>
    <w:rsid w:val="00AA1D8D"/>
    <w:pPr>
      <w:spacing w:after="120"/>
    </w:pPr>
  </w:style>
  <w:style w:type="character" w:customStyle="1" w:styleId="a3">
    <w:name w:val="正文文本 字符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20"/>
    <w:uiPriority w:val="99"/>
    <w:unhideWhenUsed/>
    <w:rsid w:val="00AA1D8D"/>
    <w:pPr>
      <w:spacing w:after="120" w:line="480" w:lineRule="auto"/>
    </w:pPr>
  </w:style>
  <w:style w:type="character" w:customStyle="1" w:styleId="20">
    <w:name w:val="正文文本 2 字符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3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0">
    <w:name w:val="正文文本 3 字符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">
    <w:name w:val="macro"/>
    <w:link w:val="a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4">
    <w:name w:val="宏文本 字符"/>
    <w:basedOn w:val="DefaultParagraphFont"/>
    <w:link w:val="Macro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a5"/>
    <w:uiPriority w:val="29"/>
    <w:qFormat/>
    <w:rsid w:val="00FC693F"/>
    <w:rPr>
      <w:i/>
      <w:iCs/>
      <w:color w:val="000000" w:themeColor="text1"/>
    </w:rPr>
  </w:style>
  <w:style w:type="character" w:customStyle="1" w:styleId="a5">
    <w:name w:val="引用 字符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4">
    <w:name w:val="标题 4 字符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">
    <w:name w:val="标题 5 字符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">
    <w:name w:val="标题 6 字符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">
    <w:name w:val="标题 7 字符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">
    <w:name w:val="标题 8 字符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">
    <w:name w:val="标题 9 字符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a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6">
    <w:name w:val="明显引用 字符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96104115222010102" TargetMode="External" /><Relationship Id="rId11" Type="http://schemas.openxmlformats.org/officeDocument/2006/relationships/header" Target="header6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header" Target="header4.xml" /><Relationship Id="rId9" Type="http://schemas.openxmlformats.org/officeDocument/2006/relationships/header" Target="head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4977</Words>
  <Characters>6122</Characters>
  <Application>Microsoft Office Word</Application>
  <DocSecurity>0</DocSecurity>
  <Lines>470</Lines>
  <Paragraphs>358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空空不是空空</dc:creator>
  <cp:lastModifiedBy>YH W</cp:lastModifiedBy>
  <cp:revision>2</cp:revision>
  <dcterms:created xsi:type="dcterms:W3CDTF">2024-03-16T15:32:00Z</dcterms:created>
  <dcterms:modified xsi:type="dcterms:W3CDTF">2024-03-16T15:32:00Z</dcterms:modified>
</cp:coreProperties>
</file>