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body>
    <w:p w:rsidR="001B1F19" w14:paraId="7F7A67AA" w14:textId="0AE8485B">
      <w:pPr>
        <w:pStyle w:val="Heading1"/>
        <w:jc w:val="center"/>
        <w:rPr>
          <w:rFonts w:hint="eastAsia"/>
          <w:lang w:eastAsia="zh-CN"/>
        </w:rPr>
      </w:pPr>
      <w:r>
        <w:rPr>
          <w:sz w:val="44"/>
          <w:lang w:eastAsia="zh-CN"/>
        </w:rPr>
        <w:t>班主任培训心得体会（33篇）</w:t>
      </w:r>
    </w:p>
    <w:p w:rsidR="001B1F19" w14:paraId="15E7D7A0" w14:textId="27C3F48A">
      <w:pPr>
        <w:rPr>
          <w:rFonts w:hint="eastAsia"/>
          <w:lang w:eastAsia="zh-CN"/>
        </w:rPr>
        <w:sectPr>
          <w:pgSz w:w="11906" w:h="16838"/>
          <w:pgMar w:top="1440" w:right="1800" w:bottom="1440" w:left="1800" w:header="851" w:footer="992" w:gutter="0"/>
          <w:cols w:space="425"/>
          <w:docGrid w:type="lines" w:linePitch="312"/>
        </w:sectPr>
      </w:pPr>
      <w:r>
        <w:rPr>
          <w:lang w:eastAsia="zh-CN"/>
        </w:rPr>
        <w:br/>
      </w:r>
      <w:r>
        <w:rPr>
          <w:lang w:eastAsia="zh-CN"/>
        </w:rPr>
        <w:br/>
      </w:r>
      <w:r>
        <w:rPr>
          <w:lang w:eastAsia="zh-CN"/>
        </w:rPr>
        <w:t>班主任培训心得体会（精选33篇）</w:t>
      </w:r>
      <w:r>
        <w:rPr>
          <w:lang w:eastAsia="zh-CN"/>
        </w:rPr>
        <w:br/>
      </w:r>
      <w:r>
        <w:rPr>
          <w:lang w:eastAsia="zh-CN"/>
        </w:rPr>
        <w:t xml:space="preserve">    班主任培训心得体会 篇1 </w:t>
      </w:r>
      <w:r>
        <w:rPr>
          <w:lang w:eastAsia="zh-CN"/>
        </w:rPr>
        <w:br/>
      </w:r>
      <w:r>
        <w:rPr>
          <w:lang w:eastAsia="zh-CN"/>
        </w:rPr>
        <w:t>　　__年11月11日，我有幸参加了随县举行班主任队伍培训学习。一天的培训学习使我对新时期的班主任工作有了更进一步的认识，对班主任这个岗位有了更深层次的理解。聆听了于青、李程、郑立平、肖盛怀四位优秀班主任的经念，对我来说，不仅是业务理论的，还是实际操作，都有很大的帮助。优秀班主任们所阐述的教育观点，风格平实，语言或幽默风趣、或朴素真挚，列举了大量生动感人的实例，深入浅出地向我们阐述了一些新的班主任工作理念，为新时期我们的班主任工作指明了方向。以下就是我在学习中的几点主要体会：</w:t>
      </w:r>
      <w:r>
        <w:rPr>
          <w:lang w:eastAsia="zh-CN"/>
        </w:rPr>
        <w:br/>
      </w:r>
      <w:r>
        <w:rPr>
          <w:lang w:eastAsia="zh-CN"/>
        </w:rPr>
        <w:t>　　一、意识到了班主任角色的转换和定位的重要</w:t>
      </w:r>
      <w:r>
        <w:rPr>
          <w:lang w:eastAsia="zh-CN"/>
        </w:rPr>
        <w:br/>
      </w:r>
      <w:r>
        <w:rPr>
          <w:lang w:eastAsia="zh-CN"/>
        </w:rPr>
        <w:t>　　以前就知道班主任应该是班级的组织者和管理者，但却只是停留在知道有这么个说法，而从没去考虑过如何去把这一角色在自己身上转换或者定位，更不知道该转换定位到哪个方向上。通过这次培训，我认识到班主任应该做到：</w:t>
      </w:r>
      <w:r>
        <w:rPr>
          <w:lang w:eastAsia="zh-CN"/>
        </w:rPr>
        <w:br/>
      </w:r>
      <w:r>
        <w:rPr>
          <w:lang w:eastAsia="zh-CN"/>
        </w:rPr>
        <w:t>　　（一）由平等对待每一个学生。</w:t>
      </w:r>
      <w:r>
        <w:rPr>
          <w:lang w:eastAsia="zh-CN"/>
        </w:rPr>
        <w:br/>
      </w:r>
      <w:r>
        <w:rPr>
          <w:lang w:eastAsia="zh-CN"/>
        </w:rPr>
        <w:t>　　（二）要善于听取学生的意见。</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
          <w:cols w:space="425"/>
          <w:titlePg w:val="0"/>
          <w:docGrid w:type="lines" w:linePitch="312"/>
        </w:sectPr>
      </w:pPr>
      <w:r>
        <w:rPr>
          <w:lang w:eastAsia="zh-CN"/>
        </w:rPr>
        <w:t>　　（三）要养成耐心细致的工作方法。</w:t>
      </w:r>
      <w:r>
        <w:rPr>
          <w:lang w:eastAsia="zh-CN"/>
        </w:rPr>
        <w:br/>
      </w:r>
      <w:r>
        <w:rPr>
          <w:lang w:eastAsia="zh-CN"/>
        </w:rPr>
        <w:t>　　班主任要善于从学生实际出发，着眼于发展，善于拓展学生的潜能，对学生要宽容，不要把学生的失误看得太重，不要怕学生犯错，要放手让学生去做，只有在实践中锻炼，学生才会成长。</w:t>
      </w:r>
      <w:r>
        <w:rPr>
          <w:lang w:eastAsia="zh-CN"/>
        </w:rPr>
        <w:br/>
      </w:r>
      <w:r>
        <w:rPr>
          <w:lang w:eastAsia="zh-CN"/>
        </w:rPr>
        <w:t>　　二、意识到班主任要不断提高自身素质</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3"/>
          <w:cols w:space="425"/>
          <w:titlePg w:val="0"/>
          <w:docGrid w:type="lines" w:linePitch="312"/>
        </w:sectPr>
      </w:pPr>
      <w:r>
        <w:rPr>
          <w:lang w:eastAsia="zh-CN"/>
        </w:rPr>
        <w:t>　　班主任的素质不是与生俱来的，而是在长期的教育实践中进行修养与锻炼形成的。在这次学习中，我能感觉那些案例的真实性，因为在我的工作中就有着很多和案例中相同的状况，比如问题学生、班规的制定、选班委会、与家长沟通联系等等，由于自己没能科学地处理，没有收到自己当时预想的效果。而这次学习让我在以后的工作中再遇到类似事情时也会用案例学习中学到的相关理论来指导自己的工作，同时也使自己意识到班主任应该不断提高自身素质的重要性。学校教育离不开家长的辅助作用。平时还应多与家长联系，及时反馈学生的学习纪律情况。可以采用多种形式，教师与家长之间互相交流，探讨学生的管理问题。信任学生，尊重学生，让学生学会自主管理渴望理解，渴望信任是人们的一种正常需要。作为班主任，要学会正确对待各类型学生。特别是后进生，要首先亲近他们，尊重他们，在学习上耐心引导，生活中热心关怀，经常同他们交谈，了解思想状况，善于发现差生的闪光点，抓住时机，尽量做到多表扬，多鼓励，树立自信心，提高学习成绩。教师要经常对学生的工作进行评价，评价要公正，只有公正地评价每一个学生，才能使学生信服，从而激发起奋发向上的愿望。对于班干部同学要求更加严格，要求他们每周写出工作总结，每月召开一次干部会议，推广各自的工作经验，对于取得成绩的同学适时地表扬，使他们心理上享受到成功的体验，以便更加努力学习。让学生学会自主管理，学会自律、自主学习。</w:t>
      </w:r>
      <w:r>
        <w:rPr>
          <w:lang w:eastAsia="zh-CN"/>
        </w:rPr>
        <w:br/>
      </w:r>
      <w:r>
        <w:rPr>
          <w:lang w:eastAsia="zh-CN"/>
        </w:rPr>
        <w:t>　　这次班主任培训虽然时间不长，但我学到感悟到很多班主任管理知识，明确了今后努力方向。我会以本次培训作为新的起点，转变观念，确立起符合时代要求的教育观念，发挥自己所长，争取在今后的班主任工作中不断改进，努力为成为一名优秀的班主任。</w:t>
      </w:r>
      <w:r>
        <w:rPr>
          <w:lang w:eastAsia="zh-CN"/>
        </w:rPr>
        <w:br/>
      </w:r>
      <w:r>
        <w:rPr>
          <w:lang w:eastAsia="zh-CN"/>
        </w:rPr>
        <w:t>　　__年8月16日开封市新招聘教师岗前培训在二十五中拉开了序幕。我十分荣幸参加入了这次培训，通过培训学到了很多新理念，新知识，就像常局长讲的，我们要珍惜这个来之不易的机会，争取做一名优秀的教师。在这短短的两天培训中，来自一线教授或教师的讲座，使我感受颇多，收获颇多，其中河南大学孟彩云教授的《教师职业道德修养和专业成长》令我印象深刻。</w:t>
      </w:r>
      <w:r>
        <w:rPr>
          <w:lang w:eastAsia="zh-CN"/>
        </w:rPr>
        <w:br/>
      </w:r>
      <w:r>
        <w:rPr>
          <w:lang w:eastAsia="zh-CN"/>
        </w:rPr>
        <w:t>　　“那块黑板，写下的是真理，擦去的是功利。那个讲台，举起的是别人，奉献的是自己……”。崇高的师德，源于千百年来中华文化的积淀和传承。“春蚕到死丝方尽，蜡炬成灰泪始干”——人们用这样的诗句赞美教师们的无私奉献；“人类灵魂的工程师”、“辛勤的园丁”——人们用这样的比喻颂扬教师们的高尚情操；“学为人师、行为世范”——人们用这样的标尺度量教师职业的伟大与崇高，从古至今，崇高的师德在中国教师中薪火相传，生生不息。</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4"/>
          <w:cols w:space="425"/>
          <w:titlePg w:val="0"/>
          <w:docGrid w:type="lines" w:linePitch="312"/>
        </w:sectPr>
      </w:pPr>
      <w:r>
        <w:rPr>
          <w:lang w:eastAsia="zh-CN"/>
        </w:rPr>
        <w:t>　　我们作为，祖国教育在线上的一名新教师肩负着国家和民族兴旺发达，长盛不衰的重任，首先热爱祖国，热爱人民、热爱教育、热爱学生，师爱温润在平凡的日子里。霍懋征老师从教六十年，深刻感悟到：“没有爱就没有教育”；邹有云老师提出“让爱的阳光照亮森山”；黄静华老师”用心去爱每一个学生”；林崇德老师指出“师爱是师德的灵魂”。这种爱在危难关头闪烁着夺目的光辉。谭世明老师，殷雪梅老师为了学生的安全不惜牺牲自己宝贵的生命，陈善知老师说：“老师在，学生在！危急时刻，把生的希望留给学生，把死的危险留给自己，“生死关头，他们将学生的利益放在第一位，一切为了学生”。 王月娥老师，用小船摇出希望、严桂珍老师，不让一个学生掉队他们在平凡的工作岗位上干出了不平凡的事业，究竟为了什么？，他们自豪的说：不为什么，“因为我们是人民教师”。平凡的工作，伟大的奉献铸就了闪光的师德之魂。</w:t>
      </w:r>
      <w:r>
        <w:rPr>
          <w:lang w:eastAsia="zh-CN"/>
        </w:rPr>
        <w:br/>
      </w:r>
      <w:r>
        <w:rPr>
          <w:lang w:eastAsia="zh-CN"/>
        </w:rPr>
        <w:t>　　人民教师是“太阳下最光辉的职业”；使命崇高，责任重大。一言一行都连着祖国的前途，民族的未来，自律的责任意识是一名教师必备的人格素养，爱岗敬业、教书育人，为人师表体现在生活的分分秒秒中，自从我们选择了这个职业，我们就肩负着，岗位责任、社会责任、国家责任，我们不负使命，我们做好了准备，我们决心用我们的青春和汗水乃至生命，撑起我们光荣神圣的教育事业的精神大厦，用闪耀的师德之光，光照乾坤。</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5"/>
          <w:cols w:space="425"/>
          <w:titlePg w:val="0"/>
          <w:docGrid w:type="lines" w:linePitch="312"/>
        </w:sectPr>
      </w:pPr>
      <w:r>
        <w:rPr>
          <w:lang w:eastAsia="zh-CN"/>
        </w:rPr>
        <w:t>　　__年人思想道德教育的方法、懂得如何指导开展学生的心理健康、学会了班级活动的设计与组织、积累了班级管理的妙招、明白了学校安全工作的重要。魏书生的</w:t>
      </w:r>
      <w:r>
        <w:rPr>
          <w:lang w:eastAsia="zh-CN"/>
        </w:rPr>
        <w:t xml:space="preserve"> “自我管理”与“制度管理”、李镇西的</w:t>
      </w:r>
      <w:r>
        <w:rPr>
          <w:lang w:eastAsia="zh-CN"/>
        </w:rPr>
        <w:t xml:space="preserve"> “爱心”、王晓春老师对问题生的诊断等，我受益匪浅，感触颇深。培训时间虽然短暂，但我的内心却充盈着沉甸甸的收获：</w:t>
      </w:r>
      <w:r>
        <w:rPr>
          <w:lang w:eastAsia="zh-CN"/>
        </w:rPr>
        <w:br/>
      </w:r>
      <w:r>
        <w:rPr>
          <w:lang w:eastAsia="zh-CN"/>
        </w:rPr>
        <w:t>　　一、充分认识到了班主任工作的重要性</w:t>
      </w:r>
      <w:r>
        <w:rPr>
          <w:lang w:eastAsia="zh-CN"/>
        </w:rPr>
        <w:br/>
      </w:r>
      <w:r>
        <w:rPr>
          <w:lang w:eastAsia="zh-CN"/>
        </w:rPr>
        <w:t>　　通过培训，我更加明确班主任在学校教育中的重要地位——班主任不仅是班级各项工作的管理者、协调者，更是学生成长的引路人和激励者，是学生学习效仿的榜样。同时中小学班主任工作面临许多新问题、新挑战。经济社会的深刻变化、教育改革的不断深化、中小学生成长的新情况、新特点，对中小学班主任工作提出了更高的要求，迫切需要制定更加有效的政策，保障和鼓励中小学教师愿意做班主任，努力做好班主任工作；迫切需要采取更加有力的措施，保障和鼓励班主任有更多的时间和精力了解学生、分析学生学习生活成长情况，以真挚的爱心和科学的方法教育、引导、帮助学生成长进步。</w:t>
      </w:r>
      <w:r>
        <w:rPr>
          <w:lang w:eastAsia="zh-CN"/>
        </w:rPr>
        <w:br/>
      </w:r>
      <w:r>
        <w:rPr>
          <w:lang w:eastAsia="zh-CN"/>
        </w:rPr>
        <w:t>　　因此，我非常珍惜这个难得的提升机会，及时获得最先进的教育理念，捕捉到最新的教育动态，呼吸教育前沿的气息，让自己的工作方法能真正做到“与时俱进”！</w:t>
      </w:r>
      <w:r>
        <w:rPr>
          <w:lang w:eastAsia="zh-CN"/>
        </w:rPr>
        <w:br/>
      </w:r>
      <w:r>
        <w:rPr>
          <w:lang w:eastAsia="zh-CN"/>
        </w:rPr>
        <w:t>　　二、经受了一次思想的磨砺与升华</w:t>
      </w:r>
      <w:r>
        <w:rPr>
          <w:lang w:eastAsia="zh-CN"/>
        </w:rPr>
        <w:br/>
      </w:r>
      <w:r>
        <w:rPr>
          <w:lang w:eastAsia="zh-CN"/>
        </w:rPr>
        <w:t>　　培训的许多内容，我们在工作中经历过，有种“似曾相识”的感觉，我的思想经受了一次痛苦的历练，因为我真的思考了！</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6"/>
          <w:cols w:space="425"/>
          <w:titlePg w:val="0"/>
          <w:docGrid w:type="lines" w:linePitch="312"/>
        </w:sectPr>
      </w:pPr>
      <w:r>
        <w:rPr>
          <w:lang w:eastAsia="zh-CN"/>
        </w:rPr>
        <w:t>　　当我们反思自己时，是需要勇气的。用学到的理念反观自己的教育行为，不能不承认，自己很多行为是错误的，甚至是有悖法律、法规的，自己的管理方式存在着许多缺憾！联想起自己以前经历的一些小事，平静的培训学习竟让我的内心泛起波澜：</w:t>
      </w:r>
      <w:r>
        <w:rPr>
          <w:lang w:eastAsia="zh-CN"/>
        </w:rPr>
        <w:br/>
      </w:r>
      <w:r>
        <w:rPr>
          <w:lang w:eastAsia="zh-CN"/>
        </w:rPr>
        <w:t>　　尊重学生这个理念我们早就知道，可实际上自己又怎么做的呢？记得今年教师节，我接到一条祝福短信，是我以前的学生，但没有留名。我发短信问他是谁，他竟调皮地说：“您猜猜吧！我没少给您惹事，您说过长大了我只能在学校外边卖豆腐！”天呀！我说过这句话吗？自己仔细搜索，竟毫无结果！再次询问，他还是说您说过这句话！又加上一句“不过我可是咱班的电脑高手！”一句话点醒梦中人，我猜到了他！可我还是想不起那句话。我记得的只有他不爱学英语，我为他着急过；他和班里一个女生超常交往，我苦口婆心地劝过！可这些似乎没给他留下什么印象，他记忆深刻地竟是“到学校外边卖豆腐吧！”这句话！也许孩子并无恶意。但我确实意识到了老师的话真的很重要！“良言一句三冬暖，恶语伤人六月寒！”何况，我们面对的是正在发展的孩子呀！</w:t>
      </w:r>
      <w:r>
        <w:rPr>
          <w:lang w:eastAsia="zh-CN"/>
        </w:rPr>
        <w:br/>
      </w:r>
      <w:r>
        <w:rPr>
          <w:lang w:eastAsia="zh-CN"/>
        </w:rPr>
        <w:t>　　在参加班主任培训中，我边学习、边思考。由原来的逃避，到敢于面对自己的不足，到后来积极思考自我超越的办法，有一种“豁然开朗”的感觉。</w:t>
      </w:r>
      <w:r>
        <w:rPr>
          <w:lang w:eastAsia="zh-CN"/>
        </w:rPr>
        <w:br/>
      </w:r>
      <w:r>
        <w:rPr>
          <w:lang w:eastAsia="zh-CN"/>
        </w:rPr>
        <w:t>　　三、进一步明确了今后的发展方向</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7"/>
          <w:cols w:space="425"/>
          <w:titlePg w:val="0"/>
          <w:docGrid w:type="lines" w:linePitch="312"/>
        </w:sectPr>
      </w:pPr>
      <w:r>
        <w:rPr>
          <w:lang w:eastAsia="zh-CN"/>
        </w:rPr>
        <w:t>　　“教育观念决定了教育行为”，先进的理念指引着方向，但它与现实之间确实存在着差距：理念告诉我们，要尊重善待学生，要承认差异，可现实是有优秀的生源就有优秀的成绩；理念告诉我们有创新能力，可现实是为了成绩忙碌的我们常常是“坐井观天”；理念告诉我们要做学生心理的保健者，可现实是我们因工作压力大而常常情绪失控……</w:t>
      </w:r>
      <w:r>
        <w:rPr>
          <w:lang w:eastAsia="zh-CN"/>
        </w:rPr>
        <w:br/>
      </w:r>
      <w:r>
        <w:rPr>
          <w:lang w:eastAsia="zh-CN"/>
        </w:rPr>
        <w:t xml:space="preserve">    班主任培训心得体会 篇2 </w:t>
      </w:r>
      <w:r>
        <w:rPr>
          <w:lang w:eastAsia="zh-CN"/>
        </w:rPr>
        <w:br/>
      </w:r>
      <w:r>
        <w:rPr>
          <w:lang w:eastAsia="zh-CN"/>
        </w:rPr>
        <w:t>　　周日有幸参加20__年班主任培训，聆听了专家的讲座，使我对班主任工作有了更深刻的认识，学到了一系列科学的管理方法，领会了一些解放自己的管理理念，使自己对优秀班主任有了新的理解。</w:t>
      </w:r>
      <w:r>
        <w:rPr>
          <w:lang w:eastAsia="zh-CN"/>
        </w:rPr>
        <w:br/>
      </w:r>
      <w:r>
        <w:rPr>
          <w:lang w:eastAsia="zh-CN"/>
        </w:rPr>
        <w:t>　　一个班集体的建立，一股良好班风的形成，仅仅靠班主任的力量是不够的，因为班级里发生的许多事情同学们最了解。如果能培养班主任的得力小助手，并把他们有效地利用起来，让他们和班主任一起参与班级管理，既可以使班主任省不少心，又可以培养和锻炼学生的管理能力。</w:t>
      </w:r>
      <w:r>
        <w:rPr>
          <w:lang w:eastAsia="zh-CN"/>
        </w:rPr>
        <w:br/>
      </w:r>
      <w:r>
        <w:rPr>
          <w:lang w:eastAsia="zh-CN"/>
        </w:rPr>
        <w:t>　　一个班级的好坏，小助手起着至关重要的作用。为此，我一直试着把班级还给学生，就是要为每个学生创造参与班级管理的机会，使他们在管理的实践中学会自主管理，在自主管理的活动中培养自我教育能力。</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8"/>
          <w:cols w:space="425"/>
          <w:titlePg w:val="0"/>
          <w:docGrid w:type="lines" w:linePitch="312"/>
        </w:sectPr>
      </w:pPr>
      <w:r>
        <w:rPr>
          <w:lang w:eastAsia="zh-CN"/>
        </w:rPr>
        <w:t>　　为调动每一个学生的积极性，使每一位学生都可以在班级中找到一个合适的位置，担负一项具体的工作，人人都为集体作贡献，人人都意识到自己是班级集体中不可缺少的一员。在实际操作中，应该除了常设的班级干部岗位外，还应该增加若干个管理岗位，大面积、有计划地设置了小干部岗位。而我班现在班干部不敢设太多。只让几个有威信的学生管理班级，听了报告后顿时醒悟应让他们人人都有表现自己的才能、为集体服务的机会。班干部自己说了算，应多设置，提高学生参与管理的积极性，这样也可能促进提高他们学习，提高他们学习的积极性。</w:t>
      </w:r>
      <w:r>
        <w:rPr>
          <w:lang w:eastAsia="zh-CN"/>
        </w:rPr>
        <w:br/>
      </w:r>
      <w:r>
        <w:rPr>
          <w:lang w:eastAsia="zh-CN"/>
        </w:rPr>
        <w:t>　　在我班，学习大组长是核心人物，他们肩上的担子最重。以座位为准，每四人为一个学习小组，一个学习小组中有一个小组长。四个学习小组为一个学习大组，一个学习大组配一个学习大组长。大组长既要负责作业的收发，每天负责对小组成员的各项作业进行检查，又要协助值日班长管好小组纪律，配合红领巾监督员监督自己小组成员的礼仪常规，带领小组成员做好值日工作。对作业不认真的同学，学习大组长要要求他将作业重做，对于作业中有错误的，学习大组长要指导他及时改正。对于违反纪律或礼仪常规的，学习大组长要及时提醒他改正，如有不听从劝告的，学习大组长要作好记录，对于表现特别突出或有进步的同学，学习大组长也要作好记录，并把当天的情况及时向班主任汇报。培训回来我立马把学习小组又分为两个小组，又推选了一位小组长，既减轻了四人一组大组长的工作负担，也提高了很多学生的积极性。从周一开班会以来，效果不错。我将继续坚持下去，并且要不断创新，否则学生有厌倦感，效果就会减弱。</w:t>
      </w:r>
      <w:r>
        <w:rPr>
          <w:lang w:eastAsia="zh-CN"/>
        </w:rPr>
        <w:br/>
      </w:r>
      <w:r>
        <w:rPr>
          <w:lang w:eastAsia="zh-CN"/>
        </w:rPr>
        <w:t>　　得力小助手就像班主任一样，首先要严格要求自己，注重自己的言行，在同学面前起到表率作用。他们肯定会想班主任把这么重要的事情交给我，说明班主任信任我。我不能辜负班主任对我的期望，一定要尽心、尽职、尽力为班级的工作服务。这样，既锻炼了学生，又能帮班主任减轻一些负担，何乐而不为呢？</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9"/>
          <w:cols w:space="425"/>
          <w:titlePg w:val="0"/>
          <w:docGrid w:type="lines" w:linePitch="312"/>
        </w:sectPr>
      </w:pPr>
      <w:r>
        <w:rPr>
          <w:lang w:eastAsia="zh-CN"/>
        </w:rPr>
        <w:t xml:space="preserve">    班主任培训心得体会 篇3 </w:t>
      </w:r>
      <w:r>
        <w:rPr>
          <w:lang w:eastAsia="zh-CN"/>
        </w:rPr>
        <w:br/>
      </w:r>
      <w:r>
        <w:rPr>
          <w:lang w:eastAsia="zh-CN"/>
        </w:rPr>
        <w:t>　　一、做有滋味的班主任</w:t>
      </w:r>
      <w:r>
        <w:rPr>
          <w:lang w:eastAsia="zh-CN"/>
        </w:rPr>
        <w:br/>
      </w:r>
      <w:r>
        <w:rPr>
          <w:lang w:eastAsia="zh-CN"/>
        </w:rPr>
        <w:t>　　上午的第一场是郑英老师的讲座《教育，要让学生追慕美好》，郑英老师是全国著名班主任、全国骨干班主任高级研修班主讲专家、浙江教育十大年度影响力人物、杭州市首届模范班主任，有着丰富的班主任工作经验。</w:t>
      </w:r>
      <w:r>
        <w:rPr>
          <w:lang w:eastAsia="zh-CN"/>
        </w:rPr>
        <w:br/>
      </w:r>
      <w:r>
        <w:rPr>
          <w:lang w:eastAsia="zh-CN"/>
        </w:rPr>
        <w:t>　　郑老师一上场，那精明强干的外表就给我留下了深刻的印象：短发、长裙，人显得精瘦。她拿着话筒轻轻走上讲台，但没有坐下来，而是站在那里开始了将近1个半小时的演讲，这是我始料未及的，一下子拉近了我们之间的距离，讲座中她那幽默的谈吐，那富有智慧的班级管理经验都让我深受震撼。我发现郑老师的班主任工作做得如此之美好，一个最基本的原则是学生能做的事情都由学生去做，学生不能做的事情老师引导他们做。在她的引领下，学生似乎变得无所不能：自制午睡枕头，班级美食比赛……总之，这样的班主任做的多么轻松，多么美好，真让人羡慕。当然，郑老师有着过人的智慧，丰富的文化底蕴，那是经验的积累，1978年出生的她曾连续7年担任了两个班的班主任。在别人看来“太烦恼”的班主任工作，她却做得有滋有味，对她而言，这也实现了教学工作和班主任工作的双丰收，她先后成为了《班主任》和《班主任之友》的封面人物，也成为了自己所教学科的权威刊物《中学政治教学参考》的封面人物。</w:t>
      </w:r>
      <w:r>
        <w:rPr>
          <w:lang w:eastAsia="zh-CN"/>
        </w:rPr>
        <w:br/>
      </w:r>
      <w:r>
        <w:rPr>
          <w:lang w:eastAsia="zh-CN"/>
        </w:rPr>
        <w:t>　　二、做有智慧的班主任</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0"/>
          <w:cols w:space="425"/>
          <w:titlePg w:val="0"/>
          <w:docGrid w:type="lines" w:linePitch="312"/>
        </w:sectPr>
      </w:pPr>
      <w:r>
        <w:rPr>
          <w:lang w:eastAsia="zh-CN"/>
        </w:rPr>
        <w:t>　　第二场讲座是由全国著名班主任、“天使”教师于洁所讲的《智慧入心》，于老师一上场也让我们惊叹了一番，飘逸的长发齐腰，古典的灰蓝色偏大襟连衣长裙，显得与众不同。</w:t>
      </w:r>
      <w:r>
        <w:rPr>
          <w:lang w:eastAsia="zh-CN"/>
        </w:rPr>
        <w:br/>
      </w:r>
      <w:r>
        <w:rPr>
          <w:lang w:eastAsia="zh-CN"/>
        </w:rPr>
        <w:t>　　“给自己给学生一个幸福完整的教育生活”是于老师信奉的教育理念。她过人的智慧深深的触动着我们的心灵。讲座中，于老师从“让我的存在对班级有价值；让我的劳动得到别人的尊重；课内课外，丰富多彩；让竞争充满乐趣；让每个学生，都有出类拔萃的时候；记录成长足迹，构建美好的青春回忆”等方面，向我们展示了她工作二十多年来用心用情培养学生的智慧，一个个生动、富含师生情感的事例，使在场的老师被她的人格魅力以及对教育事业的热爱所感染，我们不禁都深深感叹，教育艺术无止境。</w:t>
      </w:r>
      <w:r>
        <w:rPr>
          <w:lang w:eastAsia="zh-CN"/>
        </w:rPr>
        <w:br/>
      </w:r>
      <w:r>
        <w:rPr>
          <w:lang w:eastAsia="zh-CN"/>
        </w:rPr>
        <w:t>　　我比较欣赏于老师对于取得进步的学生的奖励办法，利用家里的小玩具，或有创意的小零件，如钥匙挂件，纪念品等奖励给学生，或者带领学生自制荣誉证书。让学生在取得自己制造的荣誉证书时感受到那种发自内心的自豪感，这一定就是教育智慧吧。</w:t>
      </w:r>
      <w:r>
        <w:rPr>
          <w:lang w:eastAsia="zh-CN"/>
        </w:rPr>
        <w:br/>
      </w:r>
      <w:r>
        <w:rPr>
          <w:lang w:eastAsia="zh-CN"/>
        </w:rPr>
        <w:t>　　三、做会沟通的班主任</w:t>
      </w:r>
      <w:r>
        <w:rPr>
          <w:lang w:eastAsia="zh-CN"/>
        </w:rPr>
        <w:br/>
      </w:r>
      <w:r>
        <w:rPr>
          <w:lang w:eastAsia="zh-CN"/>
        </w:rPr>
        <w:t>　　下午的讲座更是让人始料未及，五十多岁了全国著名教育专家赵凯老师的讲座堪称精彩绝伦，无处不显示出他多才多艺，令人敬佩。</w:t>
      </w:r>
      <w:r>
        <w:rPr>
          <w:lang w:eastAsia="zh-CN"/>
        </w:rPr>
        <w:br/>
      </w:r>
      <w:r>
        <w:rPr>
          <w:lang w:eastAsia="zh-CN"/>
        </w:rPr>
        <w:t>　　赵老师认为，班主任要做一个好听众。要以饱满的热情去听，要站在学生角度去听，要学会猜弦外之音，努力了解学生心理，并养成记笔记的习惯；</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1"/>
          <w:cols w:space="425"/>
          <w:titlePg w:val="0"/>
          <w:docGrid w:type="lines" w:linePitch="312"/>
        </w:sectPr>
      </w:pPr>
      <w:r>
        <w:rPr>
          <w:lang w:eastAsia="zh-CN"/>
        </w:rPr>
        <w:t>　　他认为班主任要讲求同理心沟通。同理心即是设身处地+感同身受，同理心之大忌：简单的判断、直接的指导、虚弱的保证、空洞的大话、过多的解释、主管随意、过于理智、出言不逊。班主任还要精通冲突管理，要会灵活顺应，要有解决问题的诚意，要有足够的心理承受能力，要诚实，要适时承认自己的过错。</w:t>
      </w:r>
      <w:r>
        <w:rPr>
          <w:lang w:eastAsia="zh-CN"/>
        </w:rPr>
        <w:br/>
      </w:r>
      <w:r>
        <w:rPr>
          <w:lang w:eastAsia="zh-CN"/>
        </w:rPr>
        <w:t>　　总之，一天收获的真不少，但是自己与他们相差甚远，我为自己的浅薄而感到羞愧。在班主任这条道路上，我需要做的还有很多，很多……</w:t>
      </w:r>
      <w:r>
        <w:rPr>
          <w:lang w:eastAsia="zh-CN"/>
        </w:rPr>
        <w:br/>
      </w:r>
      <w:r>
        <w:rPr>
          <w:lang w:eastAsia="zh-CN"/>
        </w:rPr>
        <w:t xml:space="preserve">    班主任培训心得体会 篇4 </w:t>
      </w:r>
      <w:r>
        <w:rPr>
          <w:lang w:eastAsia="zh-CN"/>
        </w:rPr>
        <w:br/>
      </w:r>
      <w:r>
        <w:rPr>
          <w:lang w:eastAsia="zh-CN"/>
        </w:rPr>
        <w:t>　　这次班主任培训，与众不同，受益匪浅。在这次培训中，我对新时期的班主任工作有了更进一步的认识，对班主任这个岗位有了更深层次的理解，对班级管理有了更策略的规划。要当好一个合格的班主任就要从以下几方面来提高：</w:t>
      </w:r>
      <w:r>
        <w:rPr>
          <w:lang w:eastAsia="zh-CN"/>
        </w:rPr>
        <w:br/>
      </w:r>
      <w:r>
        <w:rPr>
          <w:lang w:eastAsia="zh-CN"/>
        </w:rPr>
        <w:t>　　一、信任学生。</w:t>
      </w:r>
      <w:r>
        <w:rPr>
          <w:lang w:eastAsia="zh-CN"/>
        </w:rPr>
        <w:br/>
      </w:r>
      <w:r>
        <w:rPr>
          <w:lang w:eastAsia="zh-CN"/>
        </w:rPr>
        <w:t>　　充分信任每一个孩子就要热爱每一个学生，不管他们平时表现怎样样，即使有不少毛病和缺点，也就应要相信他们，鼓励他们，为他们带给法杖的机会，从而增强他们的自信心。</w:t>
      </w:r>
      <w:r>
        <w:rPr>
          <w:lang w:eastAsia="zh-CN"/>
        </w:rPr>
        <w:br/>
      </w:r>
      <w:r>
        <w:rPr>
          <w:lang w:eastAsia="zh-CN"/>
        </w:rPr>
        <w:t>　　二、尊重学生。</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2"/>
          <w:cols w:space="425"/>
          <w:titlePg w:val="0"/>
          <w:docGrid w:type="lines" w:linePitch="312"/>
        </w:sectPr>
      </w:pPr>
      <w:r>
        <w:rPr>
          <w:lang w:eastAsia="zh-CN"/>
        </w:rPr>
        <w:t>　　每个孩子都渴望得到别人的表扬和奖励，即使是后进生，也有自尊心和上进心。教师就应充分尊重他们的愿望，竭力保护他们的自尊心，用孩子乐于理解的方式激发其上进心，以满足学生自尊的需要。用孩子们喜欢的方式教育他们做人的道理，培养他们的情商，学会感恩。教育他们勇于承担过错，做一个诚实的人，并知错改错。</w:t>
      </w:r>
      <w:r>
        <w:rPr>
          <w:lang w:eastAsia="zh-CN"/>
        </w:rPr>
        <w:br/>
      </w:r>
      <w:r>
        <w:rPr>
          <w:lang w:eastAsia="zh-CN"/>
        </w:rPr>
        <w:t>　　三、提高自身的基本素质和工作潜力，务必注重培训。</w:t>
      </w:r>
      <w:r>
        <w:rPr>
          <w:lang w:eastAsia="zh-CN"/>
        </w:rPr>
        <w:br/>
      </w:r>
      <w:r>
        <w:rPr>
          <w:lang w:eastAsia="zh-CN"/>
        </w:rPr>
        <w:t>　　提高自身的基本素质和工作潜力，务必注重培训。培训教育者应当先受教育，要想做好班主任工作，务必努力培训。要胜任小学教育工作，教师的知识水平要做到“厚积薄发”，知识背景越雄厚，越能精要而浅出地教授学生知识。</w:t>
      </w:r>
      <w:r>
        <w:rPr>
          <w:lang w:eastAsia="zh-CN"/>
        </w:rPr>
        <w:br/>
      </w:r>
      <w:r>
        <w:rPr>
          <w:lang w:eastAsia="zh-CN"/>
        </w:rPr>
        <w:t>　　教师们处于高科技高速发展的时代，各门专业知识的发展和更新速度都很快。此刻许多小学生的知视野都较宽，他们常常会在课堂上向老师提出许多新鲜的问题。</w:t>
      </w:r>
      <w:r>
        <w:rPr>
          <w:lang w:eastAsia="zh-CN"/>
        </w:rPr>
        <w:br/>
      </w:r>
      <w:r>
        <w:rPr>
          <w:lang w:eastAsia="zh-CN"/>
        </w:rPr>
        <w:t>　　这对老师的专业知识水平就是一种挑战。因此，教师们教师务必不断用新的知识完善自我。要经常参加各种培训培训活动。平时多看些课外书籍，加强理论知识的培训。</w:t>
      </w:r>
      <w:r>
        <w:rPr>
          <w:lang w:eastAsia="zh-CN"/>
        </w:rPr>
        <w:br/>
      </w:r>
      <w:r>
        <w:rPr>
          <w:lang w:eastAsia="zh-CN"/>
        </w:rPr>
        <w:t>　　四、以心灵b赢得心灵，用人格塑造人格。</w:t>
      </w:r>
      <w:r>
        <w:rPr>
          <w:lang w:eastAsia="zh-CN"/>
        </w:rPr>
        <w:br/>
      </w:r>
      <w:r>
        <w:rPr>
          <w:lang w:eastAsia="zh-CN"/>
        </w:rPr>
        <w:t>　　以心灵赢得心灵，用人格塑造人格。作为一个对学生教育的身体力行的教育者，以心灵赢得心灵，就首先要求教师有爱心与童心。</w:t>
      </w:r>
      <w:r>
        <w:rPr>
          <w:lang w:eastAsia="zh-CN"/>
        </w:rPr>
        <w:br/>
      </w:r>
      <w:r>
        <w:rPr>
          <w:lang w:eastAsia="zh-CN"/>
        </w:rPr>
        <w:t>　　爱，不是万能的，但是对于教育工作者来说，缺乏爱是万万不能的。教师的爱如何播洒在孩子的心中，则需要教师们拥有一颗童心，这样才能走进孩子的情感世界。</w:t>
      </w:r>
      <w:r>
        <w:rPr>
          <w:lang w:eastAsia="zh-CN"/>
        </w:rPr>
        <w:br/>
      </w:r>
      <w:r>
        <w:rPr>
          <w:lang w:eastAsia="zh-CN"/>
        </w:rPr>
        <w:t>　　正如__老师所说的：爱心与童心，是教师教育事业永不言败的最后一道防线。新的教育起点，作为一名班主任，爱心与童心也就应是教师教育教学走向成功的起点吧！</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3"/>
          <w:cols w:space="425"/>
          <w:titlePg w:val="0"/>
          <w:docGrid w:type="lines" w:linePitch="312"/>
        </w:sectPr>
      </w:pPr>
      <w:r>
        <w:rPr>
          <w:lang w:eastAsia="zh-CN"/>
        </w:rPr>
        <w:t>　　五、讲究技巧，掌握孩子的心理和需求，学会与孩子沟通，科学地认识学生的心理特点和规律，满足孩子多方面的需要，遵循规律办事。</w:t>
      </w:r>
      <w:r>
        <w:rPr>
          <w:lang w:eastAsia="zh-CN"/>
        </w:rPr>
        <w:br/>
      </w:r>
      <w:r>
        <w:rPr>
          <w:lang w:eastAsia="zh-CN"/>
        </w:rPr>
        <w:t>　　走进学生的情感世界，消除师生之间的心理差异和心理屏障，真正做他们的朋友，当他们意识到老师可亲、可信、可敬时就会视你为知已，敞开心扉畅所欲言，正是这样自然朴素的情感交流，思想沟通，使教师能准确地把握学生的思想脉搏，详细掌握学生的现实思想状况，为做好思想教育工作奠定坚定的基础，运用用心情感的感染性、激励性和动力性，善于动之以情，感化教育做到春风化雨，润物无声，教育是心心相印的话语，惟独从心里发出话语才能到达心的深处，因此，只有真情和激情才能在教师与学生之间产生互相感染的效应从而使教师的教诲畅通无阻的滋润学生的心田。</w:t>
      </w:r>
      <w:r>
        <w:rPr>
          <w:lang w:eastAsia="zh-CN"/>
        </w:rPr>
        <w:br/>
      </w:r>
      <w:r>
        <w:rPr>
          <w:lang w:eastAsia="zh-CN"/>
        </w:rPr>
        <w:t xml:space="preserve">    班主任培训心得体会 篇5 </w:t>
      </w:r>
      <w:r>
        <w:rPr>
          <w:lang w:eastAsia="zh-CN"/>
        </w:rPr>
        <w:br/>
      </w:r>
      <w:r>
        <w:rPr>
          <w:lang w:eastAsia="zh-CN"/>
        </w:rPr>
        <w:t>　　7月12号至27号，我有幸参加了__校区组织全乡年轻教师参加“计划”远程教育培训。天气虽然炎热，但挡不住大家的学习积极性。学员们每天都是准时到场，学习期间总是认真的做着笔记。</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4"/>
          <w:cols w:space="425"/>
          <w:titlePg w:val="0"/>
          <w:docGrid w:type="lines" w:linePitch="312"/>
        </w:sectPr>
      </w:pPr>
      <w:r>
        <w:rPr>
          <w:lang w:eastAsia="zh-CN"/>
        </w:rPr>
        <w:t>　　这次培训不但全面，而且细致，有编导对教材的精彩解读和分析；有课堂实录；还有耐人寻味无穷的经验之谈。很荣幸能参加这次的计划的小学语文教师培训。本次培训，让我们来自全镇的教师学员得以聆听众多专家、学者乃至国内的数术界权威人士的讲座，倾听他们对语文教学的理解，感悟他们的语文思想方法等。16天的培训虽然很短暂，但却带给我思想上的洗礼，心灵的震撼、理念的革新。给我提供了一次很好的充电机会。本次培训学习让我收获颇丰！</w:t>
      </w:r>
      <w:r>
        <w:rPr>
          <w:lang w:eastAsia="zh-CN"/>
        </w:rPr>
        <w:br/>
      </w:r>
      <w:r>
        <w:rPr>
          <w:lang w:eastAsia="zh-CN"/>
        </w:rPr>
        <w:t>　　专家引领在教育科学理论方面的阐述简要精辟，为我们的`教学实践起了提纲挈领的作用，为我们的教育科学理论注入了源头活水。多位教育名家的讲座给我们带来了心智的启迪、情感的熏陶和精神的享受，让我们饱享了高规格的“文化大餐”。如费蔚老师的专题讲座《口语交际，让学生“动”起来》，让我走出以往口语交际教学的误区，让我也明白：口语交际教学不仅要激发学生交际的兴趣、选择合适的交际话题、营造交际的氛围，还要让学生“能”交际（也就是要创设交际情景和形成交际共体），创设交际情景需要做到模拟真实情景、提供典型案例、设计问题情景等。为我今后可以交际的教学指出了方向。</w:t>
      </w:r>
      <w:r>
        <w:rPr>
          <w:lang w:eastAsia="zh-CN"/>
        </w:rPr>
        <w:br/>
      </w:r>
      <w:r>
        <w:rPr>
          <w:lang w:eastAsia="zh-CN"/>
        </w:rPr>
        <w:t>　　_老师的《小学古诗词教学的目标语策略》，指出我们古诗词课堂教学的两个误区，要求我们明确“三项重点”，突出“三种意识”，处理“四个关系”，落实“四个环节”教给我们行之有效的方法，避免我们以后走弯路……我深深感悟到：语文的课堂应是充满色彩、充满诗意、充满生命力的课堂。</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5"/>
          <w:cols w:space="425"/>
          <w:titlePg w:val="0"/>
          <w:docGrid w:type="lines" w:linePitch="312"/>
        </w:sectPr>
      </w:pPr>
      <w:r>
        <w:rPr>
          <w:lang w:eastAsia="zh-CN"/>
        </w:rPr>
        <w:t>　　本次培训，每位培训教师都有丰富的教学经验，教学的外部条件也非常相似。因此，我们不仅聆听专家的讲座，并且学员之间的互动交流成为每位培训人员提高自己语文教学业务水平的一条捷径。在培训过程中，我积极尝试与其他学员之间的交流，在交流过程中，了解到各学校的新课程开展情况，并且注意到他们是如何处理新课程中遇到的种种困惑，以及他们对新课程教材的把握与处理。在培训中，我们不断地交流，真正做到彼此之间的“相长”，对于我们今后的教学有着积极的促进作用。</w:t>
      </w:r>
      <w:r>
        <w:rPr>
          <w:lang w:eastAsia="zh-CN"/>
        </w:rPr>
        <w:br/>
      </w:r>
      <w:r>
        <w:rPr>
          <w:lang w:eastAsia="zh-CN"/>
        </w:rPr>
        <w:t>　　我觉得这次培训是最有效的，是一次对自己“教育潜意识结构”的深层改造，它让我们的业务水平不断地提高，虽然培训结束了，但思考没有结束，行动更是没有结束。我们将带着收获、带着感悟、带着信念、带着满腔热情，在今后的教学中，我要汲取专家的精华，反思自己的教学行为，让自己在教学实践中获得成长，使自己的教学水平和教学能力更上一个台阶。</w:t>
      </w:r>
      <w:r>
        <w:rPr>
          <w:lang w:eastAsia="zh-CN"/>
        </w:rPr>
        <w:br/>
      </w:r>
      <w:r>
        <w:rPr>
          <w:lang w:eastAsia="zh-CN"/>
        </w:rPr>
        <w:t xml:space="preserve">    班主任培训心得体会 篇6 </w:t>
      </w:r>
      <w:r>
        <w:rPr>
          <w:lang w:eastAsia="zh-CN"/>
        </w:rPr>
        <w:br/>
      </w:r>
      <w:r>
        <w:rPr>
          <w:lang w:eastAsia="zh-CN"/>
        </w:rPr>
        <w:t>　　我非常有幸参加了“一线班主任教学管理与德育创新经验交流”研修班的培训。培训期间，与会专家各抒己见、言辞恳切，传授研修班的培训。培训期间，与会专家各抒己见、言辞恳切，传授了先进的教育理念与经验，让听者倍感耳目一新、震撼人心。</w:t>
      </w:r>
      <w:r>
        <w:rPr>
          <w:lang w:eastAsia="zh-CN"/>
        </w:rPr>
        <w:br/>
      </w:r>
      <w:r>
        <w:rPr>
          <w:lang w:eastAsia="zh-CN"/>
        </w:rPr>
        <w:t>　　这次培训给我留下了深刻的印象，概括出来有三。</w:t>
      </w:r>
      <w:r>
        <w:rPr>
          <w:lang w:eastAsia="zh-CN"/>
        </w:rPr>
        <w:br/>
      </w:r>
      <w:r>
        <w:rPr>
          <w:lang w:eastAsia="zh-CN"/>
        </w:rPr>
        <w:t>　　印象一：人格魅力</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6"/>
          <w:cols w:space="425"/>
          <w:titlePg w:val="0"/>
          <w:docGrid w:type="lines" w:linePitch="312"/>
        </w:sectPr>
      </w:pPr>
      <w:r>
        <w:rPr>
          <w:lang w:eastAsia="zh-CN"/>
        </w:rPr>
        <w:t>　　在几位专家中，最引人注目的是北京清华大学附属中学心理研究中心主任陈__老师。陈老师虽年过花甲，但精力充沛，侃侃而谈，周身散发着耀人的人格魅力。这种魅力的展露不仅是她拥有多年的工作经验、一手的案例资料占有，还和她的自信、独特的个性、阳光的心态、细腻的观察力等有着密不可分的联系，更为重要的是，教育理念的先进。有人说“爱的质量因为教育理念的不同，细节处理的不同而有巨大差异”，因此陈老师的人格魅力有教育理解的融汇，所以在细节处理中特别细腻，“爱的质量”体现得淋漓尽致：在陈老师整个讲课的过程中，不拘泥于场地的约束，时时拉近与听课者的距离，两者之间多次产生互动，交流真挚，具有很强的亲和力。这样的一位老师(专家)，我们作为成年人都深深喜爱，别说咱们活泼好动的学生了。基于此，我们也要不断学习新的教育理念，塑造我们特有的个性特点等等提升我们的人格魅力。</w:t>
      </w:r>
      <w:r>
        <w:rPr>
          <w:lang w:eastAsia="zh-CN"/>
        </w:rPr>
        <w:br/>
      </w:r>
      <w:r>
        <w:rPr>
          <w:lang w:eastAsia="zh-CN"/>
        </w:rPr>
        <w:t>　　印象二：良好心态</w:t>
      </w:r>
      <w:r>
        <w:rPr>
          <w:lang w:eastAsia="zh-CN"/>
        </w:rPr>
        <w:br/>
      </w:r>
      <w:r>
        <w:rPr>
          <w:lang w:eastAsia="zh-CN"/>
        </w:rPr>
        <w:t>　　这着重是针对我们班主任来说的。心态顾名思义指的是一个人的心理状态。俗话说的好，心态对于我们每个人都非常重要，良好的心态能让我们感受到生存的意义和人生的美好，良好的心态有助于我们事业的成功和人际的和谐，良好的心态更能帮助我们走出困境寻找幸福的甘泉。但是由于我们班主任工作的繁忙，事物的琐碎，头绪的杂乱，还有其他各方面压力的原因，往往使得我们的心情压抑、烦躁、易怒等等，无法保持良好的心态，这就需要我们学会适当调节我们的心态。老生常谈的方法有一分为二地看待事物、看待学生;换一种思路来想问题，比如，今天学生追逐打闹，那说明他有健健康康的身体;学生今早来迟到了，那说明他安安全全抵达学校等等;学会自我调节，转移注意力，放松身体，多做运动等等。</w:t>
      </w:r>
      <w:r>
        <w:rPr>
          <w:lang w:eastAsia="zh-CN"/>
        </w:rPr>
        <w:br/>
      </w:r>
      <w:r>
        <w:rPr>
          <w:lang w:eastAsia="zh-CN"/>
        </w:rPr>
        <w:t>　　工作任务和内容是无法选择的，而完成任务的方式和工作态度是可以选择的。</w:t>
      </w:r>
      <w:r>
        <w:rPr>
          <w:lang w:eastAsia="zh-CN"/>
        </w:rPr>
        <w:br/>
      </w:r>
      <w:r>
        <w:rPr>
          <w:lang w:eastAsia="zh-CN"/>
        </w:rPr>
        <w:t>　　印象三：健全心理</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7"/>
          <w:cols w:space="425"/>
          <w:titlePg w:val="0"/>
          <w:docGrid w:type="lines" w:linePitch="312"/>
        </w:sectPr>
      </w:pPr>
      <w:r>
        <w:rPr>
          <w:lang w:eastAsia="zh-CN"/>
        </w:rPr>
        <w:t>　　作为班主任老师，不但要关心学生的学习状况，更要关心学生的身心健康，时刻关注学生的思想情绪，发现问题，找出原因，找准原因，对症下药，做好工作，让学生健康快乐的成长。</w:t>
      </w:r>
      <w:r>
        <w:rPr>
          <w:lang w:eastAsia="zh-CN"/>
        </w:rPr>
        <w:br/>
      </w:r>
      <w:r>
        <w:rPr>
          <w:lang w:eastAsia="zh-CN"/>
        </w:rPr>
        <w:t>　　我们常称之为的“问题孩子”，但在专家眼里却不这样认为，更合理的称呼为“学生的问题行为”。其实细细琢磨这两种不同的说法，问题学生与学生的问题行为，它们的界定不同，前者重点关注的是学生本身，而后者关注的是学生的行为。当一个孩子屡次违反课堂纪律，我们习惯给他贴上坏孩子的标签时，他也真的成了坏孩子，真的是一语定终生，而当我们关注学生的行为，正象专家所说的学生问题行为的背后肯定有其心理成因，老师站在孩子的立场上，运用自己的教育机智研究行为形成的原因，再采取恰当有效的方法处理，这样既保护了孩子的自尊与自信，又悄无声息地让孩子重新步入正轨而没有感觉自己与其他孩子的不同所带来的心理压力。这就是心理健康教育的魅力。</w:t>
      </w:r>
      <w:r>
        <w:rPr>
          <w:lang w:eastAsia="zh-CN"/>
        </w:rPr>
        <w:br/>
      </w:r>
      <w:r>
        <w:rPr>
          <w:lang w:eastAsia="zh-CN"/>
        </w:rPr>
        <w:t>　　“以人为本”的实质是“以心为本”。考虑学生的内心感受和内心需要，才能与学生心心相通。教师的职责，不仅在于传授知识和提高成绩，而是在于呵护和哺育学生的心灵。</w:t>
      </w:r>
      <w:r>
        <w:rPr>
          <w:lang w:eastAsia="zh-CN"/>
        </w:rPr>
        <w:br/>
      </w:r>
      <w:r>
        <w:rPr>
          <w:lang w:eastAsia="zh-CN"/>
        </w:rPr>
        <w:t>　　以德育人，以心护人，用心来开启孩子们美好的心灵，这比其他严厉的惩罚所带来的结果其实要好的多。</w:t>
      </w:r>
      <w:r>
        <w:rPr>
          <w:lang w:eastAsia="zh-CN"/>
        </w:rPr>
        <w:br/>
      </w:r>
      <w:r>
        <w:rPr>
          <w:lang w:eastAsia="zh-CN"/>
        </w:rPr>
        <w:t>　　学以致用。学完后我也在不断的实践，感受有二：</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8"/>
          <w:cols w:space="425"/>
          <w:titlePg w:val="0"/>
          <w:docGrid w:type="lines" w:linePitch="312"/>
        </w:sectPr>
      </w:pPr>
      <w:r>
        <w:rPr>
          <w:lang w:eastAsia="zh-CN"/>
        </w:rPr>
        <w:t>　　其一：理想是美好的，现实是残酷的。不过有了理想的指明灯，有了这些教育、心理专家指明的方向，描绘的美景，虽然现实有些令人失望，但我们还是需要不断摸索、尝试寻求最好的教学学生的方法。提早从心理角度了解我们的学生，解决学生的问题是非常必要的。</w:t>
      </w:r>
      <w:r>
        <w:rPr>
          <w:lang w:eastAsia="zh-CN"/>
        </w:rPr>
        <w:br/>
      </w:r>
      <w:r>
        <w:rPr>
          <w:lang w:eastAsia="zh-CN"/>
        </w:rPr>
        <w:t>　　其二：我们班主任这份工作其实响应了伟大领袖毛主席的号召：与人斗其乐无穷。即是“乐无穷”，我们就坚持不懈地继续“斗”下去。</w:t>
      </w:r>
      <w:r>
        <w:rPr>
          <w:lang w:eastAsia="zh-CN"/>
        </w:rPr>
        <w:br/>
      </w:r>
      <w:r>
        <w:rPr>
          <w:lang w:eastAsia="zh-CN"/>
        </w:rPr>
        <w:t xml:space="preserve">    班主任培训心得体会 篇7 </w:t>
      </w:r>
      <w:r>
        <w:rPr>
          <w:lang w:eastAsia="zh-CN"/>
        </w:rPr>
        <w:br/>
      </w:r>
      <w:r>
        <w:rPr>
          <w:lang w:eastAsia="zh-CN"/>
        </w:rPr>
        <w:t>　　为了切实提升班主任的整体素质和管理能力，我们一直坚持对班主任工作进行定期总结汇报，及时组织班主任进行相关的学习和交流，为更好的做好班级管理工作而努力。下面就我校对班主任培训工作情况作总结如下：</w:t>
      </w:r>
      <w:r>
        <w:rPr>
          <w:lang w:eastAsia="zh-CN"/>
        </w:rPr>
        <w:br/>
      </w:r>
      <w:r>
        <w:rPr>
          <w:lang w:eastAsia="zh-CN"/>
        </w:rPr>
        <w:t>　　一、领导重视，认真组织</w:t>
      </w:r>
      <w:r>
        <w:rPr>
          <w:lang w:eastAsia="zh-CN"/>
        </w:rPr>
        <w:br/>
      </w:r>
      <w:r>
        <w:rPr>
          <w:lang w:eastAsia="zh-CN"/>
        </w:rPr>
        <w:t>　　1、我校一直坚持让班主任老师除了学校组织的统一学习外，还要求自己加强学习，加强反思，加强合作，加强交流，让一个人的经验变成多人的财富。我们各班的学期初工作打算，问题交流以及学期末的经验交流给班主任老师很大的帮助，他们可以在做中学，也可以在学中做，使得七小的班级管理水平日日提高，具有创新活力。</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9"/>
          <w:cols w:space="425"/>
          <w:titlePg w:val="0"/>
          <w:docGrid w:type="lines" w:linePitch="312"/>
        </w:sectPr>
      </w:pPr>
      <w:r>
        <w:rPr>
          <w:lang w:eastAsia="zh-CN"/>
        </w:rPr>
        <w:t>　　2、班主任的工作是琐碎而又劳累的，特别对于低年级的班主任更是如此，学校领导在严格要求班主任老师的同时，对班主任待遇也给予了适当的调整，按每个月平均100元的标准拨发，结果按量化成绩按一定的等次进行发放，虽然钱数不多，但是足以说明领导对班主任工作的重视，足以说明班主任工作的重要性。这样也能够有效的调动班主任学习工作的积极性，为更好的作好班级工作打下一个良好的基础。</w:t>
      </w:r>
      <w:r>
        <w:rPr>
          <w:lang w:eastAsia="zh-CN"/>
        </w:rPr>
        <w:br/>
      </w:r>
      <w:r>
        <w:rPr>
          <w:lang w:eastAsia="zh-CN"/>
        </w:rPr>
        <w:t>　　二、制定方案，及时培训</w:t>
      </w:r>
      <w:r>
        <w:rPr>
          <w:lang w:eastAsia="zh-CN"/>
        </w:rPr>
        <w:br/>
      </w:r>
      <w:r>
        <w:rPr>
          <w:lang w:eastAsia="zh-CN"/>
        </w:rPr>
        <w:t>　　为了切实作好这项工作，德育办公室制定了培训方案，选择并确定了培训内容或主题，对于确定的主题除了规定的这些以外，根据教学的实际及时机，我们还会随机向班主任老师推荐相关的班主任管理方面的文章或者经验，让老师们学有所依，做有所靠，在学习的基础上进行再创新，从而提高自己的水平和能力。</w:t>
      </w:r>
      <w:r>
        <w:rPr>
          <w:lang w:eastAsia="zh-CN"/>
        </w:rPr>
        <w:br/>
      </w:r>
      <w:r>
        <w:rPr>
          <w:lang w:eastAsia="zh-CN"/>
        </w:rPr>
        <w:t>　　三、精选内容，讲求实效</w:t>
      </w:r>
      <w:r>
        <w:rPr>
          <w:lang w:eastAsia="zh-CN"/>
        </w:rPr>
        <w:br/>
      </w:r>
      <w:r>
        <w:rPr>
          <w:lang w:eastAsia="zh-CN"/>
        </w:rPr>
        <w:t>　　我们选取的培训和学习内容有以下几个方面：</w:t>
      </w:r>
      <w:r>
        <w:rPr>
          <w:lang w:eastAsia="zh-CN"/>
        </w:rPr>
        <w:br/>
      </w:r>
      <w:r>
        <w:rPr>
          <w:lang w:eastAsia="zh-CN"/>
        </w:rPr>
        <w:t>　　1、关于班主任常规工作及基本要求，探究班主任工作的一般规律的有关内容。</w:t>
      </w:r>
      <w:r>
        <w:rPr>
          <w:lang w:eastAsia="zh-CN"/>
        </w:rPr>
        <w:br/>
      </w:r>
      <w:r>
        <w:rPr>
          <w:lang w:eastAsia="zh-CN"/>
        </w:rPr>
        <w:t>　　2、优秀班主任的经验和方法。邀请五年级班主任赵兴洋老师开展了一堂班会示范课。张海滨老师展示了一节晨会课。</w:t>
      </w:r>
      <w:r>
        <w:rPr>
          <w:lang w:eastAsia="zh-CN"/>
        </w:rPr>
        <w:br/>
      </w:r>
      <w:r>
        <w:rPr>
          <w:lang w:eastAsia="zh-CN"/>
        </w:rPr>
        <w:t>　　3、关于调动学生学习积极性，加强班主任与任课教师密切配合，主动与家长联系，争取家长的支持与配合。</w:t>
      </w:r>
      <w:r>
        <w:rPr>
          <w:lang w:eastAsia="zh-CN"/>
        </w:rPr>
        <w:br/>
      </w:r>
      <w:r>
        <w:rPr>
          <w:lang w:eastAsia="zh-CN"/>
        </w:rPr>
        <w:t xml:space="preserve">    班主任培训心得体会 篇8 </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0"/>
          <w:cols w:space="425"/>
          <w:titlePg w:val="0"/>
          <w:docGrid w:type="lines" w:linePitch="312"/>
        </w:sectPr>
      </w:pPr>
      <w:r>
        <w:rPr>
          <w:lang w:eastAsia="zh-CN"/>
        </w:rPr>
        <w:t>　　20__年的班主任，但我有幸这次还能得到领导的安排让我参加教育部举办的中小学新任班主任培训班的学习，难得的机会，专家的讲座、我们学员间的交流，有幸让我亲见了那么多教育名流，使我对班主任工作有了更深刻的认识，学到了一系列科学、优秀的管理方法，领会了一系列先进的管理理念，使自己更有信心去做好一名班主任。</w:t>
      </w:r>
      <w:r>
        <w:rPr>
          <w:lang w:eastAsia="zh-CN"/>
        </w:rPr>
        <w:br/>
      </w:r>
      <w:r>
        <w:rPr>
          <w:lang w:eastAsia="zh-CN"/>
        </w:rPr>
        <w:t>　　培训学习中，我们学习了班主任工作的基本规范、掌握未成年人思想道德教育的方法、懂得如何指导开展学生的心理健康、学会了班级活动的设计与组织、积累了班级管理的妙招、明白了学校安全工作的重要。培训四天，聆听了叶玉明老师给我们传授的"班级组织建设"，镇海区中心学校徐英老师给我们传授的如何"创建优质的班级文化"、镇海区仁爱中学潘鸣辉老师传授给我们的“班级学习指导”、镇海精英小学童丽萍老师给我们的班主任的自我修养与素质提升等，我受益匪浅，感触颇深。培训时间虽然短暂，但我的内心却充盈着沉甸甸的收获：</w:t>
      </w:r>
      <w:r>
        <w:rPr>
          <w:lang w:eastAsia="zh-CN"/>
        </w:rPr>
        <w:br/>
      </w:r>
      <w:r>
        <w:rPr>
          <w:lang w:eastAsia="zh-CN"/>
        </w:rPr>
        <w:t>　　一、认识到班主任工作的重要性</w:t>
      </w:r>
      <w:r>
        <w:rPr>
          <w:lang w:eastAsia="zh-CN"/>
        </w:rPr>
        <w:br/>
      </w:r>
      <w:r>
        <w:rPr>
          <w:lang w:eastAsia="zh-CN"/>
        </w:rPr>
        <w:t>　　记得培训的第一天董老师给我们说过这样一句话：“一个学生对老师来说是2%，而对家长来说是100%的希望，设身处地的想，我们要高度重视每一个2%。”听到这句话，我顿感班主任的重任。通过培训，我更加明确班主任在学校教育中的重要地位——班主任不仅是班级各项工作的管理者、协调者，更是学生成长的引路人和激励者，是学生学习效仿的榜样。</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1"/>
          <w:cols w:space="425"/>
          <w:titlePg w:val="0"/>
          <w:docGrid w:type="lines" w:linePitch="312"/>
        </w:sectPr>
      </w:pPr>
      <w:r>
        <w:rPr>
          <w:lang w:eastAsia="zh-CN"/>
        </w:rPr>
        <w:t>　　同时中小学班主任工作面临许多新问题、新挑战。经济社会的深刻变化、教育改革的不断深化、小学生成长的新情况、新特点，对小学班主任工作提出了更高的要求，迫切需要制定更加有效的政策，采取更加有力的措施，保障和鼓励班主任有更多的时间和精力了解学生、分析学生学习生活成长情况，以真挚的爱心和科学的方法教育、引导、帮助学生成长进步。</w:t>
      </w:r>
      <w:r>
        <w:rPr>
          <w:lang w:eastAsia="zh-CN"/>
        </w:rPr>
        <w:br/>
      </w:r>
      <w:r>
        <w:rPr>
          <w:lang w:eastAsia="zh-CN"/>
        </w:rPr>
        <w:t>　　因此，我非常珍惜这个难得的提升机会，及时获得最先进的教育理念，捕捉到最新的教育动态，呼吸教育前沿的气息，让自己的工作方法能真正做到“与时俱进”！</w:t>
      </w:r>
      <w:r>
        <w:rPr>
          <w:lang w:eastAsia="zh-CN"/>
        </w:rPr>
        <w:br/>
      </w:r>
      <w:r>
        <w:rPr>
          <w:lang w:eastAsia="zh-CN"/>
        </w:rPr>
        <w:t>　　二、聚点成圆，让我思想得到磨砺与升华</w:t>
      </w:r>
      <w:r>
        <w:rPr>
          <w:lang w:eastAsia="zh-CN"/>
        </w:rPr>
        <w:br/>
      </w:r>
      <w:r>
        <w:rPr>
          <w:lang w:eastAsia="zh-CN"/>
        </w:rPr>
        <w:t>　　培训的许多内容，我们在工作中经历过，有种“似曾相识”的感觉，我的思想经受了一次痛苦的历练，因为我真的思考了！</w:t>
      </w:r>
      <w:r>
        <w:rPr>
          <w:lang w:eastAsia="zh-CN"/>
        </w:rPr>
        <w:br/>
      </w:r>
      <w:r>
        <w:rPr>
          <w:lang w:eastAsia="zh-CN"/>
        </w:rPr>
        <w:t>　　当我们反思自己时，是需要勇气的。用学到的理念反观自己的教育行为，不能不承认，初为人师的我由于经验不足，自己很多行为是错误的，甚至是有悖法律、法规的，自己的管理方式存在着许多缺憾！联想起自己以前经历的一些小事，平静的培训学习竟让我的内心泛起波澜：</w:t>
      </w:r>
      <w:r>
        <w:rPr>
          <w:lang w:eastAsia="zh-CN"/>
        </w:rPr>
        <w:br/>
      </w:r>
      <w:r>
        <w:rPr>
          <w:lang w:eastAsia="zh-CN"/>
        </w:rPr>
        <w:t>　　尊重学生这个理念我们早就知道，可实际上自己又怎么做的呢？初为人师，由于经验不足，有的只是一腹的理想与满腔的热情，可在工作中，却常常因为学生犯错误，不守纪律而为这大动肝为，高八度的嗓门训斥，而后看到他们一副很委屈的样子，顿时又心软了，想想他们也不想这样，不想天天得到班主任老师的斥责，他们也想争先进，当优秀。.。.。.常常这样自我前后矛盾中担任着这份班主任工作。</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2"/>
          <w:cols w:space="425"/>
          <w:titlePg w:val="0"/>
          <w:docGrid w:type="lines" w:linePitch="312"/>
        </w:sectPr>
      </w:pPr>
      <w:r>
        <w:rPr>
          <w:lang w:eastAsia="zh-CN"/>
        </w:rPr>
        <w:t>　　20__年轻教师，爱心与童心也应该是教师教育教学走向成功的起点吧！不管是“未来班”的探索，还是“新教育运动”的兴起，彭老师都以他对学生无私的爱心和永远纯真的教育童心，去探索教育的新的路径。教师们又能做些什么呢？作为教育工作者，教师们面对的教育对象应该更加需要这种“大爱”，从而塑造其健全的人格！为什么教师们的“关注”没有转变学生的行为，为什么教师们的汗水没有收获——教师们是否为学生预设了合适的而不是过高的期望值，是否为他们树立起了作为学生的尊严？是否充分发挥班级文化的核心氛围去感染他、激活他？</w:t>
      </w:r>
      <w:r>
        <w:rPr>
          <w:lang w:eastAsia="zh-CN"/>
        </w:rPr>
        <w:br/>
      </w:r>
      <w:r>
        <w:rPr>
          <w:lang w:eastAsia="zh-CN"/>
        </w:rPr>
        <w:t>　　三、讲究技巧，掌握孩子的心理和需求，学会与孩子沟通。</w:t>
      </w:r>
      <w:r>
        <w:rPr>
          <w:lang w:eastAsia="zh-CN"/>
        </w:rPr>
        <w:br/>
      </w:r>
      <w:r>
        <w:rPr>
          <w:lang w:eastAsia="zh-CN"/>
        </w:rPr>
        <w:t>　　讲究技巧，掌握孩子的心理和需求，学会与孩子沟通。做班主任，要讲究技巧，要掌握孩子的心理和需求，学会与孩子沟通；科学地认识学生的心理特点和规律，满足孩子多方面的需要，遵循规律办事。每个版块的案例故事都使教师感受到走进他们心灵的重要性。</w:t>
      </w:r>
      <w:r>
        <w:rPr>
          <w:lang w:eastAsia="zh-CN"/>
        </w:rPr>
        <w:br/>
      </w:r>
      <w:r>
        <w:rPr>
          <w:lang w:eastAsia="zh-CN"/>
        </w:rPr>
        <w:t>　　教师要顺应学生的情感需要，走进学生的情感世界，要消除师生之间的心理差异和心理屏障，真正做他们的朋友，当他们意识到老师可亲、可信、可敬时就会视你为知已，敞开心扉畅所欲言，正是这样自然朴素的情感交流，思想沟通，使教师能准确地把握学生的思想脉搏，详细掌握学生的现实思想情况，实现师生之间心理谐振，思想同步，为做好思想教育工作奠定坚定的基础，运用积极情感的感染性、激励性和动力性，善于动之以情，感化教育做到春风化雨，润物无声，教育是心心相印的话语，惟独从心里发出话语才能达到心的深处，因此，只有真情和激情才能在教师与学生之间产生互相感染的效应从而使教师的教诲畅通无阻的滋润学生的心田。</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3"/>
          <w:cols w:space="425"/>
          <w:titlePg w:val="0"/>
          <w:docGrid w:type="lines" w:linePitch="312"/>
        </w:sectPr>
      </w:pPr>
      <w:r>
        <w:rPr>
          <w:lang w:eastAsia="zh-CN"/>
        </w:rPr>
        <w:t>　　四、让学生参与班级的管理，在实践中锻炼成长。</w:t>
      </w:r>
      <w:r>
        <w:rPr>
          <w:lang w:eastAsia="zh-CN"/>
        </w:rPr>
        <w:br/>
      </w:r>
      <w:r>
        <w:rPr>
          <w:lang w:eastAsia="zh-CN"/>
        </w:rPr>
        <w:t>　　让学生参与班级的管理，在实践中锻炼成长。通过交流和互动，也认识到了学生参与管理的重要性，教育的目的在于培养人，使受教育者在教育过程中不断提高，健康成长，从现代社会发展的需求来看，实现这一目标，非常重要的是培养学生的自信心和成功心态，培养学生的竞争意识，合作精神，使学生能对自己未来事业的成功始终充满信心，敢于面对现实，不懈努力，敢于面对人生的种种挑战，通过有效利用社会的条件和与他人的合作，去赢得合理目标的实现。</w:t>
      </w:r>
      <w:r>
        <w:rPr>
          <w:lang w:eastAsia="zh-CN"/>
        </w:rPr>
        <w:br/>
      </w:r>
      <w:r>
        <w:rPr>
          <w:lang w:eastAsia="zh-CN"/>
        </w:rPr>
        <w:t>　　教师们应该“给学生一些权利，让他们自己去选择，给学生一些机会，让他们自己去体验，给学生一点困难让他们自己去解决，给学生一个问题，让他们自己找答案给学生一种条件，让他们自己去锻炼，给学生一片空间，让他们自己向前走”，因此班主任必须作好引导工作，让学生自己管理好自己。可以在班内组建合理的组织体系，班委要求班干部的稳定性与流动性的统一，除了安排了班委以外，还可以增加了一名流动的值周班长，每周轮换一次，给每一位同学都创造一个机会，让他们参于班级管理，使每一位同学都有当干部的机会，既服务了同学，又锻炼了自己的能力，通过亲身尝试使他们了解自己平时存在的问题和缺点。</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4"/>
          <w:cols w:space="425"/>
          <w:titlePg w:val="0"/>
          <w:docGrid w:type="lines" w:linePitch="312"/>
        </w:sectPr>
      </w:pPr>
      <w:r>
        <w:rPr>
          <w:lang w:eastAsia="zh-CN"/>
        </w:rPr>
        <w:t>　　这对孩子来说是很大的促动，对于那些平时难于管理好动不守纪律学生，在他们的管理中会出现不遵守纪律，不按时完成作业不积极参加活动，不认真做操的学生的确会令人生气心烦，这样联想到自己平时的表现就会感觉到惭愧，在以后就会多加注意少犯错误，服从管理，遇到问题时先由学生说出解决的办法，老师给予正确的引导，再去处理，这样不仅可以锻炼他们的能力，还可增强他们的信心，强化他们的组织纪律性，有了一定的约束能力，这种管理模式充分发挥了同学们的合作精神，充分利用了不同个性学生间的互补性，能有效地促进个人与集体的同步发展。</w:t>
      </w:r>
      <w:r>
        <w:rPr>
          <w:lang w:eastAsia="zh-CN"/>
        </w:rPr>
        <w:br/>
      </w:r>
      <w:r>
        <w:rPr>
          <w:lang w:eastAsia="zh-CN"/>
        </w:rPr>
        <w:t>　　20__年居性，习惯之为常。”习惯真是一种顽强而巨大的力量，它可以主宰人生。因此人就应通过教育，去建立一种良好的习惯。可见，习惯的好坏对人的一生有直接影响。班主任在培养学生良好习惯方面有不容忽视的责任。习惯的养成绝非一朝一夕的事情，必须“日积月累地练，练到非常熟，再也丢不了”便成了习惯。在此期间，我们班主任需要的是“勤”和持之以恒。</w:t>
      </w:r>
      <w:r>
        <w:rPr>
          <w:lang w:eastAsia="zh-CN"/>
        </w:rPr>
        <w:br/>
      </w:r>
      <w:r>
        <w:rPr>
          <w:lang w:eastAsia="zh-CN"/>
        </w:rPr>
        <w:t>　　五、潜心科研，不断开拓创新</w:t>
      </w:r>
      <w:r>
        <w:rPr>
          <w:lang w:eastAsia="zh-CN"/>
        </w:rPr>
        <w:br/>
      </w:r>
      <w:r>
        <w:rPr>
          <w:lang w:eastAsia="zh-CN"/>
        </w:rPr>
        <w:t>　　教育教学科研能力是优秀班主任素质中不可缺少的一项基本功。当今社会新事物层出不穷，当代学生活泼好动。对此，班主任应该给予研究和探讨，这便要求班主任具有强烈的教育科研意识，在教育教学实践中，班主任要不断对教育教学的新情况、新热点进行研究，在研究中得出正确的结论，进而改善自己的教育教学实践活动。每位班主任要做好心育活动课，通过不断地上课、修改教案，便能形成经典教案。现代班主任不应是“两眼一睁，忙到熄灯”的苦干型班主任，而应做科学型的班主任、学者型的班主任。我们要用心育德、用情育德、用行育德。</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5"/>
          <w:cols w:space="425"/>
          <w:titlePg w:val="0"/>
          <w:docGrid w:type="lines" w:linePitch="312"/>
        </w:sectPr>
      </w:pPr>
      <w:r>
        <w:rPr>
          <w:lang w:eastAsia="zh-CN"/>
        </w:rPr>
        <w:t>　　六、信任学生，尊重学生</w:t>
      </w:r>
      <w:r>
        <w:rPr>
          <w:lang w:eastAsia="zh-CN"/>
        </w:rPr>
        <w:br/>
      </w:r>
      <w:r>
        <w:rPr>
          <w:lang w:eastAsia="zh-CN"/>
        </w:rPr>
        <w:t>　　渴望理解，渴望信任是人们的一种正常需要。对于学生来说，信任更是推动其上进的力量。我们班上也有几位同学在学习上有些困难，有的同学是因为学习目的不明确，再加上自己贪玩，家长过于溺爱，教育方式不正确，造成了学习成绩及各方面都比较差，常受到同学们的鄙视。通过一段时间的观察，我掌握了该生的一些基本状况，与他们单独交谈，让他们明确了学习的目标，学习成绩也有了明显的进步。再如有的同学是因为思想懒惰、不认真听讲、作业不按时完成，学习习惯较差，造成成绩上不去。面对这种情况，我帮助他克服了懒惰心理，校正了学习习惯，让他们变得爱学习了。作为班主任，我对于这些特殊学生，首先亲近他们，尊重他们，在学习上耐心引导，生活中热心关怀，经常同他们交谈，了解思想状况，抓住时机，尽量做到多表扬，多鼓励，多给他们改错的机会，树立自信心，使他们感受到来自各方面的帮助，尽快提高学习成绩。班主任要走进学生的心灵，作为班主任是班级的组织者、教育者，所而做为一个班主任要善待每一个学生，做好与每一个学生的接触，缩短师生间的心理距离，与学生“打成一片”。注意发现学生身上的优点进行因材施教。对学生要注意语言分寸，多鼓励学生，树立学生的自信心做到你尊重他们，他们才会尊重你。这样才能搞好师生关系。</w:t>
      </w:r>
      <w:r>
        <w:rPr>
          <w:lang w:eastAsia="zh-CN"/>
        </w:rPr>
        <w:br/>
      </w:r>
      <w:r>
        <w:rPr>
          <w:lang w:eastAsia="zh-CN"/>
        </w:rPr>
        <w:t>　　七、正确评价，鼓励学生</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6"/>
          <w:cols w:space="425"/>
          <w:titlePg w:val="0"/>
          <w:docGrid w:type="lines" w:linePitch="312"/>
        </w:sectPr>
      </w:pPr>
      <w:r>
        <w:rPr>
          <w:lang w:eastAsia="zh-CN"/>
        </w:rPr>
        <w:t>　　教师经常要对学生的工作进行评价，教师的评价要公正，只有公正地评价每一个学生，才能使学生信服，从而激发起奋发向上的愿望。因此，我在教育中力求公正的评价每一位学生，对成绩好的学生不护短，对学习差的学生不歧视，注意发现优生的不足，防微杜渐；善于发现差生的闪光点，并使之发扬光大。如大扫除中，有些学习差的学生劳动表现积极，不怕脏、不怕累，争做重活，而有些所谓的好学生却怕脏、怕累，在一旁转圈。劳动结束后，我及时作了全面的实事求是的，同学们听后响起了热烈的掌声。对于班干部同学要求更加严格，要求他们每周写出工作，每月召开一次干部会议，推广各自的工作经验，对于取得成绩的同学适时地表扬，使他们心理上享受到成功的体验，以便更加努力学习。教育是一门科学，育人成才是一种精雕细刻的艺术，在工作中只有讲究科学、创新、艺术，才能培养出适应社会需要的高素质的人才来。我争取在今后的班主任工作中，多学习先进经验，不断改进，不断提高，积极探索，善于总结，使自己的班务工作水平尽快提高。</w:t>
      </w:r>
      <w:r>
        <w:rPr>
          <w:lang w:eastAsia="zh-CN"/>
        </w:rPr>
        <w:br/>
      </w:r>
      <w:r>
        <w:rPr>
          <w:lang w:eastAsia="zh-CN"/>
        </w:rPr>
        <w:t>　　总之，经过这一个月的班主任培训，使我真正感到作为新时期的班主任，不仅要关心学生的智，还要注重学生的德，这是新时期对班主任工作的要求。我在今后的工作中，要多学习先进经验，不断改进自己的工作方法，力争使自己的班集体更加优秀。</w:t>
      </w:r>
      <w:r>
        <w:rPr>
          <w:lang w:eastAsia="zh-CN"/>
        </w:rPr>
        <w:br/>
      </w:r>
      <w:r>
        <w:rPr>
          <w:lang w:eastAsia="zh-CN"/>
        </w:rPr>
        <w:t xml:space="preserve">    班主任培训心得体会 篇9 </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7"/>
          <w:cols w:space="425"/>
          <w:titlePg w:val="0"/>
          <w:docGrid w:type="lines" w:linePitch="312"/>
        </w:sectPr>
      </w:pPr>
      <w:r>
        <w:rPr>
          <w:lang w:eastAsia="zh-CN"/>
        </w:rPr>
        <w:t>　　我有幸参加了广二师班主任培训，虽然培训时间很短，只有三天，但也使我学到了很多很多。在学习中使我对新时期的班主任工作有了更进一步的认识，对班主任这个岗位有了更深层次的理解。在这次培训学习中。有多位专家、班主任、老师作了报告。聆听了专家的讲课，对我来说，不仅是业务理论的学习，也是一次思想认识的提升，更是一次心灵的荡涤。在这次培训活动中，专家们所阐述的教育观点，风格平实，语言或幽默风趣、或朴素真挚，列举了大量生动感人的实例，深入浅出地向我们阐述了一些新的班主任工作理念。这些新的教育理念犹如一盏明灯，为新时期我们的班主任工作指明了方向，犹如一泓汩汩的清泉，流入了我们这些中学班主任的心田。</w:t>
      </w:r>
      <w:r>
        <w:rPr>
          <w:lang w:eastAsia="zh-CN"/>
        </w:rPr>
        <w:br/>
      </w:r>
      <w:r>
        <w:rPr>
          <w:lang w:eastAsia="zh-CN"/>
        </w:rPr>
        <w:t>　　专家们的言谈中闪烁着智慧的光彩，精辟、独到的见解令人折服，对班主任工作的钟情和热爱溢于言表，带给我的是一次又一次的启迪、反省和思考。以下就是我在学习中的几点主要体会：</w:t>
      </w:r>
      <w:r>
        <w:rPr>
          <w:lang w:eastAsia="zh-CN"/>
        </w:rPr>
        <w:br/>
      </w:r>
      <w:r>
        <w:rPr>
          <w:lang w:eastAsia="zh-CN"/>
        </w:rPr>
        <w:t>　　1、意识到了班主任角色的转换和定位的重要</w:t>
      </w:r>
      <w:r>
        <w:rPr>
          <w:lang w:eastAsia="zh-CN"/>
        </w:rPr>
        <w:br/>
      </w:r>
      <w:r>
        <w:rPr>
          <w:lang w:eastAsia="zh-CN"/>
        </w:rPr>
        <w:t>　　以前就知道班主任应该是班级的组织者和管理者，但却只是停留在知道有这么个说法,而从没去考虑过如何去把这一角色在自己身上转换或者定位,更不知道该转换定位到哪个方向上。如今通过这次的培训,我深深的意识到班主任应该做到：</w:t>
      </w:r>
      <w:r>
        <w:rPr>
          <w:lang w:eastAsia="zh-CN"/>
        </w:rPr>
        <w:br/>
      </w:r>
      <w:r>
        <w:rPr>
          <w:lang w:eastAsia="zh-CN"/>
        </w:rPr>
        <w:t>　　(一)由“偏爱型”走向“博爱型”。班主任要深入班级，了解每个学生，相信每个学生都有才，善于挖掘学生的潜能，把爱播洒到全体学生身上，不要只喜欢那些学习成绩好的优等生，而应该通过教育和培养，使每个学生都能成才、成功。</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8"/>
          <w:cols w:space="425"/>
          <w:titlePg w:val="0"/>
          <w:docGrid w:type="lines" w:linePitch="312"/>
        </w:sectPr>
      </w:pPr>
      <w:r>
        <w:rPr>
          <w:lang w:eastAsia="zh-CN"/>
        </w:rPr>
        <w:t>　　(二)由“专制型”走向“民主平等型”。传统意义上的师生关系是一种不平等的，老师是绝对权威的，学生对老师必须服从的，这种专制培养出来的学生固然守纪、顺从，但缺乏主动性、创造性，更谈不上创新精神了。而现今的新时代呼唤民主平等的师生关系，班主任树立班级的主体是学生、师生共同管理的班级，要尊重学生的看法。比如在班规的制定、班干部的选举等都应该多听听学生的意见，进行广泛的民主选举。</w:t>
      </w:r>
      <w:r>
        <w:rPr>
          <w:lang w:eastAsia="zh-CN"/>
        </w:rPr>
        <w:br/>
      </w:r>
      <w:r>
        <w:rPr>
          <w:lang w:eastAsia="zh-CN"/>
        </w:rPr>
        <w:t>　　(三)由“简单粗暴型”走向“细致耐心型”。在班级管理中，班主任要主动了解学生所想、所做，要真诚地走进学生的内心世界，要尊重、爱护学生的重点自尊心。在没有了解事情的真相前，不要武断地下结论，班主任的言行要时刻考虑学生的心理特征和行为水平，考虑学生的想法和感受，在班级管理中要多表扬、少训斥，在鼓励与指导中培养学生的自我意识，增强学生的自信心。</w:t>
      </w:r>
      <w:r>
        <w:rPr>
          <w:lang w:eastAsia="zh-CN"/>
        </w:rPr>
        <w:br/>
      </w:r>
      <w:r>
        <w:rPr>
          <w:lang w:eastAsia="zh-CN"/>
        </w:rPr>
        <w:t>　　(四)由“限制型”走向“开放型”。班主任要善于从学生实际出发，着眼于发展，善于拓展学生的潜能，对学生要宽容，不要把学生的失误看得太重，不要怕学生犯错，要放手让学生去做，只有在实践中锻炼，学生才会成长。</w:t>
      </w:r>
      <w:r>
        <w:rPr>
          <w:lang w:eastAsia="zh-CN"/>
        </w:rPr>
        <w:br/>
      </w:r>
      <w:r>
        <w:rPr>
          <w:lang w:eastAsia="zh-CN"/>
        </w:rPr>
        <w:t>　　2、意识到班主任要不断提高自身素质</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9"/>
          <w:cols w:space="425"/>
          <w:titlePg w:val="0"/>
          <w:docGrid w:type="lines" w:linePitch="312"/>
        </w:sectPr>
      </w:pPr>
      <w:r>
        <w:rPr>
          <w:lang w:eastAsia="zh-CN"/>
        </w:rPr>
        <w:t>　　班主任的素质不是与生俱来的，而是在长期的教育实践中进行修养与锻炼形成的。在这次的案例学习中，我能感觉那些案例的真实性，因为在我的工作中就有着很多和案例中相同的状况，比如问题学生、班规的制定、比赛失败、选班委会、与家长沟通联系等等，只是自己都没能那么科学地去处理，因而也就没有收到自己当时预想的效果。而这次学习却能给我把这些课补上，让我在以后的工作中再遇到类似事情时也会用案例学习中学到的相关理论来指导自己的工作，同时也使自己意识到班主任应该不断提高自身素质的重要性。</w:t>
      </w:r>
      <w:r>
        <w:rPr>
          <w:lang w:eastAsia="zh-CN"/>
        </w:rPr>
        <w:br/>
      </w:r>
      <w:r>
        <w:rPr>
          <w:lang w:eastAsia="zh-CN"/>
        </w:rPr>
        <w:t>　　(一)提高自身素质重要方法就应该是努力学习。常常听到我的同行们在说这样一句话：“教了这么多年，就没见过像现在这样的学生”。其实这话也是有一定道理的，因为现在的学生的确与原来的学生不一样，想让学生再回到以前的状态是不可能的，也是不现实的。现在的学生视野开阔、思路敏捷，遇到问题总是穷追不舍，教师只用简单的说教去规范学生，学生是不买帐的，更何况现在提倡新的教育观、学生观。因此班主任要想跟上时代的步伐，就必须努力学习，树立自身形象，赢得当代学生的信任和尊敬。要学习教育改革的新理念，用最新的教育理论武装自己;要学习专业知识和其他各门学科知识，班主任不仅要具有精深的所教知识，而且还就具备广博的其他各门学科的知识上，具有广泛的文化素养和兴趣爱好;要学习借鉴他人的经验，“他山之石，可以攻玉”，对他人的经验不管是正面还是反面，不管是成功还是失败，都虚心学习，从中吸取有益的东西。</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30"/>
          <w:cols w:space="425"/>
          <w:titlePg w:val="0"/>
          <w:docGrid w:type="lines" w:linePitch="312"/>
        </w:sectPr>
      </w:pPr>
      <w:r>
        <w:rPr>
          <w:lang w:eastAsia="zh-CN"/>
        </w:rPr>
        <w:t>　　(二)提高自身素质要善于提炼总结。在我的身边许多班主任工作做了不少，辛辛苦苦干了一辈子，零碎的经验也不少，却如同“熊瞎子掰苞谷，掰一个丢一个”，从来没去对自己的工作点滴进行过总结，更没有对发生在自己身上的许多案例进行过反思。有人说：“班主任是教育艺术家，而不是工匠。”在学习模块中的案例时，我才意识到要经常对自己工作实际中的来自学生的各种案例进行深思，不可以草草而过，要对比较突出带有共性的问题进行多角度的深思，找到的解决办法，并养成提炼总结的习惯，以便更好的完成自己的班主任工作。</w:t>
      </w:r>
      <w:r>
        <w:rPr>
          <w:lang w:eastAsia="zh-CN"/>
        </w:rPr>
        <w:br/>
      </w:r>
      <w:r>
        <w:rPr>
          <w:lang w:eastAsia="zh-CN"/>
        </w:rPr>
        <w:t>　　3、意识到班主任工作的方法要讲究艺术性</w:t>
      </w:r>
      <w:r>
        <w:rPr>
          <w:lang w:eastAsia="zh-CN"/>
        </w:rPr>
        <w:br/>
      </w:r>
      <w:r>
        <w:rPr>
          <w:lang w:eastAsia="zh-CN"/>
        </w:rPr>
        <w:t>　　新时期，班主任不但要用常规的教育方法处理好在班级管理过程中遇到和各种矛盾和各种复杂的关系，还要针对现代学生的特点和遇到的新问题，采用讲究的艺术性教育方法才能更好的达到育人效果。</w:t>
      </w:r>
      <w:r>
        <w:rPr>
          <w:lang w:eastAsia="zh-CN"/>
        </w:rPr>
        <w:br/>
      </w:r>
      <w:r>
        <w:rPr>
          <w:lang w:eastAsia="zh-CN"/>
        </w:rPr>
        <w:t>　　(一)要学会巧妙的使用表扬和批评，我们都知道现代教育提倡对学生多表扬少批评，但并不是说不批评，而是说要会批评，才能使学生更快的成长进步。班主任在使用批评时，要多一点含蓄，比直截了当效果会更好。在批评中要把握批评的基本原则：教师批评学生不是为了出气，而是为了解决问题;学生最怕的不是批评，而是不公正的批评;批评的目的不是让学生认错，而是让学生改错;教育目的不是把学生制服，而是让学生成长。批评中也要选择适合的批评方法，还要选择批评的时机和场合，努力让表扬与批评的艺术性更讲究。</w:t>
      </w:r>
      <w:r>
        <w:rPr>
          <w:lang w:eastAsia="zh-CN"/>
        </w:rPr>
        <w:br/>
      </w:r>
      <w:r>
        <w:rPr>
          <w:lang w:eastAsia="zh-CN"/>
        </w:rPr>
        <w:t>　　(二)严慈相济，爱是法宝。俗话说：“严师出高徒”，作为班主任既要在思想、学习、行为上规范严格要求学生，又要对学生付出真诚的爱心和真情的关心，在任何时候都要把严与慈结合起来。</w:t>
      </w:r>
      <w:r>
        <w:rPr>
          <w:lang w:eastAsia="zh-CN"/>
        </w:rPr>
        <w:br/>
      </w:r>
      <w:r>
        <w:rPr>
          <w:lang w:eastAsia="zh-CN"/>
        </w:rPr>
        <w:t>　　4、高度重视与家长沟通的作用</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31"/>
          <w:cols w:space="425"/>
          <w:titlePg w:val="0"/>
          <w:docGrid w:type="lines" w:linePitch="312"/>
        </w:sectPr>
      </w:pPr>
      <w:r>
        <w:rPr>
          <w:lang w:eastAsia="zh-CN"/>
        </w:rPr>
        <w:t>　　要把学生教育好，家长是我们要积极争取的一个重要力量，我们要把家长争取过来，使家长与老师站在同一战线上，形成合力来教育学生，由于教师家长工作都很繁忙，联系的机会很少，老师一请家长，无非是训话、批评，家长听着很不舒服。在家长心目中，老师似乎专门是训人的。这样的观点显然是错误的，作为老师应当设身处地为家长想一想家长是成年人，无论谁都不愿意被别人训话，因此教师不能见到家长就把家长当学生一样训话，应当撇开教师的身份，真心与家长聊一聊孩子的优缺点，讨论怎样帮孩子改掉坏毛病，要努力把家长争取过来共同教育孩子，难得的家长会也应当开得有意义，别开生面，可以采用多种形式，老师向家长介绍教育孩子的方法，家长之间互相交流自己是怎样教育孩子的，让学生参与到家长会中，让家长听听学生们的心声，帮助父母子女有效的沟通。</w:t>
      </w:r>
      <w:r>
        <w:rPr>
          <w:lang w:eastAsia="zh-CN"/>
        </w:rPr>
        <w:br/>
      </w:r>
      <w:r>
        <w:rPr>
          <w:lang w:eastAsia="zh-CN"/>
        </w:rPr>
        <w:t>　　5、信任学生，尊重学生，让学生学会自主管理</w:t>
      </w:r>
      <w:r>
        <w:rPr>
          <w:lang w:eastAsia="zh-CN"/>
        </w:rPr>
        <w:br/>
      </w:r>
      <w:r>
        <w:rPr>
          <w:lang w:eastAsia="zh-CN"/>
        </w:rPr>
        <w:t>　　渴望理解，渴望信任是人们的一种正常需要。对于青少年来说，信任更是推动其上进的力量。我们班上也有几位同学在学习上有些困难，有的同学是因为学习目的不明确，再加上自己贪玩，家长过于溺爱，教育方式不正确，造成了学习成绩及各方面都比较差，常受到同学们的鄙视。通过一段时间的观察，我掌握了该生的一些基本状况，与他们单独交谈，让他明确了学习的目标，学习成绩也有了明显的进步。再如有的同学是因为思想懒惰、不认真听讲、作业不按时完成，学习习惯较差，造成成绩上不去。面对这种情况，我帮助他克服了懒惰心理，校正了学习习惯，让他变的爱学习了。</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32"/>
          <w:cols w:space="425"/>
          <w:titlePg w:val="0"/>
          <w:docGrid w:type="lines" w:linePitch="312"/>
        </w:sectPr>
      </w:pPr>
      <w:r>
        <w:rPr>
          <w:lang w:eastAsia="zh-CN"/>
        </w:rPr>
        <w:t>　　作为班主任，我对于这些特殊学生，首先亲近他们，尊重他们，在学习上耐心引导，生活中热心关怀，经常同他们交谈，了解思想状况，抓住时机，尽量做到多表扬，多鼓励，多给他们改错的机会，树立自信心，使他们感受到来自各方面的帮助，尽快提高学习成绩。学会正确评价，鼓励学生教师经常要对学生的工作进行评价，教师的评价要公正，只有公正地评价每一个学生，才能使学生信服，从而激发起奋发向上的愿望。</w:t>
      </w:r>
      <w:r>
        <w:rPr>
          <w:lang w:eastAsia="zh-CN"/>
        </w:rPr>
        <w:br/>
      </w:r>
      <w:r>
        <w:rPr>
          <w:lang w:eastAsia="zh-CN"/>
        </w:rPr>
        <w:t>　　因此，我在教育中力求公正的评价每一位学生，对成绩好的学生不护短，对学习差的学生不歧视，注意发现优生的不足，防微杜渐;善于发现差生的闪光点，并使之发扬光大。如大扫除中，有些学习差的学生劳动表现积极，不怕脏、不怕累，争做重活，而有些所谓的好学生却怕脏、怕累，在一旁转圈。劳动结束后，我及时作了全面的实事求是的总结，同学们听后响起了热烈的掌声。对于班干部同学要求更加严格，要求他们每周写出工作总结，每月召开一次干部会议，推广各自的工作经验，对于取得成绩的同学适时地表扬，使他们心理上享受到成功的体验，以便更加努力学习。让学生学会自主管理，学会自律、自主学习。</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33"/>
          <w:cols w:space="425"/>
          <w:titlePg w:val="0"/>
          <w:docGrid w:type="lines" w:linePitch="312"/>
        </w:sectPr>
      </w:pPr>
      <w:r>
        <w:rPr>
          <w:lang w:eastAsia="zh-CN"/>
        </w:rPr>
        <w:t>　　总之,这次班主任培训让我学到了太多太多，让我看到了自己的差距。让我找到了更好的班主任工作策略，犹如一场春雨洒向了我的心田，同时也真心希望这样的活动能时时有，让我有更多更好的学习充电的机会，从而更好的为教育事业做贡献。我会以本次培训作为新的起点，适应时代的变化和发展，确立起符合时代要求的教育观念，发挥自己的聪明才智，争取在今后的班主任工作中，多学习先进经验，不断改进，不断提高，积极探索，善于总结，使自己的工作水平尽快提高，努力为成为一名优秀的班主任而奋斗。</w:t>
      </w:r>
      <w:r>
        <w:rPr>
          <w:lang w:eastAsia="zh-CN"/>
        </w:rPr>
        <w:br/>
      </w:r>
      <w:r>
        <w:rPr>
          <w:lang w:eastAsia="zh-CN"/>
        </w:rPr>
        <w:t xml:space="preserve">    班主任培训心得体会 篇10 </w:t>
      </w:r>
      <w:r>
        <w:rPr>
          <w:lang w:eastAsia="zh-CN"/>
        </w:rPr>
        <w:br/>
      </w:r>
      <w:r>
        <w:rPr>
          <w:lang w:eastAsia="zh-CN"/>
        </w:rPr>
        <w:t>　　过这次培训让我学到了许多实实在在的教育方法，使我受益匪浅。下面我简单的就本次培训谈几点体会。</w:t>
      </w:r>
      <w:r>
        <w:rPr>
          <w:lang w:eastAsia="zh-CN"/>
        </w:rPr>
        <w:br/>
      </w:r>
      <w:r>
        <w:rPr>
          <w:lang w:eastAsia="zh-CN"/>
        </w:rPr>
        <w:t>　　教育的根本目的是学生思想道德的教育，也就是做人。作为班主任，其衣着、知识素养、管理能力等都对学生起着举足轻重的引导作用，说白了教师的思想道德对学生的思想道德起示范作用，那么作为班主任，必须德才兼备、刚柔并济、善于激励、沉着冷静，善于认识学生。</w:t>
      </w:r>
      <w:r>
        <w:rPr>
          <w:lang w:eastAsia="zh-CN"/>
        </w:rPr>
        <w:br/>
      </w:r>
      <w:r>
        <w:rPr>
          <w:lang w:eastAsia="zh-CN"/>
        </w:rPr>
        <w:t>　　具备这些素质还不足够，还要有一颗博爱的心，去爱每一个学生。爱是教育的灵魂，爱是塑造美好心灵的力量。老师应该怎样爱自己的学生呢?平等的爱，理解的爱，尊重的爱，信任的爱，民主的爱等等，这些都是老师爱的真谛。不论在生活上，还是在学习上，都要给予学生必要的关心和帮助。还要抽时间和他们谈心、交流，共同活动，缩短师生距离。</w:t>
      </w:r>
      <w:r>
        <w:rPr>
          <w:lang w:eastAsia="zh-CN"/>
        </w:rPr>
        <w:br/>
      </w:r>
      <w:r>
        <w:rPr>
          <w:lang w:eastAsia="zh-CN"/>
        </w:rPr>
        <w:t>　　一个班主任能得到学生的信任，使自己的工作顺利进行，使学生能健康活泼的成长，是自己最大的成功和欣慰。只有注入了爱的教育才能引起学生的共鸣，才能达到最佳的教育效果。</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34"/>
          <w:cols w:space="425"/>
          <w:titlePg w:val="0"/>
          <w:docGrid w:type="lines" w:linePitch="312"/>
        </w:sectPr>
      </w:pPr>
      <w:r>
        <w:rPr>
          <w:lang w:eastAsia="zh-CN"/>
        </w:rPr>
        <w:t>　　左军娥老师深情的报告让我受益匪浅。用心收获快乐、精彩，老师要善待、关爱每一个学生，把学生当作人，给学生以心灵的自由，多与每一个学生接触，缩短师生间的心理距离，与学生“打成一片”，切实走进学生心灵，做学生最信任的引路人。</w:t>
      </w:r>
      <w:r>
        <w:rPr>
          <w:lang w:eastAsia="zh-CN"/>
        </w:rPr>
        <w:br/>
      </w:r>
      <w:r>
        <w:rPr>
          <w:lang w:eastAsia="zh-CN"/>
        </w:rPr>
        <w:t>　　在教育学生时，要动之以情，晓之以理，导之以行。在融洽的师生情感中，学生会把老师的批评看作是对自己的爱护，把老师的表扬看作是对自己的鼓励，从而引起情感的共鸣，自觉把道德要求和行为规范转化为自己的心理定势和良好的习惯，收到“亲其师，信其道，受其术”的效果。教师不要老是摆着一副高高在上的面孔来威慑学生，以维护自己“神圣”的地位。教师要用真诚的情感去热爱学生、关心学生、爱护学生，富于同情心，这样就会受到学生的爱戴，就能沟通师生之间的心灵，学生就会亲近班主任，从而在师生之间架起一座信任的桥梁。</w:t>
      </w:r>
      <w:r>
        <w:rPr>
          <w:lang w:eastAsia="zh-CN"/>
        </w:rPr>
        <w:br/>
      </w:r>
      <w:r>
        <w:rPr>
          <w:lang w:eastAsia="zh-CN"/>
        </w:rPr>
        <w:t>　　细心决定效率，我们要赏识每个学生，发现每个学生的闪光点，给孩子一个自由快乐的成长空间，在班级活动中不断总结提升自己的工作质量，把创新放在每个细节上。在评价孩子时，要坚信：“多一把评价的尺子，就多一批好学生”。我们要通过多种方式让孩子找到自信，不求每个孩子优异，但求每个孩子都在进步。</w:t>
      </w:r>
      <w:r>
        <w:rPr>
          <w:lang w:eastAsia="zh-CN"/>
        </w:rPr>
        <w:br/>
      </w:r>
      <w:r>
        <w:rPr>
          <w:lang w:eastAsia="zh-CN"/>
        </w:rPr>
        <w:t>　　专家老师的讲座结束了，但作为老师的我感到自己今后责任的重大。我们的服务对象不仅仅是一个个学生，它联系的将是一个个家庭的全部;影响的不仅仅是一个人，而是一代人甚至是几代人。班主任工作神圣而伟大;任重而道远。要做好一个班主任，就必须勤学习，多思考，多交流，多反思。这是我本次学习的一点心得体会，请领导老师批评指正。</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35"/>
          <w:cols w:space="425"/>
          <w:titlePg w:val="0"/>
          <w:docGrid w:type="lines" w:linePitch="312"/>
        </w:sectPr>
      </w:pPr>
      <w:r>
        <w:rPr>
          <w:lang w:eastAsia="zh-CN"/>
        </w:rPr>
        <w:t xml:space="preserve">    班主任培训心得体会 篇11 </w:t>
      </w:r>
      <w:r>
        <w:rPr>
          <w:lang w:eastAsia="zh-CN"/>
        </w:rPr>
        <w:br/>
      </w:r>
      <w:r>
        <w:rPr>
          <w:lang w:eastAsia="zh-CN"/>
        </w:rPr>
        <w:t>　　20__年12月19日—21日，我参加了联想莱芜技师学院班主任团队管理研修班的培训。短短的几天学习生活，使我们受益匪浅，丰富了我的头脑。</w:t>
      </w:r>
      <w:r>
        <w:rPr>
          <w:lang w:eastAsia="zh-CN"/>
        </w:rPr>
        <w:br/>
      </w:r>
      <w:r>
        <w:rPr>
          <w:lang w:eastAsia="zh-CN"/>
        </w:rPr>
        <w:t>　　一、为我所用，学以致用</w:t>
      </w:r>
      <w:r>
        <w:rPr>
          <w:lang w:eastAsia="zh-CN"/>
        </w:rPr>
        <w:br/>
      </w:r>
      <w:r>
        <w:rPr>
          <w:lang w:eastAsia="zh-CN"/>
        </w:rPr>
        <w:t>　　“再好的手机也需要充电，再好的汽车也需要加油，再好的大脑也需要营养”。而营养的获得是不断的获取知识，作为教师我们要加强学习，不断更新自己的知识。为期几天的学习，我学习到了许多解决工作和生活中问题的方式和方法，我们不光要埋头苦干也要抬头看路。对学生要有爱心，要有宽容之心，要学会欣赏他们，发现他们身上的闪光点。用欣赏赏识的眼光对待学生，做事要专心用心。教师和学生沟通的过程就是个管理的过程，是个带团队的过程，要让学生在一个轻松愉快的旅途中前行，把学生培养成为快乐的普通人。</w:t>
      </w:r>
      <w:r>
        <w:rPr>
          <w:lang w:eastAsia="zh-CN"/>
        </w:rPr>
        <w:br/>
      </w:r>
      <w:r>
        <w:rPr>
          <w:lang w:eastAsia="zh-CN"/>
        </w:rPr>
        <w:t>　　二、保持好心态，积极向上，充满正能量</w:t>
      </w:r>
      <w:r>
        <w:rPr>
          <w:lang w:eastAsia="zh-CN"/>
        </w:rPr>
        <w:br/>
      </w:r>
      <w:r>
        <w:rPr>
          <w:lang w:eastAsia="zh-CN"/>
        </w:rPr>
        <w:t>　　通过急速60秒和变形虫寻宝游戏，使我深受启发，让我明白一个道理，工作和学习中总有挫折和困难，但是只要大家齐心合力，众志成城，找准大方向，提高自己的信心和勇气，就一定能成功。人生不如意事常有，但那不是生活的全部。我们不仅自己要做个乐观积极向上的人，还要影响身边家人，同事和朋友。我们就要做一名教育战线上充满正能量的战士，我们将战无不胜。</w:t>
      </w:r>
      <w:r>
        <w:rPr>
          <w:lang w:eastAsia="zh-CN"/>
        </w:rPr>
        <w:br/>
      </w:r>
      <w:r>
        <w:rPr>
          <w:lang w:eastAsia="zh-CN"/>
        </w:rPr>
        <w:t>　　三、“天使来信”，学会去赞美别人与感受别人的赞美</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36"/>
          <w:cols w:space="425"/>
          <w:titlePg w:val="0"/>
          <w:docGrid w:type="lines" w:linePitch="312"/>
        </w:sectPr>
      </w:pPr>
      <w:r>
        <w:rPr>
          <w:lang w:eastAsia="zh-CN"/>
        </w:rPr>
        <w:t>　　在培训中，“天使来信”环节让我印象非常深刻，那就是，在此环节中，大家互相写匿名信，感受彼此的赞美和“悄悄话”。在最后信使揭秘环节中，很多人都被感动了。其实，在班主任管理过程中，对于学生我们也可以采取这样子的小游戏，让他们感受彼此的爱，这样会让班里气氛更加和谐，学生们之间的感情更加融洽、团结。</w:t>
      </w:r>
      <w:r>
        <w:rPr>
          <w:lang w:eastAsia="zh-CN"/>
        </w:rPr>
        <w:br/>
      </w:r>
      <w:r>
        <w:rPr>
          <w:lang w:eastAsia="zh-CN"/>
        </w:rPr>
        <w:t>　　四、“动物类型性格分析”，因材施教</w:t>
      </w:r>
      <w:r>
        <w:rPr>
          <w:lang w:eastAsia="zh-CN"/>
        </w:rPr>
        <w:br/>
      </w:r>
      <w:r>
        <w:rPr>
          <w:lang w:eastAsia="zh-CN"/>
        </w:rPr>
        <w:t>　　这种方法是用来测试人的性格类型的，通过测试可以将人分为几种动物类型性格，通过研究人的性格来达到如何与人相处、如何处理人际关系的目的。通过测试我知道自己是属于考拉性格的人，确实我的性格比较温顺，但有时过于内向，在以后的学习过程中，我要不断的完善自己，敢于发言。以后在班级管理当中，我也会用这种方法，给他们做这样的一个人格测试，通过测试来确定他们的性格类型，从而协助挑选班干部，同时也可以更加深入了解我们的学生，有利于进行因材施教。</w:t>
      </w:r>
      <w:r>
        <w:rPr>
          <w:lang w:eastAsia="zh-CN"/>
        </w:rPr>
        <w:br/>
      </w:r>
      <w:r>
        <w:rPr>
          <w:lang w:eastAsia="zh-CN"/>
        </w:rPr>
        <w:t>　　五、团队课堂作业，尽显团队精神</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37"/>
          <w:cols w:space="425"/>
          <w:titlePg w:val="0"/>
          <w:docGrid w:type="lines" w:linePitch="312"/>
        </w:sectPr>
      </w:pPr>
      <w:r>
        <w:rPr>
          <w:lang w:eastAsia="zh-CN"/>
        </w:rPr>
        <w:t>　　每一次的娱乐游戏都非常有趣，无时无刻不在考验着团队的合作精神。每一次小组课堂作业，大家都充满着热情在完成，团队里面每一位组员都发挥自己的一份力量，为最终的作业成果奉献自己的一份力量。团队合作的创新之处在于不仅学习到要注意小团队精神还要重视大团队精神，不能只追求小团队利益，不能只活在自己认为的小团队当中，更要注重大团队精神。这一点我的感触非常深刻，有时候在班级管理过程中我太过注重优秀学生这个团体的培养，而忽视了对调皮学生的重视和关心，这样不利于班级氛围的健康发展，因此以后需要改正，多关心后进生，争取在班级管理方面有更大的突破。</w:t>
      </w:r>
      <w:r>
        <w:rPr>
          <w:lang w:eastAsia="zh-CN"/>
        </w:rPr>
        <w:br/>
      </w:r>
      <w:r>
        <w:rPr>
          <w:lang w:eastAsia="zh-CN"/>
        </w:rPr>
        <w:t>　　六、为人师，要终身学习</w:t>
      </w:r>
      <w:r>
        <w:rPr>
          <w:lang w:eastAsia="zh-CN"/>
        </w:rPr>
        <w:br/>
      </w:r>
      <w:r>
        <w:rPr>
          <w:lang w:eastAsia="zh-CN"/>
        </w:rPr>
        <w:t>　　当老师当班主任，我们要学会自我反思。既然做了一名老师，就要加强教学业务水平，当了班主任就要有负责任的态度，管理水平也要加强。工作中要参与-学习-思考-运用-总结，改变自己才能更好地发展，学习是最佳的改变途径。“你有多么博学并不重要，重要的是让你的学生学到了多少！”“教育不是要灌满一桶水，而是要点燃学生心中的一团火！”因此作为班主任，我们要学习的还有很多很多，人生有限而学无止境，同事们！ 我们将昂首奋然前行！</w:t>
      </w:r>
      <w:r>
        <w:rPr>
          <w:lang w:eastAsia="zh-CN"/>
        </w:rPr>
        <w:br/>
      </w:r>
      <w:r>
        <w:rPr>
          <w:lang w:eastAsia="zh-CN"/>
        </w:rPr>
        <w:t>　　以上就是在班主任培训的过程中学习到的东西，培训的最后每个组的成员都纷纷表演节目，积极参与，让我更加欣赏到了团队里边大家的多才多艺，感受到平时感觉不到的快乐与充实。整个培训虽然时间不长，但意义却非同一般，创新的培训方式带给我很多班级管理上的灵感，希望能够运用到接下来的管理里面，学以致用，争取更大的进步，非常期待有更多这种类型的培训机会。</w:t>
      </w:r>
      <w:r>
        <w:rPr>
          <w:lang w:eastAsia="zh-CN"/>
        </w:rPr>
        <w:br/>
      </w:r>
      <w:r>
        <w:rPr>
          <w:lang w:eastAsia="zh-CN"/>
        </w:rPr>
        <w:t xml:space="preserve">    班主任培训心得体会 篇12 </w:t>
      </w:r>
      <w:r>
        <w:rPr>
          <w:lang w:eastAsia="zh-CN"/>
        </w:rPr>
        <w:br/>
      </w:r>
      <w:r>
        <w:rPr>
          <w:lang w:eastAsia="zh-CN"/>
        </w:rPr>
        <w:t>　　经过两天的班主任培训，感受很多，不仅为他们的教学教法所震撼，还为他们的人格魅力所感动。</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38"/>
          <w:cols w:space="425"/>
          <w:titlePg w:val="0"/>
          <w:docGrid w:type="lines" w:linePitch="312"/>
        </w:sectPr>
      </w:pPr>
      <w:r>
        <w:rPr>
          <w:lang w:eastAsia="zh-CN"/>
        </w:rPr>
        <w:t>　　高__老师主题是“做学生生命中的贵人”，当时这一实例就给我很大的震撼，故事当中汤普逊老师不再教“书”、不教阅读、不教写作、不教数学，相反地，她开始“教育孩童”!到现在还不时会出现在自己的脑海中，感受到一名教师的人格魅力，“静下心来教书，潜下心来育人”</w:t>
      </w:r>
      <w:r>
        <w:rPr>
          <w:lang w:eastAsia="zh-CN"/>
        </w:rPr>
        <w:t xml:space="preserve"> 是这位可敬的老师的真实写照。</w:t>
      </w:r>
      <w:r>
        <w:rPr>
          <w:lang w:eastAsia="zh-CN"/>
        </w:rPr>
        <w:br/>
      </w:r>
      <w:r>
        <w:rPr>
          <w:lang w:eastAsia="zh-CN"/>
        </w:rPr>
        <w:t>　　在这次讲座中，高老师利用一天的时间，讲述了教师应具备的一些素质，其中有我们耳熟能详的，也有许多被我们忽视的内容。但让我感触最深的，是她对教育的热爱，对学生的热爱，对生活的热爱，对生命的热爱。要做一名学生喜欢的老师，我还有很长的一段路要走。天下的老师都是一样的又都不一样。一样的是，都有一颗爱孩子的心;不一样的是，好老师会把孩子引上光明大道，不好的老师甚至会把孩子推入深渊。家长们对老师期待，疑虑，这都是因为孩子的一生只有一次。好老师是孩子一生的财富，孩子长大了肯定会记得的。</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39"/>
          <w:cols w:space="425"/>
          <w:titlePg w:val="0"/>
          <w:docGrid w:type="lines" w:linePitch="312"/>
        </w:sectPr>
      </w:pPr>
      <w:r>
        <w:rPr>
          <w:lang w:eastAsia="zh-CN"/>
        </w:rPr>
        <w:t>　　毫无疑问，能成为像高这样的老师的学生是幸福的，作为一名教师，如果能给自己的学生带来幸福，我想他的一生也是幸福的。要做到这些，需要我们除去一些浮躁，除去一些虚荣，静下心来，潜下心来，爱孩子，发自真心地关心他们，付出的是一片真心，收获的就是灿烂的希望。遇到人生中的贵人时，要记得好好感激，因为他是你人生的转折点，同时，我们也要思考如何当孩子生命中的贵人。你不能决定生命的长度，但你可以拓展它的宽度;你不能左右天气，但你可以改变心情;你不能改变容貌，但你可以展现笑容;你不能控制他人，但你可以掌握自己;你不能预知明天，但你可以利用今天;你不能样样顺利，但你可以事事尽力。</w:t>
      </w:r>
      <w:r>
        <w:rPr>
          <w:lang w:eastAsia="zh-CN"/>
        </w:rPr>
        <w:br/>
      </w:r>
      <w:r>
        <w:rPr>
          <w:lang w:eastAsia="zh-CN"/>
        </w:rPr>
        <w:t>　　另一位名师赵__老师，他的讲座内容是“倾大写之爱，育大写之人”。首先他认为，那种遮羞护短的偏爱，一味顺从的溺爱，高压狠罚的变态之爱，即使再真诚，也是肤浅的小写之爱。其次他认为，只有把无私的奉献倾注于对学生的尊重、理解和疏导之中的爱，才是深沉的大写之爱。听完丁老师的报告，我除了敬佩之余，更多的是对自已工作的自查、自醒。</w:t>
      </w:r>
      <w:r>
        <w:rPr>
          <w:lang w:eastAsia="zh-CN"/>
        </w:rPr>
        <w:br/>
      </w:r>
      <w:r>
        <w:rPr>
          <w:lang w:eastAsia="zh-CN"/>
        </w:rPr>
        <w:t>　　赵老师的高招之一是开设“班会感悟课”。也就是针对班上的热点、难点话题，老师演讲后，学生写感悟;之后，课堂上再次评讲学生的感悟，学生在感悟的基础上再次感悟，并写下心得。这样，学生就有话可说，有话可写。</w:t>
      </w:r>
      <w:r>
        <w:rPr>
          <w:lang w:eastAsia="zh-CN"/>
        </w:rPr>
        <w:br/>
      </w:r>
      <w:r>
        <w:rPr>
          <w:lang w:eastAsia="zh-CN"/>
        </w:rPr>
        <w:t>　　赵老师还开设“东方时空课”。也就是在中央电视台播放“东方时空”栏目的节目时，全班一同观看，然后写观后感，感悟“东方时空”。接着，课堂上老师把同一体裁的作文，放在一起逐一讲评：好在哪儿，不好在哪儿。把范文讲透彻，学生听评后再改。这样“风声雨声读书声，声声入耳;家事国事天下事，事事关心。”学生就不是“两耳不闻窗外事”的死读书、读书死的类型了。学生会以“东方之子”中的优秀人物为榜样，树立高大的理想。如学生语录：“以前东方之子我追随你，现在东方之子我学习你，将来东方之子我成为你。”这也成为了赵老师班级的座右铭，东方之子时时刻刻激励着学生们前行，为之奋斗。</w:t>
      </w:r>
      <w:r>
        <w:rPr>
          <w:lang w:eastAsia="zh-CN"/>
        </w:rPr>
        <w:br/>
      </w:r>
    </w:p>
    <w:p w:rsidR="001B1F19" w14:textId="27C3F48A">
      <w:pPr>
        <w:rPr>
          <w:rFonts w:hint="eastAsia"/>
          <w:lang w:eastAsia="zh-CN"/>
        </w:rPr>
      </w:pPr>
      <w:r>
        <w:rPr>
          <w:lang w:eastAsia="zh-CN"/>
        </w:rPr>
        <w:t>　　通过这次班主任培训，深深地感到老师也要变，老师和学生一起成长才是真正的教学相长。让我们用心地去思考，用心地去感悟。让教育智慧升华。炼就一双慧眼，去发现学生那一点点光。总会有那么瞬间，一颗流星、一颗流萤，在广阔的夜空，都是亮丽的风景，让我们去感受每一个鲜活的生命的独一无二和与众不同吧!</w:t>
      </w:r>
      <w:r>
        <w:rPr>
          <w:lang w:eastAsia="zh-CN"/>
        </w:rPr>
        <w:br/>
      </w:r>
      <w:r>
        <w:rPr>
          <w:lang w:eastAsia="zh-CN"/>
        </w:rPr>
        <w:t xml:space="preserve">    班主任培训心得体会 篇13 </w:t>
      </w:r>
      <w:r>
        <w:rPr>
          <w:lang w:eastAsia="zh-CN"/>
        </w:rPr>
        <w:br/>
      </w:r>
      <w:r>
        <w:rPr>
          <w:lang w:eastAsia="zh-CN"/>
        </w:rPr>
        <w:t>　　我有幸参加了谯城区举行的中小学骨干班主任培训，虽然培训时间很短，只有三天，但也使我学到了很多很多。在学习中使我对新时期的班主任工作有了更进一步的认识，对班主任这个岗位有了更深层次的理解。在这次培训学习中。有多位专家、班主任、老师作了报告。聆听了专家的讲课，对我来说，不仅是业务理论的学习，也是一次思想认识的提升，更是一次心灵的荡涤。这次培训，正好满足像我这样的班主任的需求，确实找到解决班级管理中的实际问题的途径和方法，提高实施自身的管理能力和水平。在这次培训活动中，专家们所阐述的教育观点，风格平实，语言或幽默风趣、或朴素真挚，列举了大量生动感人的实例，深入浅出地向我们阐述了一些新的班主任工作理念。这些新的教育理念犹如一盏明灯，为新时期我们的班主任工作指明了方向，犹如一泓汩汩的清泉，流入了我们这些中学班主任的心田。专家们的言谈中闪烁着智慧的光彩，精辟、独到的见解令人折服，对班主任工作的钟情和热爱溢于言表，带给我的是一次又一次的启迪、反省和思考。以下就是我在学习中的几点主要体会：</w:t>
      </w:r>
      <w:r>
        <w:rPr>
          <w:lang w:eastAsia="zh-CN"/>
        </w:rPr>
        <w:br/>
      </w:r>
      <w:r>
        <w:rPr>
          <w:lang w:eastAsia="zh-CN"/>
        </w:rPr>
        <w:t>　　一、意识到了班主任角色的转换和定位的重要</w:t>
      </w:r>
      <w:r>
        <w:rPr>
          <w:lang w:eastAsia="zh-CN"/>
        </w:rPr>
        <w:br/>
      </w:r>
      <w:r>
        <w:rPr>
          <w:rFonts w:hint="eastAsia"/>
          <w:lang w:eastAsia="zh-CN"/>
        </w:rPr>
        <w:br/>
      </w:r>
      <w:r>
        <w:rPr>
          <w:rFonts w:hint="eastAsia"/>
          <w:lang w:eastAsia="zh-CN"/>
        </w:rPr>
        <w:br/>
      </w:r>
    </w:p>
    <w:p>
      <w:pPr>
        <w:spacing w:after="0" w:line="240" w:lineRule="auto"/>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4" w:history="1">
        <w:r>
          <w:rPr>
            <w:rFonts w:ascii="SimSun" w:eastAsia="SimSun" w:hAnsi="SimSun" w:cs="SimSun"/>
            <w:b/>
            <w:bCs/>
            <w:color w:val="0000EE"/>
            <w:sz w:val="30"/>
            <w:szCs w:val="30"/>
            <w:u w:val="single" w:color="0000EE"/>
          </w:rPr>
          <w:t>https://d.book118.com/496203113031010043</w:t>
        </w:r>
      </w:hyperlink>
    </w:p>
    <w:p w:rsidR="001B1F19">
      <w:pPr>
        <w:rPr>
          <w:rFonts w:hint="eastAsia"/>
          <w:lang w:eastAsia="zh-CN"/>
        </w:rPr>
      </w:pPr>
    </w:p>
    <w:sectPr>
      <w:type w:val="nextPage"/>
      <w:pgSz w:w="11906" w:h="16838"/>
      <w:pgMar w:top="1440" w:right="1800" w:bottom="1440" w:left="1800" w:header="851" w:footer="992" w:gutter="0"/>
      <w:pgNumType w:start="40"/>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仿宋">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Courier">
    <w:panose1 w:val="02070409020205020404"/>
    <w:charset w:val="00"/>
    <w:family w:val="modern"/>
    <w:pitch w:val="fixed"/>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49D07D03"/>
    <w:multiLevelType w:val="multilevel"/>
    <w:tmpl w:val="3AE4B26C"/>
    <w:lvl w:ilvl="0">
      <w:start w:val="1"/>
      <w:numFmt w:val="decimal"/>
      <w:pStyle w:val="ListBullet"/>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820273113">
    <w:abstractNumId w:val="0"/>
  </w:num>
  <w:num w:numId="2" w16cid:durableId="149969114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60222273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42500097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44842747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5233488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defaultTabStop w:val="420"/>
  <w:characterSpacingControl w:val="doNotCompress"/>
  <w:compat>
    <w:useFELayout/>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1F19"/>
    <w:rsid w:val="00012D24"/>
    <w:rsid w:val="000B76DB"/>
    <w:rsid w:val="001B1F19"/>
    <w:rsid w:val="002E2E1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508D8A34"/>
  <w15:docId w15:val="{83B6B1C2-FF47-43CC-85A6-22B37870D6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C693F"/>
    <w:rPr>
      <w:rFonts w:ascii="仿宋" w:eastAsia="仿宋" w:hAnsi="仿宋"/>
      <w:sz w:val="28"/>
    </w:rPr>
  </w:style>
  <w:style w:type="paragraph" w:styleId="Heading1">
    <w:name w:val="heading 1"/>
    <w:basedOn w:val="Normal"/>
    <w:next w:val="Normal"/>
    <w:link w:val="1"/>
    <w:uiPriority w:val="9"/>
    <w:qFormat/>
    <w:rsid w:val="00FC693F"/>
    <w:pPr>
      <w:keepNext/>
      <w:keepLines/>
      <w:spacing w:before="480" w:after="0"/>
      <w:outlineLvl w:val="0"/>
    </w:pPr>
    <w:rPr>
      <w:rFonts w:asciiTheme="majorHAnsi" w:eastAsiaTheme="majorEastAsia" w:hAnsiTheme="majorHAnsi" w:cstheme="majorBidi"/>
      <w:b/>
      <w:bCs/>
      <w:color w:val="2F5496" w:themeColor="accent1" w:themeShade="BF"/>
      <w:szCs w:val="28"/>
    </w:rPr>
  </w:style>
  <w:style w:type="paragraph" w:styleId="Heading2">
    <w:name w:val="heading 2"/>
    <w:basedOn w:val="Normal"/>
    <w:next w:val="Normal"/>
    <w:link w:val="2"/>
    <w:uiPriority w:val="9"/>
    <w:unhideWhenUsed/>
    <w:qFormat/>
    <w:rsid w:val="00FC693F"/>
    <w:pPr>
      <w:keepNext/>
      <w:keepLines/>
      <w:spacing w:before="200" w:after="0"/>
      <w:outlineLvl w:val="1"/>
    </w:pPr>
    <w:rPr>
      <w:rFonts w:asciiTheme="majorHAnsi" w:eastAsiaTheme="majorEastAsia" w:hAnsiTheme="majorHAnsi" w:cstheme="majorBidi"/>
      <w:b/>
      <w:bCs/>
      <w:color w:val="4472C4" w:themeColor="accent1"/>
      <w:sz w:val="26"/>
      <w:szCs w:val="26"/>
    </w:rPr>
  </w:style>
  <w:style w:type="paragraph" w:styleId="Heading3">
    <w:name w:val="heading 3"/>
    <w:basedOn w:val="Normal"/>
    <w:next w:val="Normal"/>
    <w:link w:val="3"/>
    <w:uiPriority w:val="9"/>
    <w:unhideWhenUsed/>
    <w:qFormat/>
    <w:rsid w:val="00FC693F"/>
    <w:pPr>
      <w:keepNext/>
      <w:keepLines/>
      <w:spacing w:before="200" w:after="0"/>
      <w:outlineLvl w:val="2"/>
    </w:pPr>
    <w:rPr>
      <w:rFonts w:asciiTheme="majorHAnsi" w:eastAsiaTheme="majorEastAsia" w:hAnsiTheme="majorHAnsi" w:cstheme="majorBidi"/>
      <w:b/>
      <w:bCs/>
      <w:color w:val="4472C4" w:themeColor="accent1"/>
    </w:rPr>
  </w:style>
  <w:style w:type="paragraph" w:styleId="Heading4">
    <w:name w:val="heading 4"/>
    <w:basedOn w:val="Normal"/>
    <w:next w:val="Normal"/>
    <w:link w:val="4"/>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472C4" w:themeColor="accent1"/>
    </w:rPr>
  </w:style>
  <w:style w:type="paragraph" w:styleId="Heading5">
    <w:name w:val="heading 5"/>
    <w:basedOn w:val="Normal"/>
    <w:next w:val="Normal"/>
    <w:link w:val="5"/>
    <w:uiPriority w:val="9"/>
    <w:semiHidden/>
    <w:unhideWhenUsed/>
    <w:qFormat/>
    <w:rsid w:val="00FC693F"/>
    <w:pPr>
      <w:keepNext/>
      <w:keepLines/>
      <w:spacing w:before="200" w:after="0"/>
      <w:outlineLvl w:val="4"/>
    </w:pPr>
    <w:rPr>
      <w:rFonts w:asciiTheme="majorHAnsi" w:eastAsiaTheme="majorEastAsia" w:hAnsiTheme="majorHAnsi" w:cstheme="majorBidi"/>
      <w:color w:val="1F3763" w:themeColor="accent1" w:themeShade="7F"/>
    </w:rPr>
  </w:style>
  <w:style w:type="paragraph" w:styleId="Heading6">
    <w:name w:val="heading 6"/>
    <w:basedOn w:val="Normal"/>
    <w:next w:val="Normal"/>
    <w:link w:val="6"/>
    <w:uiPriority w:val="9"/>
    <w:semiHidden/>
    <w:unhideWhenUsed/>
    <w:qFormat/>
    <w:rsid w:val="00FC693F"/>
    <w:pPr>
      <w:keepNext/>
      <w:keepLines/>
      <w:spacing w:before="200" w:after="0"/>
      <w:outlineLvl w:val="5"/>
    </w:pPr>
    <w:rPr>
      <w:rFonts w:asciiTheme="majorHAnsi" w:eastAsiaTheme="majorEastAsia" w:hAnsiTheme="majorHAnsi" w:cstheme="majorBidi"/>
      <w:i/>
      <w:iCs/>
      <w:color w:val="1F3763" w:themeColor="accent1" w:themeShade="7F"/>
    </w:rPr>
  </w:style>
  <w:style w:type="paragraph" w:styleId="Heading7">
    <w:name w:val="heading 7"/>
    <w:basedOn w:val="Normal"/>
    <w:next w:val="Normal"/>
    <w:link w:val="7"/>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8"/>
    <w:uiPriority w:val="9"/>
    <w:semiHidden/>
    <w:unhideWhenUsed/>
    <w:qFormat/>
    <w:rsid w:val="00FC693F"/>
    <w:pPr>
      <w:keepNext/>
      <w:keepLines/>
      <w:spacing w:before="200" w:after="0"/>
      <w:outlineLvl w:val="7"/>
    </w:pPr>
    <w:rPr>
      <w:rFonts w:asciiTheme="majorHAnsi" w:eastAsiaTheme="majorEastAsia" w:hAnsiTheme="majorHAnsi" w:cstheme="majorBidi"/>
      <w:color w:val="4472C4" w:themeColor="accent1"/>
      <w:sz w:val="20"/>
      <w:szCs w:val="20"/>
    </w:rPr>
  </w:style>
  <w:style w:type="paragraph" w:styleId="Heading9">
    <w:name w:val="heading 9"/>
    <w:basedOn w:val="Normal"/>
    <w:next w:val="Normal"/>
    <w:link w:val="9"/>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unhideWhenUsed/>
    <w:rsid w:val="00E618BF"/>
    <w:pPr>
      <w:tabs>
        <w:tab w:val="center" w:pos="4680"/>
        <w:tab w:val="right" w:pos="9360"/>
      </w:tabs>
      <w:spacing w:after="0" w:line="240" w:lineRule="auto"/>
    </w:pPr>
  </w:style>
  <w:style w:type="character" w:customStyle="1" w:styleId="a">
    <w:name w:val="页眉 字符"/>
    <w:basedOn w:val="DefaultParagraphFont"/>
    <w:link w:val="Header"/>
    <w:uiPriority w:val="99"/>
    <w:rsid w:val="00E618BF"/>
  </w:style>
  <w:style w:type="paragraph" w:styleId="Footer">
    <w:name w:val="footer"/>
    <w:basedOn w:val="Normal"/>
    <w:link w:val="a0"/>
    <w:uiPriority w:val="99"/>
    <w:unhideWhenUsed/>
    <w:rsid w:val="00E618BF"/>
    <w:pPr>
      <w:tabs>
        <w:tab w:val="center" w:pos="4680"/>
        <w:tab w:val="right" w:pos="9360"/>
      </w:tabs>
      <w:spacing w:after="0" w:line="240" w:lineRule="auto"/>
    </w:pPr>
  </w:style>
  <w:style w:type="character" w:customStyle="1" w:styleId="a0">
    <w:name w:val="页脚 字符"/>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1">
    <w:name w:val="标题 1 字符"/>
    <w:basedOn w:val="DefaultParagraphFont"/>
    <w:link w:val="Heading1"/>
    <w:uiPriority w:val="9"/>
    <w:rsid w:val="00FC693F"/>
    <w:rPr>
      <w:rFonts w:asciiTheme="majorHAnsi" w:eastAsiaTheme="majorEastAsia" w:hAnsiTheme="majorHAnsi" w:cstheme="majorBidi"/>
      <w:b/>
      <w:bCs/>
      <w:color w:val="2F5496" w:themeColor="accent1" w:themeShade="BF"/>
      <w:sz w:val="28"/>
      <w:szCs w:val="28"/>
    </w:rPr>
  </w:style>
  <w:style w:type="character" w:customStyle="1" w:styleId="2">
    <w:name w:val="标题 2 字符"/>
    <w:basedOn w:val="DefaultParagraphFont"/>
    <w:link w:val="Heading2"/>
    <w:uiPriority w:val="9"/>
    <w:rsid w:val="00FC693F"/>
    <w:rPr>
      <w:rFonts w:asciiTheme="majorHAnsi" w:eastAsiaTheme="majorEastAsia" w:hAnsiTheme="majorHAnsi" w:cstheme="majorBidi"/>
      <w:b/>
      <w:bCs/>
      <w:color w:val="4472C4" w:themeColor="accent1"/>
      <w:sz w:val="26"/>
      <w:szCs w:val="26"/>
    </w:rPr>
  </w:style>
  <w:style w:type="character" w:customStyle="1" w:styleId="3">
    <w:name w:val="标题 3 字符"/>
    <w:basedOn w:val="DefaultParagraphFont"/>
    <w:link w:val="Heading3"/>
    <w:uiPriority w:val="9"/>
    <w:rsid w:val="00FC693F"/>
    <w:rPr>
      <w:rFonts w:asciiTheme="majorHAnsi" w:eastAsiaTheme="majorEastAsia" w:hAnsiTheme="majorHAnsi" w:cstheme="majorBidi"/>
      <w:b/>
      <w:bCs/>
      <w:color w:val="4472C4" w:themeColor="accent1"/>
    </w:rPr>
  </w:style>
  <w:style w:type="paragraph" w:styleId="Title">
    <w:name w:val="Title"/>
    <w:basedOn w:val="Normal"/>
    <w:next w:val="Normal"/>
    <w:link w:val="a1"/>
    <w:uiPriority w:val="10"/>
    <w:qFormat/>
    <w:rsid w:val="00FC693F"/>
    <w:pPr>
      <w:pBdr>
        <w:bottom w:val="single" w:sz="8" w:space="4" w:color="4472C4"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1">
    <w:name w:val="标题 字符"/>
    <w:basedOn w:val="DefaultParagraphFont"/>
    <w:link w:val="Title"/>
    <w:uiPriority w:val="10"/>
    <w:rsid w:val="00FC693F"/>
    <w:rPr>
      <w:rFonts w:asciiTheme="majorHAnsi" w:eastAsiaTheme="majorEastAsia" w:hAnsiTheme="majorHAnsi" w:cstheme="majorBidi"/>
      <w:color w:val="323E4F" w:themeColor="text2" w:themeShade="BF"/>
      <w:spacing w:val="5"/>
      <w:kern w:val="28"/>
      <w:sz w:val="52"/>
      <w:szCs w:val="52"/>
    </w:rPr>
  </w:style>
  <w:style w:type="paragraph" w:styleId="Subtitle">
    <w:name w:val="Subtitle"/>
    <w:basedOn w:val="Normal"/>
    <w:next w:val="Normal"/>
    <w:link w:val="a2"/>
    <w:uiPriority w:val="11"/>
    <w:qFormat/>
    <w:rsid w:val="00FC693F"/>
    <w:pPr>
      <w:numPr>
        <w:ilvl w:val="1"/>
      </w:numPr>
    </w:pPr>
    <w:rPr>
      <w:rFonts w:asciiTheme="majorHAnsi" w:eastAsiaTheme="majorEastAsia" w:hAnsiTheme="majorHAnsi" w:cstheme="majorBidi"/>
      <w:i/>
      <w:iCs/>
      <w:color w:val="4472C4" w:themeColor="accent1"/>
      <w:spacing w:val="15"/>
      <w:sz w:val="24"/>
      <w:szCs w:val="24"/>
    </w:rPr>
  </w:style>
  <w:style w:type="character" w:customStyle="1" w:styleId="a2">
    <w:name w:val="副标题 字符"/>
    <w:basedOn w:val="DefaultParagraphFont"/>
    <w:link w:val="Subtitle"/>
    <w:uiPriority w:val="11"/>
    <w:rsid w:val="00FC693F"/>
    <w:rPr>
      <w:rFonts w:asciiTheme="majorHAnsi" w:eastAsiaTheme="majorEastAsia" w:hAnsiTheme="majorHAnsi" w:cstheme="majorBidi"/>
      <w:i/>
      <w:iCs/>
      <w:color w:val="4472C4"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a3"/>
    <w:uiPriority w:val="99"/>
    <w:unhideWhenUsed/>
    <w:rsid w:val="00AA1D8D"/>
    <w:pPr>
      <w:spacing w:after="120"/>
    </w:pPr>
  </w:style>
  <w:style w:type="character" w:customStyle="1" w:styleId="a3">
    <w:name w:val="正文文本 字符"/>
    <w:basedOn w:val="DefaultParagraphFont"/>
    <w:link w:val="BodyText"/>
    <w:uiPriority w:val="99"/>
    <w:rsid w:val="00AA1D8D"/>
  </w:style>
  <w:style w:type="paragraph" w:styleId="BodyText2">
    <w:name w:val="Body Text 2"/>
    <w:basedOn w:val="Normal"/>
    <w:link w:val="20"/>
    <w:uiPriority w:val="99"/>
    <w:unhideWhenUsed/>
    <w:rsid w:val="00AA1D8D"/>
    <w:pPr>
      <w:spacing w:after="120" w:line="480" w:lineRule="auto"/>
    </w:pPr>
  </w:style>
  <w:style w:type="character" w:customStyle="1" w:styleId="20">
    <w:name w:val="正文文本 2 字符"/>
    <w:basedOn w:val="DefaultParagraphFont"/>
    <w:link w:val="BodyText2"/>
    <w:uiPriority w:val="99"/>
    <w:rsid w:val="00AA1D8D"/>
  </w:style>
  <w:style w:type="paragraph" w:styleId="BodyText3">
    <w:name w:val="Body Text 3"/>
    <w:basedOn w:val="Normal"/>
    <w:link w:val="30"/>
    <w:uiPriority w:val="99"/>
    <w:unhideWhenUsed/>
    <w:rsid w:val="00AA1D8D"/>
    <w:pPr>
      <w:spacing w:after="120"/>
    </w:pPr>
    <w:rPr>
      <w:sz w:val="16"/>
      <w:szCs w:val="16"/>
    </w:rPr>
  </w:style>
  <w:style w:type="character" w:customStyle="1" w:styleId="30">
    <w:name w:val="正文文本 3 字符"/>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tabs>
        <w:tab w:val="num" w:pos="720"/>
      </w:tabs>
      <w:ind w:left="720" w:hanging="720"/>
      <w:contextualSpacing/>
    </w:pPr>
  </w:style>
  <w:style w:type="paragraph" w:styleId="ListBullet3">
    <w:name w:val="List Bullet 3"/>
    <w:basedOn w:val="Normal"/>
    <w:uiPriority w:val="99"/>
    <w:unhideWhenUsed/>
    <w:rsid w:val="00326F90"/>
    <w:pPr>
      <w:tabs>
        <w:tab w:val="num" w:pos="720"/>
      </w:tabs>
      <w:ind w:left="720" w:hanging="720"/>
      <w:contextualSpacing/>
    </w:pPr>
  </w:style>
  <w:style w:type="paragraph" w:styleId="ListNumber">
    <w:name w:val="List Number"/>
    <w:basedOn w:val="Normal"/>
    <w:uiPriority w:val="99"/>
    <w:unhideWhenUsed/>
    <w:rsid w:val="00326F90"/>
    <w:pPr>
      <w:tabs>
        <w:tab w:val="num" w:pos="720"/>
      </w:tabs>
      <w:ind w:left="720" w:hanging="720"/>
      <w:contextualSpacing/>
    </w:pPr>
  </w:style>
  <w:style w:type="paragraph" w:styleId="ListNumber2">
    <w:name w:val="List Number 2"/>
    <w:basedOn w:val="Normal"/>
    <w:uiPriority w:val="99"/>
    <w:unhideWhenUsed/>
    <w:rsid w:val="0029639D"/>
    <w:pPr>
      <w:tabs>
        <w:tab w:val="num" w:pos="720"/>
      </w:tabs>
      <w:ind w:left="720" w:hanging="720"/>
      <w:contextualSpacing/>
    </w:pPr>
  </w:style>
  <w:style w:type="paragraph" w:styleId="ListNumber3">
    <w:name w:val="List Number 3"/>
    <w:basedOn w:val="Normal"/>
    <w:uiPriority w:val="99"/>
    <w:unhideWhenUsed/>
    <w:rsid w:val="0029639D"/>
    <w:pPr>
      <w:tabs>
        <w:tab w:val="num" w:pos="720"/>
      </w:tabs>
      <w:ind w:left="720" w:hanging="720"/>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
    <w:name w:val="macro"/>
    <w:link w:val="a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4">
    <w:name w:val="宏文本 字符"/>
    <w:basedOn w:val="DefaultParagraphFont"/>
    <w:link w:val="Macro"/>
    <w:uiPriority w:val="99"/>
    <w:rsid w:val="0029639D"/>
    <w:rPr>
      <w:rFonts w:ascii="Courier" w:hAnsi="Courier"/>
      <w:sz w:val="20"/>
      <w:szCs w:val="20"/>
    </w:rPr>
  </w:style>
  <w:style w:type="paragraph" w:styleId="Quote">
    <w:name w:val="Quote"/>
    <w:basedOn w:val="Normal"/>
    <w:next w:val="Normal"/>
    <w:link w:val="a5"/>
    <w:uiPriority w:val="29"/>
    <w:qFormat/>
    <w:rsid w:val="00FC693F"/>
    <w:rPr>
      <w:i/>
      <w:iCs/>
      <w:color w:val="000000" w:themeColor="text1"/>
    </w:rPr>
  </w:style>
  <w:style w:type="character" w:customStyle="1" w:styleId="a5">
    <w:name w:val="引用 字符"/>
    <w:basedOn w:val="DefaultParagraphFont"/>
    <w:link w:val="Quote"/>
    <w:uiPriority w:val="29"/>
    <w:rsid w:val="00FC693F"/>
    <w:rPr>
      <w:i/>
      <w:iCs/>
      <w:color w:val="000000" w:themeColor="text1"/>
    </w:rPr>
  </w:style>
  <w:style w:type="character" w:customStyle="1" w:styleId="4">
    <w:name w:val="标题 4 字符"/>
    <w:basedOn w:val="DefaultParagraphFont"/>
    <w:link w:val="Heading4"/>
    <w:uiPriority w:val="9"/>
    <w:semiHidden/>
    <w:rsid w:val="00FC693F"/>
    <w:rPr>
      <w:rFonts w:asciiTheme="majorHAnsi" w:eastAsiaTheme="majorEastAsia" w:hAnsiTheme="majorHAnsi" w:cstheme="majorBidi"/>
      <w:b/>
      <w:bCs/>
      <w:i/>
      <w:iCs/>
      <w:color w:val="4472C4" w:themeColor="accent1"/>
    </w:rPr>
  </w:style>
  <w:style w:type="character" w:customStyle="1" w:styleId="5">
    <w:name w:val="标题 5 字符"/>
    <w:basedOn w:val="DefaultParagraphFont"/>
    <w:link w:val="Heading5"/>
    <w:uiPriority w:val="9"/>
    <w:semiHidden/>
    <w:rsid w:val="00FC693F"/>
    <w:rPr>
      <w:rFonts w:asciiTheme="majorHAnsi" w:eastAsiaTheme="majorEastAsia" w:hAnsiTheme="majorHAnsi" w:cstheme="majorBidi"/>
      <w:color w:val="1F3763" w:themeColor="accent1" w:themeShade="7F"/>
    </w:rPr>
  </w:style>
  <w:style w:type="character" w:customStyle="1" w:styleId="6">
    <w:name w:val="标题 6 字符"/>
    <w:basedOn w:val="DefaultParagraphFont"/>
    <w:link w:val="Heading6"/>
    <w:uiPriority w:val="9"/>
    <w:semiHidden/>
    <w:rsid w:val="00FC693F"/>
    <w:rPr>
      <w:rFonts w:asciiTheme="majorHAnsi" w:eastAsiaTheme="majorEastAsia" w:hAnsiTheme="majorHAnsi" w:cstheme="majorBidi"/>
      <w:i/>
      <w:iCs/>
      <w:color w:val="1F3763" w:themeColor="accent1" w:themeShade="7F"/>
    </w:rPr>
  </w:style>
  <w:style w:type="character" w:customStyle="1" w:styleId="7">
    <w:name w:val="标题 7 字符"/>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8">
    <w:name w:val="标题 8 字符"/>
    <w:basedOn w:val="DefaultParagraphFont"/>
    <w:link w:val="Heading8"/>
    <w:uiPriority w:val="9"/>
    <w:semiHidden/>
    <w:rsid w:val="00FC693F"/>
    <w:rPr>
      <w:rFonts w:asciiTheme="majorHAnsi" w:eastAsiaTheme="majorEastAsia" w:hAnsiTheme="majorHAnsi" w:cstheme="majorBidi"/>
      <w:color w:val="4472C4" w:themeColor="accent1"/>
      <w:sz w:val="20"/>
      <w:szCs w:val="20"/>
    </w:rPr>
  </w:style>
  <w:style w:type="character" w:customStyle="1" w:styleId="9">
    <w:name w:val="标题 9 字符"/>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472C4"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a6"/>
    <w:uiPriority w:val="30"/>
    <w:qFormat/>
    <w:rsid w:val="00FC693F"/>
    <w:pPr>
      <w:pBdr>
        <w:bottom w:val="single" w:sz="4" w:space="4" w:color="4472C4" w:themeColor="accent1"/>
      </w:pBdr>
      <w:spacing w:before="200" w:after="280"/>
      <w:ind w:left="936" w:right="936"/>
    </w:pPr>
    <w:rPr>
      <w:b/>
      <w:bCs/>
      <w:i/>
      <w:iCs/>
      <w:color w:val="4472C4" w:themeColor="accent1"/>
    </w:rPr>
  </w:style>
  <w:style w:type="character" w:customStyle="1" w:styleId="a6">
    <w:name w:val="明显引用 字符"/>
    <w:basedOn w:val="DefaultParagraphFont"/>
    <w:link w:val="IntenseQuote"/>
    <w:uiPriority w:val="30"/>
    <w:rsid w:val="00FC693F"/>
    <w:rPr>
      <w:b/>
      <w:bCs/>
      <w:i/>
      <w:iCs/>
      <w:color w:val="4472C4"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472C4" w:themeColor="accent1"/>
    </w:rPr>
  </w:style>
  <w:style w:type="character" w:styleId="SubtleReference">
    <w:name w:val="Subtle Reference"/>
    <w:basedOn w:val="DefaultParagraphFont"/>
    <w:uiPriority w:val="31"/>
    <w:qFormat/>
    <w:rsid w:val="00FC693F"/>
    <w:rPr>
      <w:smallCaps/>
      <w:color w:val="ED7D31" w:themeColor="accent2"/>
      <w:u w:val="single"/>
    </w:rPr>
  </w:style>
  <w:style w:type="character" w:styleId="IntenseReference">
    <w:name w:val="Intense Reference"/>
    <w:basedOn w:val="DefaultParagraphFont"/>
    <w:uiPriority w:val="32"/>
    <w:qFormat/>
    <w:rsid w:val="00FC693F"/>
    <w:rPr>
      <w:b/>
      <w:bCs/>
      <w:smallCaps/>
      <w:color w:val="ED7D31"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rsid w:val="00FC693F"/>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rsid w:val="00FC693F"/>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rsid w:val="00FC693F"/>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rsid w:val="00FC693F"/>
    <w:pPr>
      <w:spacing w:after="0" w:line="240" w:lineRule="auto"/>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rsid w:val="00FC693F"/>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d.book118.com/496203113031010043" TargetMode="Externa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56</Pages>
  <Words>2</Words>
  <Characters>15</Characters>
  <Application>Microsoft Office Word</Application>
  <DocSecurity>0</DocSecurity>
  <Lines>1</Lines>
  <Paragraphs>1</Paragraphs>
  <ScaleCrop>false</ScaleCrop>
  <Company/>
  <LinksUpToDate>false</LinksUpToDate>
  <CharactersWithSpaces>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Apache POI</dc:creator>
  <cp:lastModifiedBy>Leslie Kang</cp:lastModifiedBy>
  <cp:revision>5</cp:revision>
  <dcterms:created xsi:type="dcterms:W3CDTF">2024-01-11T00:28:00Z</dcterms:created>
  <dcterms:modified xsi:type="dcterms:W3CDTF">2024-01-11T07:22:00Z</dcterms:modified>
</cp:coreProperties>
</file>