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个人借款协议书范文</w:t>
      </w:r>
    </w:p>
    <w:p>
      <w:pPr>
        <w:spacing w:before="100" w:after="200" w:line="360" w:lineRule="auto"/>
        <w:ind w:firstLine="576"/>
        <w:jc w:val="left"/>
      </w:pPr>
      <w:r>
        <w:rPr>
          <w:rFonts w:ascii="宋体" w:eastAsia="宋体" w:hAnsi="宋体"/>
          <w:sz w:val="28"/>
        </w:rPr>
        <w:t>甲方：（借款抵押人）身份证号码：</w:t>
      </w:r>
    </w:p>
    <w:p>
      <w:pPr>
        <w:spacing w:before="100" w:after="200" w:line="360" w:lineRule="auto"/>
        <w:ind w:firstLine="576"/>
        <w:jc w:val="left"/>
      </w:pPr>
      <w:r>
        <w:rPr>
          <w:rFonts w:ascii="宋体" w:eastAsia="宋体" w:hAnsi="宋体"/>
          <w:sz w:val="28"/>
        </w:rPr>
        <w:t>乙方：（借款抵押权人）</w:t>
      </w:r>
    </w:p>
    <w:p>
      <w:pPr>
        <w:spacing w:before="100" w:after="200" w:line="360" w:lineRule="auto"/>
        <w:ind w:firstLine="576"/>
        <w:jc w:val="left"/>
      </w:pPr>
      <w:r>
        <w:rPr>
          <w:rFonts w:ascii="宋体" w:eastAsia="宋体" w:hAnsi="宋体"/>
          <w:sz w:val="28"/>
        </w:rPr>
        <w:t>甲乙双方经协商一致就机动车辆抵押借款的事项达成如下合同：</w:t>
      </w:r>
    </w:p>
    <w:p>
      <w:pPr>
        <w:spacing w:before="100" w:after="200" w:line="360" w:lineRule="auto"/>
        <w:jc w:val="left"/>
      </w:pPr>
      <w:r>
        <w:rPr>
          <w:rFonts w:ascii="宋体 (中文正文)" w:eastAsia="宋体" w:hAnsi="宋体 (中文正文)"/>
          <w:sz w:val="28"/>
        </w:rPr>
        <w:t>第一条、抵押车辆品牌：</w:t>
      </w:r>
    </w:p>
    <w:p>
      <w:pPr>
        <w:spacing w:before="100" w:after="200" w:line="360" w:lineRule="auto"/>
        <w:ind w:firstLine="576"/>
        <w:jc w:val="left"/>
      </w:pPr>
      <w:r>
        <w:rPr>
          <w:rFonts w:ascii="宋体" w:eastAsia="宋体" w:hAnsi="宋体"/>
          <w:sz w:val="28"/>
        </w:rPr>
        <w:t>型号：数量：台机动车牌照号码：</w:t>
      </w:r>
    </w:p>
    <w:p>
      <w:pPr>
        <w:spacing w:before="100" w:after="200" w:line="360" w:lineRule="auto"/>
        <w:jc w:val="left"/>
      </w:pPr>
      <w:r>
        <w:rPr>
          <w:rFonts w:ascii="宋体 (中文正文)" w:eastAsia="宋体" w:hAnsi="宋体 (中文正文)"/>
          <w:sz w:val="28"/>
        </w:rPr>
        <w:t>车架号码：发动机号：</w:t>
      </w:r>
    </w:p>
    <w:p>
      <w:pPr>
        <w:spacing w:before="100" w:after="200" w:line="360" w:lineRule="auto"/>
        <w:ind w:firstLine="576"/>
        <w:jc w:val="left"/>
      </w:pPr>
      <w:r>
        <w:rPr>
          <w:rFonts w:ascii="宋体" w:eastAsia="宋体" w:hAnsi="宋体"/>
          <w:sz w:val="28"/>
        </w:rPr>
        <w:t>第二条、借款金额：人民币元整(大写)(小写)</w:t>
      </w:r>
    </w:p>
    <w:p>
      <w:pPr>
        <w:spacing w:before="100" w:after="200" w:line="360" w:lineRule="auto"/>
        <w:ind w:firstLine="576"/>
        <w:jc w:val="left"/>
      </w:pPr>
      <w:r>
        <w:rPr>
          <w:rFonts w:ascii="宋体" w:eastAsia="宋体" w:hAnsi="宋体"/>
          <w:sz w:val="28"/>
        </w:rPr>
        <w:t>第三条、借款期限：年月日至年月日。</w:t>
      </w:r>
    </w:p>
    <w:p>
      <w:pPr>
        <w:spacing w:before="100" w:after="200" w:line="360" w:lineRule="auto"/>
        <w:ind w:firstLine="576"/>
        <w:jc w:val="left"/>
      </w:pPr>
      <w:r>
        <w:rPr>
          <w:rFonts w:ascii="宋体" w:eastAsia="宋体" w:hAnsi="宋体"/>
          <w:sz w:val="28"/>
        </w:rPr>
        <w:t>第四条、如甲方未能履行此约定，乙方有权单方提前终止合同并向甲方追索借款本金、利息、综合费用及违约金，行使抵押权。</w:t>
      </w:r>
    </w:p>
    <w:p>
      <w:pPr>
        <w:spacing w:before="100" w:after="200" w:line="360" w:lineRule="auto"/>
        <w:ind w:firstLine="576"/>
        <w:jc w:val="left"/>
      </w:pPr>
      <w:r>
        <w:rPr>
          <w:rFonts w:ascii="宋体" w:eastAsia="宋体" w:hAnsi="宋体"/>
          <w:sz w:val="28"/>
        </w:rPr>
        <w:t>第五条、抵押的范围包括：</w:t>
      </w:r>
    </w:p>
    <w:p>
      <w:pPr>
        <w:spacing w:before="100" w:after="200" w:line="360" w:lineRule="auto"/>
        <w:ind w:firstLine="576"/>
        <w:jc w:val="left"/>
      </w:pPr>
      <w:r>
        <w:rPr>
          <w:rFonts w:ascii="宋体" w:eastAsia="宋体" w:hAnsi="宋体"/>
          <w:sz w:val="28"/>
        </w:rPr>
        <w:t>《机动车辆抵押借款合同书》项下的借款本息与综合服务费；实现债权和抵押权的费用（包括抵押登记费、律师费、诉讼费、申请执行费、拍卖或变卖费等）、罚息、以及应支付的违约金、赔偿金等。</w:t>
      </w:r>
    </w:p>
    <w:p>
      <w:pPr>
        <w:spacing w:before="100" w:after="200" w:line="360" w:lineRule="auto"/>
        <w:jc w:val="left"/>
      </w:pPr>
      <w:r>
        <w:rPr>
          <w:rFonts w:ascii="宋体 (中文正文)" w:eastAsia="宋体" w:hAnsi="宋体 (中文正文)"/>
          <w:sz w:val="28"/>
        </w:rPr>
        <w:t>第六条、双方责任：</w:t>
      </w:r>
    </w:p>
    <w:p>
      <w:pPr>
        <w:spacing w:before="100" w:after="200" w:line="360" w:lineRule="auto"/>
        <w:ind w:firstLine="576"/>
        <w:jc w:val="left"/>
      </w:pPr>
      <w:r>
        <w:rPr>
          <w:rFonts w:ascii="宋体" w:eastAsia="宋体" w:hAnsi="宋体"/>
          <w:sz w:val="28"/>
        </w:rPr>
        <w:t>1、甲方保证对抵押机动车辆依法享有所有权。在抵押前未将该质物转让抵押、抵押担保及依法保全等，无任何经济纠纷，如有纠纷甲方愿承担全部责任。</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2、抵押车辆在乙方保存。</w:t>
      </w:r>
    </w:p>
    <w:p>
      <w:pPr>
        <w:spacing w:before="100" w:after="200" w:line="360" w:lineRule="auto"/>
        <w:ind w:firstLine="576"/>
        <w:jc w:val="left"/>
      </w:pPr>
      <w:r>
        <w:rPr>
          <w:rFonts w:ascii="宋体" w:eastAsia="宋体" w:hAnsi="宋体"/>
          <w:sz w:val="28"/>
        </w:rPr>
        <w:t>3、抵押车辆的保险，由甲方到保险公司办理投保手续，保险费用由甲方负担。</w:t>
      </w:r>
    </w:p>
    <w:p>
      <w:pPr>
        <w:spacing w:before="100" w:after="200" w:line="360" w:lineRule="auto"/>
        <w:ind w:firstLine="576"/>
        <w:jc w:val="left"/>
      </w:pPr>
      <w:r>
        <w:rPr>
          <w:rFonts w:ascii="宋体" w:eastAsia="宋体" w:hAnsi="宋体"/>
          <w:sz w:val="28"/>
        </w:rPr>
        <w:t>4、在抵押期间，乙方须妥善保管甲方交付的抵押车辆。若是由于车辆自身原因或自然损坏、不可抗力等因素造成的车辆损失，免除乙方赔偿责任。</w:t>
      </w:r>
    </w:p>
    <w:p>
      <w:pPr>
        <w:spacing w:before="100" w:after="200" w:line="360" w:lineRule="auto"/>
        <w:ind w:firstLine="576"/>
        <w:jc w:val="left"/>
      </w:pPr>
      <w:r>
        <w:rPr>
          <w:rFonts w:ascii="宋体" w:eastAsia="宋体" w:hAnsi="宋体"/>
          <w:sz w:val="28"/>
        </w:rPr>
        <w:t>5、机动车抵押期间，如果价值有所减少，乙方认为有必要对机动车重新估价，甲方必须予以合作。重新估价后，乙方认为机动车价值不足以担保其债权时，甲方必须提前偿还部分或全部借款。</w:t>
      </w:r>
    </w:p>
    <w:p>
      <w:pPr>
        <w:spacing w:before="100" w:after="200" w:line="360" w:lineRule="auto"/>
        <w:ind w:firstLine="576"/>
        <w:jc w:val="left"/>
      </w:pPr>
      <w:r>
        <w:rPr>
          <w:rFonts w:ascii="宋体" w:eastAsia="宋体" w:hAnsi="宋体"/>
          <w:sz w:val="28"/>
        </w:rPr>
        <w:t>6、随车手续：由乙方保存。</w:t>
      </w:r>
    </w:p>
    <w:p>
      <w:pPr>
        <w:spacing w:before="100" w:after="200" w:line="360" w:lineRule="auto"/>
        <w:ind w:firstLine="576"/>
        <w:jc w:val="left"/>
      </w:pPr>
      <w:r>
        <w:rPr>
          <w:rFonts w:ascii="宋体" w:eastAsia="宋体" w:hAnsi="宋体"/>
          <w:sz w:val="28"/>
        </w:rPr>
        <w:t>7、乙方行使抵押权处理抵押车辆所得价款，不足清偿债务的，乙方有权另行追索。甲方承诺抵押物一旦被乙方行使抵押权，甲方无条件、无偿向乙方提供合法有效的过户手续。</w:t>
      </w:r>
    </w:p>
    <w:p>
      <w:pPr>
        <w:spacing w:before="100" w:after="200" w:line="360" w:lineRule="auto"/>
        <w:ind w:firstLine="576"/>
        <w:jc w:val="left"/>
      </w:pPr>
      <w:r>
        <w:rPr>
          <w:rFonts w:ascii="宋体" w:eastAsia="宋体" w:hAnsi="宋体"/>
          <w:sz w:val="28"/>
        </w:rPr>
        <w:t>第七条、甲乙双方在履行本合同中发生的争议，由双方协商解决。协商不成，须向乙方所在地人民法院起诉。</w:t>
      </w:r>
    </w:p>
    <w:p>
      <w:pPr>
        <w:spacing w:before="100" w:after="200" w:line="360" w:lineRule="auto"/>
        <w:ind w:firstLine="576"/>
        <w:jc w:val="left"/>
      </w:pPr>
      <w:r>
        <w:rPr>
          <w:rFonts w:ascii="宋体" w:eastAsia="宋体" w:hAnsi="宋体"/>
          <w:sz w:val="28"/>
        </w:rPr>
        <w:t>第八条、本合同在甲方还清借款本金、综合费用后，乙方将甲方提供的抵押物和证件等返还甲方。本合同自行终止。</w:t>
      </w:r>
    </w:p>
    <w:p>
      <w:pPr>
        <w:spacing w:before="100" w:after="200" w:line="360" w:lineRule="auto"/>
        <w:ind w:firstLine="576"/>
        <w:jc w:val="left"/>
      </w:pPr>
      <w:r>
        <w:rPr>
          <w:rFonts w:ascii="宋体" w:eastAsia="宋体" w:hAnsi="宋体"/>
          <w:sz w:val="28"/>
        </w:rPr>
        <w:t>第九条、本合同一式两份，甲、乙双方各执一份以资信守。本合同未尽事宜，双方以补充协议的方式另行约定。</w:t>
      </w:r>
    </w:p>
    <w:p>
      <w:pPr>
        <w:spacing w:before="100" w:after="200" w:line="360" w:lineRule="auto"/>
        <w:ind w:firstLine="576"/>
        <w:jc w:val="left"/>
      </w:pPr>
      <w:r>
        <w:rPr>
          <w:rFonts w:ascii="宋体" w:eastAsia="宋体" w:hAnsi="宋体"/>
          <w:sz w:val="28"/>
        </w:rPr>
        <w:t>第十条、提示条款</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甲方已阅读本合同所有条款，应甲方要求，乙方已经就合同条款做了相应说明，甲方对本合同所有条款的含义及相应的法律后果已全部知晓，并予以充分、准确无误的理解。</w:t>
      </w:r>
    </w:p>
    <w:p>
      <w:pPr>
        <w:spacing w:before="100" w:after="200" w:line="360" w:lineRule="auto"/>
        <w:ind w:firstLine="576"/>
        <w:jc w:val="left"/>
      </w:pPr>
      <w:r>
        <w:rPr>
          <w:rFonts w:ascii="宋体" w:eastAsia="宋体" w:hAnsi="宋体"/>
          <w:sz w:val="28"/>
        </w:rPr>
        <w:t>甲方(签字)：乙方(签字)：</w:t>
      </w:r>
    </w:p>
    <w:p>
      <w:pPr>
        <w:spacing w:before="100" w:after="200" w:line="360" w:lineRule="auto"/>
        <w:ind w:firstLine="576"/>
        <w:jc w:val="left"/>
      </w:pPr>
      <w:r>
        <w:rPr>
          <w:rFonts w:ascii="宋体" w:eastAsia="宋体" w:hAnsi="宋体"/>
          <w:sz w:val="28"/>
        </w:rPr>
        <w:t>年月日年月日</w:t>
      </w:r>
    </w:p>
    <w:p>
      <w:pPr>
        <w:spacing w:before="100" w:after="200" w:line="360" w:lineRule="auto"/>
        <w:jc w:val="left"/>
      </w:pPr>
      <w:r>
        <w:rPr>
          <w:rFonts w:ascii="宋体 (中文正文)" w:eastAsia="宋体" w:hAnsi="宋体 (中文正文)"/>
          <w:sz w:val="28"/>
        </w:rPr>
        <w:t>合同编号：</w:t>
      </w:r>
    </w:p>
    <w:p>
      <w:pPr>
        <w:spacing w:before="100" w:after="200" w:line="360" w:lineRule="auto"/>
        <w:ind w:firstLine="576"/>
        <w:jc w:val="left"/>
      </w:pPr>
      <w:r>
        <w:rPr>
          <w:rFonts w:ascii="宋体" w:eastAsia="宋体" w:hAnsi="宋体"/>
          <w:sz w:val="28"/>
        </w:rPr>
        <w:t>签约时间：________年____月____日</w:t>
      </w:r>
    </w:p>
    <w:p>
      <w:pPr>
        <w:spacing w:before="100" w:after="200" w:line="360" w:lineRule="auto"/>
        <w:jc w:val="left"/>
      </w:pPr>
      <w:r>
        <w:rPr>
          <w:rFonts w:ascii="宋体 (中文正文)" w:eastAsia="宋体" w:hAnsi="宋体 (中文正文)"/>
          <w:sz w:val="28"/>
        </w:rPr>
        <w:t>签约地点：</w:t>
      </w:r>
    </w:p>
    <w:p>
      <w:pPr>
        <w:spacing w:before="100" w:after="200" w:line="360" w:lineRule="auto"/>
        <w:ind w:firstLine="576"/>
        <w:jc w:val="left"/>
      </w:pPr>
      <w:r>
        <w:rPr>
          <w:rFonts w:ascii="宋体" w:eastAsia="宋体" w:hAnsi="宋体"/>
          <w:sz w:val="28"/>
        </w:rPr>
        <w:t>甲方(贷款方)：(以下简称“甲方”)</w:t>
      </w:r>
    </w:p>
    <w:p>
      <w:pPr>
        <w:spacing w:before="100" w:after="200" w:line="360" w:lineRule="auto"/>
        <w:jc w:val="left"/>
      </w:pPr>
      <w:r>
        <w:rPr>
          <w:rFonts w:ascii="宋体 (中文正文)" w:eastAsia="宋体" w:hAnsi="宋体 (中文正文)"/>
          <w:sz w:val="28"/>
        </w:rPr>
        <w:t>住所地：</w:t>
      </w:r>
    </w:p>
    <w:p>
      <w:pPr>
        <w:spacing w:before="100" w:after="200" w:line="360" w:lineRule="auto"/>
        <w:jc w:val="left"/>
      </w:pPr>
      <w:r>
        <w:rPr>
          <w:rFonts w:ascii="宋体 (中文正文)" w:eastAsia="宋体" w:hAnsi="宋体 (中文正文)"/>
          <w:sz w:val="28"/>
        </w:rPr>
        <w:t>身份证件类型及号码：</w:t>
      </w:r>
    </w:p>
    <w:p>
      <w:pPr>
        <w:spacing w:before="100" w:after="200" w:line="360" w:lineRule="auto"/>
        <w:jc w:val="left"/>
      </w:pPr>
      <w:r>
        <w:rPr>
          <w:rFonts w:ascii="宋体 (中文正文)" w:eastAsia="宋体" w:hAnsi="宋体 (中文正文)"/>
          <w:sz w:val="28"/>
        </w:rPr>
        <w:t>开户银行：</w:t>
      </w:r>
    </w:p>
    <w:p>
      <w:pPr>
        <w:spacing w:before="100" w:after="200" w:line="360" w:lineRule="auto"/>
        <w:jc w:val="left"/>
      </w:pPr>
      <w:r>
        <w:rPr>
          <w:rFonts w:ascii="宋体 (中文正文)" w:eastAsia="宋体" w:hAnsi="宋体 (中文正文)"/>
          <w:sz w:val="28"/>
        </w:rPr>
        <w:t>账号：</w:t>
      </w:r>
    </w:p>
    <w:p>
      <w:pPr>
        <w:spacing w:before="100" w:after="200" w:line="360" w:lineRule="auto"/>
        <w:ind w:firstLine="576"/>
        <w:jc w:val="left"/>
      </w:pPr>
      <w:r>
        <w:rPr>
          <w:rFonts w:ascii="宋体" w:eastAsia="宋体" w:hAnsi="宋体"/>
          <w:sz w:val="28"/>
        </w:rPr>
        <w:t>乙方(借款方)：(以下简称“乙方”)</w:t>
      </w:r>
    </w:p>
    <w:p>
      <w:pPr>
        <w:spacing w:before="100" w:after="200" w:line="360" w:lineRule="auto"/>
        <w:jc w:val="left"/>
      </w:pPr>
      <w:r>
        <w:rPr>
          <w:rFonts w:ascii="宋体 (中文正文)" w:eastAsia="宋体" w:hAnsi="宋体 (中文正文)"/>
          <w:sz w:val="28"/>
        </w:rPr>
        <w:t>住所地：</w:t>
      </w:r>
    </w:p>
    <w:p>
      <w:pPr>
        <w:spacing w:before="100" w:after="200" w:line="360" w:lineRule="auto"/>
        <w:ind w:firstLine="576"/>
        <w:jc w:val="left"/>
      </w:pPr>
      <w:r>
        <w:rPr>
          <w:rFonts w:ascii="宋体" w:eastAsia="宋体" w:hAnsi="宋体"/>
          <w:sz w:val="28"/>
        </w:rPr>
        <w:t>法定代表人/主要负责人：</w:t>
      </w:r>
    </w:p>
    <w:p>
      <w:pPr>
        <w:spacing w:before="100" w:after="200" w:line="360" w:lineRule="auto"/>
        <w:jc w:val="left"/>
      </w:pPr>
      <w:r>
        <w:rPr>
          <w:rFonts w:ascii="宋体 (中文正文)" w:eastAsia="宋体" w:hAnsi="宋体 (中文正文)"/>
          <w:sz w:val="28"/>
        </w:rPr>
        <w:t>开户银行：</w:t>
      </w:r>
    </w:p>
    <w:p>
      <w:pPr>
        <w:spacing w:before="100" w:after="200" w:line="360" w:lineRule="auto"/>
        <w:jc w:val="left"/>
      </w:pPr>
      <w:r>
        <w:rPr>
          <w:rFonts w:ascii="宋体 (中文正文)" w:eastAsia="宋体" w:hAnsi="宋体 (中文正文)"/>
          <w:sz w:val="28"/>
        </w:rPr>
        <w:t>银行账号：</w:t>
      </w:r>
    </w:p>
    <w:p>
      <w:pPr>
        <w:spacing w:before="100" w:after="200" w:line="360" w:lineRule="auto"/>
        <w:ind w:firstLine="576"/>
        <w:jc w:val="left"/>
      </w:pPr>
      <w:r>
        <w:rPr>
          <w:rFonts w:ascii="宋体" w:eastAsia="宋体" w:hAnsi="宋体"/>
          <w:sz w:val="28"/>
        </w:rPr>
        <w:t>根据《中华人民共和国合同法》及其他相关法律、法规之规定，甲乙双方本着“互惠互利、共同发展”的原则，在平等自愿的基础上，就乙方向甲方借款事宜，达成如下借款协议：</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第一条借款金额</w:t>
      </w:r>
    </w:p>
    <w:p>
      <w:pPr>
        <w:spacing w:before="100" w:after="200" w:line="360" w:lineRule="auto"/>
        <w:ind w:firstLine="576"/>
        <w:jc w:val="left"/>
      </w:pPr>
      <w:r>
        <w:rPr>
          <w:rFonts w:ascii="宋体" w:eastAsia="宋体" w:hAnsi="宋体"/>
          <w:sz w:val="28"/>
        </w:rPr>
        <w:t>乙方因进行生产经营活动存在资金缺口，特向甲方申请借款用于公司正常经营。甲方应乙方申请，同意借出金额￥元(大写：)。</w:t>
      </w:r>
    </w:p>
    <w:p>
      <w:pPr>
        <w:spacing w:before="100" w:after="200" w:line="360" w:lineRule="auto"/>
        <w:ind w:firstLine="576"/>
        <w:jc w:val="left"/>
      </w:pPr>
      <w:r>
        <w:rPr>
          <w:rFonts w:ascii="宋体" w:eastAsia="宋体" w:hAnsi="宋体"/>
          <w:sz w:val="28"/>
        </w:rPr>
        <w:t>第二条借款用途</w:t>
      </w:r>
    </w:p>
    <w:p>
      <w:pPr>
        <w:spacing w:before="100" w:after="200" w:line="360" w:lineRule="auto"/>
        <w:ind w:firstLine="576"/>
        <w:jc w:val="left"/>
      </w:pPr>
      <w:r>
        <w:rPr>
          <w:rFonts w:ascii="宋体" w:eastAsia="宋体" w:hAnsi="宋体"/>
          <w:sz w:val="28"/>
        </w:rPr>
        <w:t>乙方承诺将本协议所约定借款，仅用于经营.</w:t>
      </w:r>
    </w:p>
    <w:p>
      <w:pPr>
        <w:spacing w:before="100" w:after="200" w:line="360" w:lineRule="auto"/>
        <w:ind w:firstLine="576"/>
        <w:jc w:val="left"/>
      </w:pPr>
      <w:r>
        <w:rPr>
          <w:rFonts w:ascii="宋体" w:eastAsia="宋体" w:hAnsi="宋体"/>
          <w:sz w:val="28"/>
        </w:rPr>
        <w:t>第三条借款利息及其支付方式</w:t>
      </w:r>
    </w:p>
    <w:p>
      <w:pPr>
        <w:spacing w:before="100" w:after="200" w:line="360" w:lineRule="auto"/>
        <w:ind w:firstLine="576"/>
        <w:jc w:val="left"/>
      </w:pPr>
      <w:r>
        <w:rPr>
          <w:rFonts w:ascii="宋体" w:eastAsia="宋体" w:hAnsi="宋体"/>
          <w:sz w:val="28"/>
        </w:rPr>
        <w:t>1、利息以借款本金为基数，按年率计算。</w:t>
      </w:r>
    </w:p>
    <w:p>
      <w:pPr>
        <w:spacing w:before="100" w:after="200" w:line="360" w:lineRule="auto"/>
        <w:ind w:firstLine="576"/>
        <w:jc w:val="left"/>
      </w:pPr>
      <w:r>
        <w:rPr>
          <w:rFonts w:ascii="宋体" w:eastAsia="宋体" w:hAnsi="宋体"/>
          <w:sz w:val="28"/>
        </w:rPr>
        <w:t>利息支付方式：按月付息，</w:t>
      </w:r>
    </w:p>
    <w:p>
      <w:pPr>
        <w:spacing w:before="100" w:after="200" w:line="360" w:lineRule="auto"/>
        <w:ind w:firstLine="576"/>
        <w:jc w:val="left"/>
      </w:pPr>
      <w:r>
        <w:rPr>
          <w:rFonts w:ascii="宋体" w:eastAsia="宋体" w:hAnsi="宋体"/>
          <w:sz w:val="28"/>
        </w:rPr>
        <w:t>第四条借款期限</w:t>
      </w:r>
    </w:p>
    <w:p>
      <w:pPr>
        <w:spacing w:before="100" w:after="200" w:line="360" w:lineRule="auto"/>
        <w:ind w:firstLine="576"/>
        <w:jc w:val="left"/>
      </w:pPr>
      <w:r>
        <w:rPr>
          <w:rFonts w:ascii="宋体" w:eastAsia="宋体" w:hAnsi="宋体"/>
          <w:sz w:val="28"/>
        </w:rPr>
        <w:t>借款期限自________年____月____日至________年月____日。</w:t>
      </w:r>
    </w:p>
    <w:p>
      <w:pPr>
        <w:spacing w:before="100" w:after="200" w:line="360" w:lineRule="auto"/>
        <w:ind w:firstLine="576"/>
        <w:jc w:val="left"/>
      </w:pPr>
      <w:r>
        <w:rPr>
          <w:rFonts w:ascii="宋体" w:eastAsia="宋体" w:hAnsi="宋体"/>
          <w:sz w:val="28"/>
        </w:rPr>
        <w:t>第五条还款方式</w:t>
      </w:r>
    </w:p>
    <w:p>
      <w:pPr>
        <w:spacing w:before="100" w:after="200" w:line="360" w:lineRule="auto"/>
        <w:ind w:firstLine="576"/>
        <w:jc w:val="left"/>
      </w:pPr>
      <w:r>
        <w:rPr>
          <w:rFonts w:ascii="宋体" w:eastAsia="宋体" w:hAnsi="宋体"/>
          <w:sz w:val="28"/>
        </w:rPr>
        <w:t>乙方应于________年____月____日前以现金或银行转账方式一次性返还借款本金，利息部分按本协议第三条约定方式返还。</w:t>
      </w:r>
    </w:p>
    <w:p>
      <w:pPr>
        <w:spacing w:before="100" w:after="200" w:line="360" w:lineRule="auto"/>
        <w:ind w:firstLine="576"/>
        <w:jc w:val="left"/>
      </w:pPr>
      <w:r>
        <w:rPr>
          <w:rFonts w:ascii="宋体" w:eastAsia="宋体" w:hAnsi="宋体"/>
          <w:sz w:val="28"/>
        </w:rPr>
        <w:t>第六条保证条款</w:t>
      </w:r>
    </w:p>
    <w:p>
      <w:pPr>
        <w:spacing w:before="100" w:after="200" w:line="360" w:lineRule="auto"/>
        <w:ind w:firstLine="576"/>
        <w:jc w:val="left"/>
      </w:pPr>
      <w:r>
        <w:rPr>
          <w:rFonts w:ascii="宋体" w:eastAsia="宋体" w:hAnsi="宋体"/>
          <w:sz w:val="28"/>
        </w:rPr>
        <w:t>1、乙方必须按照借款合同规定的用途使用借款，不得挪作他用，不得用借款进行违法活动，否则甲方有权提前收回资金，同时乙方应支付甲方本协议借款金额20%的违约金。</w:t>
      </w:r>
    </w:p>
    <w:p>
      <w:pPr>
        <w:spacing w:before="100" w:after="200" w:line="360" w:lineRule="auto"/>
        <w:ind w:firstLine="576"/>
        <w:jc w:val="left"/>
      </w:pPr>
      <w:r>
        <w:rPr>
          <w:rFonts w:ascii="宋体" w:eastAsia="宋体" w:hAnsi="宋体"/>
          <w:sz w:val="28"/>
        </w:rPr>
        <w:t>2、无论任何原因，乙方都必须按照合同规定的期限还本付息。</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3、乙方有义务接受甲方的检查、监督贷款的使用情况，了解乙方的计划执行、经营管理、财务活动、物资库存等情况。乙方应提供有关的计划、统计、财务会计报表及资料。</w:t>
      </w:r>
    </w:p>
    <w:p>
      <w:pPr>
        <w:spacing w:before="100" w:after="200" w:line="360" w:lineRule="auto"/>
        <w:ind w:firstLine="576"/>
        <w:jc w:val="left"/>
      </w:pPr>
      <w:r>
        <w:rPr>
          <w:rFonts w:ascii="宋体" w:eastAsia="宋体" w:hAnsi="宋体"/>
          <w:sz w:val="28"/>
        </w:rPr>
        <w:t>4、由于经营管理不善而关闭、破产，确实无法履行合同的，在处理财产时，除了按国家规定用于人员工资和必要的维护费用时，应优先偿还本协议所约定贷款本息。</w:t>
      </w:r>
    </w:p>
    <w:p>
      <w:pPr>
        <w:spacing w:before="100" w:after="200" w:line="360" w:lineRule="auto"/>
        <w:ind w:firstLine="576"/>
        <w:jc w:val="left"/>
      </w:pPr>
      <w:r>
        <w:rPr>
          <w:rFonts w:ascii="宋体" w:eastAsia="宋体" w:hAnsi="宋体"/>
          <w:sz w:val="28"/>
        </w:rPr>
        <w:t>5、发生对本协议的债务履行有不利影响的事件，包括但不限于涉及诉讼、仲裁、刑事追究、行政处罚、停业、歇业、解散、被宣告破产、被吊销营业执照、被撤销、财务状况恶化等，乙方应在前述事件发生或可能发生之日起三日内书面通知甲方，否则甲方有权提前收回资金，同时乙方应支付甲方本协议借款金额20%的违约金。</w:t>
      </w:r>
    </w:p>
    <w:p>
      <w:pPr>
        <w:spacing w:before="100" w:after="200" w:line="360" w:lineRule="auto"/>
        <w:ind w:firstLine="576"/>
        <w:jc w:val="left"/>
      </w:pPr>
      <w:r>
        <w:rPr>
          <w:rFonts w:ascii="宋体" w:eastAsia="宋体" w:hAnsi="宋体"/>
          <w:sz w:val="28"/>
        </w:rPr>
        <w:t>第七条违约责任</w:t>
      </w:r>
    </w:p>
    <w:p>
      <w:pPr>
        <w:spacing w:before="100" w:after="200" w:line="360" w:lineRule="auto"/>
        <w:ind w:firstLine="576"/>
        <w:jc w:val="left"/>
      </w:pPr>
      <w:r>
        <w:rPr>
          <w:rFonts w:ascii="宋体" w:eastAsia="宋体" w:hAnsi="宋体"/>
          <w:sz w:val="28"/>
        </w:rPr>
        <w:t>1、甲、乙双方应严格履行本协议的约定。任何一方不履行或不完全履行所约定义务的，应当承担相应的违约责任，并赔偿由此给对方造成的损失。</w:t>
      </w:r>
    </w:p>
    <w:p>
      <w:pPr>
        <w:spacing w:before="100" w:after="200" w:line="360" w:lineRule="auto"/>
        <w:ind w:firstLine="576"/>
        <w:jc w:val="left"/>
      </w:pPr>
      <w:r>
        <w:rPr>
          <w:rFonts w:ascii="宋体" w:eastAsia="宋体" w:hAnsi="宋体"/>
          <w:sz w:val="28"/>
        </w:rPr>
        <w:t>2、乙方应当严格按照本协议约定向甲方履行还款付息等义务。乙方若未按期付息，甲方有权单方面解除本协议并追偿乙方所欠本金及利息。乙方若在超出约定还款期________年____月____日未能归还本金，则按每日千分之一计提罚息支付甲方，直至乙方付清所欠甲方本金、利息、罚息等全部款项。</w:t>
      </w:r>
    </w:p>
    <w:p>
      <w:pPr>
        <w:spacing w:before="100" w:after="200" w:line="360" w:lineRule="auto"/>
        <w:ind w:firstLine="576"/>
        <w:jc w:val="left"/>
      </w:pPr>
      <w:r>
        <w:rPr>
          <w:rFonts w:ascii="宋体" w:eastAsia="宋体" w:hAnsi="宋体"/>
          <w:sz w:val="28"/>
        </w:rPr>
        <w:t>3、在本协议履行过程中，如发生以下情形之一的，也即视为乙方违约：</w:t>
      </w:r>
    </w:p>
    <w:p>
      <w:pPr>
        <w:spacing w:before="100" w:after="200" w:line="360" w:lineRule="auto"/>
        <w:ind w:firstLine="576"/>
        <w:jc w:val="left"/>
      </w:pPr>
      <w:r>
        <w:rPr>
          <w:rFonts w:ascii="宋体" w:eastAsia="宋体" w:hAnsi="宋体"/>
          <w:sz w:val="28"/>
        </w:rPr>
        <w:t>3.1甲方债权存续期间，乙方明确表示或者以自己的行为表明其不能按照或未按照本协议的约定履行义务;</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3.2乙方没有履行本协议约定的任何一项保证;</w:t>
      </w:r>
    </w:p>
    <w:p>
      <w:pPr>
        <w:spacing w:before="100" w:after="200" w:line="360" w:lineRule="auto"/>
        <w:ind w:firstLine="576"/>
        <w:jc w:val="left"/>
      </w:pPr>
      <w:r>
        <w:rPr>
          <w:rFonts w:ascii="宋体" w:eastAsia="宋体" w:hAnsi="宋体"/>
          <w:sz w:val="28"/>
        </w:rPr>
        <w:t>3.3乙方停业、歇业、被宣告破产、解散、被吊销营业执照、被撤销或发生对乙方经营或财产状况产生不利后果的任何诉讼、仲裁或刑事、行政处罚，乙方认为可能或已经影响或损害甲方在本协议项下的权益;</w:t>
      </w:r>
    </w:p>
    <w:p>
      <w:pPr>
        <w:spacing w:before="100" w:after="200" w:line="360" w:lineRule="auto"/>
        <w:ind w:firstLine="576"/>
        <w:jc w:val="left"/>
      </w:pPr>
      <w:r>
        <w:rPr>
          <w:rFonts w:ascii="宋体" w:eastAsia="宋体" w:hAnsi="宋体"/>
          <w:sz w:val="28"/>
        </w:rPr>
        <w:t>3.4乙方住所、营业范围、法定代表人等工商登记事项发生变更或对外发生重大投资等情况使乙方债权实现受到严重影响或威胁的;</w:t>
      </w:r>
    </w:p>
    <w:p>
      <w:pPr>
        <w:spacing w:before="100" w:after="200" w:line="360" w:lineRule="auto"/>
        <w:ind w:firstLine="576"/>
        <w:jc w:val="left"/>
      </w:pPr>
      <w:r>
        <w:rPr>
          <w:rFonts w:ascii="宋体" w:eastAsia="宋体" w:hAnsi="宋体"/>
          <w:sz w:val="28"/>
        </w:rPr>
        <w:t>3.5乙方发生重大财务亏损、资产损失或因其对外担保而发生资产损失，或其他财务危机，甲方认为可能或已经影响或损害甲方在本协议项下的权益;</w:t>
      </w:r>
    </w:p>
    <w:p>
      <w:pPr>
        <w:spacing w:before="100" w:after="200" w:line="360" w:lineRule="auto"/>
        <w:ind w:firstLine="576"/>
        <w:jc w:val="left"/>
      </w:pPr>
      <w:r>
        <w:rPr>
          <w:rFonts w:ascii="宋体" w:eastAsia="宋体" w:hAnsi="宋体"/>
          <w:sz w:val="28"/>
        </w:rPr>
        <w:t>3.6乙方擅自改变授信用途;</w:t>
      </w:r>
    </w:p>
    <w:p>
      <w:pPr>
        <w:spacing w:before="100" w:after="200" w:line="360" w:lineRule="auto"/>
        <w:ind w:firstLine="576"/>
        <w:jc w:val="left"/>
      </w:pPr>
      <w:r>
        <w:rPr>
          <w:rFonts w:ascii="宋体" w:eastAsia="宋体" w:hAnsi="宋体"/>
          <w:sz w:val="28"/>
        </w:rPr>
        <w:t>3.7乙方控股股东及其他关联公司经营或财务方面出现重大危机，或乙方与控股股东及其他关联公司之间发生重大关联交易，影响乙方正常经营的;</w:t>
      </w:r>
    </w:p>
    <w:p>
      <w:pPr>
        <w:spacing w:before="100" w:after="200" w:line="360" w:lineRule="auto"/>
        <w:ind w:firstLine="576"/>
        <w:jc w:val="left"/>
      </w:pPr>
      <w:r>
        <w:rPr>
          <w:rFonts w:ascii="宋体" w:eastAsia="宋体" w:hAnsi="宋体"/>
          <w:sz w:val="28"/>
        </w:rPr>
        <w:t>3.8乙方所处的行业发生不利变化，使甲方债权实现受到严重影响或威胁的;</w:t>
      </w:r>
    </w:p>
    <w:p>
      <w:pPr>
        <w:spacing w:before="100" w:after="200" w:line="360" w:lineRule="auto"/>
        <w:ind w:firstLine="576"/>
        <w:jc w:val="left"/>
      </w:pPr>
      <w:r>
        <w:rPr>
          <w:rFonts w:ascii="宋体" w:eastAsia="宋体" w:hAnsi="宋体"/>
          <w:sz w:val="28"/>
        </w:rPr>
        <w:t>3.9乙方高级管理人员涉嫌重大贪污、受贿、舞弊或违法经营案件，甲方认为可能或已经影响或损害甲方在本协议项下的权益;</w:t>
      </w:r>
    </w:p>
    <w:p>
      <w:pPr>
        <w:spacing w:before="100" w:after="200" w:line="360" w:lineRule="auto"/>
        <w:ind w:firstLine="576"/>
        <w:jc w:val="left"/>
      </w:pPr>
      <w:r>
        <w:rPr>
          <w:rFonts w:ascii="宋体" w:eastAsia="宋体" w:hAnsi="宋体"/>
          <w:sz w:val="28"/>
        </w:rPr>
        <w:t>3.10乙方对其他债权人发生违约情形，影响甲方债权实现的;</w:t>
      </w:r>
    </w:p>
    <w:p>
      <w:pPr>
        <w:spacing w:before="100" w:after="200" w:line="360" w:lineRule="auto"/>
        <w:ind w:firstLine="576"/>
        <w:jc w:val="left"/>
      </w:pPr>
      <w:r>
        <w:rPr>
          <w:rFonts w:ascii="宋体" w:eastAsia="宋体" w:hAnsi="宋体"/>
          <w:sz w:val="28"/>
        </w:rPr>
        <w:t>3.11乙方发生危及、损害或可能危及、损害乙方权益的其它事件。</w:t>
      </w:r>
    </w:p>
    <w:p>
      <w:pPr>
        <w:spacing w:before="100" w:after="200" w:line="360" w:lineRule="auto"/>
        <w:ind w:firstLine="576"/>
        <w:jc w:val="left"/>
      </w:pPr>
      <w:r>
        <w:rPr>
          <w:rFonts w:ascii="宋体" w:eastAsia="宋体" w:hAnsi="宋体"/>
          <w:sz w:val="28"/>
        </w:rPr>
        <w:t>4、出现上述第3款情形之一，甲方有权行使下述一项或几项措施，乙方对此没有异议：</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4.1调整、取消或中止本协议项下的借款金额;</w:t>
      </w:r>
    </w:p>
    <w:p>
      <w:pPr>
        <w:spacing w:before="100" w:after="200" w:line="360" w:lineRule="auto"/>
        <w:ind w:firstLine="576"/>
        <w:jc w:val="left"/>
      </w:pPr>
      <w:r>
        <w:rPr>
          <w:rFonts w:ascii="宋体" w:eastAsia="宋体" w:hAnsi="宋体"/>
          <w:sz w:val="28"/>
        </w:rPr>
        <w:t>4.2宣布乙方在本协议项下的债务全部或部分立即到期，要求乙方立即偿还全部或部分借款金额;</w:t>
      </w:r>
    </w:p>
    <w:p>
      <w:pPr>
        <w:spacing w:before="100" w:after="200" w:line="360" w:lineRule="auto"/>
        <w:ind w:firstLine="576"/>
        <w:jc w:val="left"/>
      </w:pPr>
      <w:r>
        <w:rPr>
          <w:rFonts w:ascii="宋体" w:eastAsia="宋体" w:hAnsi="宋体"/>
          <w:sz w:val="28"/>
        </w:rPr>
        <w:t>4.3要求乙方追加担保，或采取其他措施确保甲方的合法权益不受侵害;</w:t>
      </w:r>
    </w:p>
    <w:p>
      <w:pPr>
        <w:spacing w:before="100" w:after="200" w:line="360" w:lineRule="auto"/>
        <w:ind w:firstLine="576"/>
        <w:jc w:val="left"/>
      </w:pPr>
      <w:r>
        <w:rPr>
          <w:rFonts w:ascii="宋体" w:eastAsia="宋体" w:hAnsi="宋体"/>
          <w:sz w:val="28"/>
        </w:rPr>
        <w:t>5、甲方因实现债权所发生的各项费用(包括但不限于诉讼费、差旅费、律师费、财产保全费、公证费、认证费、翻译费、评估拍卖费等)，均由乙方承担。</w:t>
      </w:r>
    </w:p>
    <w:p>
      <w:pPr>
        <w:spacing w:before="100" w:after="200" w:line="360" w:lineRule="auto"/>
        <w:ind w:firstLine="576"/>
        <w:jc w:val="left"/>
      </w:pPr>
      <w:r>
        <w:rPr>
          <w:rFonts w:ascii="宋体" w:eastAsia="宋体" w:hAnsi="宋体"/>
          <w:sz w:val="28"/>
        </w:rPr>
        <w:t>第八条不可抗力</w:t>
      </w:r>
    </w:p>
    <w:p>
      <w:pPr>
        <w:spacing w:before="100" w:after="200" w:line="360" w:lineRule="auto"/>
        <w:ind w:firstLine="576"/>
        <w:jc w:val="left"/>
      </w:pPr>
      <w:r>
        <w:rPr>
          <w:rFonts w:ascii="宋体" w:eastAsia="宋体" w:hAnsi="宋体"/>
          <w:sz w:val="28"/>
        </w:rPr>
        <w:t>本协议履行期间，乙方如遇不可抗力情形，甲方有权要求乙方立即偿还全部或部分借款资金。</w:t>
      </w:r>
    </w:p>
    <w:p>
      <w:pPr>
        <w:spacing w:before="100" w:after="200" w:line="360" w:lineRule="auto"/>
        <w:ind w:firstLine="576"/>
        <w:jc w:val="left"/>
      </w:pPr>
      <w:r>
        <w:rPr>
          <w:rFonts w:ascii="宋体" w:eastAsia="宋体" w:hAnsi="宋体"/>
          <w:sz w:val="28"/>
        </w:rPr>
        <w:t>第九条争议解决方式</w:t>
      </w:r>
    </w:p>
    <w:p>
      <w:pPr>
        <w:spacing w:before="100" w:after="200" w:line="360" w:lineRule="auto"/>
        <w:ind w:firstLine="576"/>
        <w:jc w:val="left"/>
      </w:pPr>
      <w:r>
        <w:rPr>
          <w:rFonts w:ascii="宋体" w:eastAsia="宋体" w:hAnsi="宋体"/>
          <w:sz w:val="28"/>
        </w:rPr>
        <w:t>凡因本协议产生的及与本协议有关的争议，甲乙双方均应协商解决;协商不成的，向合</w:t>
      </w:r>
    </w:p>
    <w:p>
      <w:pPr>
        <w:spacing w:before="100" w:after="200" w:line="360" w:lineRule="auto"/>
        <w:ind w:firstLine="576"/>
        <w:jc w:val="left"/>
      </w:pPr>
      <w:r>
        <w:rPr>
          <w:rFonts w:ascii="宋体" w:eastAsia="宋体" w:hAnsi="宋体"/>
          <w:sz w:val="28"/>
        </w:rPr>
        <w:t>同签订地法院提起诉讼。</w:t>
      </w:r>
    </w:p>
    <w:p>
      <w:pPr>
        <w:spacing w:before="100" w:after="200" w:line="360" w:lineRule="auto"/>
        <w:ind w:firstLine="576"/>
        <w:jc w:val="left"/>
      </w:pPr>
      <w:r>
        <w:rPr>
          <w:rFonts w:ascii="宋体" w:eastAsia="宋体" w:hAnsi="宋体"/>
          <w:sz w:val="28"/>
        </w:rPr>
        <w:t>第十条其他</w:t>
      </w:r>
    </w:p>
    <w:p>
      <w:pPr>
        <w:spacing w:before="100" w:after="200" w:line="360" w:lineRule="auto"/>
        <w:ind w:firstLine="576"/>
        <w:jc w:val="left"/>
      </w:pPr>
      <w:r>
        <w:rPr>
          <w:rFonts w:ascii="宋体" w:eastAsia="宋体" w:hAnsi="宋体"/>
          <w:sz w:val="28"/>
        </w:rPr>
        <w:t>1、甲方已采取合理方式提请乙方注意本协议项下免除或限制其责任的条款，并按乙方要求对有关条款予以充分说明;甲乙双方对本协议所有条款内容的理解不存在异议。</w:t>
      </w:r>
    </w:p>
    <w:p>
      <w:pPr>
        <w:spacing w:before="100" w:after="200" w:line="360" w:lineRule="auto"/>
        <w:ind w:firstLine="576"/>
        <w:jc w:val="left"/>
      </w:pPr>
      <w:r>
        <w:rPr>
          <w:rFonts w:ascii="宋体" w:eastAsia="宋体" w:hAnsi="宋体"/>
          <w:sz w:val="28"/>
        </w:rPr>
        <w:t>2、本协议一式肆份，甲乙双方各执两份。</w:t>
      </w:r>
    </w:p>
    <w:p>
      <w:pPr>
        <w:spacing w:before="100" w:after="200" w:line="360" w:lineRule="auto"/>
        <w:ind w:firstLine="576"/>
        <w:jc w:val="left"/>
      </w:pPr>
      <w:r>
        <w:rPr>
          <w:rFonts w:ascii="宋体" w:eastAsia="宋体" w:hAnsi="宋体"/>
          <w:sz w:val="28"/>
        </w:rPr>
        <w:t>(以下无正文，为签署区)</w:t>
      </w:r>
    </w:p>
    <w:p>
      <w:pPr>
        <w:spacing w:before="100" w:after="200" w:line="360" w:lineRule="auto"/>
        <w:jc w:val="left"/>
        <w:sectPr w:rsidSect="00034616">
          <w:type w:val="nextPage"/>
          <w:pgSz w:w="11906" w:h="16838"/>
          <w:pgMar w:top="1440" w:right="1440" w:bottom="1440" w:left="1440" w:header="720" w:footer="720" w:gutter="0"/>
          <w:pgNumType w:start="7"/>
          <w:cols w:space="720"/>
          <w:titlePg w:val="0"/>
          <w:docGrid w:linePitch="360"/>
        </w:sectPr>
      </w:pPr>
      <w:r>
        <w:rPr>
          <w:rFonts w:ascii="宋体 (中文正文)" w:eastAsia="宋体" w:hAnsi="宋体 (中文正文)"/>
          <w:sz w:val="28"/>
        </w:rPr>
        <w:t>甲方(签章)：</w:t>
      </w:r>
    </w:p>
    <w:p>
      <w:pPr>
        <w:spacing w:before="100" w:after="200" w:line="360" w:lineRule="auto"/>
        <w:jc w:val="left"/>
      </w:pPr>
      <w:r>
        <w:rPr>
          <w:rFonts w:ascii="宋体 (中文正文)" w:eastAsia="宋体" w:hAnsi="宋体 (中文正文)"/>
          <w:sz w:val="28"/>
        </w:rPr>
        <w:t>乙方(签章)：</w:t>
      </w:r>
    </w:p>
    <w:p>
      <w:pPr>
        <w:spacing w:before="100" w:after="200" w:line="360" w:lineRule="auto"/>
        <w:jc w:val="left"/>
      </w:pPr>
      <w:r>
        <w:rPr>
          <w:rFonts w:ascii="宋体 (中文正文)" w:eastAsia="宋体" w:hAnsi="宋体 (中文正文)"/>
          <w:sz w:val="28"/>
        </w:rPr>
        <w:t>委托人(签章)：</w:t>
      </w:r>
    </w:p>
    <w:p>
      <w:pPr>
        <w:spacing w:before="100" w:after="200" w:line="360" w:lineRule="auto"/>
        <w:ind w:firstLine="576"/>
        <w:jc w:val="left"/>
      </w:pPr>
      <w:r>
        <w:rPr>
          <w:rFonts w:ascii="宋体" w:eastAsia="宋体" w:hAnsi="宋体"/>
          <w:sz w:val="28"/>
        </w:rPr>
        <w:t>法人或授权代表(签章)：</w:t>
      </w:r>
    </w:p>
    <w:p>
      <w:pPr>
        <w:spacing w:before="100" w:after="200" w:line="360" w:lineRule="auto"/>
        <w:ind w:firstLine="576"/>
        <w:jc w:val="left"/>
      </w:pPr>
      <w:r>
        <w:rPr>
          <w:rFonts w:ascii="宋体" w:eastAsia="宋体" w:hAnsi="宋体"/>
          <w:sz w:val="28"/>
        </w:rPr>
        <w:t>签约时间：________年____月____日</w:t>
      </w:r>
    </w:p>
    <w:p>
      <w:pPr>
        <w:spacing w:before="100" w:after="200" w:line="360" w:lineRule="auto"/>
        <w:ind w:firstLine="576"/>
        <w:jc w:val="left"/>
      </w:pPr>
      <w:r>
        <w:rPr>
          <w:rFonts w:ascii="宋体" w:eastAsia="宋体" w:hAnsi="宋体"/>
          <w:sz w:val="28"/>
        </w:rPr>
        <w:t>签约时间：________年____月____日</w:t>
      </w:r>
    </w:p>
    <w:p>
      <w:pPr>
        <w:spacing w:before="100" w:after="200" w:line="360" w:lineRule="auto"/>
        <w:jc w:val="left"/>
      </w:pPr>
      <w:r>
        <w:rPr>
          <w:rFonts w:ascii="宋体 (中文正文)" w:eastAsia="宋体" w:hAnsi="宋体 (中文正文)"/>
          <w:sz w:val="28"/>
        </w:rPr>
        <w:t>甲方：</w:t>
      </w:r>
    </w:p>
    <w:p>
      <w:pPr>
        <w:spacing w:before="100" w:after="200" w:line="360" w:lineRule="auto"/>
        <w:ind w:firstLine="576"/>
        <w:jc w:val="left"/>
      </w:pPr>
      <w:r>
        <w:rPr>
          <w:rFonts w:ascii="宋体" w:eastAsia="宋体" w:hAnsi="宋体"/>
          <w:sz w:val="28"/>
        </w:rPr>
        <w:t>（实习单位）</w:t>
      </w:r>
    </w:p>
    <w:p>
      <w:pPr>
        <w:spacing w:before="100" w:after="200" w:line="360" w:lineRule="auto"/>
        <w:jc w:val="left"/>
      </w:pPr>
      <w:r>
        <w:rPr>
          <w:rFonts w:ascii="宋体 (中文正文)" w:eastAsia="宋体" w:hAnsi="宋体 (中文正文)"/>
          <w:sz w:val="28"/>
        </w:rPr>
        <w:t>乙方：</w:t>
      </w:r>
    </w:p>
    <w:p>
      <w:pPr>
        <w:spacing w:before="100" w:after="200" w:line="360" w:lineRule="auto"/>
        <w:ind w:firstLine="576"/>
        <w:jc w:val="left"/>
      </w:pPr>
      <w:r>
        <w:rPr>
          <w:rFonts w:ascii="宋体" w:eastAsia="宋体" w:hAnsi="宋体"/>
          <w:sz w:val="28"/>
        </w:rPr>
        <w:t>（大学院系或实习毕业生）</w:t>
      </w:r>
    </w:p>
    <w:p>
      <w:pPr>
        <w:spacing w:before="100" w:after="200" w:line="360" w:lineRule="auto"/>
        <w:ind w:firstLine="576"/>
        <w:jc w:val="left"/>
      </w:pPr>
      <w:r>
        <w:rPr>
          <w:rFonts w:ascii="宋体" w:eastAsia="宋体" w:hAnsi="宋体"/>
          <w:sz w:val="28"/>
        </w:rPr>
        <w:t>毕业学校:</w:t>
      </w:r>
    </w:p>
    <w:p>
      <w:pPr>
        <w:spacing w:before="100" w:after="200" w:line="360" w:lineRule="auto"/>
        <w:ind w:firstLine="576"/>
        <w:jc w:val="left"/>
      </w:pPr>
      <w:r>
        <w:rPr>
          <w:rFonts w:ascii="宋体" w:eastAsia="宋体" w:hAnsi="宋体"/>
          <w:sz w:val="28"/>
        </w:rPr>
        <w:t>学历:</w:t>
      </w:r>
    </w:p>
    <w:p>
      <w:pPr>
        <w:spacing w:before="100" w:after="200" w:line="360" w:lineRule="auto"/>
        <w:ind w:firstLine="576"/>
        <w:jc w:val="left"/>
      </w:pPr>
      <w:r>
        <w:rPr>
          <w:rFonts w:ascii="宋体" w:eastAsia="宋体" w:hAnsi="宋体"/>
          <w:sz w:val="28"/>
        </w:rPr>
        <w:t>专业:</w:t>
      </w:r>
    </w:p>
    <w:p>
      <w:pPr>
        <w:spacing w:before="100" w:after="200" w:line="360" w:lineRule="auto"/>
        <w:ind w:firstLine="576"/>
        <w:jc w:val="left"/>
      </w:pPr>
      <w:r>
        <w:rPr>
          <w:rFonts w:ascii="宋体" w:eastAsia="宋体" w:hAnsi="宋体"/>
          <w:sz w:val="28"/>
        </w:rPr>
        <w:t>毕业时间:</w:t>
      </w:r>
    </w:p>
    <w:p>
      <w:pPr>
        <w:spacing w:before="100" w:after="200" w:line="360" w:lineRule="auto"/>
        <w:ind w:firstLine="576"/>
        <w:jc w:val="left"/>
      </w:pPr>
      <w:r>
        <w:rPr>
          <w:rFonts w:ascii="宋体" w:eastAsia="宋体" w:hAnsi="宋体"/>
          <w:sz w:val="28"/>
        </w:rPr>
        <w:t>生源地:</w:t>
      </w:r>
    </w:p>
    <w:p>
      <w:pPr>
        <w:spacing w:before="100" w:after="200" w:line="360" w:lineRule="auto"/>
        <w:ind w:firstLine="576"/>
        <w:jc w:val="left"/>
      </w:pPr>
      <w:r>
        <w:rPr>
          <w:rFonts w:ascii="宋体" w:eastAsia="宋体" w:hAnsi="宋体"/>
          <w:sz w:val="28"/>
        </w:rPr>
        <w:t>为明确实习大学生与实习单位的权利与义务，根据国家法律、法规以及有关规定，甲乙双方按照自愿、平等的原则，协商一致，签订如下协议：</w:t>
      </w:r>
    </w:p>
    <w:p>
      <w:pPr>
        <w:spacing w:before="100" w:after="200" w:line="360" w:lineRule="auto"/>
        <w:jc w:val="left"/>
      </w:pPr>
      <w:r>
        <w:rPr>
          <w:rFonts w:ascii="宋体 (中文正文)" w:eastAsia="宋体" w:hAnsi="宋体 (中文正文)"/>
          <w:b/>
          <w:sz w:val="28"/>
        </w:rPr>
        <w:t>一、实习期限</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（一）经甲方同意，乙方自x年x月x日起至x年x月x日止到甲方实习，甲方按本单位规章制度，合理安排乙方的实习岗位和实习内容。</w:t>
      </w:r>
    </w:p>
    <w:p>
      <w:pPr>
        <w:spacing w:before="100" w:after="200" w:line="360" w:lineRule="auto"/>
        <w:jc w:val="left"/>
      </w:pPr>
      <w:r>
        <w:rPr>
          <w:rFonts w:ascii="宋体 (中文正文)" w:eastAsia="宋体" w:hAnsi="宋体 (中文正文)"/>
          <w:b/>
          <w:sz w:val="28"/>
        </w:rPr>
        <w:t>二、实习岗位</w:t>
      </w:r>
    </w:p>
    <w:p>
      <w:pPr>
        <w:spacing w:before="100" w:after="200" w:line="360" w:lineRule="auto"/>
        <w:ind w:firstLine="576"/>
        <w:jc w:val="left"/>
      </w:pPr>
      <w:r>
        <w:rPr>
          <w:rFonts w:ascii="宋体" w:eastAsia="宋体" w:hAnsi="宋体"/>
          <w:sz w:val="28"/>
        </w:rPr>
        <w:t>（二）甲方根据乙方的实际情况和工作需要，安排乙方到岗位，从事工作。</w:t>
      </w:r>
    </w:p>
    <w:p>
      <w:pPr>
        <w:spacing w:before="100" w:after="200" w:line="360" w:lineRule="auto"/>
        <w:jc w:val="left"/>
      </w:pPr>
      <w:r>
        <w:rPr>
          <w:rFonts w:ascii="宋体 (中文正文)" w:eastAsia="宋体" w:hAnsi="宋体 (中文正文)"/>
          <w:b/>
          <w:sz w:val="28"/>
        </w:rPr>
        <w:t>三、实习内容</w:t>
      </w:r>
    </w:p>
    <w:p>
      <w:pPr>
        <w:spacing w:before="100" w:after="200" w:line="360" w:lineRule="auto"/>
        <w:ind w:firstLine="576"/>
        <w:jc w:val="left"/>
      </w:pPr>
      <w:r>
        <w:rPr>
          <w:rFonts w:ascii="宋体" w:eastAsia="宋体" w:hAnsi="宋体"/>
          <w:sz w:val="28"/>
        </w:rPr>
        <w:t>（三）甲方负责为乙方制定实习方案，明确实习内容要求，指定实习指导老师；</w:t>
      </w:r>
    </w:p>
    <w:p>
      <w:pPr>
        <w:spacing w:before="100" w:after="200" w:line="360" w:lineRule="auto"/>
        <w:ind w:firstLine="576"/>
        <w:jc w:val="left"/>
      </w:pPr>
      <w:r>
        <w:rPr>
          <w:rFonts w:ascii="宋体" w:eastAsia="宋体" w:hAnsi="宋体"/>
          <w:sz w:val="28"/>
        </w:rPr>
        <w:t>（四）甲方负责对乙方进行日常管理，并负责组织开展大学生实习的各项活动。</w:t>
      </w:r>
    </w:p>
    <w:p>
      <w:pPr>
        <w:spacing w:before="100" w:after="200" w:line="360" w:lineRule="auto"/>
        <w:ind w:firstLine="576"/>
        <w:jc w:val="left"/>
      </w:pPr>
      <w:r>
        <w:rPr>
          <w:rFonts w:ascii="宋体" w:eastAsia="宋体" w:hAnsi="宋体"/>
          <w:sz w:val="28"/>
        </w:rPr>
        <w:t>（五）实习结束，甲方对乙方的实习情况进行考核鉴定，并为乙方出具《大学生就业实习证明》，作为参加实习的经历凭证。</w:t>
      </w:r>
    </w:p>
    <w:p>
      <w:pPr>
        <w:spacing w:before="100" w:after="200" w:line="360" w:lineRule="auto"/>
        <w:jc w:val="left"/>
      </w:pPr>
      <w:r>
        <w:rPr>
          <w:rFonts w:ascii="宋体 (中文正文)" w:eastAsia="宋体" w:hAnsi="宋体 (中文正文)"/>
          <w:b/>
          <w:sz w:val="28"/>
        </w:rPr>
        <w:t>四、实习期间的劳动保护和劳动条件</w:t>
      </w:r>
    </w:p>
    <w:p>
      <w:pPr>
        <w:spacing w:before="100" w:after="200" w:line="360" w:lineRule="auto"/>
        <w:ind w:firstLine="576"/>
        <w:jc w:val="left"/>
      </w:pPr>
      <w:r>
        <w:rPr>
          <w:rFonts w:ascii="宋体" w:eastAsia="宋体" w:hAnsi="宋体"/>
          <w:sz w:val="28"/>
        </w:rPr>
        <w:t>（六）甲方需为乙方提供符合国家规定的安全卫生的工作环境，保证其在人身安全不受危害的环境条件下工作。</w:t>
      </w:r>
    </w:p>
    <w:p>
      <w:pPr>
        <w:spacing w:before="100" w:after="200" w:line="360" w:lineRule="auto"/>
        <w:ind w:firstLine="576"/>
        <w:jc w:val="left"/>
      </w:pPr>
      <w:r>
        <w:rPr>
          <w:rFonts w:ascii="宋体" w:eastAsia="宋体" w:hAnsi="宋体"/>
          <w:sz w:val="28"/>
        </w:rPr>
        <w:t>（七）甲方根据实习岗位实际情况，按国家规定向乙方提供必需的劳动防护用品。</w:t>
      </w:r>
    </w:p>
    <w:p>
      <w:pPr>
        <w:spacing w:before="100" w:after="200" w:line="360" w:lineRule="auto"/>
        <w:ind w:firstLine="576"/>
        <w:jc w:val="left"/>
      </w:pPr>
      <w:r>
        <w:rPr>
          <w:rFonts w:ascii="宋体" w:eastAsia="宋体" w:hAnsi="宋体"/>
          <w:sz w:val="28"/>
        </w:rPr>
        <w:t>（八）甲方为乙方提供人身意外伤害保险。</w:t>
      </w:r>
    </w:p>
    <w:p>
      <w:pPr>
        <w:spacing w:before="100" w:after="200" w:line="360" w:lineRule="auto"/>
        <w:jc w:val="left"/>
      </w:pPr>
      <w:r>
        <w:rPr>
          <w:rFonts w:ascii="宋体 (中文正文)" w:eastAsia="宋体" w:hAnsi="宋体 (中文正文)"/>
          <w:b/>
          <w:sz w:val="28"/>
        </w:rPr>
        <w:t>五、实习补贴</w:t>
      </w:r>
    </w:p>
    <w:p>
      <w:pPr>
        <w:spacing w:before="100" w:after="200" w:line="360" w:lineRule="auto"/>
        <w:ind w:firstLine="576"/>
        <w:jc w:val="left"/>
      </w:pPr>
      <w:r>
        <w:rPr>
          <w:rFonts w:ascii="宋体" w:eastAsia="宋体" w:hAnsi="宋体"/>
          <w:sz w:val="28"/>
        </w:rPr>
        <w:t>（九）按照有关政策规定，结合甲方实际情况，确定乙方的实习补贴，实习补贴为xx元/月。</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b/>
          <w:sz w:val="28"/>
        </w:rPr>
        <w:t>六、实习期间乙方应遵守以下规定：</w:t>
      </w:r>
    </w:p>
    <w:p>
      <w:pPr>
        <w:spacing w:before="100" w:after="200" w:line="360" w:lineRule="auto"/>
        <w:ind w:firstLine="576"/>
        <w:jc w:val="left"/>
      </w:pPr>
      <w:r>
        <w:rPr>
          <w:rFonts w:ascii="宋体" w:eastAsia="宋体" w:hAnsi="宋体"/>
          <w:sz w:val="28"/>
        </w:rPr>
        <w:t>（十）乙方应遵守国家的法律法规，遵守甲方的实习规章及其它各项规章制度。如违反国家法规和甲方的规章制度，甲方可以根据情节轻重给予必要的处分或终止实习。</w:t>
      </w:r>
    </w:p>
    <w:p>
      <w:pPr>
        <w:spacing w:before="100" w:after="200" w:line="360" w:lineRule="auto"/>
        <w:ind w:firstLine="576"/>
        <w:jc w:val="left"/>
      </w:pPr>
      <w:r>
        <w:rPr>
          <w:rFonts w:ascii="宋体" w:eastAsia="宋体" w:hAnsi="宋体"/>
          <w:sz w:val="28"/>
        </w:rPr>
        <w:t>（十一）因乙方原因造成实习基地财物损失的，按甲方规定处理。</w:t>
      </w:r>
    </w:p>
    <w:p>
      <w:pPr>
        <w:spacing w:before="100" w:after="200" w:line="360" w:lineRule="auto"/>
        <w:ind w:firstLine="576"/>
        <w:jc w:val="left"/>
      </w:pPr>
      <w:r>
        <w:rPr>
          <w:rFonts w:ascii="宋体" w:eastAsia="宋体" w:hAnsi="宋体"/>
          <w:sz w:val="28"/>
        </w:rPr>
        <w:t>（十二）按照国家有关规定和甲方规定，乙方应为甲方保守商业秘密和技术秘密，若有泄漏，按国家有关法规和甲方规定处理。</w:t>
      </w:r>
    </w:p>
    <w:p>
      <w:pPr>
        <w:spacing w:before="100" w:after="200" w:line="360" w:lineRule="auto"/>
        <w:jc w:val="left"/>
      </w:pPr>
      <w:r>
        <w:rPr>
          <w:rFonts w:ascii="宋体 (中文正文)" w:eastAsia="宋体" w:hAnsi="宋体 (中文正文)"/>
          <w:b/>
          <w:sz w:val="28"/>
        </w:rPr>
        <w:t>七、民事纠纷</w:t>
      </w:r>
    </w:p>
    <w:p>
      <w:pPr>
        <w:spacing w:before="100" w:after="200" w:line="360" w:lineRule="auto"/>
        <w:ind w:firstLine="576"/>
        <w:jc w:val="left"/>
      </w:pPr>
      <w:r>
        <w:rPr>
          <w:rFonts w:ascii="宋体" w:eastAsia="宋体" w:hAnsi="宋体"/>
          <w:sz w:val="28"/>
        </w:rPr>
        <w:t>（十三）实习期间甲、乙双方若发生民事纠纷，应按国家有关法律法规的规定处理。</w:t>
      </w:r>
    </w:p>
    <w:p>
      <w:pPr>
        <w:spacing w:before="100" w:after="200" w:line="360" w:lineRule="auto"/>
        <w:jc w:val="left"/>
      </w:pPr>
      <w:r>
        <w:rPr>
          <w:rFonts w:ascii="宋体 (中文正文)" w:eastAsia="宋体" w:hAnsi="宋体 (中文正文)"/>
          <w:b/>
          <w:sz w:val="28"/>
        </w:rPr>
        <w:t>八、协议解除</w:t>
      </w:r>
    </w:p>
    <w:p>
      <w:pPr>
        <w:spacing w:before="100" w:after="200" w:line="360" w:lineRule="auto"/>
        <w:ind w:firstLine="576"/>
        <w:jc w:val="left"/>
      </w:pPr>
      <w:r>
        <w:rPr>
          <w:rFonts w:ascii="宋体" w:eastAsia="宋体" w:hAnsi="宋体"/>
          <w:sz w:val="28"/>
        </w:rPr>
        <w:t>（十四）乙方在本协议履行期间可以在说明原因的情况下向甲方提出终止实习合同，但必须提前7天通知甲方，并做好工作交接，否则应承担相关责任。实习期间，甲方如发现乙方不符合实习要求规定等情况的，可以向乙方提出终止实习，解除本协议。</w:t>
      </w:r>
    </w:p>
    <w:p>
      <w:pPr>
        <w:spacing w:before="100" w:after="200" w:line="360" w:lineRule="auto"/>
        <w:ind w:firstLine="576"/>
        <w:jc w:val="left"/>
      </w:pPr>
      <w:r>
        <w:rPr>
          <w:rFonts w:ascii="宋体" w:eastAsia="宋体" w:hAnsi="宋体"/>
          <w:sz w:val="28"/>
        </w:rPr>
        <w:t>未尽事宜由双方协商解决。</w:t>
      </w:r>
    </w:p>
    <w:p>
      <w:pPr>
        <w:spacing w:before="100" w:after="200" w:line="360" w:lineRule="auto"/>
        <w:jc w:val="left"/>
      </w:pPr>
      <w:r>
        <w:rPr>
          <w:rFonts w:ascii="宋体 (中文正文)" w:eastAsia="宋体" w:hAnsi="宋体 (中文正文)"/>
          <w:sz w:val="28"/>
        </w:rPr>
        <w:t>九、法律效力：</w:t>
      </w:r>
    </w:p>
    <w:p>
      <w:pPr>
        <w:spacing w:before="100" w:after="200" w:line="360" w:lineRule="auto"/>
        <w:ind w:firstLine="576"/>
        <w:jc w:val="left"/>
      </w:pPr>
      <w:r>
        <w:rPr>
          <w:rFonts w:ascii="宋体" w:eastAsia="宋体" w:hAnsi="宋体"/>
          <w:sz w:val="28"/>
        </w:rPr>
        <w:t>（十五）本协议正本一式三份，双方各执一份，另一份交政府人力资源部门备案，经甲乙双方签字后生效。</w:t>
      </w:r>
    </w:p>
    <w:p>
      <w:pPr>
        <w:spacing w:before="100" w:after="200" w:line="360" w:lineRule="auto"/>
        <w:ind w:firstLine="576"/>
        <w:jc w:val="left"/>
      </w:pPr>
      <w:r>
        <w:rPr>
          <w:rFonts w:ascii="宋体" w:eastAsia="宋体" w:hAnsi="宋体"/>
          <w:sz w:val="28"/>
        </w:rPr>
        <w:t>签约双方已明确上述条款并接受其约定，现自愿签字确认：</w:t>
      </w:r>
    </w:p>
    <w:p>
      <w:pPr>
        <w:spacing w:before="100" w:after="200" w:line="360" w:lineRule="auto"/>
        <w:jc w:val="left"/>
      </w:pPr>
      <w:r>
        <w:rPr>
          <w:rFonts w:ascii="宋体 (中文正文)" w:eastAsia="宋体" w:hAnsi="宋体 (中文正文)"/>
          <w:sz w:val="28"/>
        </w:rPr>
        <w:t>甲方（盖章）：</w:t>
      </w:r>
    </w:p>
    <w:p>
      <w:pPr>
        <w:spacing w:before="100" w:after="200" w:line="360" w:lineRule="auto"/>
        <w:jc w:val="left"/>
        <w:sectPr w:rsidSect="00034616">
          <w:type w:val="nextPage"/>
          <w:pgSz w:w="11906" w:h="16838"/>
          <w:pgMar w:top="1440" w:right="1440" w:bottom="1440" w:left="1440" w:header="720" w:footer="720" w:gutter="0"/>
          <w:pgNumType w:start="10"/>
          <w:cols w:space="720"/>
          <w:titlePg w:val="0"/>
          <w:docGrid w:linePitch="360"/>
        </w:sectPr>
      </w:pPr>
      <w:r>
        <w:rPr>
          <w:rFonts w:ascii="宋体 (中文正文)" w:eastAsia="宋体" w:hAnsi="宋体 (中文正文)"/>
          <w:sz w:val="28"/>
        </w:rPr>
        <w:t>乙方（盖章）：</w:t>
      </w:r>
    </w:p>
    <w:p>
      <w:pPr>
        <w:spacing w:before="100" w:after="200" w:line="360" w:lineRule="auto"/>
        <w:jc w:val="left"/>
      </w:pPr>
      <w:r>
        <w:rPr>
          <w:rFonts w:ascii="宋体 (中文正文)" w:eastAsia="宋体" w:hAnsi="宋体 (中文正文)"/>
          <w:sz w:val="28"/>
        </w:rPr>
        <w:t>甲方代表：</w:t>
      </w:r>
    </w:p>
    <w:p>
      <w:pPr>
        <w:spacing w:before="100" w:after="200" w:line="360" w:lineRule="auto"/>
        <w:jc w:val="left"/>
      </w:pPr>
      <w:r>
        <w:rPr>
          <w:rFonts w:ascii="宋体 (中文正文)" w:eastAsia="宋体" w:hAnsi="宋体 (中文正文)"/>
          <w:sz w:val="28"/>
        </w:rPr>
        <w:t>乙方代表：</w:t>
      </w:r>
    </w:p>
    <w:p>
      <w:pPr>
        <w:spacing w:before="100" w:after="200" w:line="360" w:lineRule="auto"/>
        <w:ind w:firstLine="576"/>
        <w:jc w:val="left"/>
      </w:pPr>
      <w:r>
        <w:rPr>
          <w:rFonts w:ascii="宋体" w:eastAsia="宋体" w:hAnsi="宋体"/>
          <w:sz w:val="28"/>
        </w:rPr>
        <w:t>借款人：(下简称甲方)法人代表：</w:t>
      </w:r>
    </w:p>
    <w:p>
      <w:pPr>
        <w:spacing w:before="100" w:after="200" w:line="360" w:lineRule="auto"/>
        <w:ind w:firstLine="576"/>
        <w:jc w:val="left"/>
      </w:pPr>
      <w:r>
        <w:rPr>
          <w:rFonts w:ascii="宋体" w:eastAsia="宋体" w:hAnsi="宋体"/>
          <w:sz w:val="28"/>
        </w:rPr>
        <w:t>贷款人：(下简称乙方)身份证号：</w:t>
      </w:r>
    </w:p>
    <w:p>
      <w:pPr>
        <w:spacing w:before="100" w:after="200" w:line="360" w:lineRule="auto"/>
        <w:ind w:firstLine="576"/>
        <w:jc w:val="left"/>
      </w:pPr>
      <w:r>
        <w:rPr>
          <w:rFonts w:ascii="宋体" w:eastAsia="宋体" w:hAnsi="宋体"/>
          <w:sz w:val="28"/>
        </w:rPr>
        <w:t>甲方是一家注册资本万元的有限责任公司，因生产经营项目的实施临时需要资金，乙方有闲置资金。为此，甲、乙双方根据有关法律、法规，在平等、自愿的基础上，为明确责任、恪守信用，经充分协商一致签订本借款合同，并保证共同遵守执行。</w:t>
      </w:r>
    </w:p>
    <w:p>
      <w:pPr>
        <w:spacing w:before="100" w:after="200" w:line="360" w:lineRule="auto"/>
        <w:jc w:val="left"/>
      </w:pPr>
      <w:r>
        <w:rPr>
          <w:rFonts w:ascii="宋体 (中文正文)" w:eastAsia="宋体" w:hAnsi="宋体 (中文正文)"/>
          <w:b/>
          <w:sz w:val="28"/>
        </w:rPr>
        <w:t>一、借款金额：元(大写：人民币拾万元整)。</w:t>
      </w:r>
    </w:p>
    <w:p>
      <w:pPr>
        <w:spacing w:before="100" w:after="200" w:line="360" w:lineRule="auto"/>
        <w:ind w:firstLine="576"/>
        <w:jc w:val="left"/>
      </w:pPr>
      <w:r>
        <w:rPr>
          <w:rFonts w:ascii="宋体" w:eastAsia="宋体" w:hAnsi="宋体"/>
          <w:sz w:val="28"/>
        </w:rPr>
        <w:t>二、借款期限：从20xx年 月 日至20xx 年 月 日止，借款期限为 年。借款到期后如双方无异议，则本借款合同自动延期 年。</w:t>
      </w:r>
    </w:p>
    <w:p>
      <w:pPr>
        <w:spacing w:before="100" w:after="200" w:line="360" w:lineRule="auto"/>
        <w:jc w:val="left"/>
      </w:pPr>
      <w:r>
        <w:rPr>
          <w:rFonts w:ascii="宋体 (中文正文)" w:eastAsia="宋体" w:hAnsi="宋体 (中文正文)"/>
          <w:b/>
          <w:sz w:val="28"/>
        </w:rPr>
        <w:t>三、借款利率及计收方法：</w:t>
      </w:r>
    </w:p>
    <w:p>
      <w:pPr>
        <w:spacing w:before="100" w:after="200" w:line="360" w:lineRule="auto"/>
        <w:ind w:firstLine="576"/>
        <w:jc w:val="left"/>
      </w:pPr>
      <w:r>
        <w:rPr>
          <w:rFonts w:ascii="宋体" w:eastAsia="宋体" w:hAnsi="宋体"/>
          <w:sz w:val="28"/>
        </w:rPr>
        <w:t>1、借款利息为年息，以甲方收到借款日计算利息。</w:t>
      </w:r>
    </w:p>
    <w:p>
      <w:pPr>
        <w:spacing w:before="100" w:after="200" w:line="360" w:lineRule="auto"/>
        <w:ind w:firstLine="576"/>
        <w:jc w:val="left"/>
      </w:pPr>
      <w:r>
        <w:rPr>
          <w:rFonts w:ascii="宋体" w:eastAsia="宋体" w:hAnsi="宋体"/>
          <w:sz w:val="28"/>
        </w:rPr>
        <w:t>2、到期一次性还本付息。</w:t>
      </w:r>
    </w:p>
    <w:p>
      <w:pPr>
        <w:spacing w:before="100" w:after="200" w:line="360" w:lineRule="auto"/>
        <w:ind w:firstLine="576"/>
        <w:jc w:val="left"/>
      </w:pPr>
      <w:r>
        <w:rPr>
          <w:rFonts w:ascii="宋体" w:eastAsia="宋体" w:hAnsi="宋体"/>
          <w:sz w:val="28"/>
        </w:rPr>
        <w:t>四、借款用途：本借款限于用于甲方生产经营项目，必须专款专用，未经乙方同意，甲方不得挪作他用。</w:t>
      </w:r>
    </w:p>
    <w:p>
      <w:pPr>
        <w:spacing w:before="100" w:after="200" w:line="360" w:lineRule="auto"/>
        <w:jc w:val="left"/>
      </w:pPr>
      <w:r>
        <w:rPr>
          <w:rFonts w:ascii="宋体 (中文正文)" w:eastAsia="宋体" w:hAnsi="宋体 (中文正文)"/>
          <w:sz w:val="28"/>
        </w:rPr>
        <w:t>五、借款偿还：</w:t>
      </w:r>
    </w:p>
    <w:p>
      <w:pPr>
        <w:spacing w:before="100" w:after="200" w:line="360" w:lineRule="auto"/>
        <w:ind w:firstLine="576"/>
        <w:jc w:val="left"/>
      </w:pPr>
      <w:r>
        <w:rPr>
          <w:rFonts w:ascii="宋体" w:eastAsia="宋体" w:hAnsi="宋体"/>
          <w:sz w:val="28"/>
        </w:rPr>
        <w:t>1、如甲方不能按期还款，最迟在借款到期前十五天应向乙方提出延期申请，届时乙方可在双方协商的基础上决定是否延期。</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2、如乙方临时需要收回借款，应提前十五天向甲方提出还款申请，借款利息按实际借款天数计算利息。</w:t>
      </w:r>
    </w:p>
    <w:p>
      <w:pPr>
        <w:spacing w:before="100" w:after="200" w:line="360" w:lineRule="auto"/>
        <w:jc w:val="left"/>
      </w:pPr>
      <w:r>
        <w:rPr>
          <w:rFonts w:ascii="宋体 (中文正文)" w:eastAsia="宋体" w:hAnsi="宋体 (中文正文)"/>
          <w:sz w:val="28"/>
        </w:rPr>
        <w:t>六、违约和违约处理：</w:t>
      </w:r>
    </w:p>
    <w:p>
      <w:pPr>
        <w:spacing w:before="100" w:after="200" w:line="360" w:lineRule="auto"/>
        <w:ind w:firstLine="576"/>
        <w:jc w:val="left"/>
      </w:pPr>
      <w:r>
        <w:rPr>
          <w:rFonts w:ascii="宋体" w:eastAsia="宋体" w:hAnsi="宋体"/>
          <w:sz w:val="28"/>
        </w:rPr>
        <w:t>(一)下列情况均属甲方违约：</w:t>
      </w:r>
    </w:p>
    <w:p>
      <w:pPr>
        <w:spacing w:before="100" w:after="200" w:line="360" w:lineRule="auto"/>
        <w:ind w:firstLine="576"/>
        <w:jc w:val="left"/>
      </w:pPr>
      <w:r>
        <w:rPr>
          <w:rFonts w:ascii="宋体" w:eastAsia="宋体" w:hAnsi="宋体"/>
          <w:sz w:val="28"/>
        </w:rPr>
        <w:t>1、甲方未能按合同计划用款和还本付息。</w:t>
      </w:r>
    </w:p>
    <w:p>
      <w:pPr>
        <w:spacing w:before="100" w:after="200" w:line="360" w:lineRule="auto"/>
        <w:ind w:firstLine="576"/>
        <w:jc w:val="left"/>
      </w:pPr>
      <w:r>
        <w:rPr>
          <w:rFonts w:ascii="宋体" w:eastAsia="宋体" w:hAnsi="宋体"/>
          <w:sz w:val="28"/>
        </w:rPr>
        <w:t>2、未经乙方同意改变借款用途或挪作他用。</w:t>
      </w:r>
    </w:p>
    <w:p>
      <w:pPr>
        <w:spacing w:before="100" w:after="200" w:line="360" w:lineRule="auto"/>
        <w:ind w:firstLine="576"/>
        <w:jc w:val="left"/>
      </w:pPr>
      <w:r>
        <w:rPr>
          <w:rFonts w:ascii="宋体" w:eastAsia="宋体" w:hAnsi="宋体"/>
          <w:sz w:val="28"/>
        </w:rPr>
        <w:t>3、甲方违反本合同其他条款事项。</w:t>
      </w:r>
    </w:p>
    <w:p>
      <w:pPr>
        <w:spacing w:before="100" w:after="200" w:line="360" w:lineRule="auto"/>
        <w:ind w:firstLine="576"/>
        <w:jc w:val="left"/>
      </w:pPr>
      <w:r>
        <w:rPr>
          <w:rFonts w:ascii="宋体" w:eastAsia="宋体" w:hAnsi="宋体"/>
          <w:sz w:val="28"/>
        </w:rPr>
        <w:t>(二)根据违约情况，乙方有权采取下列措施：</w:t>
      </w:r>
    </w:p>
    <w:p>
      <w:pPr>
        <w:spacing w:before="100" w:after="200" w:line="360" w:lineRule="auto"/>
        <w:ind w:firstLine="576"/>
        <w:jc w:val="left"/>
      </w:pPr>
      <w:r>
        <w:rPr>
          <w:rFonts w:ascii="宋体" w:eastAsia="宋体" w:hAnsi="宋体"/>
          <w:sz w:val="28"/>
        </w:rPr>
        <w:t>1、对违约部分贷款加收最高不超过罚息。</w:t>
      </w:r>
    </w:p>
    <w:p>
      <w:pPr>
        <w:spacing w:before="100" w:after="200" w:line="360" w:lineRule="auto"/>
        <w:ind w:firstLine="576"/>
        <w:jc w:val="left"/>
      </w:pPr>
      <w:r>
        <w:rPr>
          <w:rFonts w:ascii="宋体" w:eastAsia="宋体" w:hAnsi="宋体"/>
          <w:sz w:val="28"/>
        </w:rPr>
        <w:t>2、采取必要法律手段直至依法索偿应付未付借款本息及费用。</w:t>
      </w:r>
    </w:p>
    <w:p>
      <w:pPr>
        <w:spacing w:before="100" w:after="200" w:line="360" w:lineRule="auto"/>
        <w:ind w:firstLine="576"/>
        <w:jc w:val="left"/>
      </w:pPr>
      <w:r>
        <w:rPr>
          <w:rFonts w:ascii="宋体" w:eastAsia="宋体" w:hAnsi="宋体"/>
          <w:sz w:val="28"/>
        </w:rPr>
        <w:t>七、合同生效：本合同经甲、乙双方签字(盖章)后生效。本合同共贰份，双方各执壹份。本合同若有其他未及事宜，双方进一步商定补充条款。</w:t>
      </w:r>
    </w:p>
    <w:p>
      <w:pPr>
        <w:spacing w:before="100" w:after="200" w:line="360" w:lineRule="auto"/>
        <w:ind w:firstLine="576"/>
        <w:jc w:val="left"/>
      </w:pPr>
      <w:r>
        <w:rPr>
          <w:rFonts w:ascii="宋体" w:eastAsia="宋体" w:hAnsi="宋体"/>
          <w:sz w:val="28"/>
        </w:rPr>
        <w:t>借款人(甲方)：(盖章)贷款人(乙方)：甲方代表签字：乙方签字：</w:t>
      </w:r>
    </w:p>
    <w:p>
      <w:pPr>
        <w:spacing w:before="100" w:after="200" w:line="360" w:lineRule="auto"/>
        <w:ind w:firstLine="576"/>
        <w:jc w:val="left"/>
      </w:pPr>
      <w:r>
        <w:rPr>
          <w:rFonts w:ascii="宋体" w:eastAsia="宋体" w:hAnsi="宋体"/>
          <w:sz w:val="28"/>
        </w:rPr>
        <w:t>签约日期：签约日期</w:t>
      </w:r>
    </w:p>
    <w:p>
      <w:pPr>
        <w:spacing w:before="100" w:after="200" w:line="360" w:lineRule="auto"/>
        <w:ind w:firstLine="576"/>
        <w:jc w:val="left"/>
      </w:pPr>
      <w:r>
        <w:rPr>
          <w:rFonts w:ascii="宋体" w:eastAsia="宋体" w:hAnsi="宋体"/>
          <w:sz w:val="28"/>
        </w:rPr>
        <w:t>抵押权人(甲方)：______________________</w:t>
      </w:r>
    </w:p>
    <w:p>
      <w:pPr>
        <w:spacing w:before="100" w:after="200" w:line="360" w:lineRule="auto"/>
        <w:ind w:firstLine="576"/>
        <w:jc w:val="left"/>
      </w:pPr>
      <w:r>
        <w:rPr>
          <w:rFonts w:ascii="宋体" w:eastAsia="宋体" w:hAnsi="宋体"/>
          <w:sz w:val="28"/>
        </w:rPr>
        <w:t>抵押人(乙方)：________________________</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第一条为确保甲方与________________(以下称借款人)签订的________年____号借款合同(以下称借款合同)的履行，乙方愿意以其有权处分的位于________市(县)________区(镇)________路(街)________号____________房间之房产(地产)的全部权益(以下称该抵押物，具体财产情况见抵押物清单)抵押给甲方，以作为偿还借款合同项下之借款的担保。</w:t>
      </w:r>
    </w:p>
    <w:p>
      <w:pPr>
        <w:spacing w:before="100" w:after="200" w:line="360" w:lineRule="auto"/>
        <w:ind w:firstLine="576"/>
        <w:jc w:val="left"/>
      </w:pPr>
      <w:r>
        <w:rPr>
          <w:rFonts w:ascii="宋体" w:eastAsia="宋体" w:hAnsi="宋体"/>
          <w:sz w:val="28"/>
        </w:rPr>
        <w:t>第二条本抵押合同担保范围为借款合同项下之借款本金、利息(包括因借款人违约或逾期还款所计收的复利和加收的利息)、借款人应支付的违约金和赔偿金以及实现借款债权和抵押权的费用(包括律师费和诉讼费)。</w:t>
      </w:r>
    </w:p>
    <w:p>
      <w:pPr>
        <w:spacing w:before="100" w:after="200" w:line="360" w:lineRule="auto"/>
        <w:ind w:firstLine="576"/>
        <w:jc w:val="left"/>
      </w:pPr>
      <w:r>
        <w:rPr>
          <w:rFonts w:ascii="宋体" w:eastAsia="宋体" w:hAnsi="宋体"/>
          <w:sz w:val="28"/>
        </w:rPr>
        <w:t>第三条本合同的效力独立于被担保的借款合同，被担保的借款合同无效不影响本抵押合同的效力。</w:t>
      </w:r>
    </w:p>
    <w:p>
      <w:pPr>
        <w:spacing w:before="100" w:after="200" w:line="360" w:lineRule="auto"/>
        <w:ind w:firstLine="576"/>
        <w:jc w:val="left"/>
      </w:pPr>
      <w:r>
        <w:rPr>
          <w:rFonts w:ascii="宋体" w:eastAsia="宋体" w:hAnsi="宋体"/>
          <w:sz w:val="28"/>
        </w:rPr>
        <w:t>第四条本合同项下有关的评估、保险、鉴定、登记、保管等费用均由乙方承担。</w:t>
      </w:r>
    </w:p>
    <w:p>
      <w:pPr>
        <w:spacing w:before="100" w:after="200" w:line="360" w:lineRule="auto"/>
        <w:ind w:firstLine="576"/>
        <w:jc w:val="left"/>
      </w:pPr>
      <w:r>
        <w:rPr>
          <w:rFonts w:ascii="宋体" w:eastAsia="宋体" w:hAnsi="宋体"/>
          <w:sz w:val="28"/>
        </w:rPr>
        <w:t>第五条乙方不可撤销地授权甲方在本合同签订后执行本合同、借款合同、购房合同及全套有关该抵押物的证明文件到有关的房地产管理机关办理抵押的登记备案手续。</w:t>
      </w:r>
    </w:p>
    <w:p>
      <w:pPr>
        <w:spacing w:before="100" w:after="200" w:line="360" w:lineRule="auto"/>
        <w:ind w:firstLine="576"/>
        <w:jc w:val="left"/>
      </w:pPr>
      <w:r>
        <w:rPr>
          <w:rFonts w:ascii="宋体" w:eastAsia="宋体" w:hAnsi="宋体"/>
          <w:sz w:val="28"/>
        </w:rPr>
        <w:t>第六条乙方不可撤销地授权甲方在获得该抵押物的正式产权证明后，依有关法律法规的规定，到有关的房地产管理机关办理该抵押物的正式抵押登记手续，并将该抵押物的他项权利证书及抵押登记证明交存于甲方。</w:t>
      </w:r>
    </w:p>
    <w:p>
      <w:pPr>
        <w:spacing w:before="100" w:after="200" w:line="360" w:lineRule="auto"/>
        <w:ind w:firstLine="576"/>
        <w:jc w:val="left"/>
      </w:pPr>
      <w:r>
        <w:rPr>
          <w:rFonts w:ascii="宋体" w:eastAsia="宋体" w:hAnsi="宋体"/>
          <w:sz w:val="28"/>
        </w:rPr>
        <w:t>第七条乙方须保证该抵押物的合理使用，不得把抵押物用于保险条款禁止或排除的任何方式或任何目的。</w:t>
      </w:r>
    </w:p>
    <w:p>
      <w:pPr>
        <w:spacing w:before="100" w:after="200" w:line="360" w:lineRule="auto"/>
        <w:ind w:firstLine="576"/>
        <w:jc w:val="left"/>
      </w:pPr>
      <w:r>
        <w:rPr>
          <w:rFonts w:ascii="宋体" w:eastAsia="宋体" w:hAnsi="宋体"/>
          <w:sz w:val="28"/>
        </w:rPr>
        <w:t>第八条未经甲方同意，乙方不得对该抵押物作出任何实质性结构改变。因乙方违反本合同所作的改变而使该抵押物产生的任何增加物，自动转为本合同的抵押物。</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r>
        <w:rPr>
          <w:rFonts w:ascii="宋体" w:eastAsia="宋体" w:hAnsi="宋体"/>
          <w:sz w:val="28"/>
        </w:rPr>
        <w:t>第九条抵押期间，未经甲方同意，乙方不得将该抵押物转让、出租、变卖、再抵押、抵偿债务、馈赠或以任何形式处置。由此引起甲方的任何损失，由乙方承担责任。</w:t>
      </w:r>
    </w:p>
    <w:p>
      <w:pPr>
        <w:spacing w:before="100" w:after="200" w:line="360" w:lineRule="auto"/>
        <w:ind w:firstLine="576"/>
        <w:jc w:val="left"/>
      </w:pPr>
      <w:r>
        <w:rPr>
          <w:rFonts w:ascii="宋体" w:eastAsia="宋体" w:hAnsi="宋体"/>
          <w:sz w:val="28"/>
        </w:rPr>
        <w:t>第十条乙方对该抵押物必须妥善保管，负有维修、保养、保证完好无损的责任，并随时接受甲方的监督检查。对该抵押物造成的任何损坏，由乙方承担责任。</w:t>
      </w:r>
    </w:p>
    <w:p>
      <w:pPr>
        <w:spacing w:before="100" w:after="200" w:line="360" w:lineRule="auto"/>
        <w:ind w:firstLine="576"/>
        <w:jc w:val="left"/>
      </w:pPr>
      <w:r>
        <w:rPr>
          <w:rFonts w:ascii="宋体" w:eastAsia="宋体" w:hAnsi="宋体"/>
          <w:sz w:val="28"/>
        </w:rPr>
        <w:t>第十一条乙方负责缴付涉及该抵押物的一切税费。乙方因不履行该项义务而对甲方造成的一切损失，乙方应负责赔偿。</w:t>
      </w:r>
    </w:p>
    <w:p>
      <w:pPr>
        <w:spacing w:before="100" w:after="200" w:line="360" w:lineRule="auto"/>
        <w:ind w:firstLine="576"/>
        <w:jc w:val="left"/>
      </w:pPr>
      <w:r>
        <w:rPr>
          <w:rFonts w:ascii="宋体" w:eastAsia="宋体" w:hAnsi="宋体"/>
          <w:sz w:val="28"/>
        </w:rPr>
        <w:t>第十二条乙方须在取得该抵押物________日内，到甲方指定的保险公司并按甲方指定的保险种类为该抵押物购买保险。保险的赔偿范围应包括该抵押物遭受任何火灾、水灾、地震等自然灾害及其他意外事故所导致的.破坏及损毁;投保金额不得少于重新购买该抵押物的全部金额;保险期限至借款合同到期之日，如乙方不履行到期还款的义务，抵押人应继续购买保险，直至借款合同项下借款本息全部还清为止。</w:t>
      </w:r>
    </w:p>
    <w:p>
      <w:pPr>
        <w:spacing w:before="100" w:after="200" w:line="360" w:lineRule="auto"/>
        <w:ind w:firstLine="576"/>
        <w:jc w:val="left"/>
      </w:pPr>
      <w:r>
        <w:rPr>
          <w:rFonts w:ascii="宋体" w:eastAsia="宋体" w:hAnsi="宋体"/>
          <w:sz w:val="28"/>
        </w:rPr>
        <w:t>第十三条乙方需在保险手续办理完毕十日内，将保险单正本交甲方保管。保险单的第一受益人须为甲方，保险单不得附有任何损害或影响甲方权益的限制条件，或任何不负责赔偿的条(除非甲方书面同意)。</w:t>
      </w:r>
    </w:p>
    <w:p>
      <w:pPr>
        <w:spacing w:before="100" w:after="200" w:line="360" w:lineRule="auto"/>
        <w:ind w:firstLine="576"/>
        <w:jc w:val="left"/>
      </w:pPr>
      <w:r>
        <w:rPr>
          <w:rFonts w:ascii="宋体" w:eastAsia="宋体" w:hAnsi="宋体"/>
          <w:sz w:val="28"/>
        </w:rPr>
        <w:t>第十四条乙方不可撤销地授权甲方为其上述保险事吸哪个的代表人，接受或支配保险赔偿金，将保险金用于修缮该抵押房屋的损毁部分或清还本合同项下借款人所欠甲方的款项，此授权非经甲方同意不可撤销。</w:t>
      </w:r>
    </w:p>
    <w:p>
      <w:pPr>
        <w:spacing w:before="100" w:after="200" w:line="360" w:lineRule="auto"/>
        <w:ind w:firstLine="576"/>
        <w:jc w:val="left"/>
      </w:pPr>
      <w:r>
        <w:rPr>
          <w:rFonts w:ascii="宋体" w:eastAsia="宋体" w:hAnsi="宋体"/>
          <w:sz w:val="28"/>
        </w:rPr>
        <w:t>第十五条抵押期内，乙方不得以任何理由中断或撤销上述保险。否则，乙方须五条件赔偿甲方因此所受的一切损失。</w:t>
      </w:r>
    </w:p>
    <w:p>
      <w:pPr>
        <w:spacing w:before="100" w:after="200" w:line="360" w:lineRule="auto"/>
        <w:ind w:firstLine="576"/>
        <w:jc w:val="left"/>
      </w:pPr>
      <w:r>
        <w:rPr>
          <w:rFonts w:ascii="宋体" w:eastAsia="宋体" w:hAnsi="宋体"/>
          <w:sz w:val="28"/>
        </w:rPr>
        <w:t>第十六条乙方如违反上述保险条款，甲方可依照本合同之保险条款的规定，代为购买保险，所有费用由乙方支付。</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r>
        <w:rPr>
          <w:rFonts w:ascii="宋体" w:eastAsia="宋体" w:hAnsi="宋体"/>
          <w:sz w:val="28"/>
        </w:rPr>
        <w:t>第十七条抵押期间，该抵押物发生保险责任以外的毁损，乙方应就受损部分及时提供新的担保，并办理相应手续。</w:t>
      </w:r>
    </w:p>
    <w:p>
      <w:pPr>
        <w:spacing w:before="100" w:after="200" w:line="360" w:lineRule="auto"/>
        <w:ind w:firstLine="576"/>
        <w:jc w:val="left"/>
      </w:pPr>
      <w:r>
        <w:rPr>
          <w:rFonts w:ascii="宋体" w:eastAsia="宋体" w:hAnsi="宋体"/>
          <w:sz w:val="28"/>
        </w:rPr>
        <w:t>第十八条发生以下情况的，乙方同意甲方有权提前处分抵押物：</w:t>
      </w:r>
    </w:p>
    <w:p>
      <w:pPr>
        <w:spacing w:before="100" w:after="200" w:line="360" w:lineRule="auto"/>
        <w:ind w:firstLine="576"/>
        <w:jc w:val="left"/>
      </w:pPr>
      <w:r>
        <w:rPr>
          <w:rFonts w:ascii="宋体" w:eastAsia="宋体" w:hAnsi="宋体"/>
          <w:sz w:val="28"/>
        </w:rPr>
        <w:t>(一)根据借款合同的约定借款合同提前到期的;</w:t>
      </w:r>
    </w:p>
    <w:p>
      <w:pPr>
        <w:spacing w:before="100" w:after="200" w:line="360" w:lineRule="auto"/>
        <w:ind w:firstLine="576"/>
        <w:jc w:val="left"/>
      </w:pPr>
      <w:r>
        <w:rPr>
          <w:rFonts w:ascii="宋体" w:eastAsia="宋体" w:hAnsi="宋体"/>
          <w:sz w:val="28"/>
        </w:rPr>
        <w:t>(二)乙方违反本合同第八条、第十条、第十三条、第十四条、第十五条、第十六条、第十八条;</w:t>
      </w:r>
    </w:p>
    <w:p>
      <w:pPr>
        <w:spacing w:before="100" w:after="200" w:line="360" w:lineRule="auto"/>
        <w:ind w:firstLine="576"/>
        <w:jc w:val="left"/>
      </w:pPr>
      <w:r>
        <w:rPr>
          <w:rFonts w:ascii="宋体" w:eastAsia="宋体" w:hAnsi="宋体"/>
          <w:sz w:val="28"/>
        </w:rPr>
        <w:t>(三)当有任何纠纷、诉讼、仲裁发生，可能对抵押物有不利影响的。</w:t>
      </w:r>
    </w:p>
    <w:p>
      <w:pPr>
        <w:spacing w:before="100" w:after="200" w:line="360" w:lineRule="auto"/>
        <w:ind w:firstLine="576"/>
        <w:jc w:val="left"/>
      </w:pPr>
      <w:r>
        <w:rPr>
          <w:rFonts w:ascii="宋体" w:eastAsia="宋体" w:hAnsi="宋体"/>
          <w:sz w:val="28"/>
        </w:rPr>
        <w:t>第十九条乙方保证，在借款人不履行借款合同约定条款时，甲方有权依法就处分该抵押物的价款优先受偿。</w:t>
      </w:r>
    </w:p>
    <w:p>
      <w:pPr>
        <w:spacing w:before="100" w:after="200" w:line="360" w:lineRule="auto"/>
        <w:ind w:firstLine="576"/>
        <w:jc w:val="left"/>
      </w:pPr>
      <w:r>
        <w:rPr>
          <w:rFonts w:ascii="宋体" w:eastAsia="宋体" w:hAnsi="宋体"/>
          <w:sz w:val="28"/>
        </w:rPr>
        <w:t>第二十条处分本抵押合同项下之款项，依下列次序处理：</w:t>
      </w:r>
    </w:p>
    <w:p>
      <w:pPr>
        <w:spacing w:before="100" w:after="200" w:line="360" w:lineRule="auto"/>
        <w:ind w:firstLine="576"/>
        <w:jc w:val="left"/>
      </w:pPr>
      <w:r>
        <w:rPr>
          <w:rFonts w:ascii="宋体" w:eastAsia="宋体" w:hAnsi="宋体"/>
          <w:sz w:val="28"/>
        </w:rPr>
        <w:t>(一)用于缴付因处理该抵押物而支出的一切费用;</w:t>
      </w:r>
    </w:p>
    <w:p>
      <w:pPr>
        <w:spacing w:before="100" w:after="200" w:line="360" w:lineRule="auto"/>
        <w:ind w:firstLine="576"/>
        <w:jc w:val="left"/>
      </w:pPr>
      <w:r>
        <w:rPr>
          <w:rFonts w:ascii="宋体" w:eastAsia="宋体" w:hAnsi="宋体"/>
          <w:sz w:val="28"/>
        </w:rPr>
        <w:t>(二)用于扣缴所欠的一切税款及乙方应付的一切费用;</w:t>
      </w:r>
    </w:p>
    <w:p>
      <w:pPr>
        <w:spacing w:before="100" w:after="200" w:line="360" w:lineRule="auto"/>
        <w:ind w:firstLine="576"/>
        <w:jc w:val="left"/>
      </w:pPr>
      <w:r>
        <w:rPr>
          <w:rFonts w:ascii="宋体" w:eastAsia="宋体" w:hAnsi="宋体"/>
          <w:sz w:val="28"/>
        </w:rPr>
        <w:t>(三)扣还根据本合同乙方应偿还甲方的借款本息及其他一切款项。</w:t>
      </w:r>
    </w:p>
    <w:p>
      <w:pPr>
        <w:spacing w:before="100" w:after="200" w:line="360" w:lineRule="auto"/>
        <w:ind w:firstLine="576"/>
        <w:jc w:val="left"/>
      </w:pPr>
      <w:r>
        <w:rPr>
          <w:rFonts w:ascii="宋体" w:eastAsia="宋体" w:hAnsi="宋体"/>
          <w:sz w:val="28"/>
        </w:rPr>
        <w:t>第二十一条处分该抵押物的价款超过应偿还部分，甲方应退还乙方。</w:t>
      </w:r>
    </w:p>
    <w:p>
      <w:pPr>
        <w:spacing w:before="100" w:after="200" w:line="360" w:lineRule="auto"/>
        <w:ind w:firstLine="576"/>
        <w:jc w:val="left"/>
      </w:pPr>
      <w:r>
        <w:rPr>
          <w:rFonts w:ascii="宋体" w:eastAsia="宋体" w:hAnsi="宋体"/>
          <w:sz w:val="28"/>
        </w:rPr>
        <w:t>第二十二条乙方在遵守本合同其他条款的同时还作声明及保证如下：</w:t>
      </w:r>
    </w:p>
    <w:p>
      <w:pPr>
        <w:spacing w:before="100" w:after="200" w:line="360" w:lineRule="auto"/>
        <w:ind w:firstLine="576"/>
        <w:jc w:val="left"/>
      </w:pPr>
      <w:r>
        <w:rPr>
          <w:rFonts w:ascii="宋体" w:eastAsia="宋体" w:hAnsi="宋体"/>
          <w:sz w:val="28"/>
        </w:rPr>
        <w:t>(一)向甲方提供的一切资料均真实可靠，无任何伪造和隐瞒事实之处;</w:t>
      </w:r>
    </w:p>
    <w:p>
      <w:pPr>
        <w:spacing w:before="100" w:after="200" w:line="360" w:lineRule="auto"/>
        <w:ind w:firstLine="576"/>
        <w:jc w:val="left"/>
      </w:pPr>
      <w:r>
        <w:rPr>
          <w:rFonts w:ascii="宋体" w:eastAsia="宋体" w:hAnsi="宋体"/>
          <w:sz w:val="28"/>
        </w:rPr>
        <w:t>(二)准许甲方或其授权人，在任何合理的时间内依法进入该抵押房产，以便检查;</w:t>
      </w:r>
    </w:p>
    <w:p>
      <w:pPr>
        <w:spacing w:before="100" w:after="200" w:line="360" w:lineRule="auto"/>
        <w:ind w:firstLine="576"/>
        <w:jc w:val="left"/>
        <w:sectPr w:rsidSect="00034616">
          <w:type w:val="nextPage"/>
          <w:pgSz w:w="11906" w:h="16838"/>
          <w:pgMar w:top="1440" w:right="1440" w:bottom="1440" w:left="1440" w:header="720" w:footer="720" w:gutter="0"/>
          <w:pgNumType w:start="15"/>
          <w:cols w:space="720"/>
          <w:titlePg w:val="0"/>
          <w:docGrid w:linePitch="360"/>
        </w:sectPr>
      </w:pPr>
      <w:r>
        <w:rPr>
          <w:rFonts w:ascii="宋体" w:eastAsia="宋体" w:hAnsi="宋体"/>
          <w:sz w:val="28"/>
        </w:rPr>
        <w:t>(三)乙方在工作单位、联络方式等发生变化时，须在十日内书面通知甲方;</w:t>
      </w:r>
    </w:p>
    <w:p>
      <w:pPr>
        <w:spacing w:before="100" w:after="200" w:line="360" w:lineRule="auto"/>
        <w:ind w:firstLine="576"/>
        <w:jc w:val="left"/>
      </w:pPr>
      <w:r>
        <w:rPr>
          <w:rFonts w:ascii="宋体" w:eastAsia="宋体" w:hAnsi="宋体"/>
          <w:sz w:val="28"/>
        </w:rPr>
        <w:t>(四)乙方在占有该抵押物期间，应遵守管理规定，按时付清该抵押物的各项管理费用，并保证该抵押物免受扣押或涉及其他法律诉讼。如不履行上述责任，须赔偿甲方因此遭受的损失;</w:t>
      </w:r>
    </w:p>
    <w:p>
      <w:pPr>
        <w:spacing w:before="100" w:after="200" w:line="360" w:lineRule="auto"/>
        <w:ind w:firstLine="576"/>
        <w:jc w:val="left"/>
      </w:pPr>
      <w:r>
        <w:rPr>
          <w:rFonts w:ascii="宋体" w:eastAsia="宋体" w:hAnsi="宋体"/>
          <w:sz w:val="28"/>
        </w:rPr>
        <w:t>(五)当有任何诉讼、仲裁发生，可能对该抵押物有不利影响时，乙方保证在十日内以书面形式通知甲方</w:t>
      </w:r>
    </w:p>
    <w:p>
      <w:pPr>
        <w:spacing w:before="100" w:after="200" w:line="360" w:lineRule="auto"/>
        <w:ind w:firstLine="576"/>
        <w:jc w:val="left"/>
      </w:pPr>
      <w:r>
        <w:rPr>
          <w:rFonts w:ascii="宋体" w:eastAsia="宋体" w:hAnsi="宋体"/>
          <w:sz w:val="28"/>
        </w:rPr>
        <w:t>第二十三条任何一方违反本合同任何条款，给对方造成经济损失的，应向对方支付借款合同项下借款余额的____%违约金，违约金不足以弥补对方损失的，违约方还应就不足部分予以赔偿。</w:t>
      </w:r>
    </w:p>
    <w:p>
      <w:pPr>
        <w:spacing w:before="100" w:after="200" w:line="360" w:lineRule="auto"/>
        <w:ind w:firstLine="576"/>
        <w:jc w:val="left"/>
      </w:pPr>
      <w:r>
        <w:rPr>
          <w:rFonts w:ascii="宋体" w:eastAsia="宋体" w:hAnsi="宋体"/>
          <w:sz w:val="28"/>
        </w:rPr>
        <w:t>第二十四条如因履行本合同而产生任何纠纷，双方应尽量友好协商解决，协商解决不成的，由甲乙双方共同选择下列方式之一;</w:t>
      </w:r>
    </w:p>
    <w:p>
      <w:pPr>
        <w:spacing w:before="100" w:after="200" w:line="360" w:lineRule="auto"/>
        <w:ind w:firstLine="576"/>
        <w:jc w:val="left"/>
      </w:pPr>
      <w:r>
        <w:rPr>
          <w:rFonts w:ascii="宋体" w:eastAsia="宋体" w:hAnsi="宋体"/>
          <w:sz w:val="28"/>
        </w:rPr>
        <w:t>(一)提交该抵押房产所在地人民法院诉讼解决;</w:t>
      </w:r>
    </w:p>
    <w:p>
      <w:pPr>
        <w:spacing w:before="100" w:after="200" w:line="360" w:lineRule="auto"/>
        <w:ind w:firstLine="576"/>
        <w:jc w:val="left"/>
      </w:pPr>
      <w:r>
        <w:rPr>
          <w:rFonts w:ascii="宋体" w:eastAsia="宋体" w:hAnsi="宋体"/>
          <w:sz w:val="28"/>
        </w:rPr>
        <w:t>(二)提交仲裁委员会裁决。</w:t>
      </w:r>
    </w:p>
    <w:p>
      <w:pPr>
        <w:spacing w:before="100" w:after="200" w:line="360" w:lineRule="auto"/>
        <w:ind w:firstLine="576"/>
        <w:jc w:val="left"/>
      </w:pPr>
      <w:r>
        <w:rPr>
          <w:rFonts w:ascii="宋体" w:eastAsia="宋体" w:hAnsi="宋体"/>
          <w:sz w:val="28"/>
        </w:rPr>
        <w:t>第二十五条争议未获解决期间，除争议事项外，各方应继续履行本合同规定的其他条款。</w:t>
      </w:r>
    </w:p>
    <w:p>
      <w:pPr>
        <w:spacing w:before="100" w:after="200" w:line="360" w:lineRule="auto"/>
        <w:ind w:firstLine="576"/>
        <w:jc w:val="left"/>
      </w:pPr>
      <w:r>
        <w:rPr>
          <w:rFonts w:ascii="宋体" w:eastAsia="宋体" w:hAnsi="宋体"/>
          <w:sz w:val="28"/>
        </w:rPr>
        <w:t>第二十六条双方商定的其他条款：</w:t>
      </w:r>
    </w:p>
    <w:p>
      <w:pPr>
        <w:spacing w:before="100" w:after="200" w:line="360" w:lineRule="auto"/>
        <w:ind w:firstLine="576"/>
        <w:jc w:val="left"/>
      </w:pPr>
      <w:r>
        <w:rPr>
          <w:rFonts w:ascii="宋体" w:eastAsia="宋体" w:hAnsi="宋体"/>
          <w:sz w:val="28"/>
        </w:rPr>
        <w:t>第二十七条借款合同中的借款人按期付清合同约定的借款本息及其他费用，并履行本合同的全部条款及其他所有责任后，本合同即告终止。甲方将协助乙方到房地产行政主管部门办理抵押注销登记手续，并将抵押房产的所有权权属证明文件和收据退还乙方。</w:t>
      </w:r>
    </w:p>
    <w:p>
      <w:pPr>
        <w:spacing w:before="100" w:after="200" w:line="360" w:lineRule="auto"/>
        <w:ind w:firstLine="576"/>
        <w:jc w:val="left"/>
      </w:pPr>
      <w:r>
        <w:rPr>
          <w:rFonts w:ascii="宋体" w:eastAsia="宋体" w:hAnsi="宋体"/>
          <w:sz w:val="28"/>
        </w:rPr>
        <w:t>第二十八条本合同一式____份，均有同等效力。由____方各执一份，登记机关存档一份。</w:t>
      </w:r>
    </w:p>
    <w:p>
      <w:pPr>
        <w:spacing w:before="100" w:after="200" w:line="360" w:lineRule="auto"/>
        <w:ind w:firstLine="576"/>
        <w:jc w:val="left"/>
        <w:sectPr w:rsidSect="00034616">
          <w:type w:val="nextPage"/>
          <w:pgSz w:w="11906" w:h="16838"/>
          <w:pgMar w:top="1440" w:right="1440" w:bottom="1440" w:left="1440" w:header="720" w:footer="720" w:gutter="0"/>
          <w:pgNumType w:start="16"/>
          <w:cols w:space="720"/>
          <w:titlePg w:val="0"/>
          <w:docGrid w:linePitch="360"/>
        </w:sectPr>
      </w:pPr>
      <w:r>
        <w:rPr>
          <w:rFonts w:ascii="宋体" w:eastAsia="宋体" w:hAnsi="宋体"/>
          <w:sz w:val="28"/>
        </w:rPr>
        <w:t>抵押权人住所：____________抵押人住所：__________________</w:t>
      </w:r>
    </w:p>
    <w:p>
      <w:pPr>
        <w:spacing w:before="100" w:after="200" w:line="360" w:lineRule="auto"/>
        <w:ind w:firstLine="576"/>
        <w:jc w:val="left"/>
      </w:pPr>
      <w:r>
        <w:rPr>
          <w:rFonts w:ascii="宋体" w:eastAsia="宋体" w:hAnsi="宋体"/>
          <w:sz w:val="28"/>
        </w:rPr>
        <w:t>传真：____________________账号：________________________</w:t>
      </w:r>
    </w:p>
    <w:p>
      <w:pPr>
        <w:spacing w:before="100" w:after="200" w:line="360" w:lineRule="auto"/>
        <w:ind w:firstLine="576"/>
        <w:jc w:val="left"/>
      </w:pPr>
      <w:r>
        <w:rPr>
          <w:rFonts w:ascii="宋体" w:eastAsia="宋体" w:hAnsi="宋体"/>
          <w:sz w:val="28"/>
        </w:rPr>
        <w:t>传真：________________________</w:t>
      </w:r>
    </w:p>
    <w:p>
      <w:pPr>
        <w:spacing w:before="100" w:after="200" w:line="360" w:lineRule="auto"/>
        <w:ind w:firstLine="576"/>
        <w:jc w:val="left"/>
      </w:pPr>
      <w:r>
        <w:rPr>
          <w:rFonts w:ascii="宋体" w:eastAsia="宋体" w:hAnsi="宋体"/>
          <w:sz w:val="28"/>
        </w:rPr>
        <w:t>邮政编码：___________________</w:t>
      </w:r>
    </w:p>
    <w:p>
      <w:pPr>
        <w:spacing w:before="100" w:after="200" w:line="360" w:lineRule="auto"/>
        <w:ind w:firstLine="576"/>
        <w:jc w:val="left"/>
      </w:pPr>
      <w:r>
        <w:rPr>
          <w:rFonts w:ascii="宋体" w:eastAsia="宋体" w:hAnsi="宋体"/>
          <w:sz w:val="28"/>
        </w:rPr>
        <w:t>甲方(公章)：____________乙方(盖章)：________________</w:t>
      </w:r>
    </w:p>
    <w:p>
      <w:pPr>
        <w:spacing w:before="100" w:after="200" w:line="360" w:lineRule="auto"/>
        <w:ind w:firstLine="576"/>
        <w:jc w:val="left"/>
      </w:pPr>
      <w:r>
        <w:rPr>
          <w:rFonts w:ascii="宋体" w:eastAsia="宋体" w:hAnsi="宋体"/>
          <w:sz w:val="28"/>
        </w:rPr>
        <w:t>负责人(签字)：__________法定代表人(签字)：__________</w:t>
      </w:r>
    </w:p>
    <w:p>
      <w:pPr>
        <w:spacing w:before="100" w:after="200" w:line="360" w:lineRule="auto"/>
        <w:ind w:firstLine="576"/>
        <w:jc w:val="left"/>
      </w:pPr>
      <w:r>
        <w:rPr>
          <w:rFonts w:ascii="宋体" w:eastAsia="宋体" w:hAnsi="宋体"/>
          <w:sz w:val="28"/>
        </w:rPr>
        <w:t>________年______月______日_________年________月_______日</w:t>
      </w:r>
    </w:p>
    <w:p>
      <w:pPr>
        <w:spacing w:before="100" w:after="200" w:line="360" w:lineRule="auto"/>
        <w:ind w:firstLine="576"/>
        <w:jc w:val="left"/>
      </w:pPr>
      <w:r>
        <w:rPr>
          <w:rFonts w:ascii="宋体" w:eastAsia="宋体" w:hAnsi="宋体"/>
          <w:sz w:val="28"/>
        </w:rPr>
        <w:t>登记机关：________________抵押登记编号：____________抵押登记日期：____________</w:t>
      </w:r>
    </w:p>
    <w:p>
      <w:pPr>
        <w:spacing w:before="100" w:after="200" w:line="360" w:lineRule="auto"/>
        <w:ind w:firstLine="576"/>
        <w:jc w:val="left"/>
      </w:pPr>
      <w:r>
        <w:rPr>
          <w:rFonts w:ascii="宋体" w:eastAsia="宋体" w:hAnsi="宋体"/>
          <w:sz w:val="28"/>
        </w:rPr>
        <w:t>甲方（出借人）：身份证号：乙方（借款人）：身份证号：甲乙双方本着平等自愿、诚实信用的原则，经协商一致，达成本合同，并保证共同遵守执行。</w:t>
      </w:r>
    </w:p>
    <w:p>
      <w:pPr>
        <w:spacing w:before="100" w:after="200" w:line="360" w:lineRule="auto"/>
        <w:jc w:val="left"/>
      </w:pPr>
      <w:r>
        <w:rPr>
          <w:rFonts w:ascii="宋体 (中文正文)" w:eastAsia="宋体" w:hAnsi="宋体 (中文正文)"/>
          <w:b/>
          <w:sz w:val="28"/>
        </w:rPr>
        <w:t>一、借款金额：借款方向贷款方借款人民币元。</w:t>
      </w:r>
    </w:p>
    <w:p>
      <w:pPr>
        <w:spacing w:before="100" w:after="200" w:line="360" w:lineRule="auto"/>
        <w:jc w:val="left"/>
      </w:pPr>
      <w:r>
        <w:rPr>
          <w:rFonts w:ascii="宋体 (中文正文)" w:eastAsia="宋体" w:hAnsi="宋体 (中文正文)"/>
          <w:b/>
          <w:sz w:val="28"/>
        </w:rPr>
        <w:t>二、借款用途为</w:t>
      </w:r>
    </w:p>
    <w:p>
      <w:pPr>
        <w:spacing w:before="100" w:after="200" w:line="360" w:lineRule="auto"/>
        <w:jc w:val="left"/>
      </w:pPr>
      <w:r>
        <w:rPr>
          <w:rFonts w:ascii="宋体 (中文正文)" w:eastAsia="宋体" w:hAnsi="宋体 (中文正文)"/>
          <w:b/>
          <w:sz w:val="28"/>
        </w:rPr>
        <w:t>三、借款利息：借款利率为月利息%，按月收息，利随本清。</w:t>
      </w:r>
    </w:p>
    <w:p>
      <w:pPr>
        <w:spacing w:before="100" w:after="200" w:line="360" w:lineRule="auto"/>
        <w:ind w:firstLine="576"/>
        <w:jc w:val="left"/>
      </w:pPr>
      <w:r>
        <w:rPr>
          <w:rFonts w:ascii="宋体" w:eastAsia="宋体" w:hAnsi="宋体"/>
          <w:sz w:val="28"/>
        </w:rPr>
        <w:t>四、借款期限：借款期限为日，从年月起至年月止。如实际放款日与该日期不符，以实际借款日期为准。乙方收到借款后应当出具借据，乙方所出具的借据为本合同的附件，与本合同具有同等法律效力。</w:t>
      </w:r>
    </w:p>
    <w:p>
      <w:pPr>
        <w:spacing w:before="100" w:after="200" w:line="360" w:lineRule="auto"/>
        <w:jc w:val="left"/>
      </w:pPr>
      <w:r>
        <w:rPr>
          <w:rFonts w:ascii="宋体 (中文正文)" w:eastAsia="宋体" w:hAnsi="宋体 (中文正文)"/>
          <w:sz w:val="28"/>
        </w:rPr>
        <w:t>五、保证条款：</w:t>
      </w:r>
    </w:p>
    <w:p>
      <w:pPr>
        <w:spacing w:before="100" w:after="200" w:line="360" w:lineRule="auto"/>
        <w:ind w:firstLine="576"/>
        <w:jc w:val="left"/>
        <w:sectPr w:rsidSect="00034616">
          <w:type w:val="nextPage"/>
          <w:pgSz w:w="11906" w:h="16838"/>
          <w:pgMar w:top="1440" w:right="1440" w:bottom="1440" w:left="1440" w:header="720" w:footer="720" w:gutter="0"/>
          <w:pgNumType w:start="17"/>
          <w:cols w:space="720"/>
          <w:titlePg w:val="0"/>
          <w:docGrid w:linePitch="360"/>
        </w:sectPr>
      </w:pPr>
      <w:r>
        <w:rPr>
          <w:rFonts w:ascii="宋体" w:eastAsia="宋体" w:hAnsi="宋体"/>
          <w:sz w:val="28"/>
        </w:rPr>
        <w:t>1、借款方用__________________价值元</w:t>
      </w:r>
    </w:p>
    <w:p>
      <w:pPr>
        <w:spacing w:before="100" w:after="200" w:line="360" w:lineRule="auto"/>
        <w:ind w:firstLine="576"/>
        <w:jc w:val="left"/>
      </w:pPr>
      <w:r>
        <w:rPr>
          <w:rFonts w:ascii="宋体" w:eastAsia="宋体" w:hAnsi="宋体"/>
          <w:sz w:val="28"/>
        </w:rPr>
        <w:t>作为借款抵押品。由贷款方保管或公证机关保管。（公证费由借款方负担）。抵押期间，未经甲方书面同意，乙方不得出租、变卖、赠与抵押物，或以其他任何方式处分抵押物。抵押期间抵押物不受乙方资产分割、转让等影响，如甲方发现乙方有违反本条款的情节，将处置抵押物。</w:t>
      </w:r>
    </w:p>
    <w:p>
      <w:pPr>
        <w:spacing w:before="100" w:after="200" w:line="360" w:lineRule="auto"/>
        <w:ind w:firstLine="576"/>
        <w:jc w:val="left"/>
      </w:pPr>
      <w:r>
        <w:rPr>
          <w:rFonts w:ascii="宋体" w:eastAsia="宋体" w:hAnsi="宋体"/>
          <w:sz w:val="28"/>
        </w:rPr>
        <w:t>2、借款方必须按照借款合同规定的用途使用借款,不得挪作他用,不得用借款进行违法活动。</w:t>
      </w:r>
    </w:p>
    <w:p>
      <w:pPr>
        <w:spacing w:before="100" w:after="200" w:line="360" w:lineRule="auto"/>
        <w:ind w:firstLine="576"/>
        <w:jc w:val="left"/>
      </w:pPr>
      <w:r>
        <w:rPr>
          <w:rFonts w:ascii="宋体" w:eastAsia="宋体" w:hAnsi="宋体"/>
          <w:sz w:val="28"/>
        </w:rPr>
        <w:t>3、借款方必须按合同规定的期限还本付息。逾期不还的部分，贷款方有权限期追回贷款。</w:t>
      </w:r>
    </w:p>
    <w:p>
      <w:pPr>
        <w:spacing w:before="100" w:after="200" w:line="360" w:lineRule="auto"/>
        <w:ind w:firstLine="576"/>
        <w:jc w:val="left"/>
      </w:pPr>
      <w:r>
        <w:rPr>
          <w:rFonts w:ascii="宋体" w:eastAsia="宋体" w:hAnsi="宋体"/>
          <w:sz w:val="28"/>
        </w:rPr>
        <w:t>4、乙方还款保证人____________，为确保本契约的履行，愿与乙方负连带返还借款本息的责任。</w:t>
      </w:r>
    </w:p>
    <w:p>
      <w:pPr>
        <w:spacing w:before="100" w:after="200" w:line="360" w:lineRule="auto"/>
        <w:jc w:val="left"/>
      </w:pPr>
      <w:r>
        <w:rPr>
          <w:rFonts w:ascii="宋体 (中文正文)" w:eastAsia="宋体" w:hAnsi="宋体 (中文正文)"/>
          <w:b/>
          <w:sz w:val="28"/>
        </w:rPr>
        <w:t>六、违约责任</w:t>
      </w:r>
    </w:p>
    <w:p>
      <w:pPr>
        <w:spacing w:before="100" w:after="200" w:line="360" w:lineRule="auto"/>
        <w:ind w:firstLine="576"/>
        <w:jc w:val="left"/>
      </w:pPr>
      <w:r>
        <w:rPr>
          <w:rFonts w:ascii="宋体" w:eastAsia="宋体" w:hAnsi="宋体"/>
          <w:sz w:val="28"/>
        </w:rPr>
        <w:t>1、乙方如未按合同规定归还借款，乙方应当承担违约金以及因诉讼发生的律师费、诉讼费、差旅费、评估费、拍卖费等费用。甲方有权向有管辖权的人民法院申请拍卖抵押物，用于抵偿借款本息，若有不足抵偿部分，甲方仍有权向乙方追偿。直至乙方还清甲方全部贷款本息为止。</w:t>
      </w:r>
    </w:p>
    <w:p>
      <w:pPr>
        <w:spacing w:before="100" w:after="200" w:line="360" w:lineRule="auto"/>
        <w:ind w:firstLine="576"/>
        <w:jc w:val="left"/>
      </w:pPr>
      <w:r>
        <w:rPr>
          <w:rFonts w:ascii="宋体" w:eastAsia="宋体" w:hAnsi="宋体"/>
          <w:sz w:val="28"/>
        </w:rPr>
        <w:t>2、乙方如不按合同规定的用途使用借款，甲方有权随时收回该借款，并要求乙方承担借款总金额百分之的违约责任。</w:t>
      </w:r>
    </w:p>
    <w:p>
      <w:pPr>
        <w:spacing w:before="100" w:after="200" w:line="360" w:lineRule="auto"/>
        <w:ind w:firstLine="576"/>
        <w:jc w:val="left"/>
      </w:pPr>
      <w:r>
        <w:rPr>
          <w:rFonts w:ascii="宋体" w:eastAsia="宋体" w:hAnsi="宋体"/>
          <w:sz w:val="28"/>
        </w:rPr>
        <w:t>七、合同争议的解决方式：本合同在履行过程中发生的争议，由当事人双方友好协商解决，也可由第三人调解。协商或调解不成的，可由任意一方依法向人民法院起诉。</w:t>
      </w:r>
    </w:p>
    <w:p>
      <w:pPr>
        <w:spacing w:before="100" w:after="200" w:line="360" w:lineRule="auto"/>
        <w:jc w:val="left"/>
      </w:pPr>
      <w:r>
        <w:rPr>
          <w:rFonts w:ascii="宋体 (中文正文)" w:eastAsia="宋体" w:hAnsi="宋体 (中文正文)"/>
          <w:b/>
          <w:sz w:val="28"/>
        </w:rPr>
        <w:t>八、本合同自双方签字之日起生效。本合同一式两份，双方各执一份，合同文本具有同等法律效力。</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https://d.book118.com/496214132013010055</w:t>
        </w:r>
      </w:hyperlink>
    </w:p>
    <w:p>
      <w:pPr>
        <w:spacing w:before="100" w:after="200" w:line="360" w:lineRule="auto"/>
        <w:jc w:val="left"/>
      </w:pPr>
    </w:p>
    <w:sectPr w:rsidSect="00034616">
      <w:type w:val="nextPage"/>
      <w:pgSz w:w="11906" w:h="16838"/>
      <w:pgMar w:top="1440" w:right="1440" w:bottom="1440" w:left="144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621413201301005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