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节能低碳活动总结（32篇）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节能低碳活动总结（精选32篇）</w:t>
      </w:r>
      <w:r>
        <w:rPr>
          <w:lang w:eastAsia="zh-CN"/>
        </w:rPr>
        <w:br/>
      </w:r>
      <w:r>
        <w:rPr>
          <w:lang w:eastAsia="zh-CN"/>
        </w:rPr>
        <w:t xml:space="preserve">    节能低碳活动总结 篇1 </w:t>
      </w:r>
      <w:r>
        <w:rPr>
          <w:lang w:eastAsia="zh-CN"/>
        </w:rPr>
        <w:br/>
      </w:r>
      <w:r>
        <w:rPr>
          <w:lang w:eastAsia="zh-CN"/>
        </w:rPr>
        <w:t>　　按照《关于20__年全国节能宣传周和全国低碳日活动安排的通知》和《辽宁省教育厅办公室关于开展20__年节约节能环保低碳宣传周活动的通知》文件要求，我校开展了一系列的主题活动了和宣传活动，现将主要工作总结如下：</w:t>
      </w:r>
      <w:r>
        <w:rPr>
          <w:lang w:eastAsia="zh-CN"/>
        </w:rPr>
        <w:br/>
      </w:r>
      <w:r>
        <w:rPr>
          <w:lang w:eastAsia="zh-CN"/>
        </w:rPr>
        <w:t>　　一、开展了以《节约节能环保低碳》为主题的.主题升旗仪式活动：</w:t>
      </w:r>
      <w:r>
        <w:rPr>
          <w:lang w:eastAsia="zh-CN"/>
        </w:rPr>
        <w:br/>
      </w:r>
      <w:r>
        <w:rPr>
          <w:lang w:eastAsia="zh-CN"/>
        </w:rPr>
        <w:t>　　20__年6月17日，我校以《节约节能环保低碳》为主题的升旗仪式活动，在本次升旗仪式上，八年二班赵树杨同学做了以《节约节能，低碳环保，生活更美好》为题的演讲，我校德育主任关旭平主任做了重要讲话。</w:t>
      </w:r>
      <w:r>
        <w:rPr>
          <w:lang w:eastAsia="zh-CN"/>
        </w:rPr>
        <w:br/>
      </w:r>
      <w:r>
        <w:rPr>
          <w:lang w:eastAsia="zh-CN"/>
        </w:rPr>
        <w:t>　　二、开展了一次以《节约节能、环保低碳》为内容的手抄报活动：</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20__年6月17日－6月21日，我校开展了以《节约节能、环保低碳》为内容的手抄报比赛活动，在本次活动中，各班同学都能积极参与，并把自己班级比较好的作品展示在班级外的展示板上，不但做到了很好的宣传，同时，也锻炼了学生的动手能力和审美能力。</w:t>
      </w:r>
      <w:r>
        <w:rPr>
          <w:lang w:eastAsia="zh-CN"/>
        </w:rPr>
        <w:br/>
      </w:r>
      <w:r>
        <w:rPr>
          <w:lang w:eastAsia="zh-CN"/>
        </w:rPr>
        <w:t>　　三、开展了一次以《低碳环保》为主题的主题班会活动：</w:t>
      </w:r>
      <w:r>
        <w:rPr>
          <w:lang w:eastAsia="zh-CN"/>
        </w:rPr>
        <w:br/>
      </w:r>
      <w:r>
        <w:rPr>
          <w:lang w:eastAsia="zh-CN"/>
        </w:rPr>
        <w:t>　　20__年6月21日，我校利用第七节课的时间，开展了以《低碳环保》为主题的主题班会活动，在本次班会中，各班同学都能积极发言，发表自己对低碳环保的看法，今后应该如何去做。</w:t>
      </w:r>
      <w:r>
        <w:rPr>
          <w:lang w:eastAsia="zh-CN"/>
        </w:rPr>
        <w:br/>
      </w:r>
      <w:r>
        <w:rPr>
          <w:lang w:eastAsia="zh-CN"/>
        </w:rPr>
        <w:t>　　虽然在本次活动中，我校开展的活动不是很多，但是，取得了很好的效果，全校师生都懂得了如何低碳，如何环保，为我们共同的地球，应该做些什么！</w:t>
      </w:r>
      <w:r>
        <w:rPr>
          <w:lang w:eastAsia="zh-CN"/>
        </w:rPr>
        <w:br/>
      </w:r>
      <w:r>
        <w:rPr>
          <w:lang w:eastAsia="zh-CN"/>
        </w:rPr>
        <w:t xml:space="preserve">    节能低碳活动总结 篇2 </w:t>
      </w:r>
      <w:r>
        <w:rPr>
          <w:lang w:eastAsia="zh-CN"/>
        </w:rPr>
        <w:br/>
      </w:r>
      <w:r>
        <w:rPr>
          <w:lang w:eastAsia="zh-CN"/>
        </w:rPr>
        <w:t>　　一、高度重视，成立了专门的活动领导小组，制定活动的实施方案。</w:t>
      </w:r>
      <w:r>
        <w:rPr>
          <w:lang w:eastAsia="zh-CN"/>
        </w:rPr>
        <w:br/>
      </w:r>
      <w:r>
        <w:rPr>
          <w:lang w:eastAsia="zh-CN"/>
        </w:rPr>
        <w:t>　　活动开始前，我局组织领导干部认真学习了《关于加快推进生态文明建设的意见》、《“十三五”节能减排综合工作方案》、《“十三五”控制温室气体排放工作方案》等相关要求，以建设生态文明为主线，结合县的工作实际，研究制定了节能宣传周和低碳日活动的实施方案。</w:t>
      </w:r>
      <w:r>
        <w:rPr>
          <w:lang w:eastAsia="zh-CN"/>
        </w:rPr>
        <w:br/>
      </w:r>
      <w:r>
        <w:rPr>
          <w:lang w:eastAsia="zh-CN"/>
        </w:rPr>
        <w:t>　　二、结合我局责任分工。</w:t>
      </w:r>
      <w:r>
        <w:rPr>
          <w:lang w:eastAsia="zh-CN"/>
        </w:rPr>
        <w:br/>
      </w:r>
      <w:r>
        <w:rPr>
          <w:lang w:eastAsia="zh-CN"/>
        </w:rPr>
        <w:t>　　通过张贴悬挂横幅、摆放自制宣传展板、等多种形式宣传节能政策法规，普及办公生活节能知识，宣传节能环保、低碳生活的重要意义，积极营造珍惜资源、节能环保的社会氛围。</w:t>
      </w:r>
      <w:r>
        <w:rPr>
          <w:lang w:eastAsia="zh-CN"/>
        </w:rPr>
        <w:br/>
      </w:r>
      <w:r>
        <w:rPr>
          <w:lang w:eastAsia="zh-CN"/>
        </w:rPr>
        <w:t>　　三、将节能行动体现到日常工作生活中。</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对活动进行了组织动员，号召全局的干部职工共同参与到活动中来，普及生态文明、绿色低碳发展理念和知识，营造崇尚节约、合理消费与低碳环保的社会风尚，推动形成绿色生产生活方式。在机关办公楼张贴“全民动员，节能节水，共建节约型社会”的节约能源宣传标语；并号召广大干部职工自行车或步行上下班，低碳出行，从我做起，争创节约型机关，降低公共场所照明设施和各办公区域取暖设备使用时间，进一步增强了广大干部职工的资源危机意识和节能意识。</w:t>
      </w:r>
      <w:r>
        <w:rPr>
          <w:lang w:eastAsia="zh-CN"/>
        </w:rPr>
        <w:br/>
      </w:r>
      <w:r>
        <w:rPr>
          <w:lang w:eastAsia="zh-CN"/>
        </w:rPr>
        <w:t>　　此次活动，结合了县发改局的工作实际，开展了具有特色的节能低碳宣传活动，引导干部群众树立绿色、共享的发展理念，宣传节约环保的观念，增强了节能、低碳、绿色、环保的生活意识，有力的推进了节约型机关建设。</w:t>
      </w:r>
      <w:r>
        <w:rPr>
          <w:lang w:eastAsia="zh-CN"/>
        </w:rPr>
        <w:br/>
      </w:r>
      <w:r>
        <w:rPr>
          <w:lang w:eastAsia="zh-CN"/>
        </w:rPr>
        <w:t xml:space="preserve">    节能低碳活动总结 篇3 </w:t>
      </w:r>
      <w:r>
        <w:rPr>
          <w:lang w:eastAsia="zh-CN"/>
        </w:rPr>
        <w:br/>
      </w:r>
      <w:r>
        <w:rPr>
          <w:lang w:eastAsia="zh-CN"/>
        </w:rPr>
        <w:t>　　《关于开展20__年公共机构节能宣传周活动》的通知》要求，我局高度重视、庚即行动、认真落实，现将活动开展情况汇报如下：</w:t>
      </w:r>
      <w:r>
        <w:rPr>
          <w:lang w:eastAsia="zh-CN"/>
        </w:rPr>
        <w:br/>
      </w:r>
      <w:r>
        <w:rPr>
          <w:lang w:eastAsia="zh-CN"/>
        </w:rPr>
        <w:t>　　一、领导重视。作为环保工作者，我局高度重视节能宣传周活动。一把手亲自布置安排实施细则，局办具体负责制定详细的实施步骤，做到领导重视、责任到人。</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二、认真实施。结合这次宣传周的主题"生命之源、人人节水护水"，我局在世界环境宣传日和节能宣传周活动期间，在沙湾电视台播出宣传片《巴蜀新乡镇20__年节能宣传周和低碳日活动总结乡镇20__年节能宣传周和低碳日活动总结天地-四川省城乡环境综合治理巡礼》，播出"坚持科学发展，建设生态文明"等宣传口号6条，向城区居民和辖区内主要企事业单位散发环保宣传资料1300余份，进一步向市民普及了环保知识，大力倡导"资源有限、再生无限"的理念，提高了市民自觉参与环境保护的积极性。同时，在全局范围内大力宣传。</w:t>
      </w:r>
      <w:r>
        <w:rPr>
          <w:lang w:eastAsia="zh-CN"/>
        </w:rPr>
        <w:br/>
      </w:r>
      <w:r>
        <w:rPr>
          <w:lang w:eastAsia="zh-CN"/>
        </w:rPr>
        <w:t>　　三、落实到位。按照通知精神和实施步骤，6月11日宣传周主题活动日当天，在全局播放宣传片《水资源》，积极倡导全局干部职工参与节水行动，从工作、生活中的点滴做起，带动周围群众共同;6月12日"能源紧缺体验日"当天，尽量减少公用车辆巡查出车次数，除必要的巡查外，当日只出车2次。在沙湾的干部职工以步行或自行车上下班，在乐山的干部职工全部乘坐公共汽车上下班;停开楼道、卫生间照明一天，未曾使用过空调、电扇、电梯(未安装电梯)等耗电设施。除工作需要外，其余时段也未曾使用电脑等用电设施。</w:t>
      </w:r>
      <w:r>
        <w:rPr>
          <w:lang w:eastAsia="zh-CN"/>
        </w:rPr>
        <w:br/>
      </w:r>
      <w:r>
        <w:rPr>
          <w:lang w:eastAsia="zh-CN"/>
        </w:rPr>
        <w:t>　　通过以上活动的开展，进一步增强了全体干部职工的节能意识，再次学习了水资源保护知识。在今后的工作中，我局结合自身工作职责，继续向企业和市民宣传好节能政策，做绿色、低碳、环保、节能的带头人。</w:t>
      </w:r>
      <w:r>
        <w:rPr>
          <w:lang w:eastAsia="zh-CN"/>
        </w:rPr>
        <w:br/>
      </w:r>
      <w:r>
        <w:rPr>
          <w:lang w:eastAsia="zh-CN"/>
        </w:rPr>
        <w:t xml:space="preserve">    节能低碳活动总结 篇4 </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目前，地球的自然环境日趋恶劣，己到了严重危及人类自身安全的处境，需要人类采取行功自救，而减少人类活动产生的碳排放是恢复地球美丽的自然环境的唯一选项，是全世界人类共同的责任与任务！因此，做为一个街道，管理一方居民，我们有责任积极参与全球的“节能减排”活动，并向辖区居民做好动员和宣传活动，让更多的人主动参与，积极行动。</w:t>
      </w:r>
      <w:r>
        <w:rPr>
          <w:lang w:eastAsia="zh-CN"/>
        </w:rPr>
        <w:br/>
      </w:r>
      <w:r>
        <w:rPr>
          <w:lang w:eastAsia="zh-CN"/>
        </w:rPr>
        <w:t>　　我们知道，“节能减排”，不仅仅是各生产经营行业的“节能减排”，也包括了个人日常生活中的“节能减排”，也即人人都要践行“低碳生活”。由于辖区居民的生活习惯及“节能减排”意识淡薄等，在日常工作与生活中，仍存在有许多有违“低碳生活”的行为，比如：购物时仍使用不可自行降解的一次性塑料袋，在常温时仍开着空调，开着空调不关房门窗（尤其在机关事业单位的办公场所），仍广泛使用一次性纸杯与塑料杯，节能灯与节水型卫生洁具的使用不普遍，电灯不随手开关，上下楼不愿爬楼梯只乘电梯，文稿打印不考虑不节约用纸只打印单面等等。</w:t>
      </w:r>
      <w:r>
        <w:rPr>
          <w:lang w:eastAsia="zh-CN"/>
        </w:rPr>
        <w:br/>
      </w:r>
      <w:r>
        <w:rPr>
          <w:lang w:eastAsia="zh-CN"/>
        </w:rPr>
        <w:t>　　鉴于辖区不少居民的生活习惯及“节能减排”意识淡薄等，我们要求街道、社区工作人员主动践行“低碳生活”，做“低碳生活”的榜样，并在社区内广泛宣传“节能减排”的意义。通过一段时间的努力，取得了相应的效果。</w:t>
      </w:r>
      <w:r>
        <w:rPr>
          <w:lang w:eastAsia="zh-CN"/>
        </w:rPr>
        <w:br/>
      </w:r>
      <w:r>
        <w:rPr>
          <w:lang w:eastAsia="zh-CN"/>
        </w:rPr>
        <w:t>　　1、单位机关全部使用节能灯。今年年初街道机关搬入新的办公大楼，大楼上下近3000平全部换用节能灯，共用150盏。原来的灯每盏36瓦，现在的节能灯每盏用电量7瓦，却相当于35瓦的亮度。换节能灯前月电费1000元，现在每月500多元。</w:t>
      </w:r>
      <w:r>
        <w:rPr>
          <w:lang w:eastAsia="zh-CN"/>
        </w:rPr>
        <w:br/>
      </w:r>
      <w:r>
        <w:rPr>
          <w:lang w:eastAsia="zh-CN"/>
        </w:rPr>
        <w:t>　　2、做好节能灯的推广使用工作。按照政府相关部门的要求，我们在辖区内推广节能灯的使用，共卖出节能灯1000盏。</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3、要求街道社区节约用电。电灯不随手开关，上下楼能爬楼梯不乘电梯，能开窗不用空调，下班后必关电源等。</w:t>
      </w:r>
      <w:r>
        <w:rPr>
          <w:lang w:eastAsia="zh-CN"/>
        </w:rPr>
        <w:br/>
      </w:r>
      <w:r>
        <w:rPr>
          <w:lang w:eastAsia="zh-CN"/>
        </w:rPr>
        <w:t>　　4、节约办公耗材，打印机只打单份材料，然后复印。草稿打印先用废纸，定稿后再用新纸等等。</w:t>
      </w:r>
      <w:r>
        <w:rPr>
          <w:lang w:eastAsia="zh-CN"/>
        </w:rPr>
        <w:br/>
      </w:r>
      <w:r>
        <w:rPr>
          <w:lang w:eastAsia="zh-CN"/>
        </w:rPr>
        <w:t>　　通过街道、社区工作人员的主动践行“低碳生活”，在全社会倡导“低碳生活”，让全辖区居民形成一些良好的生活习惯，为把我区打造成生态优美、环境优质、崇尚低碳生活的宜居城市做出一定的努力。</w:t>
      </w:r>
      <w:r>
        <w:rPr>
          <w:lang w:eastAsia="zh-CN"/>
        </w:rPr>
        <w:br/>
      </w:r>
      <w:r>
        <w:rPr>
          <w:lang w:eastAsia="zh-CN"/>
        </w:rPr>
        <w:t xml:space="preserve">    节能低碳活动总结 篇5 </w:t>
      </w:r>
      <w:r>
        <w:rPr>
          <w:lang w:eastAsia="zh-CN"/>
        </w:rPr>
        <w:br/>
      </w:r>
      <w:r>
        <w:rPr>
          <w:lang w:eastAsia="zh-CN"/>
        </w:rPr>
        <w:t>　　节能减排是一项艰巨的工作，因此因加大节能减排技术培训工作力度.建立健全“目标明确、责任落实、奖惩分明、一级考核一级”的节能减排管理制度，落实责任，严格督查。</w:t>
      </w:r>
      <w:r>
        <w:rPr>
          <w:lang w:eastAsia="zh-CN"/>
        </w:rPr>
        <w:br/>
      </w:r>
      <w:r>
        <w:rPr>
          <w:lang w:eastAsia="zh-CN"/>
        </w:rPr>
        <w:t>　　一、加强学习，提高认识，进一步增强了做好节能减排工作的责任感和使命感。</w:t>
      </w:r>
      <w:r>
        <w:rPr>
          <w:lang w:eastAsia="zh-CN"/>
        </w:rPr>
        <w:br/>
      </w:r>
      <w:r>
        <w:rPr>
          <w:lang w:eastAsia="zh-CN"/>
        </w:rPr>
        <w:t>　　随着工业化的发展，全球气候变暖已成为人类必须认真对待并解决的迫切问题，环境的恶化也给人们瞧响了警钟，为此，国家提出了又好又快发展的号召，并采取了一系列措施，加强环境保护，加强节能减排，最终实现科学发展。面对新的形势和任务，我们认真组织干部和职工学习，加大节能减排宣传力度，提高做好节能减排工作的认识，增强了大家的积极性、责任感和使命感。</w:t>
      </w:r>
      <w:r>
        <w:rPr>
          <w:lang w:eastAsia="zh-CN"/>
        </w:rPr>
        <w:br/>
      </w:r>
      <w:r>
        <w:rPr>
          <w:lang w:eastAsia="zh-CN"/>
        </w:rPr>
        <w:t>　　二、强化责任，突出重点，进一步提高了做好节能减排工作的针对性和实效性。</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做好节能减排工作必须有具体的措施来保证，必须强化责任，很抓落实。公司是实行了目标管理，层层签定责任书，使人人身上有指标、有责任;是加强督促检查，兑现奖罚措施;是增加投入尤其是对科研开发的投入，推广先进技术，改造落后的生产设备和生产工艺，提高效益;是大力开展群众性的节能科普活动，做好舆论宣传，营造良好氛围，调动广大职工的积极性和创造性。</w:t>
      </w:r>
      <w:r>
        <w:rPr>
          <w:lang w:eastAsia="zh-CN"/>
        </w:rPr>
        <w:br/>
      </w:r>
      <w:r>
        <w:rPr>
          <w:lang w:eastAsia="zh-CN"/>
        </w:rPr>
        <w:t>　　三、加强领导，很抓落实，进一步保证了做好节能减排工作的制度化和规范化。</w:t>
      </w:r>
      <w:r>
        <w:rPr>
          <w:lang w:eastAsia="zh-CN"/>
        </w:rPr>
        <w:br/>
      </w:r>
      <w:r>
        <w:rPr>
          <w:lang w:eastAsia="zh-CN"/>
        </w:rPr>
        <w:t>　　做好节能减排工作必须切实加强领导，为此，公司成立了各级领导小组，明确一把手负总责，分管领导具体抓的工作体制，制定各项规章制度，及时总结推广先进经验，大力宣传表彰先进典型，坚持每月一次例会，通报情况，及时解决问题，保证了这项工作的健康发展。加强制度建设，创新工作机制和活动载体，确保节能减排工作不断取得扎实效果。</w:t>
      </w:r>
      <w:r>
        <w:rPr>
          <w:lang w:eastAsia="zh-CN"/>
        </w:rPr>
        <w:br/>
      </w:r>
      <w:r>
        <w:rPr>
          <w:lang w:eastAsia="zh-CN"/>
        </w:rPr>
        <w:t>　　四、脚踏实地搞好节能减排监督和制度落实工作</w:t>
      </w:r>
      <w:r>
        <w:rPr>
          <w:lang w:eastAsia="zh-CN"/>
        </w:rPr>
        <w:br/>
      </w:r>
      <w:r>
        <w:rPr>
          <w:lang w:eastAsia="zh-CN"/>
        </w:rPr>
        <w:t>　　认识提高了，制度制定了，节能减排工作要做好关键还要加大日常生产运行的监督和各项制度的落实工作，自己坚持节能减排指标运行的“天天查”工作，带领节能减排办公室的一班人员，深入一线，深入基层，查指标，摸设备，不放过任何不正常现象，对于违章违纪现象，坚决按照规章制度进行处罚。全年查出不合格指标和设备问题184项，处罚违章违纪人员203人次。</w:t>
      </w:r>
      <w:r>
        <w:rPr>
          <w:lang w:eastAsia="zh-CN"/>
        </w:rPr>
        <w:br/>
      </w:r>
      <w:r>
        <w:rPr>
          <w:lang w:eastAsia="zh-CN"/>
        </w:rPr>
        <w:t>　　五、公司节能减排指标完成情况</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全公司员工的共同努力下，公司通过加强管理，大力推进技术改造和产品结构调整循环经济措施，不断对生产装置进行改造，使物耗、能耗水平逐步接近国内先进水平，“三废”排放量下降。合成氨综合能耗大幅度下降，由20__年的1710千克标煤/吨氨降为20__年的1251千克标煤/吨氨，前四年累计总节能量2.66万吨标煤，节能率年均4.5%，超额完成省政府下达的节能指标。合成氨综合能耗水平在全省同行业排名前五位，全国同行业排名前二十位。污染物排放浓度和总量全部达标排放NH3-N≤25mg/L,COD≤42.6mg/L,此标准达到20__年颁布的国家标准，为淮河流域的水污染治理做出了巨大贡献。公司顺利完成了20__年省政府和市政府下达的循环经济各项指标指标要求，全部达到国家规定的排放标准，较好的完成循环经济目标任务。</w:t>
      </w:r>
      <w:r>
        <w:rPr>
          <w:lang w:eastAsia="zh-CN"/>
        </w:rPr>
        <w:br/>
      </w:r>
      <w:r>
        <w:rPr>
          <w:lang w:eastAsia="zh-CN"/>
        </w:rPr>
        <w:t>　　六、节能减排工作存在的不足</w:t>
      </w:r>
      <w:r>
        <w:rPr>
          <w:lang w:eastAsia="zh-CN"/>
        </w:rPr>
        <w:br/>
      </w:r>
      <w:r>
        <w:rPr>
          <w:lang w:eastAsia="zh-CN"/>
        </w:rPr>
        <w:t>　　1、对节能减排工作重要性认识要进一步提高。个人对节能减排工作重要性认识不到位，节能减排措施不多，项目缺乏，不能正确认识节能减排与经济发展的关系，把节能减排作为软指标，推进力度不够。</w:t>
      </w:r>
      <w:r>
        <w:rPr>
          <w:lang w:eastAsia="zh-CN"/>
        </w:rPr>
        <w:br/>
      </w:r>
      <w:r>
        <w:rPr>
          <w:lang w:eastAsia="zh-CN"/>
        </w:rPr>
        <w:t>　　2、节能减排基础统计报表不能按时上报，节能基础统计报表数字不太准确、规范，能源消耗情况，缺乏验证，确认环节。</w:t>
      </w:r>
      <w:r>
        <w:rPr>
          <w:lang w:eastAsia="zh-CN"/>
        </w:rPr>
        <w:br/>
      </w:r>
      <w:r>
        <w:rPr>
          <w:lang w:eastAsia="zh-CN"/>
        </w:rPr>
        <w:t>　　3、节能减排工作尚未形成合力。节能减排工作只是作为经济运行管理的一项内容，节能减排主要由节能减排部门抓，各部门、各车间齐抓共管，全公司大力支持节能减排工作氛围和合力有待进一步加强。</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七、下一步的节能减排工作打算</w:t>
      </w:r>
      <w:r>
        <w:rPr>
          <w:lang w:eastAsia="zh-CN"/>
        </w:rPr>
        <w:br/>
      </w:r>
      <w:r>
        <w:rPr>
          <w:lang w:eastAsia="zh-CN"/>
        </w:rPr>
        <w:t>　　明年是十二五规划的开局之年，也是节能减排工作关键性一年，为进一步搞好节能减排工作，我们将着力做好以下4项工作。</w:t>
      </w:r>
      <w:r>
        <w:rPr>
          <w:lang w:eastAsia="zh-CN"/>
        </w:rPr>
        <w:br/>
      </w:r>
      <w:r>
        <w:rPr>
          <w:lang w:eastAsia="zh-CN"/>
        </w:rPr>
        <w:t>　　1、进一步紧扣年度目标任务，按时序进度推进节能减排工作，强化节能目标责任评价考核，进一步分解节能目标，对重点部门和列入年度的节能减排改造项目逐一督查，确保按时竣工投入运行。及时落实国家淘汰目录产品和设备，新上一批国家重点支持的节能改造项目，高度重视循环经济推广工作，狠抓节能效果，全面推进资源综合利用和清洁生产工作。对已明确规定淘汰的产品和设备，坚持限期淘汰，并完成规定数量，强化责任，抓进度督查，全力以赴抓节能减排目标完成。</w:t>
      </w:r>
      <w:r>
        <w:rPr>
          <w:lang w:eastAsia="zh-CN"/>
        </w:rPr>
        <w:br/>
      </w:r>
      <w:r>
        <w:rPr>
          <w:lang w:eastAsia="zh-CN"/>
        </w:rPr>
        <w:t>　　2、进一步协调联动，综合服务，促进和激励主动节能减排工作格局。大力推广应用节能减排工作新技术、新工艺、新产品(设备)和新材料;加大节能减排技术培训工作力度，提高各车间和部门能源管理人员和减排人员的业务水平;大力申报国家和省级</w:t>
      </w:r>
      <w:r>
        <w:rPr>
          <w:lang w:eastAsia="zh-CN"/>
        </w:rPr>
        <w:br/>
      </w:r>
      <w:r>
        <w:rPr>
          <w:lang w:eastAsia="zh-CN"/>
        </w:rPr>
        <w:t xml:space="preserve">    节能低碳活动总结 篇6 </w:t>
      </w:r>
      <w:r>
        <w:rPr>
          <w:lang w:eastAsia="zh-CN"/>
        </w:rPr>
        <w:br/>
      </w:r>
      <w:r>
        <w:rPr>
          <w:lang w:eastAsia="zh-CN"/>
        </w:rPr>
        <w:t>　　一、活动背景</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今年6月5日是新环保法实施后的首个“环境日”，6月13日至19日为全国节能宣传周，6月15日为全国低碳日。为了广泛宣传生态文明主流价值观，努力建设资源节约型和环境友好型矿井。灵北煤矿为响应集团公司的号召，在加强节能环保低碳宣传的同时，在《灵北煤矿环保节能活动策划案》的指导下，广泛开展多种形式的实践活动，在全矿营造节能环保低碳的浓厚氛围。</w:t>
      </w:r>
      <w:r>
        <w:rPr>
          <w:lang w:eastAsia="zh-CN"/>
        </w:rPr>
        <w:br/>
      </w:r>
      <w:r>
        <w:rPr>
          <w:lang w:eastAsia="zh-CN"/>
        </w:rPr>
        <w:t>　　二、活动主题</w:t>
      </w:r>
      <w:r>
        <w:rPr>
          <w:lang w:eastAsia="zh-CN"/>
        </w:rPr>
        <w:br/>
      </w:r>
      <w:r>
        <w:rPr>
          <w:lang w:eastAsia="zh-CN"/>
        </w:rPr>
        <w:t>　　绿色矿井 节约增效</w:t>
      </w:r>
      <w:r>
        <w:rPr>
          <w:lang w:eastAsia="zh-CN"/>
        </w:rPr>
        <w:br/>
      </w:r>
      <w:r>
        <w:rPr>
          <w:lang w:eastAsia="zh-CN"/>
        </w:rPr>
        <w:t>　　三、主办单位</w:t>
      </w:r>
      <w:r>
        <w:rPr>
          <w:lang w:eastAsia="zh-CN"/>
        </w:rPr>
        <w:br/>
      </w:r>
      <w:r>
        <w:rPr>
          <w:lang w:eastAsia="zh-CN"/>
        </w:rPr>
        <w:t>　　活动总负责：张海荣</w:t>
      </w:r>
      <w:r>
        <w:rPr>
          <w:lang w:eastAsia="zh-CN"/>
        </w:rPr>
        <w:br/>
      </w:r>
      <w:r>
        <w:rPr>
          <w:lang w:eastAsia="zh-CN"/>
        </w:rPr>
        <w:t>　　执行负责人：乔松</w:t>
      </w:r>
      <w:r>
        <w:rPr>
          <w:lang w:eastAsia="zh-CN"/>
        </w:rPr>
        <w:br/>
      </w:r>
      <w:r>
        <w:rPr>
          <w:lang w:eastAsia="zh-CN"/>
        </w:rPr>
        <w:t>　　活动主办单位：综合科、政工科、安监处、机运区</w:t>
      </w:r>
      <w:r>
        <w:rPr>
          <w:lang w:eastAsia="zh-CN"/>
        </w:rPr>
        <w:br/>
      </w:r>
      <w:r>
        <w:rPr>
          <w:lang w:eastAsia="zh-CN"/>
        </w:rPr>
        <w:t>　　四、活动目的</w:t>
      </w:r>
      <w:r>
        <w:rPr>
          <w:lang w:eastAsia="zh-CN"/>
        </w:rPr>
        <w:br/>
      </w:r>
      <w:r>
        <w:rPr>
          <w:lang w:eastAsia="zh-CN"/>
        </w:rPr>
        <w:t>　　1）通过活动使我矿地面、井下环境安全隐患得到充分治理；</w:t>
      </w:r>
      <w:r>
        <w:rPr>
          <w:lang w:eastAsia="zh-CN"/>
        </w:rPr>
        <w:br/>
      </w:r>
      <w:r>
        <w:rPr>
          <w:lang w:eastAsia="zh-CN"/>
        </w:rPr>
        <w:t>　　2）通过活动使职工对我矿地面、井下环境安全隐患得到充分认识；</w:t>
      </w:r>
      <w:r>
        <w:rPr>
          <w:lang w:eastAsia="zh-CN"/>
        </w:rPr>
        <w:br/>
      </w:r>
      <w:r>
        <w:rPr>
          <w:lang w:eastAsia="zh-CN"/>
        </w:rPr>
        <w:t>　　3）通过活动使职工的环保知识得到提高，节能意识得到增强。</w:t>
      </w:r>
      <w:r>
        <w:rPr>
          <w:lang w:eastAsia="zh-CN"/>
        </w:rPr>
        <w:br/>
      </w:r>
      <w:r>
        <w:rPr>
          <w:lang w:eastAsia="zh-CN"/>
        </w:rPr>
        <w:t>　　五、活动过程</w:t>
      </w:r>
      <w:r>
        <w:rPr>
          <w:lang w:eastAsia="zh-CN"/>
        </w:rPr>
        <w:br/>
      </w:r>
      <w:r>
        <w:rPr>
          <w:lang w:eastAsia="zh-CN"/>
        </w:rPr>
        <w:t>　　1、6月13日?9日全国节能宣传周期间，由政工科通过条幅、宣传单、短信、微信等手段在矿井范围以及周边乡村进行环保宣传；各队组在每日班前会利用五分钟时间为职工进行环保宣传特别是环保法的讲解。</w:t>
      </w:r>
      <w:r>
        <w:rPr>
          <w:lang w:eastAsia="zh-CN"/>
        </w:rPr>
        <w:br/>
      </w:r>
      <w:r>
        <w:rPr>
          <w:lang w:eastAsia="zh-CN"/>
        </w:rPr>
        <w:t>　　2、6月14日由综合科组织对地面环境安全隐患进行一次大排查大清理活动。</w:t>
      </w:r>
      <w:r>
        <w:rPr>
          <w:lang w:eastAsia="zh-CN"/>
        </w:rPr>
        <w:br/>
      </w:r>
      <w:r>
        <w:rPr>
          <w:lang w:eastAsia="zh-CN"/>
        </w:rPr>
        <w:t>　　3、6月15日由安监处组织对井下环境安全隐患进行一次大排查大清理活动，当日排查人员步行下井。</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4、6月13日?9日节能环保活动期间，由机运区组织“停电一小时”活动。地面联建楼(不含调度监控)、食堂等非要害场所每天9:00-10:00停电一小时；非施工巷道(上组煤巷道、电缆通道等)</w:t>
      </w:r>
      <w:r>
        <w:rPr>
          <w:lang w:eastAsia="zh-CN"/>
        </w:rPr>
        <w:t xml:space="preserve"> 每天9:00-10:00关闭照明一小时。架空乘人装置每天1:00-5:00停运。</w:t>
      </w:r>
      <w:r>
        <w:rPr>
          <w:lang w:eastAsia="zh-CN"/>
        </w:rPr>
        <w:br/>
      </w:r>
      <w:r>
        <w:rPr>
          <w:lang w:eastAsia="zh-CN"/>
        </w:rPr>
        <w:t>　　5、科室领导以及日常巡检人员活动期间步行上下井。</w:t>
      </w:r>
      <w:r>
        <w:rPr>
          <w:lang w:eastAsia="zh-CN"/>
        </w:rPr>
        <w:br/>
      </w:r>
      <w:r>
        <w:rPr>
          <w:lang w:eastAsia="zh-CN"/>
        </w:rPr>
        <w:t>　　六、活动效果</w:t>
      </w:r>
      <w:r>
        <w:rPr>
          <w:lang w:eastAsia="zh-CN"/>
        </w:rPr>
        <w:br/>
      </w:r>
      <w:r>
        <w:rPr>
          <w:lang w:eastAsia="zh-CN"/>
        </w:rPr>
        <w:t>　　1、“节能环保大宣传”活动使职工深刻认识到环保的重要性，特别是环保法及其配套文件的宣传讲解，使职工做到尊法、学法、守法、用法。大家反映受益匪浅。</w:t>
      </w:r>
      <w:r>
        <w:rPr>
          <w:lang w:eastAsia="zh-CN"/>
        </w:rPr>
        <w:br/>
      </w:r>
      <w:r>
        <w:rPr>
          <w:lang w:eastAsia="zh-CN"/>
        </w:rPr>
        <w:t>　　2、“6.14地面环境安全隐患治理”活动共查出隐患7条，当天整改3条，十天内整改4条。借此次活动的东风，我矿还组织了一次卫生大清理活动。活动使得灵北煤矿的矿容矿貌得到了改观，环境安全也得到改善。</w:t>
      </w:r>
      <w:r>
        <w:rPr>
          <w:lang w:eastAsia="zh-CN"/>
        </w:rPr>
        <w:br/>
      </w:r>
      <w:r>
        <w:rPr>
          <w:lang w:eastAsia="zh-CN"/>
        </w:rPr>
        <w:t>　　3、“6.15井下环境安全隐患治理”活动共查出隐患69条，当天整改9条，五天内整改53条，月底前整改7条。活动使得灵北煤矿井下环境得到改善，井下职工的健康保障得到一定提高。</w:t>
      </w:r>
      <w:r>
        <w:rPr>
          <w:lang w:eastAsia="zh-CN"/>
        </w:rPr>
        <w:br/>
      </w:r>
      <w:r>
        <w:rPr>
          <w:lang w:eastAsia="zh-CN"/>
        </w:rPr>
        <w:t>　　4、“停电一小时”活动共计七天，节约电费1500余元。</w:t>
      </w:r>
      <w:r>
        <w:rPr>
          <w:lang w:eastAsia="zh-CN"/>
        </w:rPr>
        <w:br/>
      </w:r>
      <w:r>
        <w:rPr>
          <w:lang w:eastAsia="zh-CN"/>
        </w:rPr>
        <w:t>　　5、“科室领导以及日常巡检人员步行上下井”活动共计七天，节约电费400余元。鲜明的数据使职工真正认识到节能所带来的效益。</w:t>
      </w:r>
      <w:r>
        <w:rPr>
          <w:lang w:eastAsia="zh-CN"/>
        </w:rPr>
        <w:br/>
      </w:r>
      <w:r>
        <w:rPr>
          <w:lang w:eastAsia="zh-CN"/>
        </w:rPr>
        <w:t>　　七、活动总结</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灵北煤矿所组织的一系列活动是环保工作的更进一步深入，我们的目的就是让职工充分认识活动的意义和目的，培养职工的环境保护意识。写出活动的总结，并不意味着本次活动的结束，我们要做的还有很多。今后我们会继续努力，一如既往，把此次活动的意义延伸下去，在企业形象和节能增效方面贡献自己的一份力量。</w:t>
      </w:r>
      <w:r>
        <w:rPr>
          <w:lang w:eastAsia="zh-CN"/>
        </w:rPr>
        <w:br/>
      </w:r>
      <w:r>
        <w:rPr>
          <w:lang w:eastAsia="zh-CN"/>
        </w:rPr>
        <w:t xml:space="preserve">    节能低碳活动总结 篇7 </w:t>
      </w:r>
      <w:r>
        <w:rPr>
          <w:lang w:eastAsia="zh-CN"/>
        </w:rPr>
        <w:br/>
      </w:r>
      <w:r>
        <w:rPr>
          <w:lang w:eastAsia="zh-CN"/>
        </w:rPr>
        <w:t>　　为积极营造节能降碳浓厚氛围，进一步增强全民节能意识，固镇县科技局围绕“绿色低碳、节能先行”、“落实‘双碳’行动，共建美丽家园”主题，开展了20__年节能宣传周和全国低碳日宣传活动。</w:t>
      </w:r>
      <w:r>
        <w:rPr>
          <w:lang w:eastAsia="zh-CN"/>
        </w:rPr>
        <w:br/>
      </w:r>
      <w:r>
        <w:rPr>
          <w:lang w:eastAsia="zh-CN"/>
        </w:rPr>
        <w:t>　　活动现场，宣传人员通过向群众发放节能降碳法制宣传册、碳达峰碳中和宣传手册等宣传资料和物品，广泛宣传节能降碳和绿色发展理念，普及节能降碳知识，引导形成绿色低碳生产生活方式，推动全民节能降碳。</w:t>
      </w:r>
      <w:r>
        <w:rPr>
          <w:lang w:eastAsia="zh-CN"/>
        </w:rPr>
        <w:br/>
      </w:r>
      <w:r>
        <w:rPr>
          <w:lang w:eastAsia="zh-CN"/>
        </w:rPr>
        <w:t>　　通过此次宣传活动，动员全社会广泛参与节能、低碳行动，从而提升全民节能意识，引导广大群众养成勤俭节约、绿色低碳的生产方式、消费模式和生活习惯，从自身做起，从小事做起，用实际的行动为守护美丽家园作出贡献。</w:t>
      </w:r>
      <w:r>
        <w:rPr>
          <w:lang w:eastAsia="zh-CN"/>
        </w:rPr>
        <w:br/>
      </w:r>
      <w:r>
        <w:rPr>
          <w:lang w:eastAsia="zh-CN"/>
        </w:rPr>
        <w:t xml:space="preserve">    节能低碳活动总结 篇8 </w:t>
      </w:r>
      <w:r>
        <w:rPr>
          <w:lang w:eastAsia="zh-CN"/>
        </w:rPr>
        <w:br/>
      </w:r>
      <w:r>
        <w:rPr>
          <w:lang w:eastAsia="zh-CN"/>
        </w:rPr>
        <w:t>　　为了提高大学生的环保意识，提高大学生的动手能力，拓展大学生的视野，同时丰富大学生的课余生活，进一步活跃校园文化，增进同学之间的交流，展示当代大学生的良好风貌，锻炼同学们的实践能力与创新思维。</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为培养德、智、体全面发展的新世纪大学生，数计系数学1204班团支部本着创新、负责的理念，特举办“节约环保，变废为宝”环保创意大赛。我们要通过设计环保物品，提倡大学生积极承担环保责任，展现学生的动手能力和艺术风采，烘托出当代大学生健康、活泼、创新的`精神风貌。下面是我对本次活动做的几点分析：</w:t>
      </w:r>
      <w:r>
        <w:rPr>
          <w:lang w:eastAsia="zh-CN"/>
        </w:rPr>
        <w:br/>
      </w:r>
      <w:r>
        <w:rPr>
          <w:lang w:eastAsia="zh-CN"/>
        </w:rPr>
        <w:t>　　一、环保创意大赛的宣传</w:t>
      </w:r>
      <w:r>
        <w:rPr>
          <w:lang w:eastAsia="zh-CN"/>
        </w:rPr>
        <w:br/>
      </w:r>
      <w:r>
        <w:rPr>
          <w:lang w:eastAsia="zh-CN"/>
        </w:rPr>
        <w:t>　　1、团支书接到通知后，向全班同学做本次废物利用环保创意大赛的宣传。</w:t>
      </w:r>
      <w:r>
        <w:rPr>
          <w:lang w:eastAsia="zh-CN"/>
        </w:rPr>
        <w:br/>
      </w:r>
      <w:r>
        <w:rPr>
          <w:lang w:eastAsia="zh-CN"/>
        </w:rPr>
        <w:t>　　2、把环保创意大赛的具体要求及注意事项，向同学们讲解清楚。</w:t>
      </w:r>
      <w:r>
        <w:rPr>
          <w:lang w:eastAsia="zh-CN"/>
        </w:rPr>
        <w:br/>
      </w:r>
      <w:r>
        <w:rPr>
          <w:lang w:eastAsia="zh-CN"/>
        </w:rPr>
        <w:t>　　3、向大家示范一些之前做的比较成功的环保手工艺品，让同学们在参考杰作的基础上，加以创新。</w:t>
      </w:r>
      <w:r>
        <w:rPr>
          <w:lang w:eastAsia="zh-CN"/>
        </w:rPr>
        <w:br/>
      </w:r>
      <w:r>
        <w:rPr>
          <w:lang w:eastAsia="zh-CN"/>
        </w:rPr>
        <w:t>　　二、环保创意大赛的开展</w:t>
      </w:r>
      <w:r>
        <w:rPr>
          <w:lang w:eastAsia="zh-CN"/>
        </w:rPr>
        <w:br/>
      </w:r>
      <w:r>
        <w:rPr>
          <w:lang w:eastAsia="zh-CN"/>
        </w:rPr>
        <w:t>　　1、全班同学以宿舍为单位，每个宿舍制作至少两件环保手工艺品。</w:t>
      </w:r>
      <w:r>
        <w:rPr>
          <w:lang w:eastAsia="zh-CN"/>
        </w:rPr>
        <w:br/>
      </w:r>
      <w:r>
        <w:rPr>
          <w:lang w:eastAsia="zh-CN"/>
        </w:rPr>
        <w:t>　　2、收集各宿舍的手工艺品成品，并做好详细记录。</w:t>
      </w:r>
      <w:r>
        <w:rPr>
          <w:lang w:eastAsia="zh-CN"/>
        </w:rPr>
        <w:br/>
      </w:r>
      <w:r>
        <w:rPr>
          <w:lang w:eastAsia="zh-CN"/>
        </w:rPr>
        <w:t>　　3、在班上，让同学们自己当评委，评选出几件做得细致、有创意的手工艺品。</w:t>
      </w:r>
      <w:r>
        <w:rPr>
          <w:lang w:eastAsia="zh-CN"/>
        </w:rPr>
        <w:br/>
      </w:r>
      <w:r>
        <w:rPr>
          <w:lang w:eastAsia="zh-CN"/>
        </w:rPr>
        <w:t>　　4、为环保创意大赛胜出的宿舍颁发小红旗，并予以鼓励。</w:t>
      </w:r>
      <w:r>
        <w:rPr>
          <w:lang w:eastAsia="zh-CN"/>
        </w:rPr>
        <w:br/>
      </w:r>
      <w:r>
        <w:rPr>
          <w:lang w:eastAsia="zh-CN"/>
        </w:rPr>
        <w:t>　　5、把班里环保创意大赛评选出来的优秀手工艺品做好记录，并进行修整。</w:t>
      </w:r>
      <w:r>
        <w:rPr>
          <w:lang w:eastAsia="zh-CN"/>
        </w:rPr>
        <w:br/>
      </w:r>
      <w:r>
        <w:rPr>
          <w:lang w:eastAsia="zh-CN"/>
        </w:rPr>
        <w:t>　　6、做好记录后，把胜出的手工艺品向系里推荐，以参加系里的环保创意大赛。</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三、活动自我评估</w:t>
      </w:r>
      <w:r>
        <w:rPr>
          <w:lang w:eastAsia="zh-CN"/>
        </w:rPr>
        <w:br/>
      </w:r>
      <w:r>
        <w:rPr>
          <w:lang w:eastAsia="zh-CN"/>
        </w:rPr>
        <w:t>　　总体来说，活动两个部分的进行都是非常顺利、非常成功的，具体成功的原因我们总结为以下几点：</w:t>
      </w:r>
      <w:r>
        <w:rPr>
          <w:lang w:eastAsia="zh-CN"/>
        </w:rPr>
        <w:br/>
      </w:r>
      <w:r>
        <w:rPr>
          <w:lang w:eastAsia="zh-CN"/>
        </w:rPr>
        <w:t>　　1、本次环保创意大赛我们较好的保护了同学们的劳动成果，这样同学们的辛苦也不会白费。</w:t>
      </w:r>
      <w:r>
        <w:rPr>
          <w:lang w:eastAsia="zh-CN"/>
        </w:rPr>
        <w:br/>
      </w:r>
      <w:r>
        <w:rPr>
          <w:lang w:eastAsia="zh-CN"/>
        </w:rPr>
        <w:t>　　2、我们围绕节能环保的主题，对本次比赛进行了条理清晰，井然有序的策划和安排。</w:t>
      </w:r>
      <w:r>
        <w:rPr>
          <w:lang w:eastAsia="zh-CN"/>
        </w:rPr>
        <w:br/>
      </w:r>
      <w:r>
        <w:rPr>
          <w:lang w:eastAsia="zh-CN"/>
        </w:rPr>
        <w:t>　　3、组织分配合理，同学们互相合作，互相帮助，争着动手，手工艺品种类繁多，形式多样，让本次活动非常有教育意义。</w:t>
      </w:r>
      <w:r>
        <w:rPr>
          <w:lang w:eastAsia="zh-CN"/>
        </w:rPr>
        <w:br/>
      </w:r>
      <w:r>
        <w:rPr>
          <w:lang w:eastAsia="zh-CN"/>
        </w:rPr>
        <w:t>　　4、本次活动需要用到剪刀等工具，所以我们对同学们的安全进行了强调。</w:t>
      </w:r>
      <w:r>
        <w:rPr>
          <w:lang w:eastAsia="zh-CN"/>
        </w:rPr>
        <w:br/>
      </w:r>
      <w:r>
        <w:rPr>
          <w:lang w:eastAsia="zh-CN"/>
        </w:rPr>
        <w:t>　　5、同学之间良好的配合。班长全面熟悉活动的整个流程，合理处理活动中出现的各种问题。宣传委负责本次活动的各种宣传以及活动的通知，充分调动同学们的积极性。组织委积极配合团支书的工作，并担任总组长，解决同学们遇到的问题。同学们强烈的责任心、彼此之间的默契、集体荣誉感，以及班级强大的凝聚力都在活动中充分体现出来。</w:t>
      </w:r>
      <w:r>
        <w:rPr>
          <w:lang w:eastAsia="zh-CN"/>
        </w:rPr>
        <w:br/>
      </w:r>
      <w:r>
        <w:rPr>
          <w:lang w:eastAsia="zh-CN"/>
        </w:rPr>
        <w:t>　　在成功的同时，我们也思考了我们的不足。</w:t>
      </w:r>
      <w:r>
        <w:rPr>
          <w:lang w:eastAsia="zh-CN"/>
        </w:rPr>
        <w:br/>
      </w:r>
      <w:r>
        <w:rPr>
          <w:lang w:eastAsia="zh-CN"/>
        </w:rPr>
        <w:t>　　1、考虑的不是很周全。在活动中个别同学动手能力不太好，只是在旁边帮忙，我们的动员效果也未能达到最佳。</w:t>
      </w:r>
      <w:r>
        <w:rPr>
          <w:lang w:eastAsia="zh-CN"/>
        </w:rPr>
        <w:br/>
      </w:r>
      <w:r>
        <w:rPr>
          <w:lang w:eastAsia="zh-CN"/>
        </w:rPr>
        <w:t>　　2、手工艺品创新意识不够，雷同、相似的作品较多。</w:t>
      </w:r>
      <w:r>
        <w:rPr>
          <w:lang w:eastAsia="zh-CN"/>
        </w:rPr>
        <w:br/>
      </w:r>
      <w:r>
        <w:rPr>
          <w:lang w:eastAsia="zh-CN"/>
        </w:rPr>
        <w:t>　　四、活动的意义及结果</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本次活动充分展现了同学们的动手能力，锻炼了同学们的实践能力与创新思维，拓展了大学生的视野，丰富大学生的课余生活，进一步活跃校园文化，增进同学之间的交流，展示了当代大学生的良好风貌，烘托出当代大学生健康、活泼、创新的精神风貌和艺术风采。</w:t>
      </w:r>
      <w:r>
        <w:rPr>
          <w:lang w:eastAsia="zh-CN"/>
        </w:rPr>
        <w:br/>
      </w:r>
      <w:r>
        <w:rPr>
          <w:lang w:eastAsia="zh-CN"/>
        </w:rPr>
        <w:t xml:space="preserve">    节能低碳活动总结 篇9 </w:t>
      </w:r>
      <w:r>
        <w:rPr>
          <w:lang w:eastAsia="zh-CN"/>
        </w:rPr>
        <w:br/>
      </w:r>
      <w:r>
        <w:rPr>
          <w:lang w:eastAsia="zh-CN"/>
        </w:rPr>
        <w:t>　　一、指导思想</w:t>
      </w:r>
      <w:r>
        <w:rPr>
          <w:lang w:eastAsia="zh-CN"/>
        </w:rPr>
        <w:br/>
      </w:r>
      <w:r>
        <w:rPr>
          <w:lang w:eastAsia="zh-CN"/>
        </w:rPr>
        <w:t>　　以广泛地开展节能教育，集中宣传节能降耗的极端重要性和紧迫性，宣传国家有关节能的方针政策、法律法规和标准规范，不断提高全民资源忧患意识和节约意识，增强紧迫感和职责感，努力营造浓厚的节能氛围，全力打好节能减排攻坚仗。</w:t>
      </w:r>
      <w:r>
        <w:rPr>
          <w:lang w:eastAsia="zh-CN"/>
        </w:rPr>
        <w:br/>
      </w:r>
      <w:r>
        <w:rPr>
          <w:lang w:eastAsia="zh-CN"/>
        </w:rPr>
        <w:t>　　二、加强组织领导</w:t>
      </w:r>
      <w:r>
        <w:rPr>
          <w:lang w:eastAsia="zh-CN"/>
        </w:rPr>
        <w:br/>
      </w:r>
      <w:r>
        <w:rPr>
          <w:lang w:eastAsia="zh-CN"/>
        </w:rPr>
        <w:t>　　为确保宣传周活动的顺利开展，成立了以主要社区主任为组长，社区副主任为副组长，全体社区干事为成员的宣传活动领导小组，加强对宣传周活动的监督、指导，为宣传活动带给强有力的组织保障。</w:t>
      </w:r>
      <w:r>
        <w:rPr>
          <w:lang w:eastAsia="zh-CN"/>
        </w:rPr>
        <w:br/>
      </w:r>
      <w:r>
        <w:rPr>
          <w:lang w:eastAsia="zh-CN"/>
        </w:rPr>
        <w:t>　　三、开展活动状况</w:t>
      </w:r>
      <w:r>
        <w:rPr>
          <w:lang w:eastAsia="zh-CN"/>
        </w:rPr>
        <w:br/>
      </w:r>
      <w:r>
        <w:rPr>
          <w:lang w:eastAsia="zh-CN"/>
        </w:rPr>
        <w:t>　　(一)高度重视，统筹安排节能活动。</w:t>
      </w:r>
      <w:r>
        <w:rPr>
          <w:lang w:eastAsia="zh-CN"/>
        </w:rPr>
        <w:br/>
      </w:r>
      <w:r>
        <w:rPr>
          <w:lang w:eastAsia="zh-CN"/>
        </w:rPr>
        <w:t>　　高官台社区党总支高度重视，成立了节能减排领导小组，召开了全体社区工作人员大会，对宣传活动进行了安排部署，并要求各单位要以节能宣传周活动为契机，结合社区自己的实际，认真落实节能宣传活动。</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(二)大力宣传，增强节能减排意识。</w:t>
      </w:r>
      <w:r>
        <w:rPr>
          <w:lang w:eastAsia="zh-CN"/>
        </w:rPr>
        <w:br/>
      </w:r>
      <w:r>
        <w:rPr>
          <w:lang w:eastAsia="zh-CN"/>
        </w:rPr>
        <w:t>　　加大了节能宣传，使广居民群众了解节约能源的重要性和紧迫性，树立节约光荣、浪费可耻的.意识，构成了节约能源从我做起、从小做起的观念。一是透过学习宣传节能相关方针政策、法律法规；二是开展节能进家庭活动，号召全体居民群众及家属树立节能意识，要做推广使用节能产品，促进扩大消费需求的先行者和表率者，养成良好的生活习惯，树立节俭礼貌的生活消费理念。</w:t>
      </w:r>
      <w:r>
        <w:rPr>
          <w:lang w:eastAsia="zh-CN"/>
        </w:rPr>
        <w:br/>
      </w:r>
      <w:r>
        <w:rPr>
          <w:lang w:eastAsia="zh-CN"/>
        </w:rPr>
        <w:t>　　(三)采取措施，落实节能减排行动。</w:t>
      </w:r>
      <w:r>
        <w:rPr>
          <w:lang w:eastAsia="zh-CN"/>
        </w:rPr>
        <w:br/>
      </w:r>
      <w:r>
        <w:rPr>
          <w:lang w:eastAsia="zh-CN"/>
        </w:rPr>
        <w:t>　　为进一步推动节约型社会和节约型机关建设，提高居民群众忧患意识、职责意识和节能意识，按照节能宣传周活动安排，以实际行动践行节能宣传周活动。一是开展能源紧缺体验活动。6月10日为“低碳体验日”，社区全体工作人员带头示范，社区居民群众用心参与，全体工作人员乘坐公共交通工具、骑自行车或者步行上班。二是采取措施，降低能源消耗。从节约一度电、一滴水、一张纸，增强和养成节能减排自觉性。</w:t>
      </w:r>
      <w:r>
        <w:rPr>
          <w:lang w:eastAsia="zh-CN"/>
        </w:rPr>
        <w:br/>
      </w:r>
      <w:r>
        <w:rPr>
          <w:lang w:eastAsia="zh-CN"/>
        </w:rPr>
        <w:t>　　本次节能宣传周活动顺利进行，到达宣传周活动的目标，增强了公众的能源忧患意识和节约意识，在我社区构成了从我做起，从此刻做起，从身边点滴事情做起，“节约光荣、浪费可耻”的浓厚氛围，有效地促进我社区全面实现节能降耗目标。</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按照市节能减排工作领导小组办公室文件要求，我校紧紧围绕“节能低碳绿色发展”这一主题，对今年的宣传周活动进行了安排部署，既营造了良好的氛围，又取得了较好的效果。现将我校节能宣传周活动总结如下。</w:t>
      </w:r>
      <w:r>
        <w:rPr>
          <w:lang w:eastAsia="zh-CN"/>
        </w:rPr>
        <w:br/>
      </w:r>
      <w:r>
        <w:rPr>
          <w:lang w:eastAsia="zh-CN"/>
        </w:rPr>
        <w:t>　　一、加强组织领导，明确工作职责</w:t>
      </w:r>
      <w:r>
        <w:rPr>
          <w:lang w:eastAsia="zh-CN"/>
        </w:rPr>
        <w:br/>
      </w:r>
      <w:r>
        <w:rPr>
          <w:lang w:eastAsia="zh-CN"/>
        </w:rPr>
        <w:t>　　为确保宣传周活动的顺利开展，成立了以主要领导为组长，分管领导为副组长，各班班主任为成员的宣传活动领导小组，加强对宣传周活动的监督、指导，为宣传活动带给强有力的组织保障。</w:t>
      </w:r>
      <w:r>
        <w:rPr>
          <w:lang w:eastAsia="zh-CN"/>
        </w:rPr>
        <w:br/>
      </w:r>
      <w:r>
        <w:rPr>
          <w:lang w:eastAsia="zh-CN"/>
        </w:rPr>
        <w:t>　　二、开展宣传教育，树立绿色理念</w:t>
      </w:r>
      <w:r>
        <w:rPr>
          <w:lang w:eastAsia="zh-CN"/>
        </w:rPr>
        <w:br/>
      </w:r>
      <w:r>
        <w:rPr>
          <w:lang w:eastAsia="zh-CN"/>
        </w:rPr>
        <w:t>　　1、召开全校师生大会，做“节能低碳绿色发展”的主题报告，在全校师生中进行大力宣传。</w:t>
      </w:r>
      <w:r>
        <w:rPr>
          <w:lang w:eastAsia="zh-CN"/>
        </w:rPr>
        <w:br/>
      </w:r>
      <w:r>
        <w:rPr>
          <w:lang w:eastAsia="zh-CN"/>
        </w:rPr>
        <w:t>　　2、在学校醒目处悬挂宣传横幅，营造“节能低碳、绿色发展”的氛围。</w:t>
      </w:r>
      <w:r>
        <w:rPr>
          <w:lang w:eastAsia="zh-CN"/>
        </w:rPr>
        <w:br/>
      </w:r>
      <w:r>
        <w:rPr>
          <w:lang w:eastAsia="zh-CN"/>
        </w:rPr>
        <w:t>　　3、印发《节能减排绿色生活》宣传资料，对学生进行节能、节水、节粮等方面的教育，提高学生的节能、节水、节电、节粮的意识，培养他们养成节约的良好习惯。</w:t>
      </w:r>
      <w:r>
        <w:rPr>
          <w:lang w:eastAsia="zh-CN"/>
        </w:rPr>
        <w:br/>
      </w:r>
      <w:r>
        <w:rPr>
          <w:lang w:eastAsia="zh-CN"/>
        </w:rPr>
        <w:t>　　三、举行主题活动，开展绿色行动。</w:t>
      </w:r>
      <w:r>
        <w:rPr>
          <w:lang w:eastAsia="zh-CN"/>
        </w:rPr>
        <w:br/>
      </w:r>
      <w:r>
        <w:rPr>
          <w:lang w:eastAsia="zh-CN"/>
        </w:rPr>
        <w:t>　　1、充分利用黑板报、宣传栏等进行节能减排教育活动，宣传保护环境、节能减排、抵制白色污染的重要好处，各个班级开展一次节能减排的主题班会。</w:t>
      </w:r>
      <w:r>
        <w:rPr>
          <w:lang w:eastAsia="zh-CN"/>
        </w:rPr>
        <w:br/>
      </w:r>
      <w:r>
        <w:rPr>
          <w:lang w:eastAsia="zh-CN"/>
        </w:rPr>
        <w:t>　　2、开展“节约进家庭”教育活动，透过“教育一个学生，带动一个家庭，拉动一个社组”的方式，倡导师生从“关掉电器的同时拔掉插头、将灯泡换成节能灯泡、减少使用塑料袋”三个生活细节做起，在全校营造节能减排的良好氛围。</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3、教职工以身作则，做节能减排先行者。教职工要做学生的榜样，从细小处入手，整合办公资源。管理、使用好现有的办学、办公设备，抓好设施、设备的节能，节约办公、教学用品，减少办公、教学用品消耗。办公规定纸张尽量双面打印，单面使用的留给下次重复使用等。</w:t>
      </w:r>
      <w:r>
        <w:rPr>
          <w:lang w:eastAsia="zh-CN"/>
        </w:rPr>
        <w:br/>
      </w:r>
      <w:r>
        <w:rPr>
          <w:lang w:eastAsia="zh-CN"/>
        </w:rPr>
        <w:t>　　四、从身边做起，从点滴做起。</w:t>
      </w:r>
      <w:r>
        <w:rPr>
          <w:lang w:eastAsia="zh-CN"/>
        </w:rPr>
        <w:br/>
      </w:r>
      <w:r>
        <w:rPr>
          <w:lang w:eastAsia="zh-CN"/>
        </w:rPr>
        <w:t>　　1、节约用水。珍惜水资源，洗刷不用“长流水”，提倡使用脸盆洗手洗脸，洗涮拖把但是量用水；合理循环使用自来水；爱护节水设施，关紧水龙头。自觉做到爱水、惜水、节水，严格做到人走水断流，严防跑冒滴漏；随身带走未饮用完的瓶装矿泉水，减少浪费。</w:t>
      </w:r>
      <w:r>
        <w:rPr>
          <w:lang w:eastAsia="zh-CN"/>
        </w:rPr>
        <w:br/>
      </w:r>
      <w:r>
        <w:rPr>
          <w:lang w:eastAsia="zh-CN"/>
        </w:rPr>
        <w:t>　　2、节约用电。尽量多采用自然光；人走灯灭，离室关电，避免“白昼灯”、“长明灯”；使用完计算机、打印机、复印机、饮水机等设备后，及时断电，减少待机损耗。</w:t>
      </w:r>
      <w:r>
        <w:rPr>
          <w:lang w:eastAsia="zh-CN"/>
        </w:rPr>
        <w:br/>
      </w:r>
      <w:r>
        <w:rPr>
          <w:lang w:eastAsia="zh-CN"/>
        </w:rPr>
        <w:t>　　3、节约用纸。尽量少用一次性纸杯，提倡自带水杯。</w:t>
      </w:r>
      <w:r>
        <w:rPr>
          <w:lang w:eastAsia="zh-CN"/>
        </w:rPr>
        <w:br/>
      </w:r>
      <w:r>
        <w:rPr>
          <w:lang w:eastAsia="zh-CN"/>
        </w:rPr>
        <w:t>　　4、节约粮食。尽可能不浪费一粒粮食，尽可能不吃或少吃零食。</w:t>
      </w:r>
      <w:r>
        <w:rPr>
          <w:lang w:eastAsia="zh-CN"/>
        </w:rPr>
        <w:br/>
      </w:r>
      <w:r>
        <w:rPr>
          <w:lang w:eastAsia="zh-CN"/>
        </w:rPr>
        <w:t>　　5、节约用钱，合理消费。学生不攀比不超前消费，学会精打细算，充分利用学习用品，养成善于理财的好习惯。</w:t>
      </w:r>
      <w:r>
        <w:rPr>
          <w:lang w:eastAsia="zh-CN"/>
        </w:rPr>
        <w:br/>
      </w:r>
      <w:r>
        <w:rPr>
          <w:lang w:eastAsia="zh-CN"/>
        </w:rPr>
        <w:t>　　本次节能减排宣传周活动顺利进行，到达宣传周活动的目标，增强了师生的能源忧患意识和节约意识，在我校构成了从我做起，从此刻做起，从身边点滴事情做起，“节约光荣、浪费可耻”的浓厚氛围。</w:t>
      </w:r>
      <w:r>
        <w:rPr>
          <w:lang w:eastAsia="zh-CN"/>
        </w:rPr>
        <w:br/>
      </w:r>
      <w:r>
        <w:rPr>
          <w:lang w:eastAsia="zh-CN"/>
        </w:rPr>
        <w:t xml:space="preserve">    节能低碳活动总结 篇10 </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根据上级通知安排，结合我校实际情况，以师生的日常生活行为为主线，积极加强节能低碳教育活动的开展。学校积极引导全体师生正确认识活动的重要性，增强节能意识，提高传播节能理念及节能知识。我校开展了“践行节能低碳，建设美丽家园”主题教育活动。现总结如下：</w:t>
      </w:r>
      <w:r>
        <w:rPr>
          <w:lang w:eastAsia="zh-CN"/>
        </w:rPr>
        <w:br/>
      </w:r>
      <w:r>
        <w:rPr>
          <w:lang w:eastAsia="zh-CN"/>
        </w:rPr>
        <w:t>　　一、思想上重视、分工上明确，为做好宣传工作提供了保证。</w:t>
      </w:r>
      <w:r>
        <w:rPr>
          <w:lang w:eastAsia="zh-CN"/>
        </w:rPr>
        <w:br/>
      </w:r>
      <w:r>
        <w:rPr>
          <w:lang w:eastAsia="zh-CN"/>
        </w:rPr>
        <w:t>　　学校领导高度重视，把开展节能宣传教育活动作为主要工作来抓。我校成立了以校长为组长，副校长为副组长，各班级负责人为组员的节能减排工作小组。主要领导要高度重视，把节能宣传月活动作为近期一项重要工作抓紧抓好，认真研究组织落实好各项专题活动。认真组织班主任、办公室负责人做好电灯、电器等在无人时的关闭工作。将节能减排工作充分落实在每一个细节。</w:t>
      </w:r>
      <w:r>
        <w:rPr>
          <w:lang w:eastAsia="zh-CN"/>
        </w:rPr>
        <w:br/>
      </w:r>
      <w:r>
        <w:rPr>
          <w:lang w:eastAsia="zh-CN"/>
        </w:rPr>
        <w:t>　　二、突出了低碳节能宣传主题，倡导了低碳生活方式。</w:t>
      </w:r>
      <w:r>
        <w:rPr>
          <w:lang w:eastAsia="zh-CN"/>
        </w:rPr>
        <w:br/>
      </w:r>
      <w:r>
        <w:rPr>
          <w:lang w:eastAsia="zh-CN"/>
        </w:rPr>
        <w:t>　　学校在开学以来就紧扣“低碳”，开展了德育教育活动，黑板报、宣传栏、学生调查、演讲赛、主题班会等教育活动。为积极响应20__年“节能低碳新生活教育系统做表率”节能宣传周主题，学校还号召全体教师少开车多走路上班，在校园内推广使用节能灯具等各种具体节能措施，积极引导全校师生科学消费、低碳消费，为打造绿色校园奠定了良好的氛围。</w:t>
      </w:r>
      <w:r>
        <w:rPr>
          <w:lang w:eastAsia="zh-CN"/>
        </w:rPr>
        <w:br/>
      </w:r>
      <w:r>
        <w:rPr>
          <w:lang w:eastAsia="zh-CN"/>
        </w:rPr>
        <w:t>　　三、切实开展活动，务求实效</w:t>
      </w:r>
      <w:r>
        <w:rPr>
          <w:lang w:eastAsia="zh-CN"/>
        </w:rPr>
        <w:br/>
      </w:r>
      <w:r>
        <w:rPr>
          <w:lang w:eastAsia="zh-CN"/>
        </w:rPr>
        <w:t>　　我校创新载体，广泛宣传节能法律法规，普及节能常识，增强广大师生的.节能意识，提高节能管理水平。</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利用国旗下讲话教育师生树立节约、环保的思想。师生积极行动起来，从我做起，从现在做起，从点滴做起，从身边小事做起，节约每一滴水，每一度电，每一粒粮食，每一张纸，节约资源，保护环境，为学校和社会的发展做出自己的贡献。</w:t>
      </w:r>
      <w:r>
        <w:rPr>
          <w:lang w:eastAsia="zh-CN"/>
        </w:rPr>
        <w:br/>
      </w:r>
      <w:r>
        <w:rPr>
          <w:lang w:eastAsia="zh-CN"/>
        </w:rPr>
        <w:t>　　2、利用手抄报、板报、宣传栏教育师生如何节能环保。</w:t>
      </w:r>
      <w:r>
        <w:rPr>
          <w:lang w:eastAsia="zh-CN"/>
        </w:rPr>
        <w:br/>
      </w:r>
      <w:r>
        <w:rPr>
          <w:lang w:eastAsia="zh-CN"/>
        </w:rPr>
        <w:t>　　3、利用校信通这个平台对家长们进行节能环保宣传。</w:t>
      </w:r>
      <w:r>
        <w:rPr>
          <w:lang w:eastAsia="zh-CN"/>
        </w:rPr>
        <w:br/>
      </w:r>
      <w:r>
        <w:rPr>
          <w:lang w:eastAsia="zh-CN"/>
        </w:rPr>
        <w:t xml:space="preserve">    节能低碳活动总结 篇11 </w:t>
      </w:r>
      <w:r>
        <w:rPr>
          <w:lang w:eastAsia="zh-CN"/>
        </w:rPr>
        <w:br/>
      </w:r>
      <w:r>
        <w:rPr>
          <w:lang w:eastAsia="zh-CN"/>
        </w:rPr>
        <w:t>　　20__年6月13日至19日是第32个全国节能宣传周，为进一步推行节能低碳生活，提高节能意识，让节能低碳成为每个人自觉的行动，6月14日，郑州自来水楷顺建设工程公司围绕“绿色低碳节能先行”主题和低碳日行动，积极开展节能降碳宣传教育活动，大力倡导绿色低碳生产生活方式，着力营造人人关心、人人参与节能低碳浓厚氛围。</w:t>
      </w:r>
      <w:r>
        <w:rPr>
          <w:lang w:eastAsia="zh-CN"/>
        </w:rPr>
        <w:br/>
      </w:r>
      <w:r>
        <w:rPr>
          <w:lang w:eastAsia="zh-CN"/>
        </w:rPr>
        <w:t>　　郑州自来水楷顺建设工程公司的志愿者们来到中原区建设路小学门口，工作人员通过悬挂宣传横幅、发放节能低碳生活宣传页的方式积极宣传低碳发展理念，向社区居民、周边商户介绍节能减排、垃圾分类、塑料污染、低碳绿色出行、节粮的小窍门，同时教大家如何节约用水、用电，避免资源浪费。让社区居民了解生活中衣、食、住、用、行等方面的相关节能低碳知识，倡导大家绿色生活方式从我做起，从点滴做起，从身边的小事做起，自觉地节约每一度电、每一滴水、增强资源节约意识。</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在宣传活动中，郑州自来水楷顺建设工程公司的志愿者们发放各类节能低碳资料50余份，市民咨询15余次，让低碳理念深入人心，低碳行为进生活，提升全民节能意识和节能能力，共同践行节约能源、绿色健康的良好生活习惯。</w:t>
      </w:r>
      <w:r>
        <w:rPr>
          <w:lang w:eastAsia="zh-CN"/>
        </w:rPr>
        <w:br/>
      </w:r>
      <w:r>
        <w:rPr>
          <w:lang w:eastAsia="zh-CN"/>
        </w:rPr>
        <w:t>　　同时，郑州自来水楷顺建设工程公司还积极推广低碳环保的理念，号召开私家车的职工6月15日步行、骑共享单车或坐公共汽车上班，缓解城市交通压力，做一名“低碳环保使者”，以此带动更多的人了解低碳生活理念，实现节能减排以及增强职工体质等都能起到积极作用。</w:t>
      </w:r>
      <w:r>
        <w:rPr>
          <w:lang w:eastAsia="zh-CN"/>
        </w:rPr>
        <w:br/>
      </w:r>
      <w:r>
        <w:rPr>
          <w:lang w:eastAsia="zh-CN"/>
        </w:rPr>
        <w:t xml:space="preserve">    节能低碳活动总结 篇12 </w:t>
      </w:r>
      <w:r>
        <w:rPr>
          <w:lang w:eastAsia="zh-CN"/>
        </w:rPr>
        <w:br/>
      </w:r>
      <w:r>
        <w:rPr>
          <w:lang w:eastAsia="zh-CN"/>
        </w:rPr>
        <w:t>　　__月__日至__日为全国节能宣传周。__月__日为全国低碳日，__县__幼儿园开展以“节能减耗，保卫蓝天”为主题，以党员同志为先锋，结合保教活动开展节能减排“三个一”系列活动。</w:t>
      </w:r>
      <w:r>
        <w:rPr>
          <w:lang w:eastAsia="zh-CN"/>
        </w:rPr>
        <w:br/>
      </w:r>
      <w:r>
        <w:rPr>
          <w:lang w:eastAsia="zh-CN"/>
        </w:rPr>
        <w:t>　　各段根据孩子的年龄特点开展一次节能减耗教育活动，如：节约粮食、节约用水、用电、“垃圾分类”等。</w:t>
      </w:r>
      <w:r>
        <w:rPr>
          <w:lang w:eastAsia="zh-CN"/>
        </w:rPr>
        <w:br/>
      </w:r>
      <w:r>
        <w:rPr>
          <w:lang w:eastAsia="zh-CN"/>
        </w:rPr>
        <w:t>　　组织了“一小时减耗”活动。党支部书记张双琴带领全体党员开展节能减耗大检查活动。倡导在工作时间内选择1小时关闭各处空调，打印机，电脑等，倡导使用电风扇；提出了“节能有我绿色共享”倡议。向全体家长及幼儿发送“节能有我绿色共享”倡议，倡导照明用电、低碳烹饪、节约妙水、爱惜衣物之道、家用电器的节能使用、节能的健身方法、垃圾分类处理等。同时在大门口显示宣传标语。</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此次活动，增强了幼儿园师生的环保意识，更让孩子们、老师们与家长们了解低碳生活的意义，积极提倡并实践低碳生活，从点滴做起，为节能减碳作贡献，齐手共建绿色生活。</w:t>
      </w:r>
      <w:r>
        <w:rPr>
          <w:lang w:eastAsia="zh-CN"/>
        </w:rPr>
        <w:br/>
      </w:r>
      <w:r>
        <w:rPr>
          <w:lang w:eastAsia="zh-CN"/>
        </w:rPr>
        <w:t xml:space="preserve">    节能低碳活动总结 篇13 </w:t>
      </w:r>
      <w:r>
        <w:rPr>
          <w:lang w:eastAsia="zh-CN"/>
        </w:rPr>
        <w:br/>
      </w:r>
      <w:r>
        <w:rPr>
          <w:lang w:eastAsia="zh-CN"/>
        </w:rPr>
        <w:t>　　20__年，围绕全市节能减排工作目标，以创建节约型机关为目标，通过加强管理，改进方法，采取一系列措施，狠抓能耗降低，节能减排工作取得了一定成效。</w:t>
      </w:r>
      <w:r>
        <w:rPr>
          <w:lang w:eastAsia="zh-CN"/>
        </w:rPr>
        <w:br/>
      </w:r>
      <w:r>
        <w:rPr>
          <w:lang w:eastAsia="zh-CN"/>
        </w:rPr>
        <w:t>　　一、全年节能减排工作情况</w:t>
      </w:r>
      <w:r>
        <w:rPr>
          <w:lang w:eastAsia="zh-CN"/>
        </w:rPr>
        <w:br/>
      </w:r>
      <w:r>
        <w:rPr>
          <w:lang w:eastAsia="zh-CN"/>
        </w:rPr>
        <w:t>　　1-12月，用电度，同比增加度，增幅%；用油吨，同比减少吨，减幅%；用水吨，同比增加吨,增幅%。</w:t>
      </w:r>
      <w:r>
        <w:rPr>
          <w:lang w:eastAsia="zh-CN"/>
        </w:rPr>
        <w:br/>
      </w:r>
      <w:r>
        <w:rPr>
          <w:lang w:eastAsia="zh-CN"/>
        </w:rPr>
        <w:t>　　20__年度用电用水比20__年度用电用增加的主要原因是：一方面，新建办公楼基建工程用电度，用水吨；另一方面，办公设备及家用电器逐渐增加；同时，乡镇农网改造，导致烟站用电用水增加。</w:t>
      </w:r>
      <w:r>
        <w:rPr>
          <w:lang w:eastAsia="zh-CN"/>
        </w:rPr>
        <w:br/>
      </w:r>
      <w:r>
        <w:rPr>
          <w:lang w:eastAsia="zh-CN"/>
        </w:rPr>
        <w:t>　　二、主要工作措施</w:t>
      </w:r>
      <w:r>
        <w:rPr>
          <w:lang w:eastAsia="zh-CN"/>
        </w:rPr>
        <w:br/>
      </w:r>
      <w:r>
        <w:rPr>
          <w:lang w:eastAsia="zh-CN"/>
        </w:rPr>
        <w:t>　　20__年度用水用电的增加是由于不可控的客观原因导致，总的来说，在节能减排的工作上我们还是取得了一定成绩的，主要表现在用油减幅达到%，几乎只有去年的一半。主要采取了一下措施：</w:t>
      </w:r>
      <w:r>
        <w:rPr>
          <w:lang w:eastAsia="zh-CN"/>
        </w:rPr>
        <w:br/>
      </w:r>
      <w:r>
        <w:rPr>
          <w:lang w:eastAsia="zh-CN"/>
        </w:rPr>
        <w:t>　　一是领导重视。年初，在第一次局务工作会上，就要求广大干部职工要高度重视节能减排工作，树立“时时节约、人人有责”的意识。</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二是加强管理。严格控制照明用电，做到人走灯灭；在使用电脑、打印机、传真机、复印机等办公自动化设备时，尽量减少待机时间，下班前关闭各类电器设备的电源。切实加强用水管理，坚决避免长流水现象；严格执行公务用车配备标准，科学派车，减少车辆使用次数，执行定点加油、定点维修制度，每月按标准核算；规范办公用品管理，提倡修旧利废。</w:t>
      </w:r>
      <w:r>
        <w:rPr>
          <w:lang w:eastAsia="zh-CN"/>
        </w:rPr>
        <w:br/>
      </w:r>
      <w:r>
        <w:rPr>
          <w:lang w:eastAsia="zh-CN"/>
        </w:rPr>
        <w:t>　　三是强化考核。将节能减排工作与绩效考核挂钩，对超过预算费用的部门，进行相应扣减，促使各部门形成节能减排的自觉。</w:t>
      </w:r>
      <w:r>
        <w:rPr>
          <w:lang w:eastAsia="zh-CN"/>
        </w:rPr>
        <w:br/>
      </w:r>
      <w:r>
        <w:rPr>
          <w:lang w:eastAsia="zh-CN"/>
        </w:rPr>
        <w:t>　　三、20__年节能减排工作打算</w:t>
      </w:r>
      <w:r>
        <w:rPr>
          <w:lang w:eastAsia="zh-CN"/>
        </w:rPr>
        <w:br/>
      </w:r>
      <w:r>
        <w:rPr>
          <w:lang w:eastAsia="zh-CN"/>
        </w:rPr>
        <w:t>　　为进一步做好节能减排工作，实现节能、增效的目的，我局（分公司）将在以下四方面作出努力。</w:t>
      </w:r>
      <w:r>
        <w:rPr>
          <w:lang w:eastAsia="zh-CN"/>
        </w:rPr>
        <w:br/>
      </w:r>
      <w:r>
        <w:rPr>
          <w:lang w:eastAsia="zh-CN"/>
        </w:rPr>
        <w:t>　　一是加强宣传教育，增强全员节能意识。二是建立健全制度，形成科学管理体系。三是狠抓日常监管，严格落实奖优罚劣。</w:t>
      </w:r>
      <w:r>
        <w:rPr>
          <w:lang w:eastAsia="zh-CN"/>
        </w:rPr>
        <w:br/>
      </w:r>
      <w:r>
        <w:rPr>
          <w:lang w:eastAsia="zh-CN"/>
        </w:rPr>
        <w:t xml:space="preserve">    节能低碳活动总结 篇14 </w:t>
      </w:r>
      <w:r>
        <w:rPr>
          <w:lang w:eastAsia="zh-CN"/>
        </w:rPr>
        <w:br/>
      </w:r>
      <w:r>
        <w:rPr>
          <w:lang w:eastAsia="zh-CN"/>
        </w:rPr>
        <w:t>　　正值全国节能宣传周和低碳日活动之际，为广泛宣传并培育节约循环利用的资源观，营造地毯节能的绿色工地建设氛围，近日，中建八局四公司济南公司齐河古城苑二期棚户区改造项目开展“绿色发展、节能先行”工地宣传活动。</w:t>
      </w:r>
      <w:r>
        <w:rPr>
          <w:lang w:eastAsia="zh-CN"/>
        </w:rPr>
        <w:br/>
      </w:r>
      <w:r>
        <w:rPr>
          <w:lang w:eastAsia="zh-CN"/>
        </w:rPr>
        <w:t>　　活动以进现场的形式开展。首先项目部全体管理人员以会议形式集中学习了《20__全国节能宣传周》宣传手册，并发起低碳节能的倡议。会后，大家积极发言，为项目的绿色建设、绿色发展提出了宝贵建议。</w:t>
      </w:r>
      <w:r>
        <w:rPr>
          <w:lang w:eastAsia="zh-CN"/>
        </w:rPr>
        <w:br/>
      </w:r>
    </w:p>
    <w:p w:rsidR="001B1F19" w14:textId="27C3F48A">
      <w:pPr>
        <w:rPr>
          <w:lang w:eastAsia="zh-CN"/>
        </w:rPr>
      </w:pPr>
      <w:r>
        <w:rPr>
          <w:lang w:eastAsia="zh-CN"/>
        </w:rPr>
        <w:t>　　随后，管理人员协同劳务人员巡查现场，对现场工人进行手册宣传，大家纷纷表示要持续加大建筑施工生活节能的宣传力度，争取把低碳节能、绿色发展融入到日常生活和工作的方方面面，并承诺将继续以饱满的工作热情为项目绿色施工、低碳可持续发展作出贡献。</w:t>
      </w:r>
      <w:r>
        <w:rPr>
          <w:lang w:eastAsia="zh-CN"/>
        </w:rPr>
        <w:br/>
      </w:r>
      <w:r>
        <w:rPr>
          <w:lang w:eastAsia="zh-CN"/>
        </w:rPr>
        <w:t xml:space="preserve">    节能低碳活动总结 篇15 </w:t>
      </w:r>
      <w:r>
        <w:rPr>
          <w:lang w:eastAsia="zh-CN"/>
        </w:rPr>
        <w:br/>
      </w:r>
      <w:r>
        <w:rPr>
          <w:lang w:eastAsia="zh-CN"/>
        </w:rPr>
        <w:t>　　为丰富节能宣传周和全国低碳日的主题活动，大力弘扬中华民族勤俭节约的优良传统，创节约环保型校园，近日，__小学立足学校实际，开展了一系列“节能有我，绿色共享”活动。</w:t>
      </w:r>
      <w:r>
        <w:rPr>
          <w:lang w:eastAsia="zh-CN"/>
        </w:rPr>
        <w:br/>
      </w:r>
      <w:r>
        <w:rPr>
          <w:lang w:eastAsia="zh-CN"/>
        </w:rPr>
        <w:t>　　一是成立“节能有我，绿色共享”领导小组，召开全体教师专题会议，组织各班召开“节能有我，绿色共享”的主题班会，教育学生树立“节能、环保、低碳”的正确意识，通过小手牵大手形式带动家长，力行节能、环保、低碳的良性社会活动。二是从清理白色污染入手，组织学生清理校园及周边的“白色污染”，通过捡拾塑料袋、饮料瓶，变废为宝等有意义的活动，教育学生“防止污染，从身边做起，从自身做起，美化家园，人人有责”的正确思想；号召师生进行“绿色出行”，提倡教师“安全环保步行”上下学，禁止学生骑车上下学，自倡议以来，学校教师自驾车上下班数量明显减少；进一步规范照明、用电，用水管理制度，号召全体师生节约每一滴水、每一粒粮、每一度电、每一张纸，强化师生能源忧患意识和节约意识，培养师生珍惜资源，合理用能的好习惯。</w:t>
      </w:r>
      <w:r>
        <w:rPr>
          <w:lang w:eastAsia="zh-CN"/>
        </w:rPr>
        <w:br/>
      </w:r>
      <w:r>
        <w:rPr>
          <w:lang w:eastAsia="zh-CN"/>
        </w:rPr>
        <w:t>　　三是加强节能环保知识教育。将节俭、环保教育纳入课表，引导该校师生增强资源节约意识改变不良生活习惯和生活方式。</w:t>
      </w:r>
      <w:r>
        <w:rPr>
          <w:lang w:eastAsia="zh-CN"/>
        </w:rPr>
        <w:br/>
      </w:r>
      <w:r>
        <w:rPr>
          <w:lang w:eastAsia="zh-CN"/>
        </w:rPr>
        <w:t xml:space="preserve">    节能低碳活动总结 篇16 </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https://d.book118.com/497201022054006051</w:t>
        </w:r>
      </w:hyperlink>
    </w:p>
    <w:p w:rsidR="001B1F19">
      <w:pPr>
        <w:rPr>
          <w:lang w:eastAsia="zh-CN"/>
        </w:rPr>
      </w:pPr>
    </w:p>
    <w:sectPr>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97201022054006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