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关于化学工作计划集合（32篇）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关于化学工作计划集合（通用32篇）</w:t>
      </w:r>
      <w:r>
        <w:rPr>
          <w:lang w:eastAsia="zh-CN"/>
        </w:rPr>
        <w:br/>
      </w:r>
      <w:r>
        <w:rPr>
          <w:lang w:eastAsia="zh-CN"/>
        </w:rPr>
        <w:t xml:space="preserve">    关于化学工作计划集合 篇1 </w:t>
      </w:r>
      <w:r>
        <w:rPr>
          <w:lang w:eastAsia="zh-CN"/>
        </w:rPr>
        <w:br/>
      </w:r>
      <w:r>
        <w:rPr>
          <w:lang w:eastAsia="zh-CN"/>
        </w:rPr>
        <w:t>　　化学与生活实际紧密相连，初三年级开设化学这一门学科目的是为了提高人们的生活水平和生活质量，学生刚接触化学，学习的热情高涨，教师应尽最大的努力使学生掌握相关的化学知识与技能，化学教学工作计划。为了能更好地实施化学学科教学，让化学教学工作有条不紊地进行，特拟定此计划。</w:t>
      </w:r>
      <w:r>
        <w:rPr>
          <w:lang w:eastAsia="zh-CN"/>
        </w:rPr>
        <w:br/>
      </w:r>
      <w:r>
        <w:rPr>
          <w:lang w:eastAsia="zh-CN"/>
        </w:rPr>
        <w:t>　　一、学生基本情况分析：</w:t>
      </w:r>
      <w:r>
        <w:rPr>
          <w:lang w:eastAsia="zh-CN"/>
        </w:rPr>
        <w:br/>
      </w:r>
      <w:r>
        <w:rPr>
          <w:lang w:eastAsia="zh-CN"/>
        </w:rPr>
        <w:t>　　服从学校的安排，我担任九年级1班(共有学生 人，其中女生 人)、2班(共有学生 人，其中女生 人)、3班(共有学生 人，其中女生人)的化学教学任务，在担任的1班中，大部分学生学习积极性较高，但有少数学生没有养成良好的学习习惯，学习积极性不高。2、3班学生学习基础参差不齐，大部分学生没有养成良好的学习、行为习惯。只有少数学生在学。因此本期应做好每一个学生的思想工作，教学上因材施教，培养学生良好的学习习惯，使他们在各自原有的基础上不断提高进步。</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教材在编排上从生产、生活、学习、工作所必需的化学基础内容教育学生。从最熟悉的物质出发介绍化学知识，拓展学生的视野，培养学生适应社会和生活的能力，体现义务教育的性质和任务。</w:t>
      </w:r>
      <w:r>
        <w:rPr>
          <w:lang w:eastAsia="zh-CN"/>
        </w:rPr>
        <w:br/>
      </w:r>
      <w:r>
        <w:rPr>
          <w:lang w:eastAsia="zh-CN"/>
        </w:rPr>
        <w:t>　　1、本书从空气的组成开始，介绍了氧气、二氧化碳、水和金属等物质的变化、性质、制法、用途方面的知识，以及水、空气的污染和防治，金属的锈蚀与预防，硬水、氢能源，金属与人体的关系，以及常见的化肥和农药等。</w:t>
      </w:r>
      <w:r>
        <w:rPr>
          <w:lang w:eastAsia="zh-CN"/>
        </w:rPr>
        <w:br/>
      </w:r>
      <w:r>
        <w:rPr>
          <w:lang w:eastAsia="zh-CN"/>
        </w:rPr>
        <w:t>　　2、教材还将学生引入了微观物质世界，从微观和宏观上认识构成物质的基本粒子，组成物质的化学元素。在此基础上使学生学习一些必要的化学用语，有计划地穿插安排部分基本概念和基本理论。使教材内容的理论与实际有机结合，有利于培养学生运用化学基本理论和基本概念解决生活和生产中常见的化学问题的能力，还可以分散学习基本概念和基本理论，以减轻学生学习时的困难。</w:t>
      </w:r>
      <w:r>
        <w:rPr>
          <w:lang w:eastAsia="zh-CN"/>
        </w:rPr>
        <w:br/>
      </w:r>
      <w:r>
        <w:rPr>
          <w:lang w:eastAsia="zh-CN"/>
        </w:rPr>
        <w:t>　　另外，为了使学生喜欢化学，学好化学，在编写教材时精心编排：</w:t>
      </w:r>
      <w:r>
        <w:rPr>
          <w:lang w:eastAsia="zh-CN"/>
        </w:rPr>
        <w:br/>
      </w:r>
      <w:r>
        <w:rPr>
          <w:lang w:eastAsia="zh-CN"/>
        </w:rPr>
        <w:t>　　一是广泛收集学生熟悉的生活素材，结合学生已有的经验和疑问展开讨论。使学生发现化学就在我们身边，化学有趣易学。</w:t>
      </w:r>
      <w:r>
        <w:rPr>
          <w:lang w:eastAsia="zh-CN"/>
        </w:rPr>
        <w:br/>
      </w:r>
      <w:r>
        <w:rPr>
          <w:lang w:eastAsia="zh-CN"/>
        </w:rPr>
        <w:t>　　二是书中有在量精美的图片，情景交融，帮助你领悟更多的化学原理，使学生的学习多些生动，少些枯燥。</w:t>
      </w:r>
      <w:r>
        <w:rPr>
          <w:lang w:eastAsia="zh-CN"/>
        </w:rPr>
        <w:br/>
      </w:r>
      <w:r>
        <w:rPr>
          <w:lang w:eastAsia="zh-CN"/>
        </w:rPr>
        <w:t>　　三是设计的化学实验多。使学生勤动手，在实验中学习操作、观察和记录的技能，提高分析能力，熟悉常见物质的化学变化。在“玩”的同时，使学生发现更多的新知识。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是期待学生解决问题多。“你已经知道什么”、“观察与思考”、“联想与启示”、“交流与讨论”、“练习与实践”、“本章作业”等栏目向学生提出了各种各样的化学问题，希望学生积极思考，主动地参与讨论，充分发表自己的见解。</w:t>
      </w:r>
      <w:r>
        <w:rPr>
          <w:lang w:eastAsia="zh-CN"/>
        </w:rPr>
        <w:br/>
      </w:r>
      <w:r>
        <w:rPr>
          <w:lang w:eastAsia="zh-CN"/>
        </w:rPr>
        <w:t>　　五是注重学习方法的指导。书的正文中不但有引导语帮助学生正确地理解教材，而且在章末设立“整理与归纳”，通过问题线索使学生逐渐养成复习整理、回顾反思和自我的习惯，工作计划《化学教学工作计划》。</w:t>
      </w:r>
      <w:r>
        <w:rPr>
          <w:lang w:eastAsia="zh-CN"/>
        </w:rPr>
        <w:br/>
      </w:r>
      <w:r>
        <w:rPr>
          <w:lang w:eastAsia="zh-CN"/>
        </w:rPr>
        <w:t>　　课程改革后的化学课程以提高学生的科学素养为主旨，激发学生学习化学的兴趣，帮助学生了解科学探究的基本过程和方法，培养学生的科学探究能力，使学生获得进一步学习和发展所需要的化学基础知识和基本技能;引导学生认识化学在促进社会发展和提高人类生活质量方面的重要作用，通过化学学习培养学生的合作精神和社会责任感，提高未来公民适应现代社会生活的能力。</w:t>
      </w:r>
      <w:r>
        <w:rPr>
          <w:lang w:eastAsia="zh-CN"/>
        </w:rPr>
        <w:br/>
      </w:r>
      <w:r>
        <w:rPr>
          <w:lang w:eastAsia="zh-CN"/>
        </w:rPr>
        <w:t>　　各章节重难点： 章节 内 容 重 点 难 点 备注 第一章：开启化学之门 第一节 化学给我们带来了什么</w:t>
      </w:r>
      <w:r>
        <w:rPr>
          <w:lang w:eastAsia="zh-CN"/>
        </w:rPr>
        <w:br/>
      </w:r>
      <w:r>
        <w:rPr>
          <w:lang w:eastAsia="zh-CN"/>
        </w:rPr>
        <w:t>　　第二节 化学研究些什么</w:t>
      </w:r>
      <w:r>
        <w:rPr>
          <w:lang w:eastAsia="zh-CN"/>
        </w:rPr>
        <w:br/>
      </w:r>
      <w:r>
        <w:rPr>
          <w:lang w:eastAsia="zh-CN"/>
        </w:rPr>
        <w:t>　　第三节 怎样学习和研究化学 1培养学生学习化学知识的兴趣2学习化学的方法，化学实验基本操作训练 3学习化学的重要性1物质的变化与性质2观察并正确描述分析实验现象利用科学探究的步骤进行探究 第二章 我们身边的物质</w:t>
      </w:r>
      <w:r>
        <w:rPr>
          <w:lang w:eastAsia="zh-CN"/>
        </w:rPr>
        <w:br/>
      </w:r>
      <w:r>
        <w:rPr>
          <w:lang w:eastAsia="zh-CN"/>
        </w:rPr>
        <w:t>　　第一节 由多种物质组成的空气</w:t>
      </w:r>
      <w:r>
        <w:rPr>
          <w:lang w:eastAsia="zh-CN"/>
        </w:rPr>
        <w:br/>
      </w:r>
      <w:r>
        <w:rPr>
          <w:lang w:eastAsia="zh-CN"/>
        </w:rPr>
        <w:t>　　第二节性质活泼的氧气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第三节 奇妙的二氧化碳</w:t>
      </w:r>
      <w:r>
        <w:rPr>
          <w:lang w:eastAsia="zh-CN"/>
        </w:rPr>
        <w:br/>
      </w:r>
      <w:r>
        <w:rPr>
          <w:lang w:eastAsia="zh-CN"/>
        </w:rPr>
        <w:t>　　第四节 自然界四的水 1空气的组成、污染与防治2氧气、二氧化碳、水的组成、变化、性质、用途、制法以及水的污染、防治与净化1实验室制取氧气2氧气的化学性质3化合反应与分解反应 第三章 物质构成的奥秘</w:t>
      </w:r>
      <w:r>
        <w:rPr>
          <w:lang w:eastAsia="zh-CN"/>
        </w:rPr>
        <w:br/>
      </w:r>
      <w:r>
        <w:rPr>
          <w:lang w:eastAsia="zh-CN"/>
        </w:rPr>
        <w:t>　　第一节 用微粒的观点看物质</w:t>
      </w:r>
      <w:r>
        <w:rPr>
          <w:lang w:eastAsia="zh-CN"/>
        </w:rPr>
        <w:br/>
      </w:r>
      <w:r>
        <w:rPr>
          <w:lang w:eastAsia="zh-CN"/>
        </w:rPr>
        <w:t>　　第二节 构成物质的基本微粒</w:t>
      </w:r>
      <w:r>
        <w:rPr>
          <w:lang w:eastAsia="zh-CN"/>
        </w:rPr>
        <w:br/>
      </w:r>
      <w:r>
        <w:rPr>
          <w:lang w:eastAsia="zh-CN"/>
        </w:rPr>
        <w:t>　　第三节组成物质的化学元素</w:t>
      </w:r>
      <w:r>
        <w:rPr>
          <w:lang w:eastAsia="zh-CN"/>
        </w:rPr>
        <w:br/>
      </w:r>
      <w:r>
        <w:rPr>
          <w:lang w:eastAsia="zh-CN"/>
        </w:rPr>
        <w:t>　　第四节 物质组成的表示方法 1微粒的基本构成、性质、质量2组成物质的元素及物质组成的表示方法3利用化学式的计算4物质的分类</w:t>
      </w:r>
      <w:r>
        <w:rPr>
          <w:lang w:eastAsia="zh-CN"/>
        </w:rPr>
        <w:br/>
      </w:r>
      <w:r>
        <w:rPr>
          <w:lang w:eastAsia="zh-CN"/>
        </w:rPr>
        <w:t>　　1根据化学式的相关计算2物质组成的表示方法3单质与化合物4用化学符号表示分子、原子、离子 第四章 燃烧 燃料 第一节 燃烧与灭火</w:t>
      </w:r>
      <w:r>
        <w:rPr>
          <w:lang w:eastAsia="zh-CN"/>
        </w:rPr>
        <w:br/>
      </w:r>
      <w:r>
        <w:rPr>
          <w:lang w:eastAsia="zh-CN"/>
        </w:rPr>
        <w:t>　　第二节 定量认识化学变化</w:t>
      </w:r>
      <w:r>
        <w:rPr>
          <w:lang w:eastAsia="zh-CN"/>
        </w:rPr>
        <w:br/>
      </w:r>
      <w:r>
        <w:rPr>
          <w:lang w:eastAsia="zh-CN"/>
        </w:rPr>
        <w:t>　　第三节化石燃料的利用 1燃烧的条件与灭火原理2质量守恒定律及其运用3化学变化的表示方法根据化学方程式的计算4化石燃料与环境污染1质量守恒定律及其运用2化学变化的表示方法3根据化学方程式的计算 第五章：金属与矿物 第一节 金属和金属矿物</w:t>
      </w:r>
      <w:r>
        <w:rPr>
          <w:lang w:eastAsia="zh-CN"/>
        </w:rPr>
        <w:br/>
      </w:r>
      <w:r>
        <w:rPr>
          <w:lang w:eastAsia="zh-CN"/>
        </w:rPr>
        <w:t>　　第二节 铁的冶炼 合金</w:t>
      </w:r>
      <w:r>
        <w:rPr>
          <w:lang w:eastAsia="zh-CN"/>
        </w:rPr>
        <w:br/>
      </w:r>
      <w:r>
        <w:rPr>
          <w:lang w:eastAsia="zh-CN"/>
        </w:rPr>
        <w:t>　　第三节 金属的防护和回收</w:t>
      </w:r>
      <w:r>
        <w:rPr>
          <w:lang w:eastAsia="zh-CN"/>
        </w:rPr>
        <w:br/>
      </w:r>
      <w:r>
        <w:rPr>
          <w:lang w:eastAsia="zh-CN"/>
        </w:rPr>
        <w:t>　　第四节</w:t>
      </w:r>
      <w:r>
        <w:rPr>
          <w:lang w:eastAsia="zh-CN"/>
        </w:rPr>
        <w:t xml:space="preserve"> 石灰石的利用</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1常见金属的性质和钢铁的冶炼2合金的性质和用途3金属的锈蚀、回收和防护4石灰石的利用</w:t>
      </w:r>
      <w:r>
        <w:rPr>
          <w:lang w:eastAsia="zh-CN"/>
        </w:rPr>
        <w:t xml:space="preserve"> 1铁的冶炼2金属的化学性质三、教学目标</w:t>
      </w:r>
      <w:r>
        <w:rPr>
          <w:lang w:eastAsia="zh-CN"/>
        </w:rPr>
        <w:br/>
      </w:r>
      <w:r>
        <w:rPr>
          <w:lang w:eastAsia="zh-CN"/>
        </w:rPr>
        <w:t>　　知识与技能：</w:t>
      </w:r>
      <w:r>
        <w:rPr>
          <w:lang w:eastAsia="zh-CN"/>
        </w:rPr>
        <w:br/>
      </w:r>
      <w:r>
        <w:rPr>
          <w:lang w:eastAsia="zh-CN"/>
        </w:rPr>
        <w:t>　　1.认识身边一些常见物质的组成、性质及其在社会生产和生活中的应用，能用简单的化学语言予以描述。</w:t>
      </w:r>
      <w:r>
        <w:rPr>
          <w:lang w:eastAsia="zh-CN"/>
        </w:rPr>
        <w:br/>
      </w:r>
      <w:r>
        <w:rPr>
          <w:lang w:eastAsia="zh-CN"/>
        </w:rPr>
        <w:t>　　2.形成一些最基本的化学概念，初步认识物质的微观构成，了解化学变化的基本特征，初步认识物质的性质与用途之间的关系。</w:t>
      </w:r>
      <w:r>
        <w:rPr>
          <w:lang w:eastAsia="zh-CN"/>
        </w:rPr>
        <w:br/>
      </w:r>
      <w:r>
        <w:rPr>
          <w:lang w:eastAsia="zh-CN"/>
        </w:rPr>
        <w:t>　　3.了解化学与社会和技术的相互联系，并能以此分析有关的简单问题。</w:t>
      </w:r>
      <w:r>
        <w:rPr>
          <w:lang w:eastAsia="zh-CN"/>
        </w:rPr>
        <w:br/>
      </w:r>
      <w:r>
        <w:rPr>
          <w:lang w:eastAsia="zh-CN"/>
        </w:rPr>
        <w:t>　　4.初步形成基本的化学实验技能，能设计和完成一些简单的化学实验。</w:t>
      </w:r>
      <w:r>
        <w:rPr>
          <w:lang w:eastAsia="zh-CN"/>
        </w:rPr>
        <w:br/>
      </w:r>
      <w:r>
        <w:rPr>
          <w:lang w:eastAsia="zh-CN"/>
        </w:rPr>
        <w:t>　　过程与方法：</w:t>
      </w:r>
      <w:r>
        <w:rPr>
          <w:lang w:eastAsia="zh-CN"/>
        </w:rPr>
        <w:br/>
      </w:r>
      <w:r>
        <w:rPr>
          <w:lang w:eastAsia="zh-CN"/>
        </w:rPr>
        <w:t>　　1.认识科学探究的意义和基本过程，能提出问题，进行初步的探究活动。</w:t>
      </w:r>
      <w:r>
        <w:rPr>
          <w:lang w:eastAsia="zh-CN"/>
        </w:rPr>
        <w:br/>
      </w:r>
      <w:r>
        <w:rPr>
          <w:lang w:eastAsia="zh-CN"/>
        </w:rPr>
        <w:t>　　2.初步学会运用观察、实验等方法获取信息，能用文字、图表和化学语言表述有关的信息，初步学会运用比较、分类、归纳、概括等方法对获取的信息进行加工。</w:t>
      </w:r>
      <w:r>
        <w:rPr>
          <w:lang w:eastAsia="zh-CN"/>
        </w:rPr>
        <w:br/>
      </w:r>
      <w:r>
        <w:rPr>
          <w:lang w:eastAsia="zh-CN"/>
        </w:rPr>
        <w:t>　　3.能用变化与联系的观点分析化学现象，解决一些简单的化学问题。</w:t>
      </w:r>
      <w:r>
        <w:rPr>
          <w:lang w:eastAsia="zh-CN"/>
        </w:rPr>
        <w:br/>
      </w:r>
      <w:r>
        <w:rPr>
          <w:lang w:eastAsia="zh-CN"/>
        </w:rPr>
        <w:t>　　4.能主动与他人进行交流和讨论，清楚地表达自己的观点，逐步形成良好的学习习惯和学习方法。</w:t>
      </w:r>
      <w:r>
        <w:rPr>
          <w:lang w:eastAsia="zh-CN"/>
        </w:rPr>
        <w:br/>
      </w:r>
      <w:r>
        <w:rPr>
          <w:lang w:eastAsia="zh-CN"/>
        </w:rPr>
        <w:t>　　情感态度与价值观：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1.保持和增强对生活和自然界中化学现象的好奇心和探究欲，发展学习化学的兴趣。</w:t>
      </w:r>
      <w:r>
        <w:rPr>
          <w:lang w:eastAsia="zh-CN"/>
        </w:rPr>
        <w:br/>
      </w:r>
      <w:r>
        <w:rPr>
          <w:lang w:eastAsia="zh-CN"/>
        </w:rPr>
        <w:t>　　2.初步建立科学的物质观，增进对世界是物质的物质是变化的等辩证唯物主义观点的认识，逐步树立崇尚科学、反对迷信的观念。</w:t>
      </w:r>
      <w:r>
        <w:rPr>
          <w:lang w:eastAsia="zh-CN"/>
        </w:rPr>
        <w:br/>
      </w:r>
      <w:r>
        <w:rPr>
          <w:lang w:eastAsia="zh-CN"/>
        </w:rPr>
        <w:t>　　3.感受并赞赏化学对改善个人生活和促进社会发展的积极作用，关注与化学有关的社会问题，初步形成主动参与社会决策的意识。</w:t>
      </w:r>
      <w:r>
        <w:rPr>
          <w:lang w:eastAsia="zh-CN"/>
        </w:rPr>
        <w:br/>
      </w:r>
      <w:r>
        <w:rPr>
          <w:lang w:eastAsia="zh-CN"/>
        </w:rPr>
        <w:t>　　4.逐步树立珍惜资源、爱护环境、合理使用化学物质的观念。</w:t>
      </w:r>
      <w:r>
        <w:rPr>
          <w:lang w:eastAsia="zh-CN"/>
        </w:rPr>
        <w:br/>
      </w:r>
      <w:r>
        <w:rPr>
          <w:lang w:eastAsia="zh-CN"/>
        </w:rPr>
        <w:t>　　5.发展善于合作、勤于思考、严谨求实、勇于创新和实践的科学精神。</w:t>
      </w:r>
      <w:r>
        <w:rPr>
          <w:lang w:eastAsia="zh-CN"/>
        </w:rPr>
        <w:br/>
      </w:r>
      <w:r>
        <w:rPr>
          <w:lang w:eastAsia="zh-CN"/>
        </w:rPr>
        <w:t>　　6.增强热爱祖国的情感，树立为民族振兴、为社会的进步学习化学的志向。</w:t>
      </w:r>
      <w:r>
        <w:rPr>
          <w:lang w:eastAsia="zh-CN"/>
        </w:rPr>
        <w:br/>
      </w:r>
      <w:r>
        <w:rPr>
          <w:lang w:eastAsia="zh-CN"/>
        </w:rPr>
        <w:t>　　成绩目标</w:t>
      </w:r>
      <w:r>
        <w:rPr>
          <w:lang w:eastAsia="zh-CN"/>
        </w:rPr>
        <w:br/>
      </w:r>
      <w:r>
        <w:rPr>
          <w:lang w:eastAsia="zh-CN"/>
        </w:rPr>
        <w:t>　　预期目标：九(1)班合格率100%，优秀率40%，平均分48分;九(2)班合格率95%，优秀率30%，平均分38分;九(3)班合格率50%，优秀率5%，平均分30分。</w:t>
      </w:r>
      <w:r>
        <w:rPr>
          <w:lang w:eastAsia="zh-CN"/>
        </w:rPr>
        <w:br/>
      </w:r>
      <w:r>
        <w:rPr>
          <w:lang w:eastAsia="zh-CN"/>
        </w:rPr>
        <w:t>　　四、具体措施</w:t>
      </w:r>
      <w:r>
        <w:rPr>
          <w:lang w:eastAsia="zh-CN"/>
        </w:rPr>
        <w:br/>
      </w:r>
      <w:r>
        <w:rPr>
          <w:lang w:eastAsia="zh-CN"/>
        </w:rPr>
        <w:t>　　(1)强化实验教学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化学是一门以实验为基础的学科。实验教学可以激发学生学习化学的兴趣，帮助学生形成概念，获得知识和技能，培养观察和实验能力，还有助于培养实事求是、严肃认真的科学态度和科学的学习方法。因此，加强实验教学是提高化学教学质量的重要一环。在教学中，要坚决防止只重讲授、轻视实验的偏向。在实验教学中，要注意安全教育，要教育学生爱护仪器，节约药品。</w:t>
      </w:r>
      <w:r>
        <w:rPr>
          <w:lang w:eastAsia="zh-CN"/>
        </w:rPr>
        <w:br/>
      </w:r>
      <w:r>
        <w:rPr>
          <w:lang w:eastAsia="zh-CN"/>
        </w:rPr>
        <w:t>　　(2)开展化学课外活动。</w:t>
      </w:r>
      <w:r>
        <w:rPr>
          <w:lang w:eastAsia="zh-CN"/>
        </w:rPr>
        <w:br/>
      </w:r>
      <w:r>
        <w:rPr>
          <w:lang w:eastAsia="zh-CN"/>
        </w:rPr>
        <w:t>　　组织和指导学生开展化学课外活动，对于提高学生学习化学的兴趣，开阔知识视野，培养和发展能力，发挥他们的聪明才智等都是很有益的。课外活动的内容和方式应，灵活多样。在活动内容方面可包括联系社会，联系生活、结合科技发展和化学史，以及扩展课内学过的知识等;活动方式可采取做趣味小实验、举行知识讲座，化学竞赛和专题讨论，或组织学生制作教具，进行参观访问等。在组织课外活动时，应注意充分发挥学生的特长，培养他们的创新精神。</w:t>
      </w:r>
      <w:r>
        <w:rPr>
          <w:lang w:eastAsia="zh-CN"/>
        </w:rPr>
        <w:br/>
      </w:r>
      <w:r>
        <w:rPr>
          <w:lang w:eastAsia="zh-CN"/>
        </w:rPr>
        <w:t>　　(3)加强化学用语教学</w:t>
      </w:r>
      <w:r>
        <w:rPr>
          <w:lang w:eastAsia="zh-CN"/>
        </w:rPr>
        <w:br/>
      </w:r>
      <w:r>
        <w:rPr>
          <w:lang w:eastAsia="zh-CN"/>
        </w:rPr>
        <w:t>　　元素符号、化学式和化学方程式等是用来表示物质的组成及变化的化学用语，是学习化学的重要工具。在教学中，要让学生结合实物和化学反应，学习相应的化学用语，结合化学用语联想相应的实物和化学反应。这样，既有利于学生记忆，又有利于加深他们对化学用语涵义的理解。还应注意对化学用语进行分散教学，通过生动有趣的学习活动和有计划的练习，使学生逐步掌握这些学习化学的重要工具。</w:t>
      </w:r>
      <w:r>
        <w:rPr>
          <w:lang w:eastAsia="zh-CN"/>
        </w:rPr>
        <w:br/>
      </w:r>
      <w:r>
        <w:rPr>
          <w:lang w:eastAsia="zh-CN"/>
        </w:rPr>
        <w:t>　　(4)重视元素化合物知识的教学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元素化合物知识对于学生打好化学学习的基础十分重要。为了使学生学好元素化合物知识，在教学中要注意紧密联系实际，加强直观教学，实验教学和电化教学，让学生多接触实物，多做些实验，以增加感性知识。要采取各种方式，帮助他们在理解的基础上记忆重要的元素化合物知识。在学生逐步掌握了一定的元素化合物知识以后，教师要重视引导学生理解元素化合物知识间的内在联系，让学生理解元素化合物的性质，制法和用途间的联系，并注意加强化学基本概念和原理对元素化合物知识学习的指导作用。</w:t>
      </w:r>
      <w:r>
        <w:rPr>
          <w:lang w:eastAsia="zh-CN"/>
        </w:rPr>
        <w:br/>
      </w:r>
      <w:r>
        <w:rPr>
          <w:lang w:eastAsia="zh-CN"/>
        </w:rPr>
        <w:t xml:space="preserve">    关于化学工作计划集合 篇2 </w:t>
      </w:r>
      <w:r>
        <w:rPr>
          <w:lang w:eastAsia="zh-CN"/>
        </w:rPr>
        <w:br/>
      </w:r>
      <w:r>
        <w:rPr>
          <w:lang w:eastAsia="zh-CN"/>
        </w:rPr>
        <w:t>　　随着新学期的到来，化学化工学院学生会又开始了新的工作，后勤部的工作也将开始新的征程。</w:t>
      </w:r>
      <w:r>
        <w:rPr>
          <w:lang w:eastAsia="zh-CN"/>
        </w:rPr>
        <w:br/>
      </w:r>
      <w:r>
        <w:rPr>
          <w:lang w:eastAsia="zh-CN"/>
        </w:rPr>
        <w:t>　　上一学期我们部在学院团总支和学生会主席团的领导和关心下，在学院学生会其他部门的.配合和支持下，我们较为顺利地完成了学校给予的各项工作，在取得成绩的同时也吸取了很多经验和教训。这些经验和教训也将成为新学年我部工作的基础和动力。现对我部工作做以下几点计划：</w:t>
      </w:r>
      <w:r>
        <w:rPr>
          <w:lang w:eastAsia="zh-CN"/>
        </w:rPr>
        <w:br/>
      </w:r>
      <w:r>
        <w:rPr>
          <w:lang w:eastAsia="zh-CN"/>
        </w:rPr>
        <w:t>　　一.活动中发扬积极主动性，调动工作热情，提高工作效率。</w:t>
      </w:r>
      <w:r>
        <w:rPr>
          <w:lang w:eastAsia="zh-CN"/>
        </w:rPr>
        <w:br/>
      </w:r>
      <w:r>
        <w:rPr>
          <w:lang w:eastAsia="zh-CN"/>
        </w:rPr>
        <w:t>　　二.我部将在这学期举办一个“水果拼盘”大赛，积极调动大一大二学生参加活动的热情，我们将积极工作，保证活动的有序顺利进行，努力让获奖的选手参加校级的比赛，提高我院在校级比赛中的成绩，提高我院的声誉和地位。</w:t>
      </w:r>
      <w:r>
        <w:rPr>
          <w:lang w:eastAsia="zh-CN"/>
        </w:rPr>
        <w:br/>
      </w:r>
      <w:r>
        <w:rPr>
          <w:lang w:eastAsia="zh-CN"/>
        </w:rPr>
        <w:t>　　三.做好部内团结工作，部员们积极合作做好我院的卫生检查和督促工作。</w:t>
      </w:r>
      <w:r>
        <w:rPr>
          <w:lang w:eastAsia="zh-CN"/>
        </w:rPr>
        <w:br/>
      </w:r>
      <w:r>
        <w:rPr>
          <w:lang w:eastAsia="zh-CN"/>
        </w:rPr>
        <w:t>　　四.树立为学生服务的思想，学生会是服务同学的组织，为同学们服务是我们的宗旨。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总结上学期的工作，看到不足，发挥优势，以饱满的热情和端正的态度投入到学生会工作中去，保证活动和工作的顺利开展，在团总支和主席团的领导下，将我院学生工作推向新的层次。</w:t>
      </w:r>
      <w:r>
        <w:rPr>
          <w:lang w:eastAsia="zh-CN"/>
        </w:rPr>
        <w:br/>
      </w:r>
      <w:r>
        <w:rPr>
          <w:lang w:eastAsia="zh-CN"/>
        </w:rPr>
        <w:t>　　后勤部</w:t>
      </w:r>
      <w:r>
        <w:rPr>
          <w:lang w:eastAsia="zh-CN"/>
        </w:rPr>
        <w:br/>
      </w:r>
      <w:r>
        <w:rPr>
          <w:lang w:eastAsia="zh-CN"/>
        </w:rPr>
        <w:t>　　20__-02-26</w:t>
      </w:r>
      <w:r>
        <w:rPr>
          <w:lang w:eastAsia="zh-CN"/>
        </w:rPr>
        <w:br/>
      </w:r>
      <w:r>
        <w:rPr>
          <w:lang w:eastAsia="zh-CN"/>
        </w:rPr>
        <w:t xml:space="preserve">    关于化学工作计划集合 篇3 </w:t>
      </w:r>
      <w:r>
        <w:rPr>
          <w:lang w:eastAsia="zh-CN"/>
        </w:rPr>
        <w:br/>
      </w:r>
      <w:r>
        <w:rPr>
          <w:lang w:eastAsia="zh-CN"/>
        </w:rPr>
        <w:t>　　一、指导思想</w:t>
      </w:r>
      <w:r>
        <w:rPr>
          <w:lang w:eastAsia="zh-CN"/>
        </w:rPr>
        <w:br/>
      </w:r>
      <w:r>
        <w:rPr>
          <w:lang w:eastAsia="zh-CN"/>
        </w:rPr>
        <w:t>　　为具体体现课程改革理念和对义务教育阶段学生科学素养的要求，全面贯彻党的教育方针，全面推进素质教育，为学生全面深造或走入社会打下坚实的基础。</w:t>
      </w:r>
      <w:r>
        <w:rPr>
          <w:lang w:eastAsia="zh-CN"/>
        </w:rPr>
        <w:br/>
      </w:r>
      <w:r>
        <w:rPr>
          <w:lang w:eastAsia="zh-CN"/>
        </w:rPr>
        <w:t>　　二、情况分析</w:t>
      </w:r>
      <w:r>
        <w:rPr>
          <w:lang w:eastAsia="zh-CN"/>
        </w:rPr>
        <w:br/>
      </w:r>
      <w:r>
        <w:rPr>
          <w:lang w:eastAsia="zh-CN"/>
        </w:rPr>
        <w:t>　　从上期所任教的班级的化学成绩来看，成绩有所改观，但仍有许多低分。随着化学课改的推进，自己在教学资源的利用还有待加强。</w:t>
      </w:r>
      <w:r>
        <w:rPr>
          <w:lang w:eastAsia="zh-CN"/>
        </w:rPr>
        <w:br/>
      </w:r>
      <w:r>
        <w:rPr>
          <w:lang w:eastAsia="zh-CN"/>
        </w:rPr>
        <w:t>　　三、教学目标</w:t>
      </w:r>
      <w:r>
        <w:rPr>
          <w:lang w:eastAsia="zh-CN"/>
        </w:rPr>
        <w:br/>
      </w:r>
      <w:r>
        <w:rPr>
          <w:lang w:eastAsia="zh-CN"/>
        </w:rPr>
        <w:t>　　1、让学生学到一些科学探究的基本方法</w:t>
      </w:r>
      <w:r>
        <w:rPr>
          <w:lang w:eastAsia="zh-CN"/>
        </w:rPr>
        <w:br/>
      </w:r>
      <w:r>
        <w:rPr>
          <w:lang w:eastAsia="zh-CN"/>
        </w:rPr>
        <w:t>　　2、使学生学习一些基本概念和基本原理;学习几种常见元素和一些重要的化合物的基础知识，学习一些化学实验和化学计算的基本技能;了解在实际中的广泛应用;使学生能初步运用化学知识解释或解决一些简单的化学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3、激发学生学习化学的兴趣;培养学生的科学态度和科学的学习方法;培养学生的学习能力和创新精神，并对学生进行爱国主义的辩证唯物主义教育。</w:t>
      </w:r>
      <w:r>
        <w:rPr>
          <w:lang w:eastAsia="zh-CN"/>
        </w:rPr>
        <w:br/>
      </w:r>
      <w:r>
        <w:rPr>
          <w:lang w:eastAsia="zh-CN"/>
        </w:rPr>
        <w:t>　　四、教材分析</w:t>
      </w:r>
      <w:r>
        <w:rPr>
          <w:lang w:eastAsia="zh-CN"/>
        </w:rPr>
        <w:br/>
      </w:r>
      <w:r>
        <w:rPr>
          <w:lang w:eastAsia="zh-CN"/>
        </w:rPr>
        <w:t>　　1、绪言从学生的亲身感受出发，从学生的角度提出了许多饶有趣味并带有一定想象力的问题，指出这些并非都是一些美好的愿望，它们正在通过化学家的智慧和辛勤的劳动逐步实现，从而使学生从开始学习化学起，就感受到化学学习的价值，并产生希望了解化学的强烈愿望。教材抓住学生的这种情感，从具体事例出发，引导学生了解化学是一门使世界变得更加绚丽多彩的自然科学，它研究物质的组成、结构、性质以及变化规律，接着教材以丰富多彩的图画和简明的语言，概括了人类认识化学、利用化学和发展化学的历史和方法，以及化学人类进步和社会发展的关系，再次展示了化学的魅力和学习化学的价值。</w:t>
      </w:r>
      <w:r>
        <w:rPr>
          <w:lang w:eastAsia="zh-CN"/>
        </w:rPr>
        <w:br/>
      </w:r>
      <w:r>
        <w:rPr>
          <w:lang w:eastAsia="zh-CN"/>
        </w:rPr>
        <w:t>　　2、第一单元具有以下特点：</w:t>
      </w:r>
      <w:r>
        <w:rPr>
          <w:lang w:eastAsia="zh-CN"/>
        </w:rPr>
        <w:br/>
      </w:r>
      <w:r>
        <w:rPr>
          <w:lang w:eastAsia="zh-CN"/>
        </w:rPr>
        <w:t>　　①作为起步阶段的化学学习，教材注意创设情境，激发学生学习化学的好奇心和探究欲望，尤其注意从殷实的史实出发，展示化学与人类进步与社会发展的关系，使学生能初步从化学、技术、社会这三者的密切关系中领悟化学学习的价值，培养学生学习化学的兴趣与责任感。</w:t>
      </w:r>
      <w:r>
        <w:rPr>
          <w:lang w:eastAsia="zh-CN"/>
        </w:rPr>
        <w:br/>
      </w:r>
      <w:r>
        <w:rPr>
          <w:lang w:eastAsia="zh-CN"/>
        </w:rPr>
        <w:t>　　②突出化学是一门以实验为基础的科学，强调走进化学实验室的重要意义，以及学习一些最基本的化学实验操作的必要性，引导学生体会化学实验是获取化学知识和学习科学探究方法的重要手段，培养学生严谨的科学态度和尊重客观事实，善于合作等的优良品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③重视学生的生活经验和亲身感受，注意引导学生主动参与探究活动，并通过探究活动与合作学习，主动地获取知识，注意培养学生从日常生活中发现和提出有探究价值的问题的思路和方法，体验探究活动的过程，方法和成功后的喜悦，从而使学生产生亲近化学，热爱化学并渴望了解化学的情感，树立学好化学的信心。本单元教学重点：化学学习的情感、态度和价值观等方面的教学。本单元教学难点，引导学生主动参与科学探究的过程与方法等方面的教学。</w:t>
      </w:r>
      <w:r>
        <w:rPr>
          <w:lang w:eastAsia="zh-CN"/>
        </w:rPr>
        <w:br/>
      </w:r>
      <w:r>
        <w:rPr>
          <w:lang w:eastAsia="zh-CN"/>
        </w:rPr>
        <w:t>　　3、第二单元是学生学习的第一大类物质。空气是人人都离不开的物质。由于看不见，摸不着，学生只知其重要，却又不十分清楚空气到底是什么。本单元选择空气和氧气的知识作为初中化学中接触具体物质知识的开端，不仅是因为小学自然课中对空气和氧气的知识已有过介绍，如空气占有体积、有质量、形成大气压、空气流动形成风筝;更重要的是因为他们在自然界中颁极广，是自然界维持生态平衡的重要条件，是化工工厂的廉价资源;它与人类的关系最为密切，是人类须臾不可离开的天然物质;还因为氧气是化学性质比较活泼的元素，它能与金属和非金属元素化合形成氧化物或含氧化合物。通过对它们的认识和了解，可以比较顺利地引导学生进入化学世界来探索物质的奥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第三单元是从社会实际和学生的生活实际出发，在展现水与人类的关系，世界和我国水资源概况，水的污染和防治等问题的同时，以水为载体，将单质、化合物、物质的组成，原子、分子等化学基本概念及沉淀、过滤、蒸馏等化学实验操作技能的学习贯穿其中，力图为学生提供认识和探索周围事物的素材和线索，以及从身边事物中学习化学知识的意境。因此本单元的特点是将化学的一些基本概念和基本技能穿插于紧密联系社会、联系生活的内容之中。从知识结构上看，本单元的内容分为三块：</w:t>
      </w:r>
      <w:r>
        <w:rPr>
          <w:lang w:eastAsia="zh-CN"/>
        </w:rPr>
        <w:br/>
      </w:r>
      <w:r>
        <w:rPr>
          <w:lang w:eastAsia="zh-CN"/>
        </w:rPr>
        <w:t>　　一是从社会学角度认识水，包括水在自然界的作用，水资源状况及其保持等。</w:t>
      </w:r>
      <w:r>
        <w:rPr>
          <w:lang w:eastAsia="zh-CN"/>
        </w:rPr>
        <w:br/>
      </w:r>
      <w:r>
        <w:rPr>
          <w:lang w:eastAsia="zh-CN"/>
        </w:rPr>
        <w:t>　　二是一些化学基本概念;三是几项化学实验基本操作。其中重点内容是：</w:t>
      </w:r>
      <w:r>
        <w:rPr>
          <w:lang w:eastAsia="zh-CN"/>
        </w:rPr>
        <w:br/>
      </w:r>
      <w:r>
        <w:rPr>
          <w:lang w:eastAsia="zh-CN"/>
        </w:rPr>
        <w:t>　　①人与水的联系，以及人其中的能动作用。</w:t>
      </w:r>
      <w:r>
        <w:rPr>
          <w:lang w:eastAsia="zh-CN"/>
        </w:rPr>
        <w:br/>
      </w:r>
      <w:r>
        <w:rPr>
          <w:lang w:eastAsia="zh-CN"/>
        </w:rPr>
        <w:t>　　②原子、分子的概念。</w:t>
      </w:r>
      <w:r>
        <w:rPr>
          <w:lang w:eastAsia="zh-CN"/>
        </w:rPr>
        <w:br/>
      </w:r>
      <w:r>
        <w:rPr>
          <w:lang w:eastAsia="zh-CN"/>
        </w:rPr>
        <w:t>　　③过滤、蒸馏等基本操作技能。</w:t>
      </w:r>
      <w:r>
        <w:rPr>
          <w:lang w:eastAsia="zh-CN"/>
        </w:rPr>
        <w:br/>
      </w:r>
      <w:r>
        <w:rPr>
          <w:lang w:eastAsia="zh-CN"/>
        </w:rPr>
        <w:t>　　5、第四单元教材共分原子的构成。元素、离子、化学式和化合价四个课题。它们包括原子结构模型，相对原子质量、元素、元素符号、核外电子排布观念、离子、化学式、化合价、相对分子质量及其有关的计算等内容。本单元教材是“双基”的重要组成部分。本单元教材对于学生十分重要。本单元重点：原子的构成。离子的形成，元素、元素符号和化学式。难点：核外电子排布观念、化合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6、第五单元共有3个课题。课题1通过一系列探究活动，引导学生从量的方面去研究并得出化学反应的客观规律，为化学方程式的教学作好理论准备。这是学好本单元的基础。课题2讲了书写化学方程式的原则，方法和步骤。说明化学方程式所表示的意义，这是本单元的中心。课题3从量的方面研究物质发展变化的过程，是化学方程式的具体应用。</w:t>
      </w:r>
      <w:r>
        <w:rPr>
          <w:lang w:eastAsia="zh-CN"/>
        </w:rPr>
        <w:br/>
      </w:r>
      <w:r>
        <w:rPr>
          <w:lang w:eastAsia="zh-CN"/>
        </w:rPr>
        <w:t>　　7、第六单元包括三个课题。课题1主要介绍碳的几种单质。课题2是引导学生探究实验中制取co2的装置。课题3是通过实验探究碳的氧化物的性质。本单元教材重点：</w:t>
      </w:r>
      <w:r>
        <w:rPr>
          <w:lang w:eastAsia="zh-CN"/>
        </w:rPr>
        <w:br/>
      </w:r>
      <w:r>
        <w:rPr>
          <w:lang w:eastAsia="zh-CN"/>
        </w:rPr>
        <w:t>　　①碳及碳的氧化物的性质。</w:t>
      </w:r>
      <w:r>
        <w:rPr>
          <w:lang w:eastAsia="zh-CN"/>
        </w:rPr>
        <w:br/>
      </w:r>
      <w:r>
        <w:rPr>
          <w:lang w:eastAsia="zh-CN"/>
        </w:rPr>
        <w:t>　　②实验中制取co2的装置。</w:t>
      </w:r>
      <w:r>
        <w:rPr>
          <w:lang w:eastAsia="zh-CN"/>
        </w:rPr>
        <w:br/>
      </w:r>
      <w:r>
        <w:rPr>
          <w:lang w:eastAsia="zh-CN"/>
        </w:rPr>
        <w:t>　　③培养以发展的观点看待碳的单质。</w:t>
      </w:r>
      <w:r>
        <w:rPr>
          <w:lang w:eastAsia="zh-CN"/>
        </w:rPr>
        <w:br/>
      </w:r>
      <w:r>
        <w:rPr>
          <w:lang w:eastAsia="zh-CN"/>
        </w:rPr>
        <w:t>　　④培养和关注社会与环境的责任感。本单元难点：探究实验室中制取co2的装置。</w:t>
      </w:r>
      <w:r>
        <w:rPr>
          <w:lang w:eastAsia="zh-CN"/>
        </w:rPr>
        <w:br/>
      </w:r>
      <w:r>
        <w:rPr>
          <w:lang w:eastAsia="zh-CN"/>
        </w:rPr>
        <w:t>　　8、第七单元是从常见的燃烧现象入手，介绍燃烧的条件和灭火原理以及一些安全知识。本单元在内容的安排上注意从学生的亲身体验出发，选择学生熟悉和生活中常见的知识和现象，并配合图像和绘画，增强学生对知识的感受。</w:t>
      </w:r>
      <w:r>
        <w:rPr>
          <w:lang w:eastAsia="zh-CN"/>
        </w:rPr>
        <w:br/>
      </w:r>
      <w:r>
        <w:rPr>
          <w:lang w:eastAsia="zh-CN"/>
        </w:rPr>
        <w:t>　　五、具体措施</w:t>
      </w:r>
      <w:r>
        <w:rPr>
          <w:lang w:eastAsia="zh-CN"/>
        </w:rPr>
        <w:br/>
      </w:r>
      <w:r>
        <w:rPr>
          <w:lang w:eastAsia="zh-CN"/>
        </w:rPr>
        <w:t>　　1、结合化学学科的特点，密切联系实际生产、生活激发学生学习化学的兴趣。</w:t>
      </w:r>
      <w:r>
        <w:rPr>
          <w:lang w:eastAsia="zh-CN"/>
        </w:rPr>
        <w:br/>
      </w:r>
      <w:r>
        <w:rPr>
          <w:lang w:eastAsia="zh-CN"/>
        </w:rPr>
        <w:t>　　2、成立化学课外兴趣小组。</w:t>
      </w:r>
      <w:r>
        <w:rPr>
          <w:lang w:eastAsia="zh-CN"/>
        </w:rPr>
        <w:br/>
      </w:r>
      <w:r>
        <w:rPr>
          <w:lang w:eastAsia="zh-CN"/>
        </w:rPr>
        <w:t>　　3、对学习化学兴趣不高的同学实行个别辅导。</w:t>
      </w:r>
      <w:r>
        <w:rPr>
          <w:lang w:eastAsia="zh-CN"/>
        </w:rPr>
        <w:br/>
      </w:r>
      <w:r>
        <w:rPr>
          <w:lang w:eastAsia="zh-CN"/>
        </w:rPr>
        <w:t>　　4、对学生进行自己出题自己测试的训练。</w:t>
      </w:r>
      <w:r>
        <w:rPr>
          <w:lang w:eastAsia="zh-CN"/>
        </w:rPr>
        <w:br/>
      </w:r>
      <w:r>
        <w:rPr>
          <w:lang w:eastAsia="zh-CN"/>
        </w:rPr>
        <w:t>　　六、课时安排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绪言 1课时</w:t>
      </w:r>
      <w:r>
        <w:rPr>
          <w:lang w:eastAsia="zh-CN"/>
        </w:rPr>
        <w:br/>
      </w:r>
      <w:r>
        <w:rPr>
          <w:lang w:eastAsia="zh-CN"/>
        </w:rPr>
        <w:t>　　第一单元 7课时</w:t>
      </w:r>
      <w:r>
        <w:rPr>
          <w:lang w:eastAsia="zh-CN"/>
        </w:rPr>
        <w:br/>
      </w:r>
      <w:r>
        <w:rPr>
          <w:lang w:eastAsia="zh-CN"/>
        </w:rPr>
        <w:t>　　第二单元 6课时</w:t>
      </w:r>
      <w:r>
        <w:rPr>
          <w:lang w:eastAsia="zh-CN"/>
        </w:rPr>
        <w:br/>
      </w:r>
      <w:r>
        <w:rPr>
          <w:lang w:eastAsia="zh-CN"/>
        </w:rPr>
        <w:t>　　第三单元 7课时</w:t>
      </w:r>
      <w:r>
        <w:rPr>
          <w:lang w:eastAsia="zh-CN"/>
        </w:rPr>
        <w:br/>
      </w:r>
      <w:r>
        <w:rPr>
          <w:lang w:eastAsia="zh-CN"/>
        </w:rPr>
        <w:t>　　第四单元 8课时</w:t>
      </w:r>
      <w:r>
        <w:rPr>
          <w:lang w:eastAsia="zh-CN"/>
        </w:rPr>
        <w:br/>
      </w:r>
      <w:r>
        <w:rPr>
          <w:lang w:eastAsia="zh-CN"/>
        </w:rPr>
        <w:t>　　第五单元 5课时</w:t>
      </w:r>
      <w:r>
        <w:rPr>
          <w:lang w:eastAsia="zh-CN"/>
        </w:rPr>
        <w:br/>
      </w:r>
      <w:r>
        <w:rPr>
          <w:lang w:eastAsia="zh-CN"/>
        </w:rPr>
        <w:t>　　第六单元 6课时</w:t>
      </w:r>
      <w:r>
        <w:rPr>
          <w:lang w:eastAsia="zh-CN"/>
        </w:rPr>
        <w:br/>
      </w:r>
      <w:r>
        <w:rPr>
          <w:lang w:eastAsia="zh-CN"/>
        </w:rPr>
        <w:t>　　第七单元 4课时</w:t>
      </w:r>
      <w:r>
        <w:rPr>
          <w:lang w:eastAsia="zh-CN"/>
        </w:rPr>
        <w:br/>
      </w:r>
      <w:r>
        <w:rPr>
          <w:lang w:eastAsia="zh-CN"/>
        </w:rPr>
        <w:t>　　期中素质检测 6课时</w:t>
      </w:r>
      <w:r>
        <w:rPr>
          <w:lang w:eastAsia="zh-CN"/>
        </w:rPr>
        <w:br/>
      </w:r>
      <w:r>
        <w:rPr>
          <w:lang w:eastAsia="zh-CN"/>
        </w:rPr>
        <w:t>　　期末素质检测 8课时</w:t>
      </w:r>
      <w:r>
        <w:rPr>
          <w:lang w:eastAsia="zh-CN"/>
        </w:rPr>
        <w:br/>
      </w:r>
      <w:r>
        <w:rPr>
          <w:lang w:eastAsia="zh-CN"/>
        </w:rPr>
        <w:t>　　合计 58课时</w:t>
      </w:r>
      <w:r>
        <w:rPr>
          <w:lang w:eastAsia="zh-CN"/>
        </w:rPr>
        <w:br/>
      </w:r>
      <w:r>
        <w:rPr>
          <w:lang w:eastAsia="zh-CN"/>
        </w:rPr>
        <w:t xml:space="preserve">    关于化学工作计划集合 篇4 </w:t>
      </w:r>
      <w:r>
        <w:rPr>
          <w:lang w:eastAsia="zh-CN"/>
        </w:rPr>
        <w:br/>
      </w:r>
      <w:r>
        <w:rPr>
          <w:lang w:eastAsia="zh-CN"/>
        </w:rPr>
        <w:t>　　在新的一年里,我们文体部的工作项目也已经基本制定,一些活动也将陆陆续续地展开.为了丰富校园文化,加强学生的体育活动,推广篮球运动,促进我系各班之间的篮球运动的交流,提高我系篮球的竞技水平,培养我系学生的团体协作和勇于拼搏的精神.在化学系团总支学生分会的大力支持下,特举办此次比赛.</w:t>
      </w:r>
      <w:r>
        <w:rPr>
          <w:lang w:eastAsia="zh-CN"/>
        </w:rPr>
        <w:br/>
      </w:r>
      <w:r>
        <w:rPr>
          <w:lang w:eastAsia="zh-CN"/>
        </w:rPr>
        <w:t>　　化学系班级篮球比赛作为我们文体部第一个活动,我们应该有充分的计划,使其能够顺利的进行,成功的结束. 注意事项如下:</w:t>
      </w:r>
      <w:r>
        <w:rPr>
          <w:lang w:eastAsia="zh-CN"/>
        </w:rPr>
        <w:br/>
      </w:r>
      <w:r>
        <w:rPr>
          <w:lang w:eastAsia="zh-CN"/>
        </w:rPr>
        <w:t>　　1.场地问题:场地是比赛的前提和基础,我们应该在比赛前确定比赛场地,并贴上本系标签,以防止场地被人占用.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2.后勤问题:任何一项活动都需要强大的后勤保障,我们应该有强烈的责任心.如计时、记分、为运动员服务等。</w:t>
      </w:r>
      <w:r>
        <w:rPr>
          <w:lang w:eastAsia="zh-CN"/>
        </w:rPr>
        <w:br/>
      </w:r>
      <w:r>
        <w:rPr>
          <w:lang w:eastAsia="zh-CN"/>
        </w:rPr>
        <w:t>　　3.比赛赛制:为了各班级之间赛出实力、水平、风格，我们经过了精心的考虑。将比赛分为a、b、c三个小组进行预赛，每队前两名出赛后再进行淘汰赛，最后循环得出冠军。</w:t>
      </w:r>
      <w:r>
        <w:rPr>
          <w:lang w:eastAsia="zh-CN"/>
        </w:rPr>
        <w:br/>
      </w:r>
      <w:r>
        <w:rPr>
          <w:lang w:eastAsia="zh-CN"/>
        </w:rPr>
        <w:t>　　4.奖项与处罚:我们为这次篮球赛筹集一定的资金,给比赛的前三名一定的物质奖励.而对无故缺席或迟到的队员给予相应的处罚,对那些无故闹事的班级或队员给予严肃的处理.</w:t>
      </w:r>
      <w:r>
        <w:rPr>
          <w:lang w:eastAsia="zh-CN"/>
        </w:rPr>
        <w:br/>
      </w:r>
      <w:r>
        <w:rPr>
          <w:lang w:eastAsia="zh-CN"/>
        </w:rPr>
        <w:t>　　5.在裁判方面:我们请了体育系的专业人士,相信他们会把比赛判得公平、公正、公开，队员们要服从他们的判决，如有意见者可以让其队长与裁判交涉。</w:t>
      </w:r>
      <w:r>
        <w:rPr>
          <w:lang w:eastAsia="zh-CN"/>
        </w:rPr>
        <w:br/>
      </w:r>
      <w:r>
        <w:rPr>
          <w:lang w:eastAsia="zh-CN"/>
        </w:rPr>
        <w:t>　　最后，预祝本次比赛能赛出风格赛出水平，且取得圆满的成功。化学系团总支学生分会文体部20__.3.7</w:t>
      </w:r>
      <w:r>
        <w:rPr>
          <w:lang w:eastAsia="zh-CN"/>
        </w:rPr>
        <w:br/>
      </w:r>
      <w:r>
        <w:rPr>
          <w:lang w:eastAsia="zh-CN"/>
        </w:rPr>
        <w:t xml:space="preserve">    关于化学工作计划集合 篇5 </w:t>
      </w:r>
      <w:r>
        <w:rPr>
          <w:lang w:eastAsia="zh-CN"/>
        </w:rPr>
        <w:br/>
      </w:r>
      <w:r>
        <w:rPr>
          <w:lang w:eastAsia="zh-CN"/>
        </w:rPr>
        <w:t>　　本学期结合我校教务处工作计划，着重抓好以下几方面的工作：</w:t>
      </w:r>
      <w:r>
        <w:rPr>
          <w:lang w:eastAsia="zh-CN"/>
        </w:rPr>
        <w:br/>
      </w:r>
      <w:r>
        <w:rPr>
          <w:lang w:eastAsia="zh-CN"/>
        </w:rPr>
        <w:t>　　一、指导思想</w:t>
      </w:r>
      <w:r>
        <w:rPr>
          <w:lang w:eastAsia="zh-CN"/>
        </w:rPr>
        <w:br/>
      </w:r>
      <w:r>
        <w:rPr>
          <w:lang w:eastAsia="zh-CN"/>
        </w:rPr>
        <w:t>　　坚持贯彻以有效教学推进活动作为载体，深化学习实践科学发展观活动，坚持“以学生为本”的育人理念，深入探索有效教学的策略、方法和途径，努力实现“减负增效”这一基本目标。继续组织教师积极开展新课程标准的实践工作，充分运用各种教学手段，积极探索新的教学途径和方法，努力营造民主、和谐、宽松的课堂氛围，挖掘学生主动探究的潜能，不断提高学生自主学习的意识。</w:t>
      </w:r>
      <w:r>
        <w:rPr>
          <w:lang w:eastAsia="zh-CN"/>
        </w:rPr>
        <w:br/>
      </w:r>
      <w:r>
        <w:rPr>
          <w:lang w:eastAsia="zh-CN"/>
        </w:rPr>
        <w:t>　　二、化学科组建设的工作目标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整合科组内资源，包括课件、论文、教学设计和试题。把校本课程和研究型学习和新课程教学紧密结合起来，提高教学有效性同时，使其真正成为培养学生能力、提高学生对化学的兴趣和学科素养的有效工具。群策群力研究中考和学业水平考试的命题规律，提高复习与学业水平考试的效率，使我校化学成绩在稳步发展中能再上一个台阶。</w:t>
      </w:r>
      <w:r>
        <w:rPr>
          <w:lang w:eastAsia="zh-CN"/>
        </w:rPr>
        <w:br/>
      </w:r>
      <w:r>
        <w:rPr>
          <w:lang w:eastAsia="zh-CN"/>
        </w:rPr>
        <w:t>　　三、本学期工作要点</w:t>
      </w:r>
      <w:r>
        <w:rPr>
          <w:lang w:eastAsia="zh-CN"/>
        </w:rPr>
        <w:br/>
      </w:r>
      <w:r>
        <w:rPr>
          <w:lang w:eastAsia="zh-CN"/>
        </w:rPr>
        <w:t>　　（一）教师的专业化发展方面</w:t>
      </w:r>
      <w:r>
        <w:rPr>
          <w:lang w:eastAsia="zh-CN"/>
        </w:rPr>
        <w:br/>
      </w:r>
      <w:r>
        <w:rPr>
          <w:lang w:eastAsia="zh-CN"/>
        </w:rPr>
        <w:t>　　由于我组中青年教师较多，本学期尽快形成以学校骨干教师为主的科组教学教研核心，在教学教研、中考备考、竞赛辅导及研究性学习等各方面起到带头作用，大家共同研究、共同讨论、共同进步。此外，加强学科组长和备课组长在科组教学管理中的带头作用，积极组织和参与提高课堂教学有效性的教学方法和原创学案的编写工作，以提高备课组老师的业务素质，并要认真准备和提高科组活动和备课组活动质量，利用备课组活动或随堂课时间在校内组织一些说课、赛课活动，以此为契机，进一步提高教学基本功和教材的教学重点和难点的把握等，并强化集体备课机制，每周备课活动要有不同的中心发言人并要全面的认真准备，要细到每节课的教学目标（知识技能、能力培养、科学思想品质方法）都要研究的程度，这样不但能发挥每位教师的智慧，而且全面提升备课组的教学能力保证整体的教学质量共同提升。</w:t>
      </w:r>
      <w:r>
        <w:rPr>
          <w:lang w:eastAsia="zh-CN"/>
        </w:rPr>
        <w:br/>
      </w:r>
      <w:r>
        <w:rPr>
          <w:lang w:eastAsia="zh-CN"/>
        </w:rPr>
        <w:t>　　（二）教学常规方面的主要工作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规范常规教学的过程，如：备课、上课、课后辅导、作业批改等，提高课堂效率，提高优秀课比例。具体的措施：统一备课，包括教学目标、教学重点难点的把握、以及难点的好的教法和教学策略都要研讨到位；统一上课，包括教学进度、上课的教学语言规范、学生的学习能力的培养、教学的基本环节等都要有严格的要求；统一课后辅导、作业批改，指的是作业的布置和教辅资料上的习题要有选择的使用，只选择适合我们学生并能适合大部分学生的作业布置，绝不使用题海战术，给我们的学生增加学习负担，并做到每做必批，并对个别同学进行面批帮助他们克服学习上的障碍，以对不同层次的学生教师也要采取不同的辅导策略，因材施教的为学生进行“提优补差”，让我们的学生保持学习化学的'积极性。</w:t>
      </w:r>
      <w:r>
        <w:rPr>
          <w:lang w:eastAsia="zh-CN"/>
        </w:rPr>
        <w:br/>
      </w:r>
      <w:r>
        <w:rPr>
          <w:lang w:eastAsia="zh-CN"/>
        </w:rPr>
        <w:t>　　2、组织经验交流会和教学方法研讨会，让科组老师在教学过程中出现的好的想法和好的作法在全科组得以推广，同时就教学环节中的问题在科组中进行讨论，真正做到群策群力。具体作法：每次教师开课，听课的教师积极参加评课议课活动，共同取长补短，模块考核结束后备课组教师都要交流教学中的经验和教训，并将总结的学案和教学素材均下传下一个备课组组长，以便于下一个备课组借鉴少走弯路；各备课组教师外出参加的各种学习活动后，都要在学科组活动或备课组活动时要将好的教育教学理念和方法进行交流和研讨，让全体教师都能随时接触到最新的教学动态保证教学上的“与时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鼓励科组老师之间相互听课，要求每人每学期听完科组其他所有老师至少一节课，并在每周的学科组或备课组活动时进行全面详细的评课。具体的作法：要求本组教师无论是本组教师还是其他学科教师的课都可以学习一学期要听满10节课，并利用备课组活动时间进行认真的评课活动。</w:t>
      </w:r>
      <w:r>
        <w:rPr>
          <w:lang w:eastAsia="zh-CN"/>
        </w:rPr>
        <w:br/>
      </w:r>
      <w:r>
        <w:rPr>
          <w:lang w:eastAsia="zh-CN"/>
        </w:rPr>
        <w:t xml:space="preserve">    关于化学工作计划集合 篇6 </w:t>
      </w:r>
      <w:r>
        <w:rPr>
          <w:lang w:eastAsia="zh-CN"/>
        </w:rPr>
        <w:br/>
      </w:r>
      <w:r>
        <w:rPr>
          <w:lang w:eastAsia="zh-CN"/>
        </w:rPr>
        <w:t>　　一、指导思想</w:t>
      </w:r>
      <w:r>
        <w:rPr>
          <w:lang w:eastAsia="zh-CN"/>
        </w:rPr>
        <w:br/>
      </w:r>
      <w:r>
        <w:rPr>
          <w:lang w:eastAsia="zh-CN"/>
        </w:rPr>
        <w:t>　　以科学发展观和和谐教育目标为指导，全面贯彻党的教育方针，全面推进素质教育，深化课程教学改革，加强课堂教学研究，加强教学实施指导，提升教研服务水平，全面提高教育教学质量，努力促进龙岗教育和谐发展、均衡发展和持续发展。</w:t>
      </w:r>
      <w:r>
        <w:rPr>
          <w:lang w:eastAsia="zh-CN"/>
        </w:rPr>
        <w:br/>
      </w:r>
      <w:r>
        <w:rPr>
          <w:lang w:eastAsia="zh-CN"/>
        </w:rPr>
        <w:t>　　二、工作思路</w:t>
      </w:r>
      <w:r>
        <w:rPr>
          <w:lang w:eastAsia="zh-CN"/>
        </w:rPr>
        <w:br/>
      </w:r>
      <w:r>
        <w:rPr>
          <w:lang w:eastAsia="zh-CN"/>
        </w:rPr>
        <w:t>　　1.以学生发展为根本，以课堂教学研究为中心，进一步加强新课程背景下的学科教学研究工作，积极开展主题性或课题型学科教学行动研究，着力解决一些课堂教学中普遍存在的问题或影响教学质量和效率提升的关键问题，改变教学观念与行为，培养学生学习兴趣和良好的学习习惯，提高学科教学研究有效性。</w:t>
      </w:r>
      <w:r>
        <w:rPr>
          <w:lang w:eastAsia="zh-CN"/>
        </w:rPr>
        <w:br/>
      </w:r>
      <w:r>
        <w:rPr>
          <w:lang w:eastAsia="zh-CN"/>
        </w:rPr>
        <w:t>　　2.以加强师资队伍建设为重点，积极围绕促进教师专业发展开展教学指导和教学服务工作，进一步完善和落实青年教师培训制度和教师教学研讨交流制度，努力提升我区教师的教学研究能力和教学水平。</w:t>
      </w:r>
      <w:r>
        <w:rPr>
          <w:lang w:eastAsia="zh-CN"/>
        </w:rPr>
        <w:br/>
      </w:r>
      <w:r>
        <w:rPr>
          <w:lang w:eastAsia="zh-CN"/>
        </w:rPr>
        <w:t>　　三、工作目标和措施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通过课堂教学研讨活动，不断提高课堂教学效益，确保教学质量稳步提高。针对我区高一年级课时不足的状况，积极推进自主学习模式的教学方式，提高学生的学习效率和培养学生良好学习习惯的形成。根据高二教学的特点，制定高二的.教学和复习计划（本学期主要完成有机化学基础的教学和复习）并为高三提前做好准备。针对高三年级二轮复习效果不显著和二模后提高不大的情况，努力探讨二轮复习的有效模式，根据各校的特点，规划二轮复习的主要内容和复习方式。力争在高考中有3—5人次进入市前100名，高考平均分与市平均差距缩小至10分左右。</w:t>
      </w:r>
      <w:r>
        <w:rPr>
          <w:lang w:eastAsia="zh-CN"/>
        </w:rPr>
        <w:br/>
      </w:r>
      <w:r>
        <w:rPr>
          <w:lang w:eastAsia="zh-CN"/>
        </w:rPr>
        <w:t>　　2.进一步推进跟踪式教学研讨活动，以龙城、平冈和布高为重点，充分利用跟踪式教学研讨活动，积极探讨我区课堂教学的有效方式，促进我区课堂教学方式的转变和教学水平的提高，力争在高考中，上重点线人数有所提高。</w:t>
      </w:r>
      <w:r>
        <w:rPr>
          <w:lang w:eastAsia="zh-CN"/>
        </w:rPr>
        <w:br/>
      </w:r>
      <w:r>
        <w:rPr>
          <w:lang w:eastAsia="zh-CN"/>
        </w:rPr>
        <w:t>　　四、具体工作安排</w:t>
      </w:r>
      <w:r>
        <w:rPr>
          <w:lang w:eastAsia="zh-CN"/>
        </w:rPr>
        <w:br/>
      </w:r>
      <w:r>
        <w:rPr>
          <w:lang w:eastAsia="zh-CN"/>
        </w:rPr>
        <w:t>　　周次</w:t>
      </w:r>
      <w:r>
        <w:rPr>
          <w:lang w:eastAsia="zh-CN"/>
        </w:rPr>
        <w:br/>
      </w:r>
      <w:r>
        <w:rPr>
          <w:lang w:eastAsia="zh-CN"/>
        </w:rPr>
        <w:t>　　时间</w:t>
      </w:r>
      <w:r>
        <w:rPr>
          <w:lang w:eastAsia="zh-CN"/>
        </w:rPr>
        <w:br/>
      </w:r>
      <w:r>
        <w:rPr>
          <w:lang w:eastAsia="zh-CN"/>
        </w:rPr>
        <w:t>　　内容</w:t>
      </w:r>
      <w:r>
        <w:rPr>
          <w:lang w:eastAsia="zh-CN"/>
        </w:rPr>
        <w:br/>
      </w:r>
      <w:r>
        <w:rPr>
          <w:lang w:eastAsia="zh-CN"/>
        </w:rPr>
        <w:t>　　负责人</w:t>
      </w:r>
      <w:r>
        <w:rPr>
          <w:lang w:eastAsia="zh-CN"/>
        </w:rPr>
        <w:br/>
      </w:r>
      <w:r>
        <w:rPr>
          <w:lang w:eastAsia="zh-CN"/>
        </w:rPr>
        <w:t>　　说明</w:t>
      </w:r>
      <w:r>
        <w:rPr>
          <w:lang w:eastAsia="zh-CN"/>
        </w:rPr>
        <w:br/>
      </w:r>
      <w:r>
        <w:rPr>
          <w:lang w:eastAsia="zh-CN"/>
        </w:rPr>
        <w:t>　　第1周</w:t>
      </w:r>
      <w:r>
        <w:rPr>
          <w:lang w:eastAsia="zh-CN"/>
        </w:rPr>
        <w:br/>
      </w:r>
      <w:r>
        <w:rPr>
          <w:lang w:eastAsia="zh-CN"/>
        </w:rPr>
        <w:t>　　2月21日－2月27日</w:t>
      </w:r>
      <w:r>
        <w:rPr>
          <w:lang w:eastAsia="zh-CN"/>
        </w:rPr>
        <w:br/>
      </w:r>
      <w:r>
        <w:rPr>
          <w:lang w:eastAsia="zh-CN"/>
        </w:rPr>
        <w:t>　　（2月24日开学）</w:t>
      </w:r>
      <w:r>
        <w:rPr>
          <w:lang w:eastAsia="zh-CN"/>
        </w:rPr>
        <w:br/>
      </w:r>
      <w:r>
        <w:rPr>
          <w:lang w:eastAsia="zh-CN"/>
        </w:rPr>
        <w:t>　　第2周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2月28日－3月6日</w:t>
      </w:r>
      <w:r>
        <w:rPr>
          <w:lang w:eastAsia="zh-CN"/>
        </w:rPr>
        <w:br/>
      </w:r>
      <w:r>
        <w:rPr>
          <w:lang w:eastAsia="zh-CN"/>
        </w:rPr>
        <w:t>　　召开科组长会议，</w:t>
      </w:r>
      <w:r>
        <w:rPr>
          <w:lang w:eastAsia="zh-CN"/>
        </w:rPr>
        <w:br/>
      </w:r>
      <w:r>
        <w:rPr>
          <w:lang w:eastAsia="zh-CN"/>
        </w:rPr>
        <w:t>　　布置学期主要工作</w:t>
      </w:r>
      <w:r>
        <w:rPr>
          <w:lang w:eastAsia="zh-CN"/>
        </w:rPr>
        <w:br/>
      </w:r>
      <w:r>
        <w:rPr>
          <w:lang w:eastAsia="zh-CN"/>
        </w:rPr>
        <w:t>　　第3周</w:t>
      </w:r>
      <w:r>
        <w:rPr>
          <w:lang w:eastAsia="zh-CN"/>
        </w:rPr>
        <w:br/>
      </w:r>
      <w:r>
        <w:rPr>
          <w:lang w:eastAsia="zh-CN"/>
        </w:rPr>
        <w:t>　　3月7日－3月13日</w:t>
      </w:r>
      <w:r>
        <w:rPr>
          <w:lang w:eastAsia="zh-CN"/>
        </w:rPr>
        <w:br/>
      </w:r>
      <w:r>
        <w:rPr>
          <w:lang w:eastAsia="zh-CN"/>
        </w:rPr>
        <w:t>　　深圳一模</w:t>
      </w:r>
      <w:r>
        <w:rPr>
          <w:lang w:eastAsia="zh-CN"/>
        </w:rPr>
        <w:br/>
      </w:r>
      <w:r>
        <w:rPr>
          <w:lang w:eastAsia="zh-CN"/>
        </w:rPr>
        <w:t>　　第4周</w:t>
      </w:r>
      <w:r>
        <w:rPr>
          <w:lang w:eastAsia="zh-CN"/>
        </w:rPr>
        <w:br/>
      </w:r>
      <w:r>
        <w:rPr>
          <w:lang w:eastAsia="zh-CN"/>
        </w:rPr>
        <w:t>　　3月14日－3月20日</w:t>
      </w:r>
      <w:r>
        <w:rPr>
          <w:lang w:eastAsia="zh-CN"/>
        </w:rPr>
        <w:br/>
      </w:r>
      <w:r>
        <w:rPr>
          <w:lang w:eastAsia="zh-CN"/>
        </w:rPr>
        <w:t>　　一模质量分析</w:t>
      </w:r>
      <w:r>
        <w:rPr>
          <w:lang w:eastAsia="zh-CN"/>
        </w:rPr>
        <w:br/>
      </w:r>
      <w:r>
        <w:rPr>
          <w:lang w:eastAsia="zh-CN"/>
        </w:rPr>
        <w:t>　　第5周</w:t>
      </w:r>
      <w:r>
        <w:rPr>
          <w:lang w:eastAsia="zh-CN"/>
        </w:rPr>
        <w:br/>
      </w:r>
      <w:r>
        <w:rPr>
          <w:lang w:eastAsia="zh-CN"/>
        </w:rPr>
        <w:t>　　3月21日－3月27日</w:t>
      </w:r>
      <w:r>
        <w:rPr>
          <w:lang w:eastAsia="zh-CN"/>
        </w:rPr>
        <w:br/>
      </w:r>
      <w:r>
        <w:rPr>
          <w:lang w:eastAsia="zh-CN"/>
        </w:rPr>
        <w:t>　　高三年级视导</w:t>
      </w:r>
      <w:r>
        <w:rPr>
          <w:lang w:eastAsia="zh-CN"/>
        </w:rPr>
        <w:br/>
      </w:r>
      <w:r>
        <w:rPr>
          <w:lang w:eastAsia="zh-CN"/>
        </w:rPr>
        <w:t>　　第6周</w:t>
      </w:r>
      <w:r>
        <w:rPr>
          <w:lang w:eastAsia="zh-CN"/>
        </w:rPr>
        <w:br/>
      </w:r>
      <w:r>
        <w:rPr>
          <w:lang w:eastAsia="zh-CN"/>
        </w:rPr>
        <w:t>　　3月28日－4月3日</w:t>
      </w:r>
      <w:r>
        <w:rPr>
          <w:lang w:eastAsia="zh-CN"/>
        </w:rPr>
        <w:br/>
      </w:r>
      <w:r>
        <w:rPr>
          <w:lang w:eastAsia="zh-CN"/>
        </w:rPr>
        <w:t>　　跟踪视导</w:t>
      </w:r>
      <w:r>
        <w:rPr>
          <w:lang w:eastAsia="zh-CN"/>
        </w:rPr>
        <w:br/>
      </w:r>
      <w:r>
        <w:rPr>
          <w:lang w:eastAsia="zh-CN"/>
        </w:rPr>
        <w:t>　　第7周</w:t>
      </w:r>
      <w:r>
        <w:rPr>
          <w:lang w:eastAsia="zh-CN"/>
        </w:rPr>
        <w:br/>
      </w:r>
      <w:r>
        <w:rPr>
          <w:lang w:eastAsia="zh-CN"/>
        </w:rPr>
        <w:t>　　4月4日－4月10日</w:t>
      </w:r>
      <w:r>
        <w:rPr>
          <w:lang w:eastAsia="zh-CN"/>
        </w:rPr>
        <w:br/>
      </w:r>
      <w:r>
        <w:rPr>
          <w:lang w:eastAsia="zh-CN"/>
        </w:rPr>
        <w:t>　　高三化学复习研讨课（清明节放假1天）</w:t>
      </w:r>
      <w:r>
        <w:rPr>
          <w:lang w:eastAsia="zh-CN"/>
        </w:rPr>
        <w:br/>
      </w:r>
      <w:r>
        <w:rPr>
          <w:lang w:eastAsia="zh-CN"/>
        </w:rPr>
        <w:t>　　第8周</w:t>
      </w:r>
      <w:r>
        <w:rPr>
          <w:lang w:eastAsia="zh-CN"/>
        </w:rPr>
        <w:br/>
      </w:r>
      <w:r>
        <w:rPr>
          <w:lang w:eastAsia="zh-CN"/>
        </w:rPr>
        <w:t>　　4月11日－4月17日</w:t>
      </w:r>
      <w:r>
        <w:rPr>
          <w:lang w:eastAsia="zh-CN"/>
        </w:rPr>
        <w:br/>
      </w:r>
      <w:r>
        <w:rPr>
          <w:lang w:eastAsia="zh-CN"/>
        </w:rPr>
        <w:t>　　高二化学教学研讨课</w:t>
      </w:r>
      <w:r>
        <w:rPr>
          <w:lang w:eastAsia="zh-CN"/>
        </w:rPr>
        <w:br/>
      </w:r>
      <w:r>
        <w:rPr>
          <w:lang w:eastAsia="zh-CN"/>
        </w:rPr>
        <w:t>　　第9周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4月18日－4月24日</w:t>
      </w:r>
      <w:r>
        <w:rPr>
          <w:lang w:eastAsia="zh-CN"/>
        </w:rPr>
        <w:br/>
      </w:r>
      <w:r>
        <w:rPr>
          <w:lang w:eastAsia="zh-CN"/>
        </w:rPr>
        <w:t>　　跟踪视导</w:t>
      </w:r>
      <w:r>
        <w:rPr>
          <w:lang w:eastAsia="zh-CN"/>
        </w:rPr>
        <w:br/>
      </w:r>
      <w:r>
        <w:rPr>
          <w:lang w:eastAsia="zh-CN"/>
        </w:rPr>
        <w:t>　　第10周</w:t>
      </w:r>
      <w:r>
        <w:rPr>
          <w:lang w:eastAsia="zh-CN"/>
        </w:rPr>
        <w:br/>
      </w:r>
      <w:r>
        <w:rPr>
          <w:lang w:eastAsia="zh-CN"/>
        </w:rPr>
        <w:t>　　4月25日－5月1日</w:t>
      </w:r>
      <w:r>
        <w:rPr>
          <w:lang w:eastAsia="zh-CN"/>
        </w:rPr>
        <w:br/>
      </w:r>
      <w:r>
        <w:rPr>
          <w:lang w:eastAsia="zh-CN"/>
        </w:rPr>
        <w:t>　　劳动节放假1天</w:t>
      </w:r>
      <w:r>
        <w:rPr>
          <w:lang w:eastAsia="zh-CN"/>
        </w:rPr>
        <w:br/>
      </w:r>
      <w:r>
        <w:rPr>
          <w:lang w:eastAsia="zh-CN"/>
        </w:rPr>
        <w:t>　　第11周</w:t>
      </w:r>
      <w:r>
        <w:rPr>
          <w:lang w:eastAsia="zh-CN"/>
        </w:rPr>
        <w:br/>
      </w:r>
      <w:r>
        <w:rPr>
          <w:lang w:eastAsia="zh-CN"/>
        </w:rPr>
        <w:t>　　5月2日－5月8日</w:t>
      </w:r>
      <w:r>
        <w:rPr>
          <w:lang w:eastAsia="zh-CN"/>
        </w:rPr>
        <w:br/>
      </w:r>
      <w:r>
        <w:rPr>
          <w:lang w:eastAsia="zh-CN"/>
        </w:rPr>
        <w:t>　　深圳二模质量分析</w:t>
      </w:r>
      <w:r>
        <w:rPr>
          <w:lang w:eastAsia="zh-CN"/>
        </w:rPr>
        <w:br/>
      </w:r>
      <w:r>
        <w:rPr>
          <w:lang w:eastAsia="zh-CN"/>
        </w:rPr>
        <w:t>　　第12周</w:t>
      </w:r>
      <w:r>
        <w:rPr>
          <w:lang w:eastAsia="zh-CN"/>
        </w:rPr>
        <w:br/>
      </w:r>
      <w:r>
        <w:rPr>
          <w:lang w:eastAsia="zh-CN"/>
        </w:rPr>
        <w:t>　　5月9日－5月15日</w:t>
      </w:r>
      <w:r>
        <w:rPr>
          <w:lang w:eastAsia="zh-CN"/>
        </w:rPr>
        <w:br/>
      </w:r>
      <w:r>
        <w:rPr>
          <w:lang w:eastAsia="zh-CN"/>
        </w:rPr>
        <w:t>　　高一化学教学研讨课</w:t>
      </w:r>
      <w:r>
        <w:rPr>
          <w:lang w:eastAsia="zh-CN"/>
        </w:rPr>
        <w:br/>
      </w:r>
      <w:r>
        <w:rPr>
          <w:lang w:eastAsia="zh-CN"/>
        </w:rPr>
        <w:t>　　第13周</w:t>
      </w:r>
      <w:r>
        <w:rPr>
          <w:lang w:eastAsia="zh-CN"/>
        </w:rPr>
        <w:br/>
      </w:r>
      <w:r>
        <w:rPr>
          <w:lang w:eastAsia="zh-CN"/>
        </w:rPr>
        <w:t>　　5月16日－5月22日</w:t>
      </w:r>
      <w:r>
        <w:rPr>
          <w:lang w:eastAsia="zh-CN"/>
        </w:rPr>
        <w:br/>
      </w:r>
      <w:r>
        <w:rPr>
          <w:lang w:eastAsia="zh-CN"/>
        </w:rPr>
        <w:t>　　考前复习指导、高一化学竞赛</w:t>
      </w:r>
      <w:r>
        <w:rPr>
          <w:lang w:eastAsia="zh-CN"/>
        </w:rPr>
        <w:br/>
      </w:r>
      <w:r>
        <w:rPr>
          <w:lang w:eastAsia="zh-CN"/>
        </w:rPr>
        <w:t>　　第14周</w:t>
      </w:r>
      <w:r>
        <w:rPr>
          <w:lang w:eastAsia="zh-CN"/>
        </w:rPr>
        <w:br/>
      </w:r>
      <w:r>
        <w:rPr>
          <w:lang w:eastAsia="zh-CN"/>
        </w:rPr>
        <w:t>　　5月23日－5月29日</w:t>
      </w:r>
      <w:r>
        <w:rPr>
          <w:lang w:eastAsia="zh-CN"/>
        </w:rPr>
        <w:br/>
      </w:r>
      <w:r>
        <w:rPr>
          <w:lang w:eastAsia="zh-CN"/>
        </w:rPr>
        <w:t>　　高考信息资料查缺补漏</w:t>
      </w:r>
      <w:r>
        <w:rPr>
          <w:lang w:eastAsia="zh-CN"/>
        </w:rPr>
        <w:br/>
      </w:r>
      <w:r>
        <w:rPr>
          <w:lang w:eastAsia="zh-CN"/>
        </w:rPr>
        <w:t>　　第15周</w:t>
      </w:r>
      <w:r>
        <w:rPr>
          <w:lang w:eastAsia="zh-CN"/>
        </w:rPr>
        <w:br/>
      </w:r>
      <w:r>
        <w:rPr>
          <w:lang w:eastAsia="zh-CN"/>
        </w:rPr>
        <w:t>　　5月30日－6月5日</w:t>
      </w:r>
      <w:r>
        <w:rPr>
          <w:lang w:eastAsia="zh-CN"/>
        </w:rPr>
        <w:br/>
      </w:r>
      <w:r>
        <w:rPr>
          <w:lang w:eastAsia="zh-CN"/>
        </w:rPr>
        <w:t>　　跟踪视导、期末考试命题</w:t>
      </w:r>
      <w:r>
        <w:rPr>
          <w:lang w:eastAsia="zh-CN"/>
        </w:rPr>
        <w:br/>
      </w:r>
      <w:r>
        <w:rPr>
          <w:lang w:eastAsia="zh-CN"/>
        </w:rPr>
        <w:t>　　第16周</w:t>
      </w:r>
      <w:r>
        <w:rPr>
          <w:lang w:eastAsia="zh-CN"/>
        </w:rPr>
        <w:br/>
      </w:r>
      <w:r>
        <w:rPr>
          <w:lang w:eastAsia="zh-CN"/>
        </w:rPr>
        <w:t>　　6月6日－6月12日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高 考</w:t>
      </w:r>
      <w:r>
        <w:rPr>
          <w:lang w:eastAsia="zh-CN"/>
        </w:rPr>
        <w:br/>
      </w:r>
      <w:r>
        <w:rPr>
          <w:lang w:eastAsia="zh-CN"/>
        </w:rPr>
        <w:t>　　高中学业水平测试</w:t>
      </w:r>
      <w:r>
        <w:rPr>
          <w:lang w:eastAsia="zh-CN"/>
        </w:rPr>
        <w:br/>
      </w:r>
      <w:r>
        <w:rPr>
          <w:lang w:eastAsia="zh-CN"/>
        </w:rPr>
        <w:t>　　第17周</w:t>
      </w:r>
      <w:r>
        <w:rPr>
          <w:lang w:eastAsia="zh-CN"/>
        </w:rPr>
        <w:br/>
      </w:r>
      <w:r>
        <w:rPr>
          <w:lang w:eastAsia="zh-CN"/>
        </w:rPr>
        <w:t>　　6月13日－6月19日</w:t>
      </w:r>
      <w:r>
        <w:rPr>
          <w:lang w:eastAsia="zh-CN"/>
        </w:rPr>
        <w:br/>
      </w:r>
      <w:r>
        <w:rPr>
          <w:lang w:eastAsia="zh-CN"/>
        </w:rPr>
        <w:t>　　中考（端午节放假1天）</w:t>
      </w:r>
      <w:r>
        <w:rPr>
          <w:lang w:eastAsia="zh-CN"/>
        </w:rPr>
        <w:br/>
      </w:r>
      <w:r>
        <w:rPr>
          <w:lang w:eastAsia="zh-CN"/>
        </w:rPr>
        <w:t>　　第18周</w:t>
      </w:r>
      <w:r>
        <w:rPr>
          <w:lang w:eastAsia="zh-CN"/>
        </w:rPr>
        <w:br/>
      </w:r>
      <w:r>
        <w:rPr>
          <w:lang w:eastAsia="zh-CN"/>
        </w:rPr>
        <w:t>　　6月20日－6月26日</w:t>
      </w:r>
      <w:r>
        <w:rPr>
          <w:lang w:eastAsia="zh-CN"/>
        </w:rPr>
        <w:br/>
      </w:r>
      <w:r>
        <w:rPr>
          <w:lang w:eastAsia="zh-CN"/>
        </w:rPr>
        <w:t>　　跟踪视导、期末复习视导</w:t>
      </w:r>
      <w:r>
        <w:rPr>
          <w:lang w:eastAsia="zh-CN"/>
        </w:rPr>
        <w:br/>
      </w:r>
      <w:r>
        <w:rPr>
          <w:lang w:eastAsia="zh-CN"/>
        </w:rPr>
        <w:t>　　第19周</w:t>
      </w:r>
      <w:r>
        <w:rPr>
          <w:lang w:eastAsia="zh-CN"/>
        </w:rPr>
        <w:br/>
      </w:r>
      <w:r>
        <w:rPr>
          <w:lang w:eastAsia="zh-CN"/>
        </w:rPr>
        <w:t>　　6月27日－7月3日</w:t>
      </w:r>
      <w:r>
        <w:rPr>
          <w:lang w:eastAsia="zh-CN"/>
        </w:rPr>
        <w:br/>
      </w:r>
      <w:r>
        <w:rPr>
          <w:lang w:eastAsia="zh-CN"/>
        </w:rPr>
        <w:t>　　高考成绩统计分析</w:t>
      </w:r>
      <w:r>
        <w:rPr>
          <w:lang w:eastAsia="zh-CN"/>
        </w:rPr>
        <w:br/>
      </w:r>
      <w:r>
        <w:rPr>
          <w:lang w:eastAsia="zh-CN"/>
        </w:rPr>
        <w:t>　　第20周</w:t>
      </w:r>
      <w:r>
        <w:rPr>
          <w:lang w:eastAsia="zh-CN"/>
        </w:rPr>
        <w:br/>
      </w:r>
      <w:r>
        <w:rPr>
          <w:lang w:eastAsia="zh-CN"/>
        </w:rPr>
        <w:t>　　7月4日－7月10日</w:t>
      </w:r>
      <w:r>
        <w:rPr>
          <w:lang w:eastAsia="zh-CN"/>
        </w:rPr>
        <w:br/>
      </w:r>
      <w:r>
        <w:rPr>
          <w:lang w:eastAsia="zh-CN"/>
        </w:rPr>
        <w:t>　　高一、高二学年复习考试</w:t>
      </w:r>
      <w:r>
        <w:rPr>
          <w:lang w:eastAsia="zh-CN"/>
        </w:rPr>
        <w:br/>
      </w:r>
      <w:r>
        <w:rPr>
          <w:lang w:eastAsia="zh-CN"/>
        </w:rPr>
        <w:t>　　第21周</w:t>
      </w:r>
      <w:r>
        <w:rPr>
          <w:lang w:eastAsia="zh-CN"/>
        </w:rPr>
        <w:br/>
      </w:r>
      <w:r>
        <w:rPr>
          <w:lang w:eastAsia="zh-CN"/>
        </w:rPr>
        <w:t>　　7月11日－7月17日</w:t>
      </w:r>
      <w:r>
        <w:rPr>
          <w:lang w:eastAsia="zh-CN"/>
        </w:rPr>
        <w:br/>
      </w:r>
      <w:r>
        <w:rPr>
          <w:lang w:eastAsia="zh-CN"/>
        </w:rPr>
        <w:t>　　7月11日开始放暑假</w:t>
      </w:r>
      <w:r>
        <w:rPr>
          <w:lang w:eastAsia="zh-CN"/>
        </w:rPr>
        <w:br/>
      </w:r>
      <w:r>
        <w:rPr>
          <w:lang w:eastAsia="zh-CN"/>
        </w:rPr>
        <w:t xml:space="preserve">    关于化学工作计划集合 篇7 </w:t>
      </w:r>
      <w:r>
        <w:rPr>
          <w:lang w:eastAsia="zh-CN"/>
        </w:rPr>
        <w:br/>
      </w:r>
      <w:r>
        <w:rPr>
          <w:lang w:eastAsia="zh-CN"/>
        </w:rPr>
        <w:t>　　九年化学备课组承诺，在新学期将更加努力做好学校的各项工作，保质保量的完成教学工作。本学期工作计划如下：</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以学校工作计划为依据，围绕教导处教学工作要点，树立全面质量治理意识，认真学习先进的教育思想和新的课程标准，扎实推进课改的实施，积极投身课堂改革，提高课堂教学效益，坚定不移地推进教学方式和学习方式的转变，让学生的自主性和创造性得到真正的张扬和提升。关注本备课组教师素质的提高，努力做好教学工作。</w:t>
      </w:r>
      <w:r>
        <w:rPr>
          <w:lang w:eastAsia="zh-CN"/>
        </w:rPr>
        <w:br/>
      </w:r>
      <w:r>
        <w:rPr>
          <w:lang w:eastAsia="zh-CN"/>
        </w:rPr>
        <w:t>　　二、工作要点及具体措施：</w:t>
      </w:r>
      <w:r>
        <w:rPr>
          <w:lang w:eastAsia="zh-CN"/>
        </w:rPr>
        <w:br/>
      </w:r>
      <w:r>
        <w:rPr>
          <w:lang w:eastAsia="zh-CN"/>
        </w:rPr>
        <w:t>　　1、教研活动做到主题明确、注重过程、人人参与、强化实践、研讨、反思、总结。强化教师个人的自我实践，自我反思。</w:t>
      </w:r>
      <w:r>
        <w:rPr>
          <w:lang w:eastAsia="zh-CN"/>
        </w:rPr>
        <w:br/>
      </w:r>
      <w:r>
        <w:rPr>
          <w:lang w:eastAsia="zh-CN"/>
        </w:rPr>
        <w:t>　　2、备课组按“四定”开展活动（即：定时间、定地点、定内容、定主讲人）。学期开始认真组织好开展一轮以整体梳理教材为主的集体备课活动，教师深入钻研教材、理解教材、处理加工教材，从而提高课堂教学的效益。</w:t>
      </w:r>
      <w:r>
        <w:rPr>
          <w:lang w:eastAsia="zh-CN"/>
        </w:rPr>
        <w:br/>
      </w:r>
      <w:r>
        <w:rPr>
          <w:lang w:eastAsia="zh-CN"/>
        </w:rPr>
        <w:t>　　3、要求备课组成员认真钻研教材，认真备课，做到教学目标明确，方法灵活多变，重难点突出，努力调动学生学习化学的积极性，留意从学生已有的经验出发，让他们在熟悉的生活情景中感受化学的重要性，了解化学与日常生活的密切关系，逐步学会分析和解决与化学有关的一些简单的实际问题，让学生在轻松愉快的环境中获取知识。</w:t>
      </w:r>
      <w:r>
        <w:rPr>
          <w:lang w:eastAsia="zh-CN"/>
        </w:rPr>
        <w:br/>
      </w:r>
      <w:r>
        <w:rPr>
          <w:lang w:eastAsia="zh-CN"/>
        </w:rPr>
        <w:t>　　4、关心学生，因材施教，充分利用现有的电教设备，帮助学生学习和理解实验探究内容，在平时的教学中渗透历届中考的题型及方向、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5、通过单元考，中考的三轮质检进行分析，分析本届初三存在问题，提出下一阶段的工作要求。备课组及每位任课教师应订好相应计划，写好总结，做好各种资料的积累、整理和归档工作。</w:t>
      </w:r>
      <w:r>
        <w:rPr>
          <w:lang w:eastAsia="zh-CN"/>
        </w:rPr>
        <w:br/>
      </w:r>
      <w:r>
        <w:rPr>
          <w:lang w:eastAsia="zh-CN"/>
        </w:rPr>
        <w:t>　　6、继续开展教学研究，进一步加强组内听课，评课活动，要求听课有记录。</w:t>
      </w:r>
      <w:r>
        <w:rPr>
          <w:lang w:eastAsia="zh-CN"/>
        </w:rPr>
        <w:br/>
      </w:r>
      <w:r>
        <w:rPr>
          <w:lang w:eastAsia="zh-CN"/>
        </w:rPr>
        <w:t>　　7、分层教学，让学生共同提高</w:t>
      </w:r>
      <w:r>
        <w:rPr>
          <w:lang w:eastAsia="zh-CN"/>
        </w:rPr>
        <w:br/>
      </w:r>
      <w:r>
        <w:rPr>
          <w:lang w:eastAsia="zh-CN"/>
        </w:rPr>
        <w:t>　　面向全体学生，因材施教，实行分层训练，对基础好的学生，课堂上结合教材内容，适当提高训练题的难度，加强变式题目的训练，使学生加深对知识的理解和应用，重点从解题速度和强度方面进行要求，提高综合运用知识解决实际问题的能力。中等基础的学生紧跟老师，落实好课堂和作业；对基础较差的学生，在课堂上把要求适当降低，以掌握基础知识为主，帮助他们树立起学习的信心，利用课余时间集体进行答疑和辅导，在最基本知识的落实上狠下功夫，立足于每个知识点，多得分。在作业的布置上，根据学生掌握知识的程度，精心挑选题目，有针对性地练习巩固，为学生减负。</w:t>
      </w:r>
      <w:r>
        <w:rPr>
          <w:lang w:eastAsia="zh-CN"/>
        </w:rPr>
        <w:br/>
      </w:r>
      <w:r>
        <w:rPr>
          <w:lang w:eastAsia="zh-CN"/>
        </w:rPr>
        <w:t>　　8、拉差补缺，提高年级平均分</w:t>
      </w:r>
      <w:r>
        <w:rPr>
          <w:lang w:eastAsia="zh-CN"/>
        </w:rPr>
        <w:br/>
      </w:r>
      <w:r>
        <w:rPr>
          <w:lang w:eastAsia="zh-CN"/>
        </w:rPr>
        <w:t>　　要提高年段平均分，就必须抓好学困生的工作，尽量减少差生面，保证及格率，降低低分率，让后进生不拖学校后腿，各章节知识点抓落实，作业、练习交上来的都要批改，还可以课堂小练习的形式面批，及时查漏补缺，加以巩固，做到稳扎稳打，落到实处，让课本上的知识真正转化为学生头脑中的东西。</w:t>
      </w:r>
      <w:r>
        <w:rPr>
          <w:lang w:eastAsia="zh-CN"/>
        </w:rPr>
        <w:br/>
      </w:r>
      <w:r>
        <w:rPr>
          <w:lang w:eastAsia="zh-CN"/>
        </w:rPr>
        <w:t>　　9、遵循学生的学习规律，让他们在教师所构建的教学情境中不断成长：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（1）四个“重视”：重视基本概念的教学，重视化学用语的教学，重视元素化合物知识的教学，重视实验教学</w:t>
      </w:r>
      <w:r>
        <w:rPr>
          <w:lang w:eastAsia="zh-CN"/>
        </w:rPr>
        <w:br/>
      </w:r>
      <w:r>
        <w:rPr>
          <w:lang w:eastAsia="zh-CN"/>
        </w:rPr>
        <w:t>　　化学是以实验为基础的学科，教材新增了8个学生必做的基础实验。加强化学实验教学，通过对实验现象和事实的分析、比较、抽象、概括，可以帮助学生形成化学概念，理解和巩固化学知识，培养技能，能力以及科学态度和方法。元素符号、化学式和化学方程式等是用于表示物质的组成及变化的化学用语，是学习化学的重要工具。元素化合物知识对于学生打好化学学习的基础也十分重要。在教学中注意紧密联系实际，加强直观教学，实验教学和电化教学，让学生多接触实物，多做些实验，以增加感性知识，帮助他们在理解的基础上记忆重要的元素化合物知识。</w:t>
      </w:r>
      <w:r>
        <w:rPr>
          <w:lang w:eastAsia="zh-CN"/>
        </w:rPr>
        <w:br/>
      </w:r>
      <w:r>
        <w:rPr>
          <w:lang w:eastAsia="zh-CN"/>
        </w:rPr>
        <w:t>　　（2）加强信息技术与学科课程的整合</w:t>
      </w:r>
      <w:r>
        <w:rPr>
          <w:lang w:eastAsia="zh-CN"/>
        </w:rPr>
        <w:br/>
      </w:r>
      <w:r>
        <w:rPr>
          <w:lang w:eastAsia="zh-CN"/>
        </w:rPr>
        <w:t>　　如何利用多媒体信息技术帮助我们提高教学质量与效果也是我们本学年备课组所关注的。要利用好多媒体设备这一资源，争取把多媒体应用到化学教学中，因为多媒体不但能强化课前研究，而且还能优化教学过程，还能创设情景、解剖难点、模拟实验、提高视觉等，还能进行辅助学生总结和反馈检测。</w:t>
      </w:r>
      <w:r>
        <w:rPr>
          <w:lang w:eastAsia="zh-CN"/>
        </w:rPr>
        <w:br/>
      </w:r>
      <w:r>
        <w:rPr>
          <w:lang w:eastAsia="zh-CN"/>
        </w:rPr>
        <w:t>　　（3）在教学中贯穿人文精神。</w:t>
      </w:r>
      <w:r>
        <w:rPr>
          <w:lang w:eastAsia="zh-CN"/>
        </w:rPr>
        <w:br/>
      </w:r>
      <w:r>
        <w:rPr>
          <w:lang w:eastAsia="zh-CN"/>
        </w:rPr>
        <w:t>　　在学生当中，为学习而学习的情况并不少见，他们不知道自己为什么要学化学。因此，备课组希望通过教学，培养学生意志坚定、热爱科学的精神，培养学生团结协作、勇于创新的精神，唤起学生去关注身边环境、关注社会，提高环境道德素质，树立社会责任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关于化学工作计划集合 篇8 </w:t>
      </w:r>
      <w:r>
        <w:rPr>
          <w:lang w:eastAsia="zh-CN"/>
        </w:rPr>
        <w:br/>
      </w:r>
      <w:r>
        <w:rPr>
          <w:lang w:eastAsia="zh-CN"/>
        </w:rPr>
        <w:t>　　本教研组是中青年教师结合的队伍，平均年龄30周岁左右，正处于事业发展的黄金时期，但问题是为什么本校的化学教学质量，始终无法提升呢？主要原因我想是除个别教师外，其余的教师的敬业精神和奉献精神还不够。此外，本组教师仍处于单兵作战的状态，而不是相互团结，拧成一股绳。因而也就失去了教学相长的作用。最后是本组教师对专业的学习和研究缺乏力度，教研工作始终出于低水平状态，当然也就无从谈专业发展水平。因此为改变本组目前的状况，在新学期以崭新的精神面貌，拟定如下工作方针和计划。</w:t>
      </w:r>
      <w:r>
        <w:rPr>
          <w:lang w:eastAsia="zh-CN"/>
        </w:rPr>
        <w:br/>
      </w:r>
      <w:r>
        <w:rPr>
          <w:lang w:eastAsia="zh-CN"/>
        </w:rPr>
        <w:t>　　本组的工作方针：</w:t>
      </w:r>
      <w:r>
        <w:rPr>
          <w:lang w:eastAsia="zh-CN"/>
        </w:rPr>
        <w:br/>
      </w:r>
      <w:r>
        <w:rPr>
          <w:lang w:eastAsia="zh-CN"/>
        </w:rPr>
        <w:t>　　团结协作，加强交流，以研促教，共同进步</w:t>
      </w:r>
      <w:r>
        <w:rPr>
          <w:lang w:eastAsia="zh-CN"/>
        </w:rPr>
        <w:br/>
      </w:r>
      <w:r>
        <w:rPr>
          <w:lang w:eastAsia="zh-CN"/>
        </w:rPr>
        <w:t>　　本组的工作计划：</w:t>
      </w:r>
      <w:r>
        <w:rPr>
          <w:lang w:eastAsia="zh-CN"/>
        </w:rPr>
        <w:br/>
      </w:r>
      <w:r>
        <w:rPr>
          <w:lang w:eastAsia="zh-CN"/>
        </w:rPr>
        <w:t>　　一、加强教研组建设力度，提升教研组的品位，具体措施。首先强化办公室的文化氛围，其次，完善教研组的`制度（将制定的制度张贴上墙）并加强学习和落实。从而督促本组成员形成良好的工作态度。</w:t>
      </w:r>
      <w:r>
        <w:rPr>
          <w:lang w:eastAsia="zh-CN"/>
        </w:rPr>
        <w:br/>
      </w:r>
      <w:r>
        <w:rPr>
          <w:lang w:eastAsia="zh-CN"/>
        </w:rPr>
        <w:t>　　二、加强组员之间的交流，做到取长补短，制定相应的听课制度和评课体系（能用课改的理念加以评价）提升自己的专业理论水平和课堂教学水平，从而促进本教研组的整体教学水平。</w:t>
      </w:r>
      <w:r>
        <w:rPr>
          <w:lang w:eastAsia="zh-CN"/>
        </w:rPr>
        <w:br/>
      </w:r>
      <w:r>
        <w:rPr>
          <w:lang w:eastAsia="zh-CN"/>
        </w:rPr>
        <w:t xml:space="preserve">    关于化学工作计划集合 篇9 </w:t>
      </w:r>
      <w:r>
        <w:rPr>
          <w:lang w:eastAsia="zh-CN"/>
        </w:rPr>
        <w:br/>
      </w:r>
      <w:r>
        <w:rPr>
          <w:lang w:eastAsia="zh-CN"/>
        </w:rPr>
        <w:t>　　调动本组教师的积极性，在教学中探索出一条具有本组成功经验的好教学模式。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一、指导思想：</w:t>
      </w:r>
      <w:r>
        <w:rPr>
          <w:lang w:eastAsia="zh-CN"/>
        </w:rPr>
        <w:br/>
      </w:r>
      <w:r>
        <w:rPr>
          <w:lang w:eastAsia="zh-CN"/>
        </w:rPr>
        <w:t>　　以新的教学理念为指导，全面贯彻素质教育和课程改革精神。在学校和高中教导处的高度重视和直接领导下，为培养适应二十一世发展需要的人材，面向全体学生，关心体贴、培养兴趣、充分调动学生的积极性，圆满的完成本学期的教学任务。调动本组教师的积极性，在教学中探索出一条具有本组成功经验的好教学模式。</w:t>
      </w:r>
      <w:r>
        <w:rPr>
          <w:lang w:eastAsia="zh-CN"/>
        </w:rPr>
        <w:br/>
      </w:r>
      <w:r>
        <w:rPr>
          <w:lang w:eastAsia="zh-CN"/>
        </w:rPr>
        <w:t>　　二、工作目标：</w:t>
      </w:r>
      <w:r>
        <w:rPr>
          <w:lang w:eastAsia="zh-CN"/>
        </w:rPr>
        <w:br/>
      </w:r>
      <w:r>
        <w:rPr>
          <w:lang w:eastAsia="zh-CN"/>
        </w:rPr>
        <w:t>　　1. 每周集体备一次，组员出席率达100%。</w:t>
      </w:r>
      <w:r>
        <w:rPr>
          <w:lang w:eastAsia="zh-CN"/>
        </w:rPr>
        <w:br/>
      </w:r>
      <w:r>
        <w:rPr>
          <w:lang w:eastAsia="zh-CN"/>
        </w:rPr>
        <w:t>　　2. 切实抓好集体备课这一环节。</w:t>
      </w:r>
      <w:r>
        <w:rPr>
          <w:lang w:eastAsia="zh-CN"/>
        </w:rPr>
        <w:br/>
      </w:r>
      <w:r>
        <w:rPr>
          <w:lang w:eastAsia="zh-CN"/>
        </w:rPr>
        <w:t>　　3. 切实加强化学实验教学，培养学生的动手能力。</w:t>
      </w:r>
      <w:r>
        <w:rPr>
          <w:lang w:eastAsia="zh-CN"/>
        </w:rPr>
        <w:br/>
      </w:r>
      <w:r>
        <w:rPr>
          <w:lang w:eastAsia="zh-CN"/>
        </w:rPr>
        <w:t>　　4. 加强关键问题、内容的沟通与研究。</w:t>
      </w:r>
      <w:r>
        <w:rPr>
          <w:lang w:eastAsia="zh-CN"/>
        </w:rPr>
        <w:br/>
      </w:r>
      <w:r>
        <w:rPr>
          <w:lang w:eastAsia="zh-CN"/>
        </w:rPr>
        <w:t>　　5. 做好教师的培养工作。争取讲一节校公开课。</w:t>
      </w:r>
      <w:r>
        <w:rPr>
          <w:lang w:eastAsia="zh-CN"/>
        </w:rPr>
        <w:br/>
      </w:r>
      <w:r>
        <w:rPr>
          <w:lang w:eastAsia="zh-CN"/>
        </w:rPr>
        <w:t>　　6. 每位组员采用一种新的教学模式。</w:t>
      </w:r>
      <w:r>
        <w:rPr>
          <w:lang w:eastAsia="zh-CN"/>
        </w:rPr>
        <w:br/>
      </w:r>
      <w:r>
        <w:rPr>
          <w:lang w:eastAsia="zh-CN"/>
        </w:rPr>
        <w:t>　　7. 加强对教学大纲的学习，使高三教学有的放矢。</w:t>
      </w:r>
      <w:r>
        <w:rPr>
          <w:lang w:eastAsia="zh-CN"/>
        </w:rPr>
        <w:br/>
      </w:r>
      <w:r>
        <w:rPr>
          <w:lang w:eastAsia="zh-CN"/>
        </w:rPr>
        <w:t>　　8. 平行班级统一进度、统一重点、统一试题。</w:t>
      </w:r>
      <w:r>
        <w:rPr>
          <w:lang w:eastAsia="zh-CN"/>
        </w:rPr>
        <w:br/>
      </w:r>
      <w:r>
        <w:rPr>
          <w:lang w:eastAsia="zh-CN"/>
        </w:rPr>
        <w:t>　　9. 进一步加强电化教学的应用比例，为教育教学服务。</w:t>
      </w:r>
      <w:r>
        <w:rPr>
          <w:lang w:eastAsia="zh-CN"/>
        </w:rPr>
        <w:br/>
      </w:r>
      <w:r>
        <w:rPr>
          <w:lang w:eastAsia="zh-CN"/>
        </w:rPr>
        <w:t>　　10. 加强教育教学理论学习,提高自身素质,以适应时代的发展需要。</w:t>
      </w:r>
      <w:r>
        <w:rPr>
          <w:lang w:eastAsia="zh-CN"/>
        </w:rPr>
        <w:br/>
      </w:r>
      <w:r>
        <w:rPr>
          <w:lang w:eastAsia="zh-CN"/>
        </w:rPr>
        <w:t>　　三、 具体措施</w:t>
      </w:r>
      <w:r>
        <w:rPr>
          <w:lang w:eastAsia="zh-CN"/>
        </w:rPr>
        <w:br/>
      </w:r>
      <w:r>
        <w:rPr>
          <w:lang w:eastAsia="zh-CN"/>
        </w:rPr>
        <w:t>　　1.分解考点到每节课，将知识复习与专题归纳相结合，复习中重视知识的横向宽与纵向深入;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2.对例题、练习、试题，加强针对性的筛选，特别关注重点知识的落实情况;</w:t>
      </w:r>
      <w:r>
        <w:rPr>
          <w:lang w:eastAsia="zh-CN"/>
        </w:rPr>
        <w:br/>
      </w:r>
      <w:r>
        <w:rPr>
          <w:lang w:eastAsia="zh-CN"/>
        </w:rPr>
        <w:t>　　3.引导全体同学探究化学复习方法，狠抓听课效率和作业质量两个关键点;</w:t>
      </w:r>
      <w:r>
        <w:rPr>
          <w:lang w:eastAsia="zh-CN"/>
        </w:rPr>
        <w:br/>
      </w:r>
      <w:r>
        <w:rPr>
          <w:lang w:eastAsia="zh-CN"/>
        </w:rPr>
        <w:t>　　4.针对不同的学生采取不同的策略，对于基础较好的学生在注重基础知识的前提下，加强准确性训练和技巧性训练;中等基础的学生紧跟老师，落实好课堂和作业;基础较差的学生利用课余时间集体进行答疑和辅导，在最基本知识的落实上狠下功夫;</w:t>
      </w:r>
      <w:r>
        <w:rPr>
          <w:lang w:eastAsia="zh-CN"/>
        </w:rPr>
        <w:br/>
      </w:r>
      <w:r>
        <w:rPr>
          <w:lang w:eastAsia="zh-CN"/>
        </w:rPr>
        <w:t>　　5.认真分析阶段性测试的结果，及时调整复习计划和训练内容，辅导范围和方式;</w:t>
      </w:r>
      <w:r>
        <w:rPr>
          <w:lang w:eastAsia="zh-CN"/>
        </w:rPr>
        <w:br/>
      </w:r>
      <w:r>
        <w:rPr>
          <w:lang w:eastAsia="zh-CN"/>
        </w:rPr>
        <w:t>　　6.精心布置每日作业，做到精讲精练;</w:t>
      </w:r>
      <w:r>
        <w:rPr>
          <w:lang w:eastAsia="zh-CN"/>
        </w:rPr>
        <w:br/>
      </w:r>
      <w:r>
        <w:rPr>
          <w:lang w:eastAsia="zh-CN"/>
        </w:rPr>
        <w:t>　　7.重视对学生的学法指导和感情交流，帮助学生树立信心克服困难。</w:t>
      </w:r>
      <w:r>
        <w:rPr>
          <w:lang w:eastAsia="zh-CN"/>
        </w:rPr>
        <w:br/>
      </w:r>
      <w:r>
        <w:rPr>
          <w:lang w:eastAsia="zh-CN"/>
        </w:rPr>
        <w:t>　　调动本组教师的积极性，在教学中探索出一条具有本组成功经验的好教学模式。 8.每周的星期四的坐班时间为集体再备课时间，讨论下周应讲授知识的重点与难点、研究其学情与教法。</w:t>
      </w:r>
      <w:r>
        <w:rPr>
          <w:lang w:eastAsia="zh-CN"/>
        </w:rPr>
        <w:br/>
      </w:r>
      <w:r>
        <w:rPr>
          <w:lang w:eastAsia="zh-CN"/>
        </w:rPr>
        <w:t>　　9.同组教师相互听课至少每周一次，听课之后要相互交流意见，达到共同提高的目的。</w:t>
      </w:r>
      <w:r>
        <w:rPr>
          <w:lang w:eastAsia="zh-CN"/>
        </w:rPr>
        <w:br/>
      </w:r>
      <w:r>
        <w:rPr>
          <w:lang w:eastAsia="zh-CN"/>
        </w:rPr>
        <w:t>　　附：高三化学进度表</w:t>
      </w:r>
      <w:r>
        <w:rPr>
          <w:lang w:eastAsia="zh-CN"/>
        </w:rPr>
        <w:br/>
      </w:r>
      <w:r>
        <w:rPr>
          <w:lang w:eastAsia="zh-CN"/>
        </w:rPr>
        <w:t>　　(20__-20__学年度第二学期)</w:t>
      </w:r>
      <w:r>
        <w:rPr>
          <w:lang w:eastAsia="zh-CN"/>
        </w:rPr>
        <w:br/>
      </w:r>
      <w:r>
        <w:rPr>
          <w:lang w:eastAsia="zh-CN"/>
        </w:rPr>
        <w:t>　　周次 时间 课题 内容</w:t>
      </w:r>
      <w:r>
        <w:rPr>
          <w:lang w:eastAsia="zh-CN"/>
        </w:rPr>
        <w:br/>
      </w:r>
      <w:r>
        <w:rPr>
          <w:lang w:eastAsia="zh-CN"/>
        </w:rPr>
        <w:t>　　一 3.1-3.6 有机化学 烃</w:t>
      </w:r>
      <w:r>
        <w:rPr>
          <w:lang w:eastAsia="zh-CN"/>
        </w:rPr>
        <w:br/>
      </w:r>
      <w:r>
        <w:rPr>
          <w:lang w:eastAsia="zh-CN"/>
        </w:rPr>
        <w:t>　　二 3.7-3.11 有机化学 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 3.14-3.18 有机化学 烃的衍生物</w:t>
      </w:r>
      <w:r>
        <w:rPr>
          <w:lang w:eastAsia="zh-CN"/>
        </w:rPr>
        <w:br/>
      </w:r>
      <w:r>
        <w:rPr>
          <w:lang w:eastAsia="zh-CN"/>
        </w:rPr>
        <w:t>　　四 3.21-3.25 有机化学 烃的衍生物</w:t>
      </w:r>
      <w:r>
        <w:rPr>
          <w:lang w:eastAsia="zh-CN"/>
        </w:rPr>
        <w:br/>
      </w:r>
      <w:r>
        <w:rPr>
          <w:lang w:eastAsia="zh-CN"/>
        </w:rPr>
        <w:t>　　五 3.28-4.1 有机化学 有机化学综合复习</w:t>
      </w:r>
      <w:r>
        <w:rPr>
          <w:lang w:eastAsia="zh-CN"/>
        </w:rPr>
        <w:br/>
      </w:r>
      <w:r>
        <w:rPr>
          <w:lang w:eastAsia="zh-CN"/>
        </w:rPr>
        <w:t>　　六 4.4-4.8 专题 金属部分、非金属部分</w:t>
      </w:r>
      <w:r>
        <w:rPr>
          <w:lang w:eastAsia="zh-CN"/>
        </w:rPr>
        <w:br/>
      </w:r>
      <w:r>
        <w:rPr>
          <w:lang w:eastAsia="zh-CN"/>
        </w:rPr>
        <w:t>　　七 4.11-4.15 专题 物质结构部分(二摸)</w:t>
      </w:r>
      <w:r>
        <w:rPr>
          <w:lang w:eastAsia="zh-CN"/>
        </w:rPr>
        <w:br/>
      </w:r>
      <w:r>
        <w:rPr>
          <w:lang w:eastAsia="zh-CN"/>
        </w:rPr>
        <w:t>　　八 4.18-4.22 专题 化学平衡、电解质部分</w:t>
      </w:r>
      <w:r>
        <w:rPr>
          <w:lang w:eastAsia="zh-CN"/>
        </w:rPr>
        <w:br/>
      </w:r>
      <w:r>
        <w:rPr>
          <w:lang w:eastAsia="zh-CN"/>
        </w:rPr>
        <w:t>　　九 4.25-4.29 专题 计算、实验部分</w:t>
      </w:r>
      <w:r>
        <w:rPr>
          <w:lang w:eastAsia="zh-CN"/>
        </w:rPr>
        <w:br/>
      </w:r>
      <w:r>
        <w:rPr>
          <w:lang w:eastAsia="zh-CN"/>
        </w:rPr>
        <w:t>　　十 5.2-5.6 综合 查缺补漏、精选信息题</w:t>
      </w:r>
      <w:r>
        <w:rPr>
          <w:lang w:eastAsia="zh-CN"/>
        </w:rPr>
        <w:br/>
      </w:r>
      <w:r>
        <w:rPr>
          <w:lang w:eastAsia="zh-CN"/>
        </w:rPr>
        <w:t>　　十一 5.9-5.13 综合 查缺补漏、精选信息题</w:t>
      </w:r>
      <w:r>
        <w:rPr>
          <w:lang w:eastAsia="zh-CN"/>
        </w:rPr>
        <w:br/>
      </w:r>
      <w:r>
        <w:rPr>
          <w:lang w:eastAsia="zh-CN"/>
        </w:rPr>
        <w:t>　　十二 5.16-5.20 综合 查缺补漏、精选信息题</w:t>
      </w:r>
      <w:r>
        <w:rPr>
          <w:lang w:eastAsia="zh-CN"/>
        </w:rPr>
        <w:br/>
      </w:r>
      <w:r>
        <w:rPr>
          <w:lang w:eastAsia="zh-CN"/>
        </w:rPr>
        <w:t>　　十三 5.23-5.27 综合 查缺补漏、精选信息题</w:t>
      </w:r>
      <w:r>
        <w:rPr>
          <w:lang w:eastAsia="zh-CN"/>
        </w:rPr>
        <w:br/>
      </w:r>
      <w:r>
        <w:rPr>
          <w:lang w:eastAsia="zh-CN"/>
        </w:rPr>
        <w:t>　　高三化学备课组 徐文龙</w:t>
      </w:r>
      <w:r>
        <w:rPr>
          <w:lang w:eastAsia="zh-CN"/>
        </w:rPr>
        <w:br/>
      </w:r>
      <w:r>
        <w:rPr>
          <w:lang w:eastAsia="zh-CN"/>
        </w:rPr>
        <w:t xml:space="preserve">    关于化学工作计划集合 篇10 </w:t>
      </w:r>
      <w:r>
        <w:rPr>
          <w:lang w:eastAsia="zh-CN"/>
        </w:rPr>
        <w:br/>
      </w:r>
      <w:r>
        <w:rPr>
          <w:lang w:eastAsia="zh-CN"/>
        </w:rPr>
        <w:t>　　【教学目标】</w:t>
      </w:r>
      <w:r>
        <w:rPr>
          <w:lang w:eastAsia="zh-CN"/>
        </w:rPr>
        <w:br/>
      </w:r>
      <w:r>
        <w:rPr>
          <w:lang w:eastAsia="zh-CN"/>
        </w:rPr>
        <w:t>　　1、贯彻党的教育方针，提高学生的思想道德品质、文化科学知识、审美情趣和身体心理素质；</w:t>
      </w:r>
      <w:r>
        <w:rPr>
          <w:lang w:eastAsia="zh-CN"/>
        </w:rPr>
        <w:br/>
      </w:r>
      <w:r>
        <w:rPr>
          <w:lang w:eastAsia="zh-CN"/>
        </w:rPr>
        <w:t>　　2、培养学生的创新精神和实践能力；</w:t>
      </w:r>
      <w:r>
        <w:rPr>
          <w:lang w:eastAsia="zh-CN"/>
        </w:rPr>
        <w:br/>
      </w:r>
      <w:r>
        <w:rPr>
          <w:lang w:eastAsia="zh-CN"/>
        </w:rPr>
        <w:t>　　3、培养学生终身学习的能力和实践能力；</w:t>
      </w:r>
      <w:r>
        <w:rPr>
          <w:lang w:eastAsia="zh-CN"/>
        </w:rPr>
        <w:br/>
      </w:r>
      <w:r>
        <w:rPr>
          <w:lang w:eastAsia="zh-CN"/>
        </w:rPr>
        <w:t>　　4、使学生掌握化学基本知识和培养学生运用化学知识的能力从而提高学生学习化学的兴趣。</w:t>
      </w:r>
      <w:r>
        <w:rPr>
          <w:lang w:eastAsia="zh-CN"/>
        </w:rPr>
        <w:br/>
      </w:r>
      <w:r>
        <w:rPr>
          <w:lang w:eastAsia="zh-CN"/>
        </w:rPr>
        <w:t>　　【教学内容】</w:t>
      </w:r>
      <w:r>
        <w:rPr>
          <w:lang w:eastAsia="zh-CN"/>
        </w:rPr>
        <w:br/>
      </w:r>
      <w:r>
        <w:rPr>
          <w:lang w:eastAsia="zh-CN"/>
        </w:rPr>
        <w:t>　　1、有机化学有关烃类物质的知识；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2、有机化学有关烃的衍生物的知识；</w:t>
      </w:r>
      <w:r>
        <w:rPr>
          <w:lang w:eastAsia="zh-CN"/>
        </w:rPr>
        <w:br/>
      </w:r>
      <w:r>
        <w:rPr>
          <w:lang w:eastAsia="zh-CN"/>
        </w:rPr>
        <w:t>　　3、有机化学中基本概念和基本理论；</w:t>
      </w:r>
      <w:r>
        <w:rPr>
          <w:lang w:eastAsia="zh-CN"/>
        </w:rPr>
        <w:br/>
      </w:r>
      <w:r>
        <w:rPr>
          <w:lang w:eastAsia="zh-CN"/>
        </w:rPr>
        <w:t>　　4、有关糖类、油脂、蛋白质的知识 ；</w:t>
      </w:r>
      <w:r>
        <w:rPr>
          <w:lang w:eastAsia="zh-CN"/>
        </w:rPr>
        <w:br/>
      </w:r>
      <w:r>
        <w:rPr>
          <w:lang w:eastAsia="zh-CN"/>
        </w:rPr>
        <w:t>　　5、有关合成材料的知识 ；</w:t>
      </w:r>
      <w:r>
        <w:rPr>
          <w:lang w:eastAsia="zh-CN"/>
        </w:rPr>
        <w:br/>
      </w:r>
      <w:r>
        <w:rPr>
          <w:lang w:eastAsia="zh-CN"/>
        </w:rPr>
        <w:t>　　6、常见有机物的实验室法、化学实验基本操作、实验设计与改进；</w:t>
      </w:r>
      <w:r>
        <w:rPr>
          <w:lang w:eastAsia="zh-CN"/>
        </w:rPr>
        <w:br/>
      </w:r>
      <w:r>
        <w:rPr>
          <w:lang w:eastAsia="zh-CN"/>
        </w:rPr>
        <w:t>　　7、有机化学基本计算</w:t>
      </w:r>
      <w:r>
        <w:rPr>
          <w:lang w:eastAsia="zh-CN"/>
        </w:rPr>
        <w:br/>
      </w:r>
      <w:r>
        <w:rPr>
          <w:lang w:eastAsia="zh-CN"/>
        </w:rPr>
        <w:t>　　【教学重点】</w:t>
      </w:r>
      <w:r>
        <w:rPr>
          <w:lang w:eastAsia="zh-CN"/>
        </w:rPr>
        <w:br/>
      </w:r>
      <w:r>
        <w:rPr>
          <w:lang w:eastAsia="zh-CN"/>
        </w:rPr>
        <w:t>　　1、有机物分子的结构、性质、制法和用途；</w:t>
      </w:r>
      <w:r>
        <w:rPr>
          <w:lang w:eastAsia="zh-CN"/>
        </w:rPr>
        <w:br/>
      </w:r>
      <w:r>
        <w:rPr>
          <w:lang w:eastAsia="zh-CN"/>
        </w:rPr>
        <w:t>　　2、各类有机反应的特点的理解</w:t>
      </w:r>
      <w:r>
        <w:rPr>
          <w:lang w:eastAsia="zh-CN"/>
        </w:rPr>
        <w:br/>
      </w:r>
      <w:r>
        <w:rPr>
          <w:lang w:eastAsia="zh-CN"/>
        </w:rPr>
        <w:t>　　3、有机化学实验设计与改进的基本思路；</w:t>
      </w:r>
      <w:r>
        <w:rPr>
          <w:lang w:eastAsia="zh-CN"/>
        </w:rPr>
        <w:br/>
      </w:r>
      <w:r>
        <w:rPr>
          <w:lang w:eastAsia="zh-CN"/>
        </w:rPr>
        <w:t>　　4、有机化学计算的基本方法；</w:t>
      </w:r>
      <w:r>
        <w:rPr>
          <w:lang w:eastAsia="zh-CN"/>
        </w:rPr>
        <w:br/>
      </w:r>
      <w:r>
        <w:rPr>
          <w:lang w:eastAsia="zh-CN"/>
        </w:rPr>
        <w:t>　　【教学难点】</w:t>
      </w:r>
      <w:r>
        <w:rPr>
          <w:lang w:eastAsia="zh-CN"/>
        </w:rPr>
        <w:br/>
      </w:r>
      <w:r>
        <w:rPr>
          <w:lang w:eastAsia="zh-CN"/>
        </w:rPr>
        <w:t>　　1、使学生建立有机化学概念，使有机化学知识系统化；</w:t>
      </w:r>
      <w:r>
        <w:rPr>
          <w:lang w:eastAsia="zh-CN"/>
        </w:rPr>
        <w:br/>
      </w:r>
      <w:r>
        <w:rPr>
          <w:lang w:eastAsia="zh-CN"/>
        </w:rPr>
        <w:t>　　2、揭示事物的本质及事物之间的相互联系的规律；</w:t>
      </w:r>
      <w:r>
        <w:rPr>
          <w:lang w:eastAsia="zh-CN"/>
        </w:rPr>
        <w:br/>
      </w:r>
      <w:r>
        <w:rPr>
          <w:lang w:eastAsia="zh-CN"/>
        </w:rPr>
        <w:t>　　3、有机化学实验设计的基本思路；</w:t>
      </w:r>
      <w:r>
        <w:rPr>
          <w:lang w:eastAsia="zh-CN"/>
        </w:rPr>
        <w:br/>
      </w:r>
      <w:r>
        <w:rPr>
          <w:lang w:eastAsia="zh-CN"/>
        </w:rPr>
        <w:t>　　4、有机化学计算方法的多样性及解题思路的清晰、准确性。</w:t>
      </w:r>
      <w:r>
        <w:rPr>
          <w:lang w:eastAsia="zh-CN"/>
        </w:rPr>
        <w:br/>
      </w:r>
      <w:r>
        <w:rPr>
          <w:lang w:eastAsia="zh-CN"/>
        </w:rPr>
        <w:t>　　【教学方法】</w:t>
      </w:r>
      <w:r>
        <w:rPr>
          <w:lang w:eastAsia="zh-CN"/>
        </w:rPr>
        <w:br/>
      </w:r>
      <w:r>
        <w:rPr>
          <w:lang w:eastAsia="zh-CN"/>
        </w:rPr>
        <w:t>　　1、以实验为基础</w:t>
      </w:r>
      <w:r>
        <w:rPr>
          <w:lang w:eastAsia="zh-CN"/>
        </w:rPr>
        <w:br/>
      </w:r>
      <w:r>
        <w:rPr>
          <w:lang w:eastAsia="zh-CN"/>
        </w:rPr>
        <w:t>　　2、以学生为主体、老师引导、启迪为主线</w:t>
      </w:r>
      <w:r>
        <w:rPr>
          <w:lang w:eastAsia="zh-CN"/>
        </w:rPr>
        <w:br/>
      </w:r>
      <w:r>
        <w:rPr>
          <w:lang w:eastAsia="zh-CN"/>
        </w:rPr>
        <w:t>　　3、以学生自学、思考为重点</w:t>
      </w:r>
      <w:r>
        <w:rPr>
          <w:lang w:eastAsia="zh-CN"/>
        </w:rPr>
        <w:br/>
      </w:r>
      <w:r>
        <w:rPr>
          <w:lang w:eastAsia="zh-CN"/>
        </w:rPr>
        <w:t>　　4、以现代化工具手段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5、以“活”、“新”为原则</w:t>
      </w:r>
      <w:r>
        <w:rPr>
          <w:lang w:eastAsia="zh-CN"/>
        </w:rPr>
        <w:br/>
      </w:r>
      <w:r>
        <w:rPr>
          <w:lang w:eastAsia="zh-CN"/>
        </w:rPr>
        <w:t>　　6、以“激发兴趣”、“熟练掌握”、“形成系统”、“灵活运用”为目的。</w:t>
      </w:r>
      <w:r>
        <w:rPr>
          <w:lang w:eastAsia="zh-CN"/>
        </w:rPr>
        <w:br/>
      </w:r>
      <w:r>
        <w:rPr>
          <w:lang w:eastAsia="zh-CN"/>
        </w:rPr>
        <w:t>　　【课时计划】</w:t>
      </w:r>
      <w:r>
        <w:rPr>
          <w:lang w:eastAsia="zh-CN"/>
        </w:rPr>
        <w:br/>
      </w:r>
      <w:r>
        <w:rPr>
          <w:lang w:eastAsia="zh-CN"/>
        </w:rPr>
        <w:t>　　第五单元 烃……………………………………………………9课时</w:t>
      </w:r>
      <w:r>
        <w:rPr>
          <w:lang w:eastAsia="zh-CN"/>
        </w:rPr>
        <w:br/>
      </w:r>
      <w:r>
        <w:rPr>
          <w:lang w:eastAsia="zh-CN"/>
        </w:rPr>
        <w:t>　　第六单元 烃的衍生物…………………………………………12课时</w:t>
      </w:r>
      <w:r>
        <w:rPr>
          <w:lang w:eastAsia="zh-CN"/>
        </w:rPr>
        <w:br/>
      </w:r>
      <w:r>
        <w:rPr>
          <w:lang w:eastAsia="zh-CN"/>
        </w:rPr>
        <w:t>　　期中复习及考试……………………………………………………3课时</w:t>
      </w:r>
      <w:r>
        <w:rPr>
          <w:lang w:eastAsia="zh-CN"/>
        </w:rPr>
        <w:br/>
      </w:r>
      <w:r>
        <w:rPr>
          <w:lang w:eastAsia="zh-CN"/>
        </w:rPr>
        <w:t>　　第七单元 糖类、油脂、蛋白质………………………………3课时</w:t>
      </w:r>
      <w:r>
        <w:rPr>
          <w:lang w:eastAsia="zh-CN"/>
        </w:rPr>
        <w:br/>
      </w:r>
      <w:r>
        <w:rPr>
          <w:lang w:eastAsia="zh-CN"/>
        </w:rPr>
        <w:t>　　第八单元 合成材料……………………………………………3课时</w:t>
      </w:r>
      <w:r>
        <w:rPr>
          <w:lang w:eastAsia="zh-CN"/>
        </w:rPr>
        <w:br/>
      </w:r>
      <w:r>
        <w:rPr>
          <w:lang w:eastAsia="zh-CN"/>
        </w:rPr>
        <w:t>　　会考复习及考试……………………………………………………24课时 文章</w:t>
      </w:r>
      <w:r>
        <w:rPr>
          <w:lang w:eastAsia="zh-CN"/>
        </w:rPr>
        <w:br/>
      </w:r>
      <w:r>
        <w:rPr>
          <w:lang w:eastAsia="zh-CN"/>
        </w:rPr>
        <w:t xml:space="preserve">    关于化学工作计划集合 篇11 </w:t>
      </w:r>
      <w:r>
        <w:rPr>
          <w:lang w:eastAsia="zh-CN"/>
        </w:rPr>
        <w:br/>
      </w:r>
      <w:r>
        <w:rPr>
          <w:lang w:eastAsia="zh-CN"/>
        </w:rPr>
        <w:t>　　一、学生基本情况分析：</w:t>
      </w:r>
      <w:r>
        <w:rPr>
          <w:lang w:eastAsia="zh-CN"/>
        </w:rPr>
        <w:br/>
      </w:r>
      <w:r>
        <w:rPr>
          <w:lang w:eastAsia="zh-CN"/>
        </w:rPr>
        <w:t>　　化学是一门九年级刚开设的新课程，与生活的联系较多，学生学习的热情较高，教师应正确引导，以期取得好的成绩。我要做好每一个学生的工作，因材施教，使他们在各自原有的基础上不断发展进步。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二、教学目的和要求：</w:t>
      </w:r>
      <w:r>
        <w:rPr>
          <w:lang w:eastAsia="zh-CN"/>
        </w:rPr>
        <w:br/>
      </w:r>
      <w:r>
        <w:rPr>
          <w:lang w:eastAsia="zh-CN"/>
        </w:rPr>
        <w:t>　　(1)理论知识联系生活实际、学生的生活实际，使学生学以致用。</w:t>
      </w:r>
      <w:r>
        <w:rPr>
          <w:lang w:eastAsia="zh-CN"/>
        </w:rPr>
        <w:br/>
      </w:r>
      <w:r>
        <w:rPr>
          <w:lang w:eastAsia="zh-CN"/>
        </w:rPr>
        <w:t>　　(2)重视基础知识和基本技能，注意启发学生的智力，培养学生的能力。使学生学习一些化学基本概念和基本原理，学习几种常见的元素和一些重要的化合物的基础知识，学习一些化学实验和化学计算的基本技能，了解化学在实际中的应用。</w:t>
      </w:r>
      <w:r>
        <w:rPr>
          <w:lang w:eastAsia="zh-CN"/>
        </w:rPr>
        <w:br/>
      </w:r>
      <w:r>
        <w:rPr>
          <w:lang w:eastAsia="zh-CN"/>
        </w:rPr>
        <w:t>　　三、具体措施：</w:t>
      </w:r>
      <w:r>
        <w:rPr>
          <w:lang w:eastAsia="zh-CN"/>
        </w:rPr>
        <w:br/>
      </w:r>
      <w:r>
        <w:rPr>
          <w:lang w:eastAsia="zh-CN"/>
        </w:rPr>
        <w:t>　　(1)重视基本概念的教学。化学基本概念的教学对于学生学好化学是很重要的。在教学中，既要注意概念的科学性，又要注意概念形成的阶段性。</w:t>
      </w:r>
      <w:r>
        <w:rPr>
          <w:lang w:eastAsia="zh-CN"/>
        </w:rPr>
        <w:br/>
      </w:r>
      <w:r>
        <w:rPr>
          <w:lang w:eastAsia="zh-CN"/>
        </w:rPr>
        <w:t>　　(2)加强化学用语的教学。元素符号、化学式和化学方程式等是用采表示物质的组成及变化的化学用语，是学习化学的重要工具。在教学中，要让学生结合实物和化学反应，学习相应的化学用语，结合化学用语联想相应的实物和化学反应。这样，既有利于学生记忆，又有利于加深他们对化学用语涵义的理解。</w:t>
      </w:r>
      <w:r>
        <w:rPr>
          <w:lang w:eastAsia="zh-CN"/>
        </w:rPr>
        <w:br/>
      </w:r>
      <w:r>
        <w:rPr>
          <w:lang w:eastAsia="zh-CN"/>
        </w:rPr>
        <w:t>　　(3)重视元素化合物知识的教学。元素化合物知识对于学生打好化学学习的基础十分重要。为了使学生学好元素化合物知识，在教学中要注意紧密联系实际，加强直观教学，实验教学和电化教学，让学生多接触实物，多做些实验，以增加感性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加强实验教学。化学是一门以实验为基础的学科。实验教学可以激发学生学习化学的兴趣，帮助学生形成概念，获得知识和技能，培养观察和实验能力，还有助于培养实事求是、严肃认真的科学态度和科学的学习方法。</w:t>
      </w:r>
      <w:r>
        <w:rPr>
          <w:lang w:eastAsia="zh-CN"/>
        </w:rPr>
        <w:br/>
      </w:r>
      <w:r>
        <w:rPr>
          <w:lang w:eastAsia="zh-CN"/>
        </w:rPr>
        <w:t xml:space="preserve">    关于化学工作计划集合 篇12 </w:t>
      </w:r>
      <w:r>
        <w:rPr>
          <w:lang w:eastAsia="zh-CN"/>
        </w:rPr>
        <w:br/>
      </w:r>
      <w:r>
        <w:rPr>
          <w:lang w:eastAsia="zh-CN"/>
        </w:rPr>
        <w:t>　　一、指导思想:</w:t>
      </w:r>
      <w:r>
        <w:rPr>
          <w:lang w:eastAsia="zh-CN"/>
        </w:rPr>
        <w:br/>
      </w:r>
      <w:r>
        <w:rPr>
          <w:lang w:eastAsia="zh-CN"/>
        </w:rPr>
        <w:t>　　认真贯彻学校办学精神，以学生发展为重，使学生在获得作为一个现代公民所必须的基本化学知识和技能的同时，在情感、态度、价值观和一般能力等方面都能获得充分的发展，为学生的终身学习、终身受益奠定良好的基础。 同时以目标承诺制为教学导向，抓好重点学生的培优辅差。</w:t>
      </w:r>
      <w:r>
        <w:rPr>
          <w:lang w:eastAsia="zh-CN"/>
        </w:rPr>
        <w:br/>
      </w:r>
      <w:r>
        <w:rPr>
          <w:lang w:eastAsia="zh-CN"/>
        </w:rPr>
        <w:t>　　二、 教材分析:</w:t>
      </w:r>
      <w:r>
        <w:rPr>
          <w:lang w:eastAsia="zh-CN"/>
        </w:rPr>
        <w:br/>
      </w:r>
      <w:r>
        <w:rPr>
          <w:lang w:eastAsia="zh-CN"/>
        </w:rPr>
        <w:t>　　必修1内容包括四章:</w:t>
      </w:r>
      <w:r>
        <w:rPr>
          <w:lang w:eastAsia="zh-CN"/>
        </w:rPr>
        <w:br/>
      </w:r>
      <w:r>
        <w:rPr>
          <w:lang w:eastAsia="zh-CN"/>
        </w:rPr>
        <w:t>　　第一章:从实验学化学。化学是以实验为基础的科学，通过让学生了解化学学科的这一特征，重视实验对于学好化学的重要性，并引导学生通过实验去学习化学，并引入物质的量及其有关计算。</w:t>
      </w:r>
      <w:r>
        <w:rPr>
          <w:lang w:eastAsia="zh-CN"/>
        </w:rPr>
        <w:br/>
      </w:r>
      <w:r>
        <w:rPr>
          <w:lang w:eastAsia="zh-CN"/>
        </w:rPr>
        <w:t>　　第二章:化学物质及其变化。本章是从化学学科内容方面展开化学科学。在本章中安排有两个重、难点，分别是离子反应、氧化还原反应，这两部分的知识属理论性的知识，学生感觉到较为抽象，掌握的难度非常大，许多学生会在这部分知识中产生分化，因此要注意对教材的灵活处理和讲解的深度，注重多种教学此策略的灵活运用。帮助学生完成由基础知识到重点知识的提升，和完整知识体系的建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第三章:金属及其化合物、第四章:非金属及其化合物，这两章教材内容是在介绍了高中化学的基本理论以后，开始介绍具体的元素化合物知识。教材先介绍某些代表元素及化合物的性质，进而学习其它相关物质的结构与性质。通过介绍各种典型代表物的结构与性质，引导学生逐步通过原子的结构及不同元素原子结构上的相似及递变关系，分析推导相关元素及化合物的化学性质。</w:t>
      </w:r>
      <w:r>
        <w:rPr>
          <w:lang w:eastAsia="zh-CN"/>
        </w:rPr>
        <w:br/>
      </w:r>
      <w:r>
        <w:rPr>
          <w:lang w:eastAsia="zh-CN"/>
        </w:rPr>
        <w:t>　　三、教学设想:</w:t>
      </w:r>
      <w:r>
        <w:rPr>
          <w:lang w:eastAsia="zh-CN"/>
        </w:rPr>
        <w:br/>
      </w:r>
      <w:r>
        <w:rPr>
          <w:lang w:eastAsia="zh-CN"/>
        </w:rPr>
        <w:t>　　1、坚持精心设计和上好每一节课，研究仔细分析高一新教材的特点，狠抓基础知识、基本技能的落实。</w:t>
      </w:r>
      <w:r>
        <w:rPr>
          <w:lang w:eastAsia="zh-CN"/>
        </w:rPr>
        <w:br/>
      </w:r>
      <w:r>
        <w:rPr>
          <w:lang w:eastAsia="zh-CN"/>
        </w:rPr>
        <w:t>　　2、认真分析学生学习状况，注重培养学生的学习能力和运用基本知识分析问题解决问题的能力，不断提高课堂教学的科学性和实效性。</w:t>
      </w:r>
      <w:r>
        <w:rPr>
          <w:lang w:eastAsia="zh-CN"/>
        </w:rPr>
        <w:br/>
      </w:r>
      <w:r>
        <w:rPr>
          <w:lang w:eastAsia="zh-CN"/>
        </w:rPr>
        <w:t>　　3、开始坚持以培养学生的兴趣为核心，逐渐增加难度，以适应高考的要求。 4、尽量采用学案教学，不搞花架子，提高教学效率。</w:t>
      </w:r>
      <w:r>
        <w:rPr>
          <w:lang w:eastAsia="zh-CN"/>
        </w:rPr>
        <w:br/>
      </w:r>
      <w:r>
        <w:rPr>
          <w:lang w:eastAsia="zh-CN"/>
        </w:rPr>
        <w:t>　　5、理论部分多启发学生思考、理解为主;元素化合物部分以学生自学为主、教师点拨为辅。</w:t>
      </w:r>
      <w:r>
        <w:rPr>
          <w:lang w:eastAsia="zh-CN"/>
        </w:rPr>
        <w:br/>
      </w:r>
      <w:r>
        <w:rPr>
          <w:lang w:eastAsia="zh-CN"/>
        </w:rPr>
        <w:t>　　6、作业布置注意以下几个方面</w:t>
      </w:r>
      <w:r>
        <w:rPr>
          <w:lang w:eastAsia="zh-CN"/>
        </w:rPr>
        <w:br/>
      </w:r>
      <w:r>
        <w:rPr>
          <w:lang w:eastAsia="zh-CN"/>
        </w:rPr>
        <w:t>　　(1)适量性 (2)层次性 (3)针对性 (4)试卷化</w:t>
      </w:r>
      <w:r>
        <w:rPr>
          <w:lang w:eastAsia="zh-CN"/>
        </w:rPr>
        <w:br/>
      </w:r>
      <w:r>
        <w:rPr>
          <w:lang w:eastAsia="zh-CN"/>
        </w:rPr>
        <w:t xml:space="preserve">    关于化学工作计划集合 篇13 </w:t>
      </w:r>
      <w:r>
        <w:rPr>
          <w:lang w:eastAsia="zh-CN"/>
        </w:rPr>
        <w:br/>
      </w:r>
      <w:r>
        <w:rPr>
          <w:lang w:eastAsia="zh-CN"/>
        </w:rPr>
        <w:t>　　以新教育为依据，强化转变，找出差距，更新思想，做到与新教育的一致性，通过新教育的研讨积极推动学生学习方式的转变，提高学生的素质，培养学生良好的'科学素养，为适应新教育的要求，制定教研计划如下：</w:t>
      </w:r>
      <w:r>
        <w:rPr>
          <w:lang w:eastAsia="zh-CN"/>
        </w:rPr>
        <w:br/>
      </w:r>
      <w:r>
        <w:rPr>
          <w:lang w:eastAsia="zh-CN"/>
        </w:rPr>
        <w:t>　　一、 教研目标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1、积极投身于新教育，大胆试行“研究性学习”教学改革，真正使学生成为学习的主体，形成我要学的学习氛围。</w:t>
      </w:r>
      <w:r>
        <w:rPr>
          <w:lang w:eastAsia="zh-CN"/>
        </w:rPr>
        <w:br/>
      </w:r>
      <w:r>
        <w:rPr>
          <w:lang w:eastAsia="zh-CN"/>
        </w:rPr>
        <w:t>　　2、加强学科培训，激发学生学习兴趣，本学期进一步在化学奥林匹克竞赛中获得国家级奖项。</w:t>
      </w:r>
      <w:r>
        <w:rPr>
          <w:lang w:eastAsia="zh-CN"/>
        </w:rPr>
        <w:br/>
      </w:r>
      <w:r>
        <w:rPr>
          <w:lang w:eastAsia="zh-CN"/>
        </w:rPr>
        <w:t>　　3、加强教学研究，尝试创新教育，研究性学习的教学，期末完成一至两篇高质量的教研论文。</w:t>
      </w:r>
      <w:r>
        <w:rPr>
          <w:lang w:eastAsia="zh-CN"/>
        </w:rPr>
        <w:br/>
      </w:r>
      <w:r>
        <w:rPr>
          <w:lang w:eastAsia="zh-CN"/>
        </w:rPr>
        <w:t>　　二、具体措施和要求</w:t>
      </w:r>
      <w:r>
        <w:rPr>
          <w:lang w:eastAsia="zh-CN"/>
        </w:rPr>
        <w:br/>
      </w:r>
      <w:r>
        <w:rPr>
          <w:lang w:eastAsia="zh-CN"/>
        </w:rPr>
        <w:t>　　1、抓好集体备课，通过备、听、说、评、思活动，取长补短，促进教师共同发展。备课安排：第一、五、九单元 5班第二、六、十单元 3班 第三、七、十一单元 7班 第四、八、十二单元 1班</w:t>
      </w:r>
      <w:r>
        <w:rPr>
          <w:lang w:eastAsia="zh-CN"/>
        </w:rPr>
        <w:br/>
      </w:r>
      <w:r>
        <w:rPr>
          <w:lang w:eastAsia="zh-CN"/>
        </w:rPr>
        <w:t>　　2、不断的学习培训，沟通学习观念，提高自身素质。</w:t>
      </w:r>
      <w:r>
        <w:rPr>
          <w:lang w:eastAsia="zh-CN"/>
        </w:rPr>
        <w:br/>
      </w:r>
      <w:r>
        <w:rPr>
          <w:lang w:eastAsia="zh-CN"/>
        </w:rPr>
        <w:t>　　3、加强教学工作的责任心，关心爱护每一个学生，认真回答学生提出的每一个问题，细心批改好每一次作业，精心准备每一节课的教学，在教学上要变学生“要我学”为“我要学”，积极探索教学改革的新方法。</w:t>
      </w:r>
      <w:r>
        <w:rPr>
          <w:lang w:eastAsia="zh-CN"/>
        </w:rPr>
        <w:br/>
      </w:r>
      <w:r>
        <w:rPr>
          <w:lang w:eastAsia="zh-CN"/>
        </w:rPr>
        <w:t>　　4、严格执行学校教学常规要求的规定，尽职尽责创造性的完成教学任务。</w:t>
      </w:r>
      <w:r>
        <w:rPr>
          <w:lang w:eastAsia="zh-CN"/>
        </w:rPr>
        <w:br/>
      </w:r>
      <w:r>
        <w:rPr>
          <w:lang w:eastAsia="zh-CN"/>
        </w:rPr>
        <w:t xml:space="preserve">    关于化学工作计划集合 篇14 </w:t>
      </w:r>
      <w:r>
        <w:rPr>
          <w:lang w:eastAsia="zh-CN"/>
        </w:rPr>
        <w:br/>
      </w:r>
      <w:r>
        <w:rPr>
          <w:lang w:eastAsia="zh-CN"/>
        </w:rPr>
        <w:t>　　一、落实常规，狠抓质量</w:t>
      </w:r>
      <w:r>
        <w:rPr>
          <w:lang w:eastAsia="zh-CN"/>
        </w:rPr>
        <w:br/>
      </w:r>
      <w:r>
        <w:rPr>
          <w:lang w:eastAsia="zh-CN"/>
        </w:rPr>
        <w:t>　　随着时代的进步，教育理念与时俱进，教学方法不断更新，但教学环节不能少，教学常规必须落到实处。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一是教学计划常规的落实。化学组每学年开学初都会制订好详细的年度教学计划，对全组化学教学提出指导意见，并认真落实好教学计划，做到有计划、早安排、有重点地开展活动，有专用活动场所，每次教研活动有中心发言人、有中心议题，教研活动有记录、有总结。</w:t>
      </w:r>
      <w:r>
        <w:rPr>
          <w:lang w:eastAsia="zh-CN"/>
        </w:rPr>
        <w:br/>
      </w:r>
      <w:r>
        <w:rPr>
          <w:lang w:eastAsia="zh-CN"/>
        </w:rPr>
        <w:t>　　二是集体备课常规的落实。化学组非常注重备课组建设，实行备课组长负责制，充分发挥个人的智慧和集体的力量，精心备课、认真上课、及时测评。注重学生意见的反馈，统一教学进度，因材施教，坚持做到把知识和微笑带进课堂，激发学生的学习兴趣和求知欲望，提高课堂四十五分钟的效率。</w:t>
      </w:r>
      <w:r>
        <w:rPr>
          <w:lang w:eastAsia="zh-CN"/>
        </w:rPr>
        <w:br/>
      </w:r>
      <w:r>
        <w:rPr>
          <w:lang w:eastAsia="zh-CN"/>
        </w:rPr>
        <w:t>　　三是教研活动常规的落实。化学组每两周定时进行教研组活动、备课组活动，每次活动有主题、有中心发言人，定时举行教学公开课，不定期安排教学示范课，每次公开课后进行评课时都有说课、中心发言、集体评议，使上课教师和听课教师都获益匪浅。</w:t>
      </w:r>
      <w:r>
        <w:rPr>
          <w:lang w:eastAsia="zh-CN"/>
        </w:rPr>
        <w:br/>
      </w:r>
      <w:r>
        <w:rPr>
          <w:lang w:eastAsia="zh-CN"/>
        </w:rPr>
        <w:t>　　通过这些常规的落实，再加上大家的共同努力，靖安中学化学学科成绩稳步上升。</w:t>
      </w:r>
      <w:r>
        <w:rPr>
          <w:lang w:eastAsia="zh-CN"/>
        </w:rPr>
        <w:br/>
      </w:r>
      <w:r>
        <w:rPr>
          <w:lang w:eastAsia="zh-CN"/>
        </w:rPr>
        <w:t>　　二、名师引领，教风纯正</w:t>
      </w:r>
      <w:r>
        <w:rPr>
          <w:lang w:eastAsia="zh-CN"/>
        </w:rPr>
        <w:br/>
      </w:r>
      <w:r>
        <w:rPr>
          <w:lang w:eastAsia="zh-CN"/>
        </w:rPr>
        <w:t>　　我们组有很多优秀教师，他们不仅本身素质好、业务能力强、教育教学水平高、教学成绩非常突出，还非常平易近人、乐于助人，坚持组织和参加各项教研活动，指导组内教师认真备课、上课，对青年教师提出明确要求，提供施展的平台。化学组教师团结协作、拼搏进取，全身心地投入到教育教学工作当中，使化学组整体水平得到很大提高，为化学组取得优异成绩奠定了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三、加强学习，提高素质</w:t>
      </w:r>
      <w:r>
        <w:rPr>
          <w:lang w:eastAsia="zh-CN"/>
        </w:rPr>
        <w:br/>
      </w:r>
      <w:r>
        <w:rPr>
          <w:lang w:eastAsia="zh-CN"/>
        </w:rPr>
        <w:t>　　一枝独放不是春，万紫千红春满园！</w:t>
      </w:r>
      <w:r>
        <w:rPr>
          <w:lang w:eastAsia="zh-CN"/>
        </w:rPr>
        <w:br/>
      </w:r>
      <w:r>
        <w:rPr>
          <w:lang w:eastAsia="zh-CN"/>
        </w:rPr>
        <w:t>　　一是注重在传帮带促氛围中的学习提高。靖安中学化学组历来注重师资队伍建设，注重对青年教师的培养，实行师徒结对的形式，有经验教师以传、帮、带、促等多种形式对青年教师加以指导、培养，通过经常听课、及时评价、亲身示范，以多种形式促使青年教师更快成长。</w:t>
      </w:r>
      <w:r>
        <w:rPr>
          <w:lang w:eastAsia="zh-CN"/>
        </w:rPr>
        <w:br/>
      </w:r>
      <w:r>
        <w:rPr>
          <w:lang w:eastAsia="zh-CN"/>
        </w:rPr>
        <w:t>　　二是注重在终身学习理念下的学习提高。全组教师终身学习的意识不断加强，不断进行自我充电、自我提高。</w:t>
      </w:r>
      <w:r>
        <w:rPr>
          <w:lang w:eastAsia="zh-CN"/>
        </w:rPr>
        <w:br/>
      </w:r>
      <w:r>
        <w:rPr>
          <w:lang w:eastAsia="zh-CN"/>
        </w:rPr>
        <w:t>　　三是注重在选修培训指导下的学习提高。</w:t>
      </w:r>
      <w:r>
        <w:rPr>
          <w:lang w:eastAsia="zh-CN"/>
        </w:rPr>
        <w:br/>
      </w:r>
      <w:r>
        <w:rPr>
          <w:lang w:eastAsia="zh-CN"/>
        </w:rPr>
        <w:t>　　四、积极课改，初具特色</w:t>
      </w:r>
      <w:r>
        <w:rPr>
          <w:lang w:eastAsia="zh-CN"/>
        </w:rPr>
        <w:br/>
      </w:r>
      <w:r>
        <w:rPr>
          <w:lang w:eastAsia="zh-CN"/>
        </w:rPr>
        <w:t>　　新课改带给我们很多新的理念、新的需求，也带给我们很多新的困惑、新的思考。如何更好地、更积极地投入到新课改，走出一条适合我们自己的教学之路，是我们化学组每个成员共同奋斗的目标。</w:t>
      </w:r>
      <w:r>
        <w:rPr>
          <w:lang w:eastAsia="zh-CN"/>
        </w:rPr>
        <w:br/>
      </w:r>
      <w:r>
        <w:rPr>
          <w:lang w:eastAsia="zh-CN"/>
        </w:rPr>
        <w:t>　　在新课改实施半年之际，我们教研组进行了认真的研讨、小结与反思，找出了一些存在的问题与困惑，借鉴外校的一些成功做法，有针对性地提出了今后的教学目标、教学措施，在强化备课组建设中提出了实施备课组长负责制的备课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个以踏实肯干、团结协作而著称的团队。一切为了学生，为了学生的一切，为了一切的学生是我们的宗旨。近年来，全体化学教师以打造高效课堂作为全组教科研中心，以研究型课为研讨重点，努力提升全组教师研究性教学水平。基于化学学科特点与教学对象的实际，大胆研究和开发拓展型、研究型课程，使学习者在学习知识和技能的同时，也培养了科学创新的精神。</w:t>
      </w:r>
      <w:r>
        <w:rPr>
          <w:lang w:eastAsia="zh-CN"/>
        </w:rPr>
        <w:br/>
      </w:r>
      <w:r>
        <w:rPr>
          <w:lang w:eastAsia="zh-CN"/>
        </w:rPr>
        <w:t>　　在各级领导的关心和指导下，我们有理由相信：化学组的教学成绩一定能取得长足的进步！为靖安中学的伟大复兴而奉献自己应有的力量！</w:t>
      </w:r>
      <w:r>
        <w:rPr>
          <w:lang w:eastAsia="zh-CN"/>
        </w:rPr>
        <w:br/>
      </w:r>
      <w:r>
        <w:rPr>
          <w:lang w:eastAsia="zh-CN"/>
        </w:rPr>
        <w:t xml:space="preserve">    关于化学工作计划集合 篇15 </w:t>
      </w:r>
      <w:r>
        <w:rPr>
          <w:lang w:eastAsia="zh-CN"/>
        </w:rPr>
        <w:br/>
      </w:r>
      <w:r>
        <w:rPr>
          <w:lang w:eastAsia="zh-CN"/>
        </w:rPr>
        <w:t>　　新学期我担任高二10班和12班的化学课教学工作,为了更好地做好教学工作,特制定如下计划:</w:t>
      </w:r>
      <w:r>
        <w:rPr>
          <w:lang w:eastAsia="zh-CN"/>
        </w:rPr>
        <w:br/>
      </w:r>
      <w:r>
        <w:rPr>
          <w:lang w:eastAsia="zh-CN"/>
        </w:rPr>
        <w:t>　　一、教材分析</w:t>
      </w:r>
      <w:r>
        <w:rPr>
          <w:lang w:eastAsia="zh-CN"/>
        </w:rPr>
        <w:br/>
      </w:r>
      <w:r>
        <w:rPr>
          <w:lang w:eastAsia="zh-CN"/>
        </w:rPr>
        <w:t>　　本学期的主要教学任务是选修3和选修5内容,既有基本理论和基本概念的内容,也有元素和化合物等知识,教学中既要重视知识的把握,更应重视科学方法的培养,科学态度的形成。</w:t>
      </w:r>
      <w:r>
        <w:rPr>
          <w:lang w:eastAsia="zh-CN"/>
        </w:rPr>
        <w:br/>
      </w:r>
      <w:r>
        <w:rPr>
          <w:lang w:eastAsia="zh-CN"/>
        </w:rPr>
        <w:t>　　1、教学重点</w:t>
      </w:r>
      <w:r>
        <w:rPr>
          <w:lang w:eastAsia="zh-CN"/>
        </w:rPr>
        <w:br/>
      </w:r>
      <w:r>
        <w:rPr>
          <w:lang w:eastAsia="zh-CN"/>
        </w:rPr>
        <w:t>　　(1)基本理论的重点是氧化还反应、离子反应及物质的量等基本概念(特别是物质的量),要注重化学用语的应用,化学计算技能的形成和提高。</w:t>
      </w:r>
      <w:r>
        <w:rPr>
          <w:lang w:eastAsia="zh-CN"/>
        </w:rPr>
        <w:br/>
      </w:r>
      <w:r>
        <w:rPr>
          <w:lang w:eastAsia="zh-CN"/>
        </w:rPr>
        <w:t>　　(2)元素化合物知识的重点是钠、过氧化钠及氯气的相关性质,氯气的制备,关键是灵活运用有关知识解决实际问题的能力。</w:t>
      </w:r>
      <w:r>
        <w:rPr>
          <w:lang w:eastAsia="zh-CN"/>
        </w:rPr>
        <w:br/>
      </w:r>
      <w:r>
        <w:rPr>
          <w:lang w:eastAsia="zh-CN"/>
        </w:rPr>
        <w:t>　　(3)实验技能为一定量物质的量浓溶液的配制</w:t>
      </w:r>
      <w:r>
        <w:rPr>
          <w:lang w:eastAsia="zh-CN"/>
        </w:rPr>
        <w:br/>
      </w:r>
      <w:r>
        <w:rPr>
          <w:lang w:eastAsia="zh-CN"/>
        </w:rPr>
        <w:t>　　2、教学难点</w:t>
      </w:r>
      <w:r>
        <w:rPr>
          <w:lang w:eastAsia="zh-CN"/>
        </w:rPr>
        <w:br/>
      </w:r>
      <w:r>
        <w:rPr>
          <w:lang w:eastAsia="zh-CN"/>
        </w:rPr>
        <w:t>　　(1)氧化还原的基本概念及应用。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(2)物质的量概念的建立及计算。</w:t>
      </w:r>
      <w:r>
        <w:rPr>
          <w:lang w:eastAsia="zh-CN"/>
        </w:rPr>
        <w:br/>
      </w:r>
      <w:r>
        <w:rPr>
          <w:lang w:eastAsia="zh-CN"/>
        </w:rPr>
        <w:t>　　3、相互联系</w:t>
      </w:r>
      <w:r>
        <w:rPr>
          <w:lang w:eastAsia="zh-CN"/>
        </w:rPr>
        <w:br/>
      </w:r>
      <w:r>
        <w:rPr>
          <w:lang w:eastAsia="zh-CN"/>
        </w:rPr>
        <w:t>　　本学期是学生从初中进入高中的第一学期,学生需要一段时间的磨合才能适应新的环境,教师要协助班主任逐渐让学生从过分关怀的初中阶段改变过来,以培养学生自己独立解决问题的能力。其次,要较快解决高中课时容量与难度比初中大,教师的教学节奏比初中会快,作业比初中多的现状,以尽快适应高中的学习生活。</w:t>
      </w:r>
      <w:r>
        <w:rPr>
          <w:lang w:eastAsia="zh-CN"/>
        </w:rPr>
        <w:br/>
      </w:r>
      <w:r>
        <w:rPr>
          <w:lang w:eastAsia="zh-CN"/>
        </w:rPr>
        <w:t>　　4、教学目标</w:t>
      </w:r>
      <w:r>
        <w:rPr>
          <w:lang w:eastAsia="zh-CN"/>
        </w:rPr>
        <w:br/>
      </w:r>
      <w:r>
        <w:rPr>
          <w:lang w:eastAsia="zh-CN"/>
        </w:rPr>
        <w:t>　　（1）思想教育目标</w:t>
      </w:r>
      <w:r>
        <w:rPr>
          <w:lang w:eastAsia="zh-CN"/>
        </w:rPr>
        <w:br/>
      </w:r>
      <w:r>
        <w:rPr>
          <w:lang w:eastAsia="zh-CN"/>
        </w:rPr>
        <w:t>　　面向全体学生,坚持全面发展,进一步提高学生的思想道德、文化科学、审美情趣;通过化学绪言中化学史及第一章化学新能源的学习,培养学生爱国主义精神与创新意识及辩证唯物主义观点;针对高一新生求知欲望强烈的特点,要逐步引导学生树立远大理想,立志为祖国化学化工事业的发展作出新贡献。</w:t>
      </w:r>
      <w:r>
        <w:rPr>
          <w:lang w:eastAsia="zh-CN"/>
        </w:rPr>
        <w:br/>
      </w:r>
      <w:r>
        <w:rPr>
          <w:lang w:eastAsia="zh-CN"/>
        </w:rPr>
        <w:t>　　（2）能力培养目标</w:t>
      </w:r>
      <w:r>
        <w:rPr>
          <w:lang w:eastAsia="zh-CN"/>
        </w:rPr>
        <w:br/>
      </w:r>
      <w:r>
        <w:rPr>
          <w:lang w:eastAsia="zh-CN"/>
        </w:rPr>
        <w:t>　　通过化学反应及其能量变化、物质的量等量论化学基本概念和基本理论的学习,培养学生良好辩证思维能力与逻辑推理能力;通过碱金属、卤素的学习,培养学生良好的观察能力、思维能力、分析问题与解决问题的能力以及基本化学实验技能。</w:t>
      </w:r>
      <w:r>
        <w:rPr>
          <w:lang w:eastAsia="zh-CN"/>
        </w:rPr>
        <w:br/>
      </w:r>
      <w:r>
        <w:rPr>
          <w:lang w:eastAsia="zh-CN"/>
        </w:rPr>
        <w:t>　　3、知识传授目标</w:t>
      </w:r>
      <w:r>
        <w:rPr>
          <w:lang w:eastAsia="zh-CN"/>
        </w:rPr>
        <w:br/>
      </w:r>
    </w:p>
    <w:p w:rsidR="001B1F19" w14:textId="27C3F48A">
      <w:pPr>
        <w:rPr>
          <w:rFonts w:hint="eastAsia"/>
          <w:lang w:eastAsia="zh-CN"/>
        </w:rPr>
      </w:pPr>
      <w:r>
        <w:rPr>
          <w:lang w:eastAsia="zh-CN"/>
        </w:rPr>
        <w:t>　　本学期通过有关化学基本概念和元素基础知识的学习,首先让学生掌握物质的量这一基本概念并能灵活运用;其次,通过氧化还原反应、离子反应知识的学习,要让学生牢固掌握化学用语的使用。要通过物质的量浓度溶液的配制、碱金属和卤素性质的实验深化对有关元素化合物及化合物性质的理解。</w:t>
      </w:r>
      <w:r>
        <w:rPr>
          <w:lang w:eastAsia="zh-CN"/>
        </w:rPr>
        <w:br/>
      </w:r>
      <w:r>
        <w:rPr>
          <w:lang w:eastAsia="zh-CN"/>
        </w:rPr>
        <w:t>　　二、基本情况</w:t>
      </w:r>
      <w:r>
        <w:rPr>
          <w:lang w:eastAsia="zh-CN"/>
        </w:rPr>
        <w:br/>
      </w:r>
      <w:r>
        <w:rPr>
          <w:lang w:eastAsia="zh-CN"/>
        </w:rPr>
        <w:t>　　1、学生情况分析</w:t>
      </w:r>
      <w:r>
        <w:rPr>
          <w:lang w:eastAsia="zh-CN"/>
        </w:rPr>
        <w:br/>
      </w:r>
      <w:r>
        <w:rPr>
          <w:lang w:eastAsia="zh-CN"/>
        </w:rPr>
        <w:t>　　10班是普通班,基础不是很强,学生学习主动性较差,教学中要特别注意在增进了解的基础上逐渐培养学生学习对化学的`兴趣。对教师的亲近,让他们亲其师,信其道。对于12班,为实验班,学生基础相对较好,在教学中注意强化基础,拓宽知识点,加强训练,使学生逐渐适应高考。</w:t>
      </w:r>
      <w:r>
        <w:rPr>
          <w:lang w:eastAsia="zh-CN"/>
        </w:rPr>
        <w:br/>
      </w:r>
      <w:r>
        <w:rPr>
          <w:lang w:eastAsia="zh-CN"/>
        </w:rPr>
        <w:t>　　2、教学情况分析</w:t>
      </w:r>
      <w:r>
        <w:rPr>
          <w:lang w:eastAsia="zh-CN"/>
        </w:rPr>
        <w:br/>
      </w:r>
      <w:r>
        <w:rPr>
          <w:lang w:eastAsia="zh-CN"/>
        </w:rPr>
        <w:t>　　本学期的主要教学任务是选修3和选修5内容,既有基本理论和基本概念的内容,也有元素和化合物等知识,教学中既要重视知识的把握,更应重视科学方法的培养,科学态度的形成。</w:t>
      </w:r>
      <w:r>
        <w:rPr>
          <w:lang w:eastAsia="zh-CN"/>
        </w:rPr>
        <w:br/>
      </w:r>
      <w:r>
        <w:rPr>
          <w:lang w:eastAsia="zh-CN"/>
        </w:rPr>
        <w:t>　　三、提高教学质量的措施</w:t>
      </w:r>
      <w:r>
        <w:rPr>
          <w:lang w:eastAsia="zh-CN"/>
        </w:rPr>
        <w:br/>
      </w:r>
      <w:r>
        <w:rPr>
          <w:lang w:eastAsia="zh-CN"/>
        </w:rPr>
        <w:t>　　1、坚持按教学计划授课,科学安排教学内容,不随意拓宽教学内容。教学中注重基础知识与基本技能的培养,课堂中坚持以学生为中心。教师要突出合作者、帮助者、引导者的角色,要尽量通过学生自身的探究活动来寻求问题的解决。</w:t>
      </w:r>
      <w:r>
        <w:rPr>
          <w:lang w:eastAsia="zh-CN"/>
        </w:rPr>
        <w:br/>
      </w:r>
      <w:r>
        <w:rPr>
          <w:lang w:eastAsia="zh-CN"/>
        </w:rPr>
        <w:t>　　2、认真分析学生学习状况,注重培养学生的学习能力和运用基本知识分析问题解决问题的能力,不断提高课堂教学的科学性和实效性。多与学生谈话,多了解学生对化学教学的意见和建议。</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https://d.book118.com/505001120342011103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5001120342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