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1、有机体学会对与条件刺激相类似的刺激做出不同的行为反应，巴甫洛夫称其为（　　　）。</w:t>
        <w:br/>
        <w:t>A.刺激泛化</w:t>
        <w:br/>
        <w:t>B.刺激分化</w:t>
        <w:br/>
        <w:t>C.刺激比较</w:t>
        <w:br/>
        <w:t>D.行为强化</w:t>
        <w:br/>
        <w:br/>
        <w:t xml:space="preserve">【答案】：B </w:t>
      </w:r>
    </w:p>
    <w:p>
      <w:r>
        <w:t>2、（　　　）是指学生在学习情境中，通过自己的探索获得问题答案的学习方式。</w:t>
        <w:br/>
        <w:t>A.概念学习</w:t>
        <w:br/>
        <w:t>B.发现学习</w:t>
        <w:br/>
        <w:t>C.意义学习</w:t>
        <w:br/>
        <w:t>D.机械学习</w:t>
        <w:br/>
        <w:br/>
        <w:t xml:space="preserve">【答案】：B </w:t>
      </w:r>
    </w:p>
    <w:p>
      <w:r>
        <w:t>3、心理学是一门研究（　　　）的学科。</w:t>
        <w:br/>
        <w:t>A.社会对心理制约</w:t>
        <w:br/>
        <w:t>B.心理现象产生机制</w:t>
        <w:br/>
        <w:t>C.心理的发生、发展</w:t>
        <w:br/>
        <w:t>D.人的行为和心理活动规律</w:t>
        <w:br/>
        <w:br/>
        <w:t xml:space="preserve">【答案】：D </w:t>
      </w:r>
    </w:p>
    <w:p>
      <w:pPr>
        <w:sectPr w:rsidSect="00034616">
          <w:pgSz w:w="12240" w:h="15840"/>
          <w:pgMar w:top="1440" w:right="1800" w:bottom="1440" w:left="1800" w:header="720" w:footer="720" w:gutter="0"/>
          <w:cols w:space="720"/>
          <w:docGrid w:linePitch="360"/>
        </w:sectPr>
      </w:pPr>
    </w:p>
    <w:p>
      <w:r>
        <w:t>4、产生式迁移理论证实了（　　　）。</w:t>
        <w:br/>
        <w:t>A.学习可以自动迁移，而不必有学习者的有意识注意</w:t>
        <w:br/>
        <w:t>B.桑代克的共同的“S－R”成分可以导致迁移</w:t>
        <w:br/>
        <w:t>C.熟练的基本技能可以自动迁移</w:t>
        <w:br/>
        <w:t>D.策略学习可以自动迁移</w:t>
        <w:br/>
        <w:br/>
        <w:t>【答案】：C</w:t>
      </w:r>
      <w:r>
        <w:t xml:space="preserve"> </w:t>
      </w:r>
    </w:p>
    <w:p>
      <w:r>
        <w:t>5、（　　　）是指个体为了获得长者们（如家长、教师）的赞许或认可而表现出把工作、学习做好的一种需要。</w:t>
        <w:br/>
        <w:t>A.认知内驱力</w:t>
        <w:br/>
        <w:t>B.自我提高内驱力</w:t>
        <w:br/>
        <w:t>C.附属内驱力</w:t>
        <w:br/>
        <w:t>D.胜任内驱力</w:t>
        <w:br/>
        <w:br/>
        <w:t xml:space="preserve">【答案】：C </w:t>
      </w:r>
    </w:p>
    <w:p>
      <w:r>
        <w:t>6、当学生取得好的成绩后，老师家长给予表扬和鼓励，这符合桑代克学习规律中的（　　　）。</w:t>
        <w:br/>
        <w:t>A.准备律</w:t>
        <w:br/>
        <w:t>B.练习律</w:t>
        <w:br/>
        <w:t>C.效果律</w:t>
        <w:br/>
        <w:t>D.动机律</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7、品德是个性心理特征中具有道德评价意义的部分，是一种（　　　）。</w:t>
        <w:br/>
        <w:t>A.心理现象</w:t>
        <w:br/>
        <w:t>B.社会现象</w:t>
        <w:br/>
        <w:t>C.生理现象</w:t>
        <w:br/>
        <w:t>D.管理现象</w:t>
        <w:br/>
        <w:br/>
        <w:t xml:space="preserve">【答案】：A </w:t>
      </w:r>
    </w:p>
    <w:p>
      <w:r>
        <w:t>8、（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r>
        <w:t>9、以下选项中不属于经典性条件反射现象的是（　　　）。</w:t>
        <w:br/>
        <w:t>A.谈虎色变</w:t>
        <w:br/>
        <w:t>B.画饼充饥</w:t>
        <w:br/>
        <w:t>C.叶公好龙</w:t>
        <w:br/>
        <w:t>D.望梅止渴</w:t>
        <w:br/>
        <w:br/>
        <w:t xml:space="preserve">【答案】：C </w:t>
      </w:r>
    </w:p>
    <w:p>
      <w:r>
        <w:t>10、在人性的叙述中，认为人是理性的、善良的和值得尊重的心理学流派是（　　　）。</w:t>
        <w:br/>
        <w:t>A.认知主义</w:t>
        <w:br/>
        <w:t>B.行为主义</w:t>
        <w:br/>
        <w:t>C.人本主义</w:t>
        <w:br/>
        <w:t>D.存在主义</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11、具有高度的概括性、理解性、逻辑性等特点的记忆是（　　　）。</w:t>
        <w:br/>
        <w:t>A.形象记忆</w:t>
        <w:br/>
        <w:t>B.情景记忆</w:t>
        <w:br/>
        <w:t>C.语义记忆</w:t>
        <w:br/>
        <w:t>D.情绪记忆</w:t>
        <w:br/>
        <w:br/>
        <w:t>【答案】：C</w:t>
      </w:r>
      <w:r>
        <w:t xml:space="preserve"> </w:t>
      </w:r>
    </w:p>
    <w:p>
      <w:r>
        <w:t>12、学习实质上是一种反应概率上的变化，而强化是增强反应概率的（　　　）。</w:t>
        <w:br/>
        <w:t>A.手段</w:t>
        <w:br/>
        <w:t>B.方法</w:t>
        <w:br/>
        <w:t>C.技巧</w:t>
        <w:br/>
        <w:t>D.形式</w:t>
        <w:br/>
        <w:br/>
        <w:t xml:space="preserve">【答案】：A </w:t>
      </w:r>
    </w:p>
    <w:p>
      <w:r>
        <w:t>13、下列关于折现模型的说法中，错误的是（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r>
        <w:t>14、（   ）是整个尽职调查工作的核心。</w:t>
        <w:br/>
        <w:t>A.业务尽职调查</w:t>
        <w:br/>
        <w:t>B.财务尽职调查</w:t>
        <w:br/>
        <w:t>C.法律尽职调查</w:t>
        <w:br/>
        <w:t>D.风险尽职调查</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　　　）是指一种从物体的正常功能的角度来考虑问题的定势。当一个人熟悉了一种物体的某种功能时，就很难看出该物体的其他功能。</w:t>
        <w:br/>
        <w:t>A.定势作用</w:t>
        <w:br/>
        <w:t>B.刻板印象</w:t>
        <w:br/>
        <w:t>C.原型启发</w:t>
        <w:br/>
        <w:t>D.功能固着</w:t>
        <w:br/>
        <w:br/>
        <w:t>【答案】：D</w:t>
      </w:r>
      <w:r>
        <w:t xml:space="preserve"> </w:t>
      </w:r>
    </w:p>
    <w:p>
      <w:r>
        <w:t>16、问题解决的第一个阶段是（　　　）。</w:t>
        <w:br/>
        <w:t>A.提出假设</w:t>
        <w:br/>
        <w:t>B.发现问题</w:t>
        <w:br/>
        <w:t>C.明确问题</w:t>
        <w:br/>
        <w:t>D.检验假设</w:t>
        <w:br/>
        <w:br/>
        <w:t xml:space="preserve">【答案】：B </w:t>
      </w:r>
    </w:p>
    <w:p>
      <w:r>
        <w:t>17、一个人在心理活动的强度、灵活性、稳定性等动力方面所表现出来的特征称为（　　　）。</w:t>
        <w:br/>
        <w:t>A.意志</w:t>
        <w:br/>
        <w:t>B.动机</w:t>
        <w:br/>
        <w:t>C.气质</w:t>
        <w:br/>
        <w:t>D.能力</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18、通过创设问题情境使学生提出假设，然后验证假设并做出结论的教学策略是（　　　）。</w:t>
        <w:br/>
        <w:t>A.合作学习</w:t>
        <w:br/>
        <w:t>B.发现学习</w:t>
        <w:br/>
        <w:t>C.情境学习</w:t>
        <w:br/>
        <w:t>D.指导学习</w:t>
        <w:br/>
        <w:br/>
        <w:t>【答案】：B</w:t>
      </w:r>
      <w:r>
        <w:t xml:space="preserve"> </w:t>
      </w:r>
    </w:p>
    <w:p>
      <w:r>
        <w:t>19、先行组织者教学技术常用于（　　　）。</w:t>
        <w:br/>
        <w:t>A.发现学习</w:t>
        <w:br/>
        <w:t>B.接受学习</w:t>
        <w:br/>
        <w:t>C.个别化学习</w:t>
        <w:br/>
        <w:t>D.掌握学习</w:t>
        <w:br/>
        <w:br/>
        <w:t xml:space="preserve">【答案】：B </w:t>
      </w:r>
    </w:p>
    <w:p>
      <w:r>
        <w:t>20、公司型基金设立步骤及先后顺序正确的是（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r>
        <w:t xml:space="preserve">21、下列各种指数中，采用加权平均法编制的有（　　　）。 </w:t>
        <w:br/>
        <w:t>A.道琼斯平均系列指数</w:t>
        <w:br/>
        <w:t>B.标准普尔500指数</w:t>
        <w:br/>
        <w:t>C.香港恒生指数</w:t>
        <w:br/>
        <w:t>D.英国金融时报指数E</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22、教师通过书面或口头语言的生动具体的描述、鲜明形象的比喻、合乎情理的夸张使学生对所学知识建立起直观形象。这种直观的形式称为（　　　）。</w:t>
        <w:br/>
        <w:t>A.言语直观</w:t>
        <w:br/>
        <w:t>B.模象直观</w:t>
        <w:br/>
        <w:t>C.实物直观</w:t>
        <w:br/>
        <w:t>D.想象直观</w:t>
        <w:br/>
        <w:br/>
        <w:t>【答案】：A</w:t>
      </w:r>
      <w:r>
        <w:t xml:space="preserve"> </w:t>
      </w:r>
    </w:p>
    <w:p>
      <w:r>
        <w:t>23、按照其性质，焦虑可分为过敏性焦虑和（　　　）。</w:t>
        <w:br/>
        <w:t>A.正常焦虑</w:t>
        <w:br/>
        <w:t>B.现实性焦虑</w:t>
        <w:br/>
        <w:t>C.神经性焦虑</w:t>
        <w:br/>
        <w:t>D.道德性焦虑</w:t>
        <w:br/>
        <w:br/>
        <w:t xml:space="preserve">【答案】：A </w:t>
      </w:r>
    </w:p>
    <w:p>
      <w:r>
        <w:t>24、股权投资基金管理人按投资协议约定的金额和时间把投资款项划转至被投资企业或其股东的账户，如果股权投资基金办理了托管，划款操作需经托管人核准并办理。这是股权投资基金投资流程的（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25、股权投资基金管理人利用部门分设、岗位分设、外包、托管等方式实现（   ）。</w:t>
        <w:br/>
        <w:t>A.专业化运营</w:t>
        <w:br/>
        <w:t>B.内部牵制</w:t>
        <w:br/>
        <w:t>C.业务流程控制</w:t>
        <w:br/>
        <w:t>D.授权流程管理</w:t>
        <w:br/>
        <w:br/>
        <w:t xml:space="preserve">【答案】：C </w:t>
      </w:r>
    </w:p>
    <w:p>
      <w:r>
        <w:t>26、1963年出版了潘菽主编的《教育心理学》，这一事件处于新中国教育心理学发展的哪一个历史时期（　　　）。</w:t>
        <w:br/>
        <w:t>A.新生期</w:t>
        <w:br/>
        <w:t>B.破坏期</w:t>
        <w:br/>
        <w:t>C.繁荣期</w:t>
        <w:br/>
        <w:t>D.改造期</w:t>
        <w:br/>
        <w:br/>
        <w:t xml:space="preserve">【答案】：C </w:t>
      </w:r>
    </w:p>
    <w:p>
      <w:r>
        <w:t xml:space="preserve">27、无套利区间的上下界幅宽主要是由（　　　）决定的。 </w:t>
        <w:br/>
        <w:t>A.交易费用</w:t>
        <w:br/>
        <w:t>B.现货价格大小</w:t>
        <w:br/>
        <w:t>C.期货价格大小</w:t>
        <w:br/>
        <w:t>D.市场冲击成本E</w:t>
        <w:br/>
        <w:br/>
        <w:t xml:space="preserve">【答案】：A </w:t>
      </w:r>
    </w:p>
    <w:p>
      <w:r>
        <w:t>28、协助来访者清楚、准确的表达其观点、所用的概念、所体验到的情感以及所经历的事件的技术是指（　　　）。</w:t>
        <w:br/>
        <w:t>A.共情技术</w:t>
        <w:br/>
        <w:t>B.立即性技术</w:t>
        <w:br/>
        <w:t>C.具体化</w:t>
        <w:br/>
        <w:t>D.内容反应</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29、以下哪位心理学家1967年出版的《认知心理学》一书标志着认知心理学的诞生（　　　）</w:t>
        <w:br/>
        <w:t>A.皮亚杰</w:t>
        <w:br/>
        <w:t>B.奈塞尔</w:t>
        <w:br/>
        <w:t>C.布鲁纳</w:t>
        <w:br/>
        <w:t>D.奥苏泊尔</w:t>
        <w:br/>
        <w:br/>
        <w:t>【答案】：B</w:t>
      </w:r>
      <w:r>
        <w:t xml:space="preserve"> </w:t>
      </w:r>
    </w:p>
    <w:p>
      <w:r>
        <w:t>30、遵从、认同和内化是大学生态度与品德的（　　　）。</w:t>
        <w:br/>
        <w:t>A.形成阶段</w:t>
        <w:br/>
        <w:t>B.转化阶段</w:t>
        <w:br/>
        <w:t>C.习得阶段</w:t>
        <w:br/>
        <w:t>D.修正阶段</w:t>
        <w:br/>
        <w:br/>
        <w:t xml:space="preserve">【答案】：C </w:t>
      </w:r>
    </w:p>
    <w:p>
      <w:r>
        <w:t>31、大学校园精神文化的核心是（　　　）。</w:t>
        <w:br/>
        <w:t>A.政治观点</w:t>
        <w:br/>
        <w:t>B.思想意识</w:t>
        <w:br/>
        <w:t>C.理想信念</w:t>
        <w:br/>
        <w:t>D.价值观</w:t>
        <w:br/>
        <w:br/>
        <w:t xml:space="preserve">【答案】：D </w:t>
      </w:r>
    </w:p>
    <w:p>
      <w:r>
        <w:t xml:space="preserve">32、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 </w:t>
        <w:br/>
        <w:t>A.67680元／吨，68930元／吨，69810元／吨</w:t>
        <w:br/>
        <w:t>B.67800元／吨，69300元／吨，69700元／吨</w:t>
        <w:br/>
        <w:t>C.68200元／吨，70000元／吨，70000元／吨</w:t>
        <w:br/>
        <w:t>D.68250元／吨，70000元／吨，69890元／吨</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33、感觉、知觉、记忆、思维等心理活动属于（　　　）。</w:t>
        <w:br/>
        <w:t>A.意志过程</w:t>
        <w:br/>
        <w:t>B.认知过程</w:t>
        <w:br/>
        <w:t>C.思维过程</w:t>
        <w:br/>
        <w:t>D.情感过程</w:t>
        <w:br/>
        <w:br/>
        <w:t>【答案】：B</w:t>
      </w:r>
      <w:r>
        <w:t xml:space="preserve"> </w:t>
      </w:r>
    </w:p>
    <w:p>
      <w:r>
        <w:t>34、大学教师的激励方法有（　　　）。</w:t>
        <w:br/>
        <w:t>A.学术考核</w:t>
        <w:br/>
        <w:t>B.教学考核</w:t>
        <w:br/>
        <w:t>C.目标激励</w:t>
        <w:br/>
        <w:t>D.岗位定级</w:t>
        <w:br/>
        <w:br/>
        <w:t xml:space="preserve">【答案】：C </w:t>
      </w:r>
    </w:p>
    <w:p>
      <w:r>
        <w:t xml:space="preserve">35、某日，我国菜籽油期货某合约的结算价为9900元/吨，收盘价为9910元/吨，若该合约每日交割最大波动限制为正负3%，最小变动价位为2元/吨，则下一交易菜籽油期货合约允许的报价范围为（　　　）元/吨。 </w:t>
        <w:br/>
        <w:t>A.9614~10206</w:t>
        <w:br/>
        <w:t>B.9613~10207</w:t>
        <w:br/>
        <w:t>C.9604~10196</w:t>
        <w:br/>
        <w:t>D.9603~10197</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36、教师在授课中的语言应尽量做到抑扬顿挫、轻重有落，这是运用了哪个感知规律？（　　　）</w:t>
        <w:br/>
        <w:t>A.组合律</w:t>
        <w:br/>
        <w:t>B.活动律</w:t>
        <w:br/>
        <w:t>C.差异律</w:t>
        <w:br/>
        <w:t>D.强度律</w:t>
        <w:br/>
        <w:br/>
        <w:t>【答案】：D</w:t>
      </w:r>
      <w:r>
        <w:t xml:space="preserve"> </w:t>
      </w:r>
    </w:p>
    <w:p>
      <w:r>
        <w:t>37、将没有意义的材料人为地赋予一定的意义，以促进记忆效果的提高，这在记忆心理学中被称为（　　　）。</w:t>
        <w:br/>
        <w:t>A.系统化</w:t>
        <w:br/>
        <w:t>B.联想</w:t>
        <w:br/>
        <w:t>C.替换</w:t>
        <w:br/>
        <w:t>D.记忆术</w:t>
        <w:br/>
        <w:br/>
        <w:t xml:space="preserve">【答案】：D </w:t>
      </w:r>
    </w:p>
    <w:p>
      <w:r>
        <w:t>38、提出比较概括、广泛的问题，对回答内容不做严格限制的技术属于什么技术（　　　）</w:t>
        <w:br/>
        <w:t>A.具体化技术</w:t>
        <w:br/>
        <w:t>B.内容反应技术</w:t>
        <w:br/>
        <w:t>C.封闭式提问</w:t>
        <w:br/>
        <w:t>D.开放式提问</w:t>
        <w:br/>
        <w:br/>
        <w:t xml:space="preserve">【答案】：D </w:t>
      </w:r>
    </w:p>
    <w:p>
      <w:r>
        <w:t>39、在教学过程中，为了让学生掌握知识的本质意义，教师需要经常变换知识的呈现方式，使其中的本质属性保持恒定，而非本质属性可有可无。这种知识呈现方式称为（　　　）。</w:t>
        <w:br/>
        <w:t>A.抽象</w:t>
        <w:br/>
        <w:t>B.变式</w:t>
        <w:br/>
        <w:t>C.概括</w:t>
        <w:br/>
        <w:t>D.比较</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40、在教师反思的四个过程中，反思最集中体现在（　　　）。</w:t>
        <w:br/>
        <w:t>A.具体经验阶段</w:t>
        <w:br/>
        <w:t>B.观察分析阶段</w:t>
        <w:br/>
        <w:t>C.重新概括阶段</w:t>
        <w:br/>
        <w:t>D.积极的验证阶段</w:t>
        <w:br/>
        <w:br/>
        <w:t>【答案】：B</w:t>
      </w:r>
      <w:r>
        <w:t xml:space="preserve"> </w:t>
      </w:r>
    </w:p>
    <w:p>
      <w:r>
        <w:t>41、下列哪项属于认知的实例（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r>
        <w:t>42、心理辅导员讲出自己的感觉、经验、情感和行为，与来访者共享，以增加彼此的人际互动的技术是（　　　）。</w:t>
        <w:br/>
        <w:t>A.简述语意技术</w:t>
        <w:br/>
        <w:t>B.自我表露的技术</w:t>
        <w:br/>
        <w:t>C.提问技术</w:t>
        <w:br/>
        <w:t>D.澄清技术</w:t>
        <w:br/>
        <w:br/>
        <w:t xml:space="preserve">【答案】：B </w:t>
      </w:r>
    </w:p>
    <w:p>
      <w:r>
        <w:t>43、自我效能理论的最早提出者是（　　　）。</w:t>
        <w:br/>
        <w:t>A.班杜拉</w:t>
        <w:br/>
        <w:t>B.布鲁纳</w:t>
        <w:br/>
        <w:t>C.斯金纳</w:t>
        <w:br/>
        <w:t>D.马斯洛</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44、关于股权投资基金业绩评价，以下表述正确的是（</w:t>
      </w:r>
      <w:r>
        <w:t xml:space="preserve"> </w:t>
      </w:r>
      <w:r>
        <w:t xml:space="preserve"> </w:t>
      </w:r>
    </w:p>
    <w:p>
      <w:r>
        <w:t xml:space="preserve">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【答案】：D</w:t>
      </w:r>
      <w:r>
        <w:t xml:space="preserve"> </w:t>
      </w:r>
    </w:p>
    <w:p>
      <w:r>
        <w:t xml:space="preserve">45、期货交易最早萌芽于（　　　）。 </w:t>
        <w:br/>
        <w:t>A.美国</w:t>
        <w:br/>
        <w:t>B.欧洲</w:t>
        <w:br/>
        <w:t>C.亚洲</w:t>
        <w:br/>
        <w:t>D.南美洲</w:t>
        <w:br/>
        <w:br/>
        <w:t xml:space="preserve">【答案】：B </w:t>
      </w:r>
    </w:p>
    <w:p>
      <w:r>
        <w:t>46、社会保障基金和政府引导基金主要是（   ）的募集对象。</w:t>
        <w:br/>
        <w:t>A.国外股权投资基金</w:t>
        <w:br/>
        <w:t>B.国内股权投资基金</w:t>
        <w:br/>
        <w:t>C.两者都可以</w:t>
        <w:br/>
        <w:t>D.两者都不可以</w:t>
        <w:br/>
        <w:br/>
        <w:t xml:space="preserve">【答案】：B </w:t>
      </w:r>
    </w:p>
    <w:p>
      <w:r>
        <w:t>47、股权投资基金会计核算工作的会计责任主体为（   ）。</w:t>
        <w:br/>
        <w:t>A.基金托管人</w:t>
        <w:br/>
        <w:t>B.基金管理人</w:t>
        <w:br/>
        <w:t>C.基金份额登记机构</w:t>
        <w:br/>
        <w:t>D.以上均是</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48、联结理论的核心概念是（　　　）。</w:t>
        <w:br/>
        <w:t>A.同化</w:t>
        <w:br/>
        <w:t>B.异化</w:t>
        <w:br/>
        <w:t>C.内化</w:t>
        <w:br/>
        <w:t>D.强化</w:t>
        <w:br/>
        <w:br/>
        <w:t>【答案】：D</w:t>
      </w:r>
      <w:r>
        <w:t xml:space="preserve"> </w:t>
      </w:r>
    </w:p>
    <w:p>
      <w:r>
        <w:t>49、测验的（　　　）指测量的正确性，即它能够测出所要测量的心理特质与行为的程度。</w:t>
        <w:br/>
        <w:t>A.信度</w:t>
        <w:br/>
        <w:t>B.难度</w:t>
        <w:br/>
        <w:t>C.效度</w:t>
        <w:br/>
        <w:t>D.区分度</w:t>
        <w:br/>
        <w:br/>
        <w:t xml:space="preserve">【答案】：C </w:t>
      </w:r>
    </w:p>
    <w:p>
      <w:r>
        <w:t>50、奥运会期间看游泳比赛的记忆属于（　　　）。</w:t>
        <w:br/>
        <w:t>A.情景记忆</w:t>
        <w:br/>
        <w:t>B.语义记忆</w:t>
        <w:br/>
        <w:t>C.程序记忆</w:t>
        <w:br/>
        <w:t>D.陈述性记忆</w:t>
        <w:br/>
        <w:br/>
        <w:t xml:space="preserve">【答案】：A </w:t>
      </w:r>
    </w:p>
    <w:p>
      <w:r>
        <w:t>51、群体一起完成一件事情时，个人所付出努力比单独完成时偏少的现象，称之为（　　　）。</w:t>
        <w:br/>
        <w:t>A.社会助长</w:t>
        <w:br/>
        <w:t>B.社会逍遥</w:t>
        <w:br/>
        <w:t>C.旁观者效应</w:t>
        <w:br/>
        <w:t>D.从众效应</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52、学会弹风琴的人，再学习弹钢琴就会容易些，这是由于（　　　）。</w:t>
        <w:br/>
        <w:t>A.定势的作用</w:t>
        <w:br/>
        <w:t>B.原型启发的作用</w:t>
        <w:br/>
        <w:t>C.迁移的作用</w:t>
        <w:br/>
        <w:t>D.注意的转移</w:t>
        <w:br/>
        <w:br/>
        <w:t>【答案】：C</w:t>
      </w:r>
      <w:r>
        <w:t xml:space="preserve"> </w:t>
      </w:r>
    </w:p>
    <w:p>
      <w:r>
        <w:t>53、根据自我意识的结构形式，自信、自强分别属于（　　　）。</w:t>
        <w:br/>
        <w:t>A.自我认识与自我体验</w:t>
        <w:br/>
        <w:t>B.自我体验与自我调控</w:t>
        <w:br/>
        <w:t>C.自我认识与自我调控</w:t>
        <w:br/>
        <w:t>D.自我体验与自我认识</w:t>
        <w:br/>
        <w:br/>
        <w:t xml:space="preserve">【答案】：B </w:t>
      </w:r>
    </w:p>
    <w:p>
      <w:r>
        <w:t>54、按照迁移的内容，学习迁移可分为（　　　）。</w:t>
        <w:br/>
        <w:t>A.正迁移与负迁移</w:t>
        <w:br/>
        <w:t>B.纵向迁移与横向迁移</w:t>
        <w:br/>
        <w:t>C.顺向迁移与逆向迁移</w:t>
        <w:br/>
        <w:t>D.特殊迁移与普遍迁移</w:t>
        <w:br/>
        <w:br/>
        <w:t xml:space="preserve">【答案】：D </w:t>
      </w:r>
    </w:p>
    <w:p>
      <w:r>
        <w:t>55、研究者认为创造性思维的核心是（　　　）。</w:t>
        <w:br/>
        <w:t>A.发散思维</w:t>
        <w:br/>
        <w:t>B.聚合思维</w:t>
        <w:br/>
        <w:t>C.形象思维</w:t>
        <w:br/>
        <w:t>D.抽象思维</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56、詹姆士是以下哪一种心理学理论流派的代表（　　　）。</w:t>
        <w:br/>
        <w:t>A.精神分析</w:t>
        <w:br/>
        <w:t>B.行为主义</w:t>
        <w:br/>
        <w:t>C.构造主义</w:t>
        <w:br/>
        <w:t>D.机能主义</w:t>
        <w:br/>
        <w:br/>
        <w:t>【答案】：D</w:t>
      </w:r>
      <w:r>
        <w:t xml:space="preserve"> </w:t>
      </w:r>
    </w:p>
    <w:p>
      <w:r>
        <w:t>57、在人性的叙述中，认为人是理性的，是善良的和值得尊重的是（　　　）。</w:t>
        <w:br/>
        <w:t>A.认知主义</w:t>
        <w:br/>
        <w:t>B.行为主义</w:t>
        <w:br/>
        <w:t>C.人本主义</w:t>
        <w:br/>
        <w:t>D.存在主义</w:t>
        <w:br/>
        <w:br/>
        <w:t xml:space="preserve">【答案】：C </w:t>
      </w:r>
    </w:p>
    <w:p>
      <w:r>
        <w:t>58、美国心理学家维纳提出有关学习动机的理论是（　　　）。</w:t>
        <w:br/>
        <w:t>A.强化动机理论</w:t>
        <w:br/>
        <w:t>B.成就动机理论</w:t>
        <w:br/>
        <w:t>C.自我实现理论</w:t>
        <w:br/>
        <w:t>D.成败归因理论</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59、心理学中运用两难故事法研究人的道德发展阶段的心理学家是（　　　）。</w:t>
        <w:br/>
        <w:t>A.柯尔伯格</w:t>
        <w:br/>
        <w:t>B.皮亚杰</w:t>
        <w:br/>
        <w:t>C.斯金纳</w:t>
        <w:br/>
        <w:t>D.巴甫洛夫</w:t>
        <w:br/>
        <w:br/>
        <w:t xml:space="preserve">【答案】：A </w:t>
      </w:r>
    </w:p>
    <w:p>
      <w:r>
        <w:t>60、（　　　）也叫心向，指的是先于一定活动而指向这种活动的心理准备状态。</w:t>
        <w:br/>
        <w:t>A.迁移</w:t>
        <w:br/>
        <w:t>B.动机</w:t>
        <w:br/>
        <w:t>C.变式</w:t>
        <w:br/>
        <w:t>D.定势</w:t>
        <w:br/>
        <w:br/>
        <w:t xml:space="preserve">【答案】：D </w:t>
      </w:r>
    </w:p>
    <w:p>
      <w:r>
        <w:t>61、通过言语、表情、动作以及其他各种各样的方式引起他人相同的情绪和行为的现象是（　　　）。</w:t>
        <w:br/>
        <w:t>A.从众</w:t>
        <w:br/>
        <w:t>B.服从</w:t>
        <w:br/>
        <w:t>C.感染</w:t>
        <w:br/>
        <w:t>D.模仿</w:t>
        <w:br/>
        <w:br/>
        <w:t xml:space="preserve">【答案】：C </w:t>
      </w:r>
    </w:p>
    <w:p>
      <w:r>
        <w:t>62、如果一个家长想用看电视作为强化物奖励儿童认真按时完成作业得行为，最合适得安排应该是（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63、态度的核心成分是（　　　）。</w:t>
        <w:br/>
        <w:t>A.行为成分</w:t>
        <w:br/>
        <w:t>B.认知成分</w:t>
        <w:br/>
        <w:t>C.情感成分</w:t>
        <w:br/>
        <w:t>D.理智成分</w:t>
        <w:br/>
        <w:br/>
        <w:t>【答案】：C</w:t>
      </w:r>
      <w:r>
        <w:t xml:space="preserve"> </w:t>
      </w:r>
    </w:p>
    <w:p>
      <w:r>
        <w:t>64、基金服务机构在破产或者清算时，以下表述正确的是（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r>
        <w:t>65、根据信息加工理论提出了学习过程的基本模式，认为学习过程就是一个信息加工的过程，即学习者对来自环境刺激的信息进行内在的认知加工的过程。这是（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66、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C.复习材料</w:t>
        <w:br/>
        <w:t>D.固定点</w:t>
        <w:br/>
        <w:br/>
        <w:t>【答案】：A</w:t>
      </w:r>
      <w:r>
        <w:t xml:space="preserve"> </w:t>
      </w:r>
    </w:p>
    <w:p>
      <w:r>
        <w:t>67、关于有限合伙人型股权投资基金增资，以下表述错误的是（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68、后面学习的材料对识记和回忆前面学习材料的干扰是（　　　）。</w:t>
        <w:br/>
        <w:t>A.前摄抑制</w:t>
        <w:br/>
        <w:t>B.倒摄抑制</w:t>
        <w:br/>
        <w:t>C.正抑制</w:t>
        <w:br/>
        <w:t>D.负抑制</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69、某学生具有外向、直爽、精力旺盛、反应迅速、情绪发生快而强、急躁容易冲动等特点。据此，可以初步判定该生的气质类型属于（　　　）。</w:t>
        <w:br/>
        <w:t>A.胆汁质</w:t>
        <w:br/>
        <w:t>B.粘液质</w:t>
        <w:br/>
        <w:t>C.抑郁质</w:t>
        <w:br/>
        <w:t>D.多血质</w:t>
        <w:br/>
        <w:br/>
        <w:t xml:space="preserve">【答案】：A </w:t>
      </w:r>
    </w:p>
    <w:p>
      <w:r>
        <w:t>70、心理学诞生于哪一年（　　　）</w:t>
        <w:br/>
        <w:t>A.1789</w:t>
        <w:br/>
        <w:t>B.1879</w:t>
        <w:br/>
        <w:t>C.1897</w:t>
        <w:br/>
        <w:t>D.1978</w:t>
        <w:br/>
        <w:br/>
        <w:t xml:space="preserve">【答案】：B </w:t>
      </w:r>
    </w:p>
    <w:p>
      <w:r>
        <w:t>71、下述哪个机构可以接受股权投资基金管理人的委托成为募集机构（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 xml:space="preserve">【答案】：D </w:t>
      </w:r>
    </w:p>
    <w:p>
      <w:r>
        <w:t>72、心理学是一门研究（　　　）的科学。</w:t>
        <w:br/>
        <w:t>A.社会对心理制约</w:t>
        <w:br/>
        <w:t>B.心理现象产生机制</w:t>
        <w:br/>
        <w:t>C.心理的发生发展</w:t>
        <w:br/>
        <w:t>D.心理活动及其规律</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73、关于股权投资基金的投资流程，下列顺序正确的是（</w:t>
      </w:r>
      <w:r>
        <w:t xml:space="preserve"> </w:t>
      </w:r>
      <w:r>
        <w:t xml:space="preserve"> </w:t>
      </w:r>
    </w:p>
    <w:p>
      <w:r>
        <w:t xml:space="preserve">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【答案】：D</w:t>
      </w:r>
      <w:r>
        <w:t xml:space="preserve"> </w:t>
      </w:r>
    </w:p>
    <w:p>
      <w:r>
        <w:t>74、从年级角度看，大学生心理健康状况最差的时期是（　　　）。</w:t>
        <w:br/>
        <w:t>A.大学一二年级</w:t>
        <w:br/>
        <w:t>B.大学二三年级</w:t>
        <w:br/>
        <w:t>C.大学三四年级</w:t>
        <w:br/>
        <w:t>D.大学一四年级</w:t>
        <w:br/>
        <w:br/>
        <w:t xml:space="preserve">【答案】：B </w:t>
      </w:r>
    </w:p>
    <w:p>
      <w:r>
        <w:t>75、教师职业角色意识的形成过程不包括（　　　）。</w:t>
        <w:br/>
        <w:t>A.角色扮演阶段</w:t>
        <w:br/>
        <w:t>B.角色认知阶段</w:t>
        <w:br/>
        <w:t>C.角色认同阶段</w:t>
        <w:br/>
        <w:t>D.角色信念阶段</w:t>
        <w:br/>
        <w:br/>
        <w:t xml:space="preserve">【答案】：A </w:t>
      </w:r>
    </w:p>
    <w:p>
      <w:r>
        <w:t>76、心理学研究表明，学生对学习结果的归因，不仅是解释了以往学习结果产生的原因，而更重要的是对以后的（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77、以下关于法律尽职调查，表述错误的是（</w:t>
      </w:r>
      <w:r>
        <w:t xml:space="preserve"> </w:t>
      </w:r>
      <w:r>
        <w:t xml:space="preserve"> </w:t>
      </w:r>
    </w:p>
    <w:p>
      <w:r>
        <w:t xml:space="preserve">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【答案】：D</w:t>
      </w:r>
      <w:r>
        <w:t xml:space="preserve"> </w:t>
      </w:r>
    </w:p>
    <w:p>
      <w:r>
        <w:t>78、大学教师的能力包括（　　　）。</w:t>
        <w:br/>
        <w:t>A.学术能力与语言表达能力</w:t>
        <w:br/>
        <w:t>B.一般能力与教育能力</w:t>
        <w:br/>
        <w:t>C.智力因素与非智力因素</w:t>
        <w:br/>
        <w:t>D.学术能力与管理能力</w:t>
        <w:br/>
        <w:br/>
        <w:t xml:space="preserve">【答案】：B </w:t>
      </w:r>
    </w:p>
    <w:p>
      <w:r>
        <w:t>79、前面学习的材料对识记和回忆后面学习材料的干扰是（　　　）。</w:t>
        <w:br/>
        <w:t>A.正抑制</w:t>
        <w:br/>
        <w:t>B.负抑制</w:t>
        <w:br/>
        <w:t>C.前摄抑制</w:t>
        <w:br/>
        <w:t>D.倒摄抑制</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80、（　　　）是对无意义的材料赋予某些人为意义并加以一定的联想和想象，以促进知识保持的记忆方法。</w:t>
        <w:br/>
        <w:t>A.记忆术</w:t>
        <w:br/>
        <w:t>B.联想</w:t>
        <w:br/>
        <w:t>C.替换</w:t>
        <w:br/>
        <w:t>D.系统化</w:t>
        <w:br/>
        <w:br/>
        <w:t>【答案】：A</w:t>
      </w:r>
      <w:r>
        <w:t xml:space="preserve"> </w:t>
      </w:r>
    </w:p>
    <w:p>
      <w:r>
        <w:t>81、有限责任公司型股权投资基金作出增资或者减资决议，应当遵循以下原则（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r>
        <w:t>82、在心理学中首创“两难故事法”研究人的道德发展阶段的心理学家是（　　　）。</w:t>
        <w:br/>
        <w:t>A.皮亚杰</w:t>
        <w:br/>
        <w:t>B.柯尔伯格</w:t>
        <w:br/>
        <w:t>C.斯金纳</w:t>
        <w:br/>
        <w:t>D.巴甫洛夫</w:t>
        <w:br/>
        <w:br/>
        <w:t xml:space="preserve">【答案】：B </w:t>
      </w:r>
    </w:p>
    <w:p>
      <w:r>
        <w:t>83、根据皮亚杰的认知发展理论，儿童同时可以从两个或两个以上角度思考问题，这表明儿童认知水平处（　　　）。</w:t>
        <w:br/>
        <w:t>A.感知运动阶段</w:t>
        <w:br/>
        <w:t>B.前运算阶段</w:t>
        <w:br/>
        <w:t>C.具体运算阶段</w:t>
        <w:br/>
        <w:t>D.形式运算阶段</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84、股权投资基金进行清算的原因是（</w:t>
      </w:r>
      <w:r>
        <w:t xml:space="preserve"> </w:t>
      </w:r>
      <w:r>
        <w:t xml:space="preserve"> </w:t>
      </w:r>
    </w:p>
    <w:p>
      <w:r>
        <w:t xml:space="preserve"> ）</w:t>
        <w:br/>
        <w:t>A.投资项目撤销IPO计划</w:t>
        <w:br/>
        <w:t>B.投资项目被上市公司并购</w:t>
        <w:br/>
        <w:t>C.投资项目从新三板摘牌</w:t>
        <w:br/>
        <w:t>D.投资项目都实现了退出</w:t>
        <w:br/>
        <w:br/>
        <w:t>【答案】：D</w:t>
      </w:r>
      <w:r>
        <w:t xml:space="preserve"> </w:t>
      </w:r>
    </w:p>
    <w:p>
      <w:r>
        <w:t>85、根据学习的定义，下列活动中属于学习的是（　　　）。</w:t>
        <w:br/>
        <w:t>A.大一时的军训导致他大学毕业后从军</w:t>
        <w:br/>
        <w:t>B.老爷爷早晚打太极拳</w:t>
        <w:br/>
        <w:t>C.彭涛初一时跳1.3m高，初三时候跳1.4m高</w:t>
        <w:br/>
        <w:t>D.孩子开始走路</w:t>
        <w:br/>
        <w:br/>
        <w:t xml:space="preserve">【答案】：A </w:t>
      </w:r>
    </w:p>
    <w:p>
      <w:r>
        <w:t>86、认知心理学的学习观认为，学习是主动的形成认知结构。学习者是主动地获得知识，并通过把新知识与已有的认知结构相联系，来积极地建构其（　　　）。</w:t>
        <w:br/>
        <w:t>A.认知结构</w:t>
        <w:br/>
        <w:t>B.知识体系</w:t>
        <w:br/>
        <w:t>C.学习观</w:t>
        <w:br/>
        <w:t>D.心理学</w:t>
        <w:br/>
        <w:br/>
        <w:t xml:space="preserve">【答案】：B </w:t>
      </w:r>
    </w:p>
    <w:p>
      <w:r>
        <w:t>87、会讲英语的人学习德语，学得比其他人快，这属于（　　　）。</w:t>
        <w:br/>
        <w:t>A.正迁移</w:t>
        <w:br/>
        <w:t>B.负迁移</w:t>
        <w:br/>
        <w:t>C.纵向迁移</w:t>
        <w:br/>
        <w:t>D.逆向迁移</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88、关于基金业绩评价，以下表述正确的是（</w:t>
      </w:r>
      <w:r>
        <w:t xml:space="preserve"> </w:t>
      </w:r>
      <w:r>
        <w:t xml:space="preserve"> </w:t>
      </w:r>
    </w:p>
    <w:p>
      <w:r>
        <w:t xml:space="preserve">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【答案】：C</w:t>
      </w:r>
      <w:r>
        <w:t xml:space="preserve"> </w:t>
      </w:r>
    </w:p>
    <w:p>
      <w:r>
        <w:t>89、教育心理学是研究学校教育情境中（　　　）的基本心理学规律的科学。</w:t>
        <w:br/>
        <w:t>A.教师教学</w:t>
        <w:br/>
        <w:t>B.教师教育</w:t>
        <w:br/>
        <w:t>C.学生学习</w:t>
        <w:br/>
        <w:t>D.学生学习与教师教育</w:t>
        <w:br/>
        <w:br/>
        <w:t xml:space="preserve">【答案】：D </w:t>
      </w:r>
    </w:p>
    <w:p>
      <w:r>
        <w:t>90、根据学习动机的作用与学习活动的关系，学习动机可分为（　　　）。</w:t>
        <w:br/>
        <w:t>A.内部学习动机和外部学习动机</w:t>
        <w:br/>
        <w:t>B.高尚的动机与低级的动机</w:t>
        <w:br/>
        <w:t>C.正确的动机与错误的动机</w:t>
        <w:br/>
        <w:t>D.近景的直接性动机和远景的间接性动机</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91、最高级的需要是（　　　）。</w:t>
        <w:br/>
        <w:t>A.生理需要</w:t>
        <w:br/>
        <w:t>B.安全需要</w:t>
        <w:br/>
        <w:t>C.尊重需要</w:t>
        <w:br/>
        <w:t>D.自我实现的需要</w:t>
        <w:br/>
        <w:br/>
        <w:t xml:space="preserve">【答案】：D </w:t>
      </w:r>
    </w:p>
    <w:p>
      <w:r>
        <w:t>92、创造过程的必经阶段是（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r>
        <w:t>93、不少大学生恋爱态度呈现轻率化的现象表现为（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r>
        <w:t>94、精神分析学派的代表人物是（　　　）。</w:t>
        <w:br/>
        <w:t>A.冯特</w:t>
        <w:br/>
        <w:t>B.韦特海默</w:t>
        <w:br/>
        <w:t>C.弗洛伊德</w:t>
        <w:br/>
        <w:t>D.罗杰斯</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95、在几种重要的学习理论中，“认知一结构”论的提出者是（　　　）。</w:t>
        <w:br/>
        <w:t>A.桑代克</w:t>
        <w:br/>
        <w:t>B.布鲁纳</w:t>
        <w:br/>
        <w:t>C.奥苏伯尔</w:t>
        <w:br/>
        <w:t>D.苛勒</w:t>
        <w:br/>
        <w:br/>
        <w:t xml:space="preserve">【答案】：B </w:t>
      </w:r>
    </w:p>
    <w:p>
      <w:r>
        <w:t>96、下列关于股权投资基金募集流程及先后顺序的描述中，正确的是（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r>
        <w:t xml:space="preserve">97、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r>
        <w:t>98、先于所要学习的新材料呈现的一种引导性材料，它是对新学习材料的简化与概括，在新学习材料与学习者原有观念之间起认知桥梁作用，这种学习内容的组织技术或教学策略叫作（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https://d.book118.com/506243035114010041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06243035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