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2024年租赁安全协议书（35篇）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2024年租赁安全协议书（精选35篇）</w:t>
      </w:r>
      <w:r>
        <w:rPr>
          <w:lang w:eastAsia="zh-CN"/>
        </w:rPr>
        <w:br/>
      </w:r>
      <w:r>
        <w:rPr>
          <w:lang w:eastAsia="zh-CN"/>
        </w:rPr>
        <w:t xml:space="preserve">    2024年租赁安全协议书 篇1 </w:t>
      </w:r>
      <w:r>
        <w:rPr>
          <w:lang w:eastAsia="zh-CN"/>
        </w:rPr>
        <w:br/>
      </w:r>
      <w:r>
        <w:rPr>
          <w:lang w:eastAsia="zh-CN"/>
        </w:rPr>
        <w:t>　　甲方：_______有限公司（以下简称甲方）</w:t>
      </w:r>
      <w:r>
        <w:rPr>
          <w:lang w:eastAsia="zh-CN"/>
        </w:rPr>
        <w:br/>
      </w:r>
      <w:r>
        <w:rPr>
          <w:lang w:eastAsia="zh-CN"/>
        </w:rPr>
        <w:t>　　乙方：___（以下简称乙方）</w:t>
      </w:r>
      <w:r>
        <w:rPr>
          <w:lang w:eastAsia="zh-CN"/>
        </w:rPr>
        <w:br/>
      </w:r>
      <w:r>
        <w:rPr>
          <w:lang w:eastAsia="zh-CN"/>
        </w:rPr>
        <w:t>　　为了构建和谐平安的社区，保证甲、乙双方在租赁期内经营有序安全，根据安全、消防、治安等法律法规规定，经甲、乙双方充分协商，特签订本安全责任书。</w:t>
      </w:r>
      <w:r>
        <w:rPr>
          <w:lang w:eastAsia="zh-CN"/>
        </w:rPr>
        <w:br/>
      </w:r>
      <w:r>
        <w:rPr>
          <w:lang w:eastAsia="zh-CN"/>
        </w:rPr>
        <w:t>　　一、本安全责任书的时效为乙方签订房屋租赁协议起至乙方将房屋归还甲方之时为止。在该有效期内，甲、乙双方各自承担各自应负的责任。</w:t>
      </w:r>
      <w:r>
        <w:rPr>
          <w:lang w:eastAsia="zh-CN"/>
        </w:rPr>
        <w:br/>
      </w:r>
      <w:r>
        <w:rPr>
          <w:lang w:eastAsia="zh-CN"/>
        </w:rPr>
        <w:t>　　二、甲方的安全责任</w:t>
      </w:r>
      <w:r>
        <w:rPr>
          <w:lang w:eastAsia="zh-CN"/>
        </w:rPr>
        <w:br/>
      </w:r>
      <w:r>
        <w:rPr>
          <w:lang w:eastAsia="zh-CN"/>
        </w:rPr>
        <w:t>　　1、甲方对承租的外来人员督促其在规定时间内到辖区派出所中报暂住登记，并根据暂住手续办理房屋租赁一切手续，要求承租人遵守与有关外来人口管理的规定，配合辖区主管部门进行检查工作。</w:t>
      </w:r>
      <w:r>
        <w:rPr>
          <w:lang w:eastAsia="zh-CN"/>
        </w:rPr>
        <w:br/>
      </w:r>
      <w:r>
        <w:rPr>
          <w:lang w:eastAsia="zh-CN"/>
        </w:rPr>
        <w:t>　　2、甲方要经常检查乙方租住人员及房屋的安全防火情况，发现安全隐患及时进行整改，督促乙方遵守消防规定，配置必需的消防设施。</w:t>
      </w:r>
      <w:r>
        <w:rPr>
          <w:lang w:eastAsia="zh-CN"/>
        </w:rPr>
        <w:br/>
      </w:r>
      <w:r>
        <w:rPr>
          <w:lang w:eastAsia="zh-CN"/>
        </w:rPr>
        <w:t>　　三、乙方的安全责任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1、乙方严禁在房屋内存放易燃易爆等危险物品，严禁私自乱接电线，私自改造水管等等，杜绝一切产生安全隐患的行为。</w:t>
      </w:r>
      <w:r>
        <w:rPr>
          <w:lang w:eastAsia="zh-CN"/>
        </w:rPr>
        <w:br/>
      </w:r>
      <w:r>
        <w:rPr>
          <w:lang w:eastAsia="zh-CN"/>
        </w:rPr>
        <w:t>　　2、乙方在经营中不得违反消防安全的相关规定，并按消防规定配备一定数量的灭火器材，服从甲方物业管理，不得在楼道及消防通道停放车辆、堆放物品。</w:t>
      </w:r>
      <w:r>
        <w:rPr>
          <w:lang w:eastAsia="zh-CN"/>
        </w:rPr>
        <w:br/>
      </w:r>
      <w:r>
        <w:rPr>
          <w:lang w:eastAsia="zh-CN"/>
        </w:rPr>
        <w:t>　　3、乙方不得改变承租房屋的结构和使用功能，如需进行合理的装修，需经甲方书面同意。乙方退房时不得拆除已做装修，以免影响房屋正常使用和安全。</w:t>
      </w:r>
      <w:r>
        <w:rPr>
          <w:lang w:eastAsia="zh-CN"/>
        </w:rPr>
        <w:br/>
      </w:r>
      <w:r>
        <w:rPr>
          <w:lang w:eastAsia="zh-CN"/>
        </w:rPr>
        <w:t>　　4、乙方所租房屋必须进行合法经营，按规定办理工商、税务、卫生等相关登记手续，否则甲方有权收回房屋并向有关部门举报。</w:t>
      </w:r>
      <w:r>
        <w:rPr>
          <w:lang w:eastAsia="zh-CN"/>
        </w:rPr>
        <w:br/>
      </w:r>
      <w:r>
        <w:rPr>
          <w:lang w:eastAsia="zh-CN"/>
        </w:rPr>
        <w:t>　　5、乙方应加强安全知识学习，提高安全意识并有安全措施，所租房屋出现火灾，爆炸触电及任何安全伤亡事故和财产损失，由乙方负全部责任（含给其他租户及甲方造成的损失）。</w:t>
      </w:r>
      <w:r>
        <w:rPr>
          <w:lang w:eastAsia="zh-CN"/>
        </w:rPr>
        <w:br/>
      </w:r>
      <w:r>
        <w:rPr>
          <w:lang w:eastAsia="zh-CN"/>
        </w:rPr>
        <w:t>　　6、乙方应负责其雇佣人员的安全知识教育和相关从业规范教育，并配备相应的劳动安全用品、护具。乙方与雇员之间发生的劳务、工伤等纠纷由乙方负责。</w:t>
      </w:r>
      <w:r>
        <w:rPr>
          <w:lang w:eastAsia="zh-CN"/>
        </w:rPr>
        <w:br/>
      </w:r>
      <w:r>
        <w:rPr>
          <w:lang w:eastAsia="zh-CN"/>
        </w:rPr>
        <w:t>　　四、本协议一式贰份，甲、乙双方各执一份，自甲、乙双方签字之日生效，甲、乙双方应严格遵守本协议书，不得违反。</w:t>
      </w:r>
      <w:r>
        <w:rPr>
          <w:lang w:eastAsia="zh-CN"/>
        </w:rPr>
        <w:br/>
      </w:r>
      <w:r>
        <w:rPr>
          <w:lang w:eastAsia="zh-CN"/>
        </w:rPr>
        <w:t>　　五、本责任书未尽事宜按昆明市有关管理规定执行或双方协商补充。</w:t>
      </w:r>
      <w:r>
        <w:rPr>
          <w:lang w:eastAsia="zh-CN"/>
        </w:rPr>
        <w:br/>
      </w:r>
      <w:r>
        <w:rPr>
          <w:lang w:eastAsia="zh-CN"/>
        </w:rPr>
        <w:t>　　此安全责任书与所签租房协议书同等效力，相互补充。</w:t>
      </w:r>
      <w:r>
        <w:rPr>
          <w:lang w:eastAsia="zh-CN"/>
        </w:rPr>
        <w:br/>
      </w:r>
      <w:r>
        <w:rPr>
          <w:lang w:eastAsia="zh-CN"/>
        </w:rPr>
        <w:t>　　甲方：___乙方：___</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代表签字：___代表签字：___</w:t>
      </w:r>
      <w:r>
        <w:rPr>
          <w:lang w:eastAsia="zh-CN"/>
        </w:rPr>
        <w:br/>
      </w:r>
      <w:r>
        <w:rPr>
          <w:lang w:eastAsia="zh-CN"/>
        </w:rPr>
        <w:t>　　责任书签订时间：_______年____月____日</w:t>
      </w:r>
      <w:r>
        <w:rPr>
          <w:lang w:eastAsia="zh-CN"/>
        </w:rPr>
        <w:br/>
      </w:r>
      <w:r>
        <w:rPr>
          <w:lang w:eastAsia="zh-CN"/>
        </w:rPr>
        <w:t xml:space="preserve">    2024年租赁安全协议书 篇2 </w:t>
      </w:r>
      <w:r>
        <w:rPr>
          <w:lang w:eastAsia="zh-CN"/>
        </w:rPr>
        <w:br/>
      </w:r>
      <w:r>
        <w:rPr>
          <w:lang w:eastAsia="zh-CN"/>
        </w:rPr>
        <w:t>　　出租方（以下简称甲方）：</w:t>
      </w:r>
      <w:r>
        <w:rPr>
          <w:lang w:eastAsia="zh-CN"/>
        </w:rPr>
        <w:br/>
      </w:r>
      <w:r>
        <w:rPr>
          <w:lang w:eastAsia="zh-CN"/>
        </w:rPr>
        <w:t>　　承租方（以下简称乙方）：</w:t>
      </w:r>
      <w:r>
        <w:rPr>
          <w:lang w:eastAsia="zh-CN"/>
        </w:rPr>
        <w:br/>
      </w:r>
      <w:r>
        <w:rPr>
          <w:lang w:eastAsia="zh-CN"/>
        </w:rPr>
        <w:t>　　根据《中华人民共和国治安管理法》的有关规定，按照房屋使用“安全第一、预防为主”的方针和“谁承租房屋，谁负责房屋安全”的原则，经双方共同协商，特签订一下安全责任书。</w:t>
      </w:r>
      <w:r>
        <w:rPr>
          <w:lang w:eastAsia="zh-CN"/>
        </w:rPr>
        <w:br/>
      </w:r>
      <w:r>
        <w:rPr>
          <w:lang w:eastAsia="zh-CN"/>
        </w:rPr>
        <w:t>　　一、甲方的义务：</w:t>
      </w:r>
      <w:r>
        <w:rPr>
          <w:lang w:eastAsia="zh-CN"/>
        </w:rPr>
        <w:br/>
      </w:r>
      <w:r>
        <w:rPr>
          <w:lang w:eastAsia="zh-CN"/>
        </w:rPr>
        <w:t>　　1、甲方应保证租赁房屋在交付时结构完成无损，无漏水、渗水现象；</w:t>
      </w:r>
      <w:r>
        <w:rPr>
          <w:lang w:eastAsia="zh-CN"/>
        </w:rPr>
        <w:br/>
      </w:r>
      <w:r>
        <w:rPr>
          <w:lang w:eastAsia="zh-CN"/>
        </w:rPr>
        <w:t>　　二、乙方的义务：</w:t>
      </w:r>
      <w:r>
        <w:rPr>
          <w:lang w:eastAsia="zh-CN"/>
        </w:rPr>
        <w:br/>
      </w:r>
      <w:r>
        <w:rPr>
          <w:lang w:eastAsia="zh-CN"/>
        </w:rPr>
        <w:t>　　1 乙方所租房屋仅供居住使用，不得将所租房屋用于商业活动或有损坏公共利益活动，不得擅自转租、不得利用所租房屋进行法律和法规、规章禁止的行为。</w:t>
      </w:r>
      <w:r>
        <w:rPr>
          <w:lang w:eastAsia="zh-CN"/>
        </w:rPr>
        <w:br/>
      </w:r>
      <w:r>
        <w:rPr>
          <w:lang w:eastAsia="zh-CN"/>
        </w:rPr>
        <w:t>　　2.乙方负有使租赁房屋的整体结构及原貌完好无损的责任。不得私自拆除和改建房屋、不得在承租屋内外违法搭建建筑物。</w:t>
      </w:r>
      <w:r>
        <w:rPr>
          <w:lang w:eastAsia="zh-CN"/>
        </w:rPr>
        <w:br/>
      </w:r>
      <w:r>
        <w:rPr>
          <w:lang w:eastAsia="zh-CN"/>
        </w:rPr>
        <w:t>　　3.乙方应保持租赁房屋及环境的整洁；不得产生本市允许标准外的噪音；严禁在租赁房屋内使用和存在不符合安全标准的易燃、易爆、剧毒、放射性等危险物品。</w:t>
      </w:r>
      <w:r>
        <w:rPr>
          <w:lang w:eastAsia="zh-CN"/>
        </w:rPr>
        <w:br/>
      </w:r>
      <w:r>
        <w:rPr>
          <w:lang w:eastAsia="zh-CN"/>
        </w:rPr>
        <w:t>　　5.乙方不得利用租赁房屋从事任何违法犯罪活动。</w:t>
      </w:r>
      <w:r>
        <w:rPr>
          <w:lang w:eastAsia="zh-CN"/>
        </w:rPr>
        <w:br/>
      </w:r>
      <w:r>
        <w:rPr>
          <w:lang w:eastAsia="zh-CN"/>
        </w:rPr>
        <w:t>　　三、乙方的责任：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1.除不可抗力及甲方责任外，乙方造成安全事故或财产损失的，后果由乙方承担全部责任。乙方因聚众、酗酒闹事等行为引起的纠纷，乙方将承担由此引起的一切法律责任：</w:t>
      </w:r>
      <w:r>
        <w:rPr>
          <w:lang w:eastAsia="zh-CN"/>
        </w:rPr>
        <w:br/>
      </w:r>
      <w:r>
        <w:rPr>
          <w:lang w:eastAsia="zh-CN"/>
        </w:rPr>
        <w:t>　　4.本责任书中的“人员”指甲乙双方的人员和其他人员；本责任书中的“财产损失”指甲方及他人的财产损失；本责任书中的“房屋”是指 。</w:t>
      </w:r>
      <w:r>
        <w:rPr>
          <w:lang w:eastAsia="zh-CN"/>
        </w:rPr>
        <w:br/>
      </w:r>
      <w:r>
        <w:rPr>
          <w:lang w:eastAsia="zh-CN"/>
        </w:rPr>
        <w:t>　　四、其他</w:t>
      </w:r>
      <w:r>
        <w:rPr>
          <w:lang w:eastAsia="zh-CN"/>
        </w:rPr>
        <w:br/>
      </w:r>
      <w:r>
        <w:rPr>
          <w:lang w:eastAsia="zh-CN"/>
        </w:rPr>
        <w:t>　　2.本责任书一式两份，双方各执一份，自双方签字或盖章之日起生效。</w:t>
      </w:r>
      <w:r>
        <w:rPr>
          <w:lang w:eastAsia="zh-CN"/>
        </w:rPr>
        <w:br/>
      </w:r>
      <w:r>
        <w:rPr>
          <w:lang w:eastAsia="zh-CN"/>
        </w:rPr>
        <w:t>　　3.本责任书为租赁合同的附件，与租赁合同具有同等的法律效力。</w:t>
      </w:r>
      <w:r>
        <w:rPr>
          <w:lang w:eastAsia="zh-CN"/>
        </w:rPr>
        <w:br/>
      </w:r>
      <w:r>
        <w:rPr>
          <w:lang w:eastAsia="zh-CN"/>
        </w:rPr>
        <w:t>　　出租方（甲方）： 承租方（乙方）：</w:t>
      </w:r>
      <w:r>
        <w:rPr>
          <w:lang w:eastAsia="zh-CN"/>
        </w:rPr>
        <w:br/>
      </w:r>
      <w:r>
        <w:rPr>
          <w:lang w:eastAsia="zh-CN"/>
        </w:rPr>
        <w:t>　　（盖章） （盖章）</w:t>
      </w:r>
      <w:r>
        <w:rPr>
          <w:lang w:eastAsia="zh-CN"/>
        </w:rPr>
        <w:br/>
      </w:r>
      <w:r>
        <w:rPr>
          <w:lang w:eastAsia="zh-CN"/>
        </w:rPr>
        <w:t>　　联系方式：联系方式：</w:t>
      </w:r>
      <w:r>
        <w:rPr>
          <w:lang w:eastAsia="zh-CN"/>
        </w:rPr>
        <w:br/>
      </w:r>
      <w:r>
        <w:rPr>
          <w:lang w:eastAsia="zh-CN"/>
        </w:rPr>
        <w:t xml:space="preserve">    2024年租赁安全协议书 篇3 </w:t>
      </w:r>
      <w:r>
        <w:rPr>
          <w:lang w:eastAsia="zh-CN"/>
        </w:rPr>
        <w:br/>
      </w:r>
      <w:r>
        <w:rPr>
          <w:lang w:eastAsia="zh-CN"/>
        </w:rPr>
        <w:t>　　甲方（出租方）：___</w:t>
      </w:r>
      <w:r>
        <w:rPr>
          <w:lang w:eastAsia="zh-CN"/>
        </w:rPr>
        <w:br/>
      </w:r>
      <w:r>
        <w:rPr>
          <w:lang w:eastAsia="zh-CN"/>
        </w:rPr>
        <w:t>　　乙方（承租方）：___</w:t>
      </w:r>
      <w:r>
        <w:rPr>
          <w:lang w:eastAsia="zh-CN"/>
        </w:rPr>
        <w:br/>
      </w:r>
      <w:r>
        <w:rPr>
          <w:lang w:eastAsia="zh-CN"/>
        </w:rPr>
        <w:t>　　租赁房屋地址：___</w:t>
      </w:r>
      <w:r>
        <w:rPr>
          <w:lang w:eastAsia="zh-CN"/>
        </w:rPr>
        <w:br/>
      </w:r>
      <w:r>
        <w:rPr>
          <w:lang w:eastAsia="zh-CN"/>
        </w:rPr>
        <w:t>　　为了确保租赁房屋的安全要求，按照“安全第一、预防为主”的方针和“谁承租，谁负责”的原则，乙方在使用房屋时必须严格遵守以下内容，保障使用安全：___</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1、承租期内，乙方应做好防火防盗、用电、用气的安全检查，不准在公用部位堆放杂物、垃圾，乙方违反规定发生事故的，由乙方完全负责。</w:t>
      </w:r>
      <w:r>
        <w:rPr>
          <w:lang w:eastAsia="zh-CN"/>
        </w:rPr>
        <w:br/>
      </w:r>
      <w:r>
        <w:rPr>
          <w:lang w:eastAsia="zh-CN"/>
        </w:rPr>
        <w:t>　　2、严禁使用没有自动断电保护装置的伪劣接线板电器等，严禁私自拉接电线和随意加大负荷或改变保险装置，乙方违反规定发生事故的，由乙方完全负责。</w:t>
      </w:r>
      <w:r>
        <w:rPr>
          <w:lang w:eastAsia="zh-CN"/>
        </w:rPr>
        <w:br/>
      </w:r>
      <w:r>
        <w:rPr>
          <w:lang w:eastAsia="zh-CN"/>
        </w:rPr>
        <w:t>　　3、房屋离人时必须拔掉电源插头，关掉电源开关，保证安全用电。乙方的家用电器在使用中一旦出现问题，发生事故，由乙方完全负责。</w:t>
      </w:r>
      <w:r>
        <w:rPr>
          <w:lang w:eastAsia="zh-CN"/>
        </w:rPr>
        <w:br/>
      </w:r>
      <w:r>
        <w:rPr>
          <w:lang w:eastAsia="zh-CN"/>
        </w:rPr>
        <w:t>　　4、乙方应负责保护房屋的整体结构，不得私自拆除和改装房屋及影响整体结构，不得破坏房屋外貌。否则，由此出现的安全事故乙方负全部责任。</w:t>
      </w:r>
      <w:r>
        <w:rPr>
          <w:lang w:eastAsia="zh-CN"/>
        </w:rPr>
        <w:br/>
      </w:r>
      <w:r>
        <w:rPr>
          <w:lang w:eastAsia="zh-CN"/>
        </w:rPr>
        <w:t>　　5、乙方不得将所租房屋擅自转租、转让或转借，不得利用所租房屋进行非法活动。</w:t>
      </w:r>
      <w:r>
        <w:rPr>
          <w:lang w:eastAsia="zh-CN"/>
        </w:rPr>
        <w:br/>
      </w:r>
      <w:r>
        <w:rPr>
          <w:lang w:eastAsia="zh-CN"/>
        </w:rPr>
        <w:t>　　注：___本责任书一式两份，双方各执一份。</w:t>
      </w:r>
      <w:r>
        <w:rPr>
          <w:lang w:eastAsia="zh-CN"/>
        </w:rPr>
        <w:br/>
      </w:r>
      <w:r>
        <w:rPr>
          <w:lang w:eastAsia="zh-CN"/>
        </w:rPr>
        <w:t>　　责任人（承租房）：___</w:t>
      </w:r>
      <w:r>
        <w:rPr>
          <w:lang w:eastAsia="zh-CN"/>
        </w:rPr>
        <w:br/>
      </w:r>
      <w:r>
        <w:rPr>
          <w:lang w:eastAsia="zh-CN"/>
        </w:rPr>
        <w:t>　　签订日期：___</w:t>
      </w:r>
      <w:r>
        <w:rPr>
          <w:lang w:eastAsia="zh-CN"/>
        </w:rPr>
        <w:br/>
      </w:r>
      <w:r>
        <w:rPr>
          <w:lang w:eastAsia="zh-CN"/>
        </w:rPr>
        <w:t xml:space="preserve">    2024年租赁安全协议书 篇4 </w:t>
      </w:r>
      <w:r>
        <w:rPr>
          <w:lang w:eastAsia="zh-CN"/>
        </w:rPr>
        <w:br/>
      </w:r>
      <w:r>
        <w:rPr>
          <w:lang w:eastAsia="zh-CN"/>
        </w:rPr>
        <w:t>　　出租方（以下简称甲方）：___</w:t>
      </w:r>
      <w:r>
        <w:rPr>
          <w:lang w:eastAsia="zh-CN"/>
        </w:rPr>
        <w:br/>
      </w:r>
      <w:r>
        <w:rPr>
          <w:lang w:eastAsia="zh-CN"/>
        </w:rPr>
        <w:t>　　承租方（以下简称乙方）：___</w:t>
      </w:r>
      <w:r>
        <w:rPr>
          <w:lang w:eastAsia="zh-CN"/>
        </w:rPr>
        <w:br/>
      </w:r>
      <w:r>
        <w:rPr>
          <w:lang w:eastAsia="zh-CN"/>
        </w:rPr>
        <w:t>　　根据《中华人民共和国治安管理法》的有关规定，按照房屋使用“安全第一、预防为主”的方针和“谁承租房屋，谁负责房屋安全”的原则，经双方共同协商，特签订一下安全责任书。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一、甲方的义务：___</w:t>
      </w:r>
      <w:r>
        <w:rPr>
          <w:lang w:eastAsia="zh-CN"/>
        </w:rPr>
        <w:br/>
      </w:r>
      <w:r>
        <w:rPr>
          <w:lang w:eastAsia="zh-CN"/>
        </w:rPr>
        <w:t>　　甲方应保证租赁房屋在交付时结构完成无损，无漏水、渗水现象；</w:t>
      </w:r>
      <w:r>
        <w:rPr>
          <w:lang w:eastAsia="zh-CN"/>
        </w:rPr>
        <w:br/>
      </w:r>
      <w:r>
        <w:rPr>
          <w:lang w:eastAsia="zh-CN"/>
        </w:rPr>
        <w:t>　　二、乙方的义务：___</w:t>
      </w:r>
      <w:r>
        <w:rPr>
          <w:lang w:eastAsia="zh-CN"/>
        </w:rPr>
        <w:br/>
      </w:r>
      <w:r>
        <w:rPr>
          <w:lang w:eastAsia="zh-CN"/>
        </w:rPr>
        <w:t>　　1乙方所租房屋仅供居住使用，不得将所租房屋用于商业活动或有损坏公共利益活动，不得擅自转租、不得利用所租房屋进行法律和法规、规章禁止的行为。</w:t>
      </w:r>
      <w:r>
        <w:rPr>
          <w:lang w:eastAsia="zh-CN"/>
        </w:rPr>
        <w:br/>
      </w:r>
      <w:r>
        <w:rPr>
          <w:lang w:eastAsia="zh-CN"/>
        </w:rPr>
        <w:t>　　2.乙方负有使租赁房屋的整体结构及原貌完好无损的责任。不得私自拆除和改建房屋、不得在承租屋内外违法搭建建筑物。</w:t>
      </w:r>
      <w:r>
        <w:rPr>
          <w:lang w:eastAsia="zh-CN"/>
        </w:rPr>
        <w:br/>
      </w:r>
      <w:r>
        <w:rPr>
          <w:lang w:eastAsia="zh-CN"/>
        </w:rPr>
        <w:t>　　3.乙方应保持租赁房屋及环境的整洁；不得产生本市允许标准外的噪音；严禁在租赁房屋内使用和存在不符合安全标准的易燃、易爆、剧毒、放射性等危险物品。</w:t>
      </w:r>
      <w:r>
        <w:rPr>
          <w:lang w:eastAsia="zh-CN"/>
        </w:rPr>
        <w:br/>
      </w:r>
      <w:r>
        <w:rPr>
          <w:lang w:eastAsia="zh-CN"/>
        </w:rPr>
        <w:t>　　4.乙方不得利用租赁房屋从事任何违法犯罪活动。</w:t>
      </w:r>
      <w:r>
        <w:rPr>
          <w:lang w:eastAsia="zh-CN"/>
        </w:rPr>
        <w:br/>
      </w:r>
      <w:r>
        <w:rPr>
          <w:lang w:eastAsia="zh-CN"/>
        </w:rPr>
        <w:t>　　三、乙方的责任：___</w:t>
      </w:r>
      <w:r>
        <w:rPr>
          <w:lang w:eastAsia="zh-CN"/>
        </w:rPr>
        <w:br/>
      </w:r>
      <w:r>
        <w:rPr>
          <w:lang w:eastAsia="zh-CN"/>
        </w:rPr>
        <w:t>　　1.除不可抗力及甲方责任外，乙方造成安全事故或财产损失的，后果由乙方承担全部责任。乙方因聚众、酗酒闹事等行为引起的纠纷，乙方将承担由此引起的一切法律责任：___</w:t>
      </w:r>
      <w:r>
        <w:rPr>
          <w:lang w:eastAsia="zh-CN"/>
        </w:rPr>
        <w:br/>
      </w:r>
      <w:r>
        <w:rPr>
          <w:lang w:eastAsia="zh-CN"/>
        </w:rPr>
        <w:t>　　2.本责任书中的“人员”指甲乙双方的人员和其他人员；本责任书中的“财产损失”指甲方及他人的财产损失；本责任书中的“房屋”是指。</w:t>
      </w:r>
      <w:r>
        <w:rPr>
          <w:lang w:eastAsia="zh-CN"/>
        </w:rPr>
        <w:br/>
      </w:r>
      <w:r>
        <w:rPr>
          <w:lang w:eastAsia="zh-CN"/>
        </w:rPr>
        <w:t>　　四、其他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2.本责任书一式两份，双方各执一份，自双方签字或盖章之日起生效。</w:t>
      </w:r>
      <w:r>
        <w:rPr>
          <w:lang w:eastAsia="zh-CN"/>
        </w:rPr>
        <w:br/>
      </w:r>
      <w:r>
        <w:rPr>
          <w:lang w:eastAsia="zh-CN"/>
        </w:rPr>
        <w:t>　　3.本责任书为租赁合同的附件，与租赁合同具有同等的法律效力。</w:t>
      </w:r>
      <w:r>
        <w:rPr>
          <w:lang w:eastAsia="zh-CN"/>
        </w:rPr>
        <w:br/>
      </w:r>
      <w:r>
        <w:rPr>
          <w:lang w:eastAsia="zh-CN"/>
        </w:rPr>
        <w:t>　　出租方（甲方）：___承租方（乙方）：___</w:t>
      </w:r>
      <w:r>
        <w:rPr>
          <w:lang w:eastAsia="zh-CN"/>
        </w:rPr>
        <w:br/>
      </w:r>
      <w:r>
        <w:rPr>
          <w:lang w:eastAsia="zh-CN"/>
        </w:rPr>
        <w:t>　　（盖章）（盖章）</w:t>
      </w:r>
      <w:r>
        <w:rPr>
          <w:lang w:eastAsia="zh-CN"/>
        </w:rPr>
        <w:br/>
      </w:r>
      <w:r>
        <w:rPr>
          <w:lang w:eastAsia="zh-CN"/>
        </w:rPr>
        <w:t>　　联系方式：___联系方式：___</w:t>
      </w:r>
      <w:r>
        <w:rPr>
          <w:lang w:eastAsia="zh-CN"/>
        </w:rPr>
        <w:br/>
      </w:r>
      <w:r>
        <w:rPr>
          <w:lang w:eastAsia="zh-CN"/>
        </w:rPr>
        <w:t>　　日期：___日期：___</w:t>
      </w:r>
      <w:r>
        <w:rPr>
          <w:lang w:eastAsia="zh-CN"/>
        </w:rPr>
        <w:br/>
      </w:r>
      <w:r>
        <w:rPr>
          <w:lang w:eastAsia="zh-CN"/>
        </w:rPr>
        <w:t xml:space="preserve">    2024年租赁安全协议书 篇5 </w:t>
      </w:r>
      <w:r>
        <w:rPr>
          <w:lang w:eastAsia="zh-CN"/>
        </w:rPr>
        <w:br/>
      </w:r>
      <w:r>
        <w:rPr>
          <w:lang w:eastAsia="zh-CN"/>
        </w:rPr>
        <w:t>　　出租方（以下简称甲方）：</w:t>
      </w:r>
      <w:r>
        <w:rPr>
          <w:lang w:eastAsia="zh-CN"/>
        </w:rPr>
        <w:br/>
      </w:r>
      <w:r>
        <w:rPr>
          <w:lang w:eastAsia="zh-CN"/>
        </w:rPr>
        <w:t>　　承租方（以下简称乙方）：</w:t>
      </w:r>
      <w:r>
        <w:rPr>
          <w:lang w:eastAsia="zh-CN"/>
        </w:rPr>
        <w:br/>
      </w:r>
      <w:r>
        <w:rPr>
          <w:lang w:eastAsia="zh-CN"/>
        </w:rPr>
        <w:t>　　根据《中华人民共和国治安管理法》的有关规定，按照房屋使用“安全第一、预防为主”的方针和“谁承租房屋，谁负责房屋安全”的原则，经双方共同协商，特签订一下安全责任书。</w:t>
      </w:r>
      <w:r>
        <w:rPr>
          <w:lang w:eastAsia="zh-CN"/>
        </w:rPr>
        <w:br/>
      </w:r>
      <w:r>
        <w:rPr>
          <w:lang w:eastAsia="zh-CN"/>
        </w:rPr>
        <w:t>　　一、甲方的义务：</w:t>
      </w:r>
      <w:r>
        <w:rPr>
          <w:lang w:eastAsia="zh-CN"/>
        </w:rPr>
        <w:br/>
      </w:r>
      <w:r>
        <w:rPr>
          <w:lang w:eastAsia="zh-CN"/>
        </w:rPr>
        <w:t>　　1甲方应保证租赁房屋在交付时结构完成无损，无漏水、渗水现象；</w:t>
      </w:r>
      <w:r>
        <w:rPr>
          <w:lang w:eastAsia="zh-CN"/>
        </w:rPr>
        <w:br/>
      </w:r>
      <w:r>
        <w:rPr>
          <w:lang w:eastAsia="zh-CN"/>
        </w:rPr>
        <w:t>　　二、乙方的义务：</w:t>
      </w:r>
      <w:r>
        <w:rPr>
          <w:lang w:eastAsia="zh-CN"/>
        </w:rPr>
        <w:br/>
      </w:r>
      <w:r>
        <w:rPr>
          <w:lang w:eastAsia="zh-CN"/>
        </w:rPr>
        <w:t>　　1 乙方所租房屋仅供居住使用，不得将所租房屋用于商业活动或有损坏公共利益活动，不得擅自转租、不得利用所租房屋进行法律和法规、规章禁止的行为。</w:t>
      </w:r>
      <w:r>
        <w:rPr>
          <w:lang w:eastAsia="zh-CN"/>
        </w:rPr>
        <w:br/>
      </w:r>
      <w:r>
        <w:rPr>
          <w:lang w:eastAsia="zh-CN"/>
        </w:rPr>
        <w:t>　　2.乙方负有使租赁房屋的整体结构及原貌完好无损的责任。不得私自拆除和改建房屋、不得在承租屋内外违法搭建建筑物。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3.乙方应保持租赁房屋及环境的整洁；不得产生本市允许标准外的噪音；严禁在租赁房屋内使用和存在不符合安全标准的易燃、易爆、剧毒、放射性等危险物品。</w:t>
      </w:r>
      <w:r>
        <w:rPr>
          <w:lang w:eastAsia="zh-CN"/>
        </w:rPr>
        <w:br/>
      </w:r>
      <w:r>
        <w:rPr>
          <w:lang w:eastAsia="zh-CN"/>
        </w:rPr>
        <w:t>　　5.乙方不得利用租赁房屋从事任何违法犯罪活动。</w:t>
      </w:r>
      <w:r>
        <w:rPr>
          <w:lang w:eastAsia="zh-CN"/>
        </w:rPr>
        <w:br/>
      </w:r>
      <w:r>
        <w:rPr>
          <w:lang w:eastAsia="zh-CN"/>
        </w:rPr>
        <w:t>　　三、乙方的责任：</w:t>
      </w:r>
      <w:r>
        <w:rPr>
          <w:lang w:eastAsia="zh-CN"/>
        </w:rPr>
        <w:br/>
      </w:r>
      <w:r>
        <w:rPr>
          <w:lang w:eastAsia="zh-CN"/>
        </w:rPr>
        <w:t>　　1.除不可抗力及甲方责任外，乙方造成安全事故或财产损失的，后果由乙方承担全部责任。乙方因聚众、酗酒闹事等行为引起的纠纷，乙方将承担由此引起的一切法律责任：</w:t>
      </w:r>
      <w:r>
        <w:rPr>
          <w:lang w:eastAsia="zh-CN"/>
        </w:rPr>
        <w:br/>
      </w:r>
      <w:r>
        <w:rPr>
          <w:lang w:eastAsia="zh-CN"/>
        </w:rPr>
        <w:t>　　2.本责任书中的“人员”指甲乙双方的人员和其他人员；本责任书中的“财产损失”指甲方及他人的财产损失；本责任书中的“房屋”是指 。</w:t>
      </w:r>
      <w:r>
        <w:rPr>
          <w:lang w:eastAsia="zh-CN"/>
        </w:rPr>
        <w:br/>
      </w:r>
      <w:r>
        <w:rPr>
          <w:lang w:eastAsia="zh-CN"/>
        </w:rPr>
        <w:t>　　四、其他</w:t>
      </w:r>
      <w:r>
        <w:rPr>
          <w:lang w:eastAsia="zh-CN"/>
        </w:rPr>
        <w:br/>
      </w:r>
      <w:r>
        <w:rPr>
          <w:lang w:eastAsia="zh-CN"/>
        </w:rPr>
        <w:t>　　2.本责任书一式两份，双方各执一份，自双方签字或盖章之日起生效。</w:t>
      </w:r>
      <w:r>
        <w:rPr>
          <w:lang w:eastAsia="zh-CN"/>
        </w:rPr>
        <w:br/>
      </w:r>
      <w:r>
        <w:rPr>
          <w:lang w:eastAsia="zh-CN"/>
        </w:rPr>
        <w:t>　　3.本责任书为租赁合同的附件，与租赁合同具有同等的法律效力。</w:t>
      </w:r>
      <w:r>
        <w:rPr>
          <w:lang w:eastAsia="zh-CN"/>
        </w:rPr>
        <w:br/>
      </w:r>
      <w:r>
        <w:rPr>
          <w:lang w:eastAsia="zh-CN"/>
        </w:rPr>
        <w:t>　　出租方（甲方）： 承租方（乙方）：</w:t>
      </w:r>
      <w:r>
        <w:rPr>
          <w:lang w:eastAsia="zh-CN"/>
        </w:rPr>
        <w:br/>
      </w:r>
      <w:r>
        <w:rPr>
          <w:lang w:eastAsia="zh-CN"/>
        </w:rPr>
        <w:t>　　（盖章） （盖章）</w:t>
      </w:r>
      <w:r>
        <w:rPr>
          <w:lang w:eastAsia="zh-CN"/>
        </w:rPr>
        <w:br/>
      </w:r>
      <w:r>
        <w:rPr>
          <w:lang w:eastAsia="zh-CN"/>
        </w:rPr>
        <w:t>　　联系方式： 联系方式：</w:t>
      </w:r>
      <w:r>
        <w:rPr>
          <w:lang w:eastAsia="zh-CN"/>
        </w:rPr>
        <w:br/>
      </w:r>
      <w:r>
        <w:rPr>
          <w:lang w:eastAsia="zh-CN"/>
        </w:rPr>
        <w:t>　　年 月 日</w:t>
      </w:r>
      <w:r>
        <w:rPr>
          <w:lang w:eastAsia="zh-CN"/>
        </w:rPr>
        <w:br/>
      </w:r>
      <w:r>
        <w:rPr>
          <w:lang w:eastAsia="zh-CN"/>
        </w:rPr>
        <w:t xml:space="preserve">    2024年租赁安全协议书 篇6 </w:t>
      </w:r>
      <w:r>
        <w:rPr>
          <w:lang w:eastAsia="zh-CN"/>
        </w:rPr>
        <w:br/>
      </w:r>
      <w:r>
        <w:rPr>
          <w:lang w:eastAsia="zh-CN"/>
        </w:rPr>
        <w:t>　　租赁安全协议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出租人名称：_____</w:t>
      </w:r>
      <w:r>
        <w:rPr>
          <w:lang w:eastAsia="zh-CN"/>
        </w:rPr>
        <w:br/>
      </w:r>
      <w:r>
        <w:rPr>
          <w:lang w:eastAsia="zh-CN"/>
        </w:rPr>
        <w:t>　　法定代表人：________</w:t>
      </w:r>
      <w:r>
        <w:rPr>
          <w:lang w:eastAsia="zh-CN"/>
        </w:rPr>
        <w:br/>
      </w:r>
      <w:r>
        <w:rPr>
          <w:lang w:eastAsia="zh-CN"/>
        </w:rPr>
        <w:t>　　地址：______</w:t>
      </w:r>
      <w:r>
        <w:rPr>
          <w:lang w:eastAsia="zh-CN"/>
        </w:rPr>
        <w:br/>
      </w:r>
      <w:r>
        <w:rPr>
          <w:lang w:eastAsia="zh-CN"/>
        </w:rPr>
        <w:t>　　承租人名称：_______</w:t>
      </w:r>
      <w:r>
        <w:rPr>
          <w:lang w:eastAsia="zh-CN"/>
        </w:rPr>
        <w:br/>
      </w:r>
      <w:r>
        <w:rPr>
          <w:lang w:eastAsia="zh-CN"/>
        </w:rPr>
        <w:t>　　法定代表人：_____</w:t>
      </w:r>
      <w:r>
        <w:rPr>
          <w:lang w:eastAsia="zh-CN"/>
        </w:rPr>
        <w:br/>
      </w:r>
      <w:r>
        <w:rPr>
          <w:lang w:eastAsia="zh-CN"/>
        </w:rPr>
        <w:t>　　地址：_______</w:t>
      </w:r>
      <w:r>
        <w:rPr>
          <w:lang w:eastAsia="zh-CN"/>
        </w:rPr>
        <w:br/>
      </w:r>
      <w:r>
        <w:rPr>
          <w:lang w:eastAsia="zh-CN"/>
        </w:rPr>
        <w:t>　　租赁标的：__________号____㎡房屋、设备及相关的附属设施为规范租赁双方在租赁安全方面的权利和义务，根据国家、省、市有关安全法律、法规的规定，在租赁双方平等、自愿的基础上，特订立租赁安全协议如下：</w:t>
      </w:r>
      <w:r>
        <w:rPr>
          <w:lang w:eastAsia="zh-CN"/>
        </w:rPr>
        <w:br/>
      </w:r>
      <w:r>
        <w:rPr>
          <w:lang w:eastAsia="zh-CN"/>
        </w:rPr>
        <w:t>　　一、交付租赁物的权利和义务</w:t>
      </w:r>
      <w:r>
        <w:rPr>
          <w:lang w:eastAsia="zh-CN"/>
        </w:rPr>
        <w:br/>
      </w:r>
      <w:r>
        <w:rPr>
          <w:lang w:eastAsia="zh-CN"/>
        </w:rPr>
        <w:t>　　1、承租人有权在出租人交付租赁物时查验租赁物是否符合租赁安全要求，并提出安全异议，对不符合安全要求的租赁物，可提出整改要求或不同意建立租赁关系。</w:t>
      </w:r>
      <w:r>
        <w:rPr>
          <w:lang w:eastAsia="zh-CN"/>
        </w:rPr>
        <w:br/>
      </w:r>
      <w:r>
        <w:rPr>
          <w:lang w:eastAsia="zh-CN"/>
        </w:rPr>
        <w:t>　　2、承租人在查验交付租赁物时，对出租人所有的租赁物没有提出安全方面异议的，自签订本租赁协议起，由租赁物造成的安全后果由承租人负责。</w:t>
      </w:r>
      <w:r>
        <w:rPr>
          <w:lang w:eastAsia="zh-CN"/>
        </w:rPr>
        <w:br/>
      </w:r>
      <w:r>
        <w:rPr>
          <w:lang w:eastAsia="zh-CN"/>
        </w:rPr>
        <w:t>　　二、租赁期间安全权利和义务</w:t>
      </w:r>
      <w:r>
        <w:rPr>
          <w:lang w:eastAsia="zh-CN"/>
        </w:rPr>
        <w:br/>
      </w:r>
      <w:r>
        <w:rPr>
          <w:lang w:eastAsia="zh-CN"/>
        </w:rPr>
        <w:t>　　1、承租人从事生产、经营活动的主体必须合法，并符合安全生产及治安的有关要求，在订立主合同时，必须向出租人提供有关生产经营证照，向出租人说明生产经营性设备、人员情况及经营过程中的危险性。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2、承租人对承租物必须采取严密的安全防范措施，依照国家、省、市有关安全法律、法规的规定，落实安全生产责任制，制定安全生产、经营管理制度，配备符合安全生产要求的安全设施及日常安全管理人员。同时，对员工进行安全教育及培训，使职工懂得符合安全生产、经营要求的安全知识。</w:t>
      </w:r>
      <w:r>
        <w:rPr>
          <w:lang w:eastAsia="zh-CN"/>
        </w:rPr>
        <w:br/>
      </w:r>
      <w:r>
        <w:rPr>
          <w:lang w:eastAsia="zh-CN"/>
        </w:rPr>
        <w:t>　　3、承租人应按规定配置必要的消防器材，设置消防设施及安全标志，并定期检查、保养、维修，确保完好有效。严禁圈占、堵塞消防通道。如属整体建筑物有消防系统的，由出租方负责系统管理。</w:t>
      </w:r>
      <w:r>
        <w:rPr>
          <w:lang w:eastAsia="zh-CN"/>
        </w:rPr>
        <w:br/>
      </w:r>
      <w:r>
        <w:rPr>
          <w:lang w:eastAsia="zh-CN"/>
        </w:rPr>
        <w:t>　　4、承租场所为人员密集、众多的，承租人在管理中必须始终保持疏散通道畅通，应急指示照明标志齐全，并制定安全应急预案，定期组织进行实地演练。</w:t>
      </w:r>
      <w:r>
        <w:rPr>
          <w:lang w:eastAsia="zh-CN"/>
        </w:rPr>
        <w:br/>
      </w:r>
      <w:r>
        <w:rPr>
          <w:lang w:eastAsia="zh-CN"/>
        </w:rPr>
        <w:t>　　5、承租人在定期安全自查的基础上，应接受出租方及政府安全、消防部门的'安全检查与监督，在安全检查与监督中发现的安全隐患或问题，应按整改通知要求及时进行整改。对承租人产生的共存一处相邻关系的，危及公共安全利益或出租人利益的安全隐患或问题，出租人有权通知承租人进行整改，由此产生的整改费用由承租人承担。</w:t>
      </w:r>
      <w:r>
        <w:rPr>
          <w:lang w:eastAsia="zh-CN"/>
        </w:rPr>
        <w:br/>
      </w:r>
      <w:r>
        <w:rPr>
          <w:lang w:eastAsia="zh-CN"/>
        </w:rPr>
        <w:t>　　6、承租人必须严格加强明火管理。易燃易爆部位应严禁明火，动用明火作业，必须办理动火手续，并有安全人员进现场监护。特种设备应持证运行，定期检测。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7、承租人必须严格用电、用气管理。安装、使用电器设备，使用液化气和工业气体必须符合安全规定。不准乱拉乱接电线及在车间、仓库、宿舍擅自使用电炉等电加热器具。严禁违章使用液化气，对多次警告拒不改正的，出租方有权单方面解除租赁关系，且不承担违约责任。</w:t>
      </w:r>
      <w:r>
        <w:rPr>
          <w:lang w:eastAsia="zh-CN"/>
        </w:rPr>
        <w:br/>
      </w:r>
      <w:r>
        <w:rPr>
          <w:lang w:eastAsia="zh-CN"/>
        </w:rPr>
        <w:t>　　8、承租人如生产、储存、经营使用有毒有害和易燃易爆化学危险品，经安全评价合格后，应依法办理手续，并建立严格的安全制度及安全应急预案。</w:t>
      </w:r>
      <w:r>
        <w:rPr>
          <w:lang w:eastAsia="zh-CN"/>
        </w:rPr>
        <w:br/>
      </w:r>
      <w:r>
        <w:rPr>
          <w:lang w:eastAsia="zh-CN"/>
        </w:rPr>
        <w:t>　　9、承租人未经许可，不得擅自改造承租物，经同意改造，但需经政府安全、消防部门批准的，承租人应履行报批手续，并组织相关单位进行竣工验收。</w:t>
      </w:r>
      <w:r>
        <w:rPr>
          <w:lang w:eastAsia="zh-CN"/>
        </w:rPr>
        <w:br/>
      </w:r>
      <w:r>
        <w:rPr>
          <w:lang w:eastAsia="zh-CN"/>
        </w:rPr>
        <w:t>　　10、共存一处租赁物内的各个承租人，有义务相互订立安全协议，明确各方在安全生产中的权利的义务。</w:t>
      </w:r>
      <w:r>
        <w:rPr>
          <w:lang w:eastAsia="zh-CN"/>
        </w:rPr>
        <w:br/>
      </w:r>
      <w:r>
        <w:rPr>
          <w:lang w:eastAsia="zh-CN"/>
        </w:rPr>
        <w:t>　　11、若发生火灾等事故，在依法查清事故原因的基础上，按规定追查相应责任和承担费用。</w:t>
      </w:r>
      <w:r>
        <w:rPr>
          <w:lang w:eastAsia="zh-CN"/>
        </w:rPr>
        <w:br/>
      </w:r>
      <w:r>
        <w:rPr>
          <w:lang w:eastAsia="zh-CN"/>
        </w:rPr>
        <w:t>　　12、在租赁期内，因水、电、汽等引发的人身和财产损失事故，均由承租人承担一切后果和经济损失。</w:t>
      </w:r>
      <w:r>
        <w:rPr>
          <w:lang w:eastAsia="zh-CN"/>
        </w:rPr>
        <w:br/>
      </w:r>
      <w:r>
        <w:rPr>
          <w:lang w:eastAsia="zh-CN"/>
        </w:rPr>
        <w:t>　　三、解除租赁关系的条件</w:t>
      </w:r>
      <w:r>
        <w:rPr>
          <w:lang w:eastAsia="zh-CN"/>
        </w:rPr>
        <w:br/>
      </w:r>
      <w:r>
        <w:rPr>
          <w:lang w:eastAsia="zh-CN"/>
        </w:rPr>
        <w:t>　　1、出租人对政府安全、消防部门提出的涉及承租区域内的安全隐患或出租人在实施安全检查中发现的安全隐患，应及时通知承租人整改，而承租人拒不整改的，出租人有权单方面解除租赁关系，由此造成的一切损失由承租人自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2、承租人未经出租人同意，擅自改造承租物而未办理政府安全、消防部门审批和验收手续或没有报批和验收不合格的，出租人有权单方面解除租赁关系，由此造成的一切损失由承租人负责。</w:t>
      </w:r>
      <w:r>
        <w:rPr>
          <w:lang w:eastAsia="zh-CN"/>
        </w:rPr>
        <w:br/>
      </w:r>
      <w:r>
        <w:rPr>
          <w:lang w:eastAsia="zh-CN"/>
        </w:rPr>
        <w:t>　　四、附则</w:t>
      </w:r>
      <w:r>
        <w:rPr>
          <w:lang w:eastAsia="zh-CN"/>
        </w:rPr>
        <w:br/>
      </w:r>
      <w:r>
        <w:rPr>
          <w:lang w:eastAsia="zh-CN"/>
        </w:rPr>
        <w:t>　　1、本协议为租赁合同的有效组成部分，是租赁合同在安全生产、经营方面的特别约定，与租赁合同具同等效力。</w:t>
      </w:r>
      <w:r>
        <w:rPr>
          <w:lang w:eastAsia="zh-CN"/>
        </w:rPr>
        <w:br/>
      </w:r>
      <w:r>
        <w:rPr>
          <w:lang w:eastAsia="zh-CN"/>
        </w:rPr>
        <w:t>　　2、租赁合同中涉及安全生产内容与本协议内容有抵触的，以本协议为准。文字解释不一致，也以本协议为准。</w:t>
      </w:r>
      <w:r>
        <w:rPr>
          <w:lang w:eastAsia="zh-CN"/>
        </w:rPr>
        <w:br/>
      </w:r>
      <w:r>
        <w:rPr>
          <w:lang w:eastAsia="zh-CN"/>
        </w:rPr>
        <w:t>　　3、同一建筑物内，相邻关系的各承租人订立的安全书面协议应一式多份，并报出租人留存备案。</w:t>
      </w:r>
      <w:r>
        <w:rPr>
          <w:lang w:eastAsia="zh-CN"/>
        </w:rPr>
        <w:br/>
      </w:r>
      <w:r>
        <w:rPr>
          <w:lang w:eastAsia="zh-CN"/>
        </w:rPr>
        <w:t>　　4、同一建筑物内，相邻关系的各承租人订立的安全书面协议内容不得与本协议内容相抵触，如有抵触，出租人有权要求承租人重新订立。</w:t>
      </w:r>
      <w:r>
        <w:rPr>
          <w:lang w:eastAsia="zh-CN"/>
        </w:rPr>
        <w:br/>
      </w:r>
      <w:r>
        <w:rPr>
          <w:lang w:eastAsia="zh-CN"/>
        </w:rPr>
        <w:t>　　5、未尽事宜。双方可另行协商。</w:t>
      </w:r>
      <w:r>
        <w:rPr>
          <w:lang w:eastAsia="zh-CN"/>
        </w:rPr>
        <w:br/>
      </w:r>
      <w:r>
        <w:rPr>
          <w:lang w:eastAsia="zh-CN"/>
        </w:rPr>
        <w:t>　　6、本协议签订于20__年月日一式两份，出租人、承租人各执一份。自双方签字或盖章生效。</w:t>
      </w:r>
      <w:r>
        <w:rPr>
          <w:lang w:eastAsia="zh-CN"/>
        </w:rPr>
        <w:br/>
      </w:r>
      <w:r>
        <w:rPr>
          <w:lang w:eastAsia="zh-CN"/>
        </w:rPr>
        <w:t>　　甲方（章）：</w:t>
      </w:r>
      <w:r>
        <w:rPr>
          <w:lang w:eastAsia="zh-CN"/>
        </w:rPr>
        <w:br/>
      </w:r>
      <w:r>
        <w:rPr>
          <w:lang w:eastAsia="zh-CN"/>
        </w:rPr>
        <w:t xml:space="preserve">    2024年租赁安全协议书 篇7 </w:t>
      </w:r>
      <w:r>
        <w:rPr>
          <w:lang w:eastAsia="zh-CN"/>
        </w:rPr>
        <w:br/>
      </w:r>
      <w:r>
        <w:rPr>
          <w:lang w:eastAsia="zh-CN"/>
        </w:rPr>
        <w:t>　　甲方： （出租方）</w:t>
      </w:r>
      <w:r>
        <w:rPr>
          <w:lang w:eastAsia="zh-CN"/>
        </w:rPr>
        <w:br/>
      </w:r>
      <w:r>
        <w:rPr>
          <w:lang w:eastAsia="zh-CN"/>
        </w:rPr>
        <w:t>　　乙方： （承租方）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为了进一步贯彻落实上海市、区政府关于加强安全保卫工作的一系列重要精神，以及市、区安全生产监督管理局、区消防支队、区交警支队、区质量技术监督局等相关部门的专业工作要求，落实监管措施，增强安全管控能力，切实维护我公司厂区生产安全、消防安全、道路交通安全、特种设备安全、民防安全等工作，租赁方与承租方共同构建以人为本、规范管理、制度健全、安全发展的新格局，为保障</w:t>
      </w:r>
      <w:r>
        <w:rPr>
          <w:lang w:eastAsia="zh-CN"/>
        </w:rPr>
        <w:br/>
      </w:r>
      <w:r>
        <w:rPr>
          <w:lang w:eastAsia="zh-CN"/>
        </w:rPr>
        <w:t>　　各承租人的合法权益，确保 （出租房屋名称）及承租人的人身和财产安全，结合 （出租房屋名称）的实际情况，经共同协商，甲、乙双方签订安全协议书如下：</w:t>
      </w:r>
      <w:r>
        <w:rPr>
          <w:lang w:eastAsia="zh-CN"/>
        </w:rPr>
        <w:br/>
      </w:r>
      <w:r>
        <w:rPr>
          <w:lang w:eastAsia="zh-CN"/>
        </w:rPr>
        <w:t>　　一、工作职责</w:t>
      </w:r>
      <w:r>
        <w:rPr>
          <w:lang w:eastAsia="zh-CN"/>
        </w:rPr>
        <w:br/>
      </w:r>
      <w:r>
        <w:rPr>
          <w:lang w:eastAsia="zh-CN"/>
        </w:rPr>
        <w:t>　　（一）承租方单位、企业单位负责人工作职责及具体要求：</w:t>
      </w:r>
      <w:r>
        <w:rPr>
          <w:lang w:eastAsia="zh-CN"/>
        </w:rPr>
        <w:br/>
      </w:r>
      <w:r>
        <w:rPr>
          <w:lang w:eastAsia="zh-CN"/>
        </w:rPr>
        <w:t>　　行政主要负责人是本单位安全生产、防火安全、交通安全、特种设备安全、民防安全的第一责任人，其主要职责是：</w:t>
      </w:r>
      <w:r>
        <w:rPr>
          <w:lang w:eastAsia="zh-CN"/>
        </w:rPr>
        <w:br/>
      </w:r>
      <w:r>
        <w:rPr>
          <w:lang w:eastAsia="zh-CN"/>
        </w:rPr>
        <w:t>　　1、坚持科学安全发展、标本兼治、综合治理的方针，按照上级职能部门的工作要求，负责本单位安全工作，全面整治和监督管理，防止和减少各类安全生产事故、特种设备事故、火灾事故、交通事故、民防事故的发生，遏制重特大事故，保障人民群众生命和财产安全，确保一方平安。</w:t>
      </w:r>
      <w:r>
        <w:rPr>
          <w:lang w:eastAsia="zh-CN"/>
        </w:rPr>
        <w:br/>
      </w:r>
      <w:r>
        <w:rPr>
          <w:lang w:eastAsia="zh-CN"/>
        </w:rPr>
        <w:t>　　2、将安全列入本单位全年工作的重要议事日程，并制定全年安全工作计划。每年主持召开四次以上安全工作会议。主要内容为听取有关部门和单位安全生产汇报，研究防范较大事故和重特大安全事故的措施，以及协调和解决安全工作中重大隐患整治的具体事宜，并负责做好会议记录，形成档案，以便查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3、每年不少于四次以上专题检查，必要时可安排单位行政班子分片包干挂钩，包干责任区联系，做到不留盲区、不留死角，确保安全检查全覆盖。</w:t>
      </w:r>
      <w:r>
        <w:rPr>
          <w:lang w:eastAsia="zh-CN"/>
        </w:rPr>
        <w:br/>
      </w:r>
      <w:r>
        <w:rPr>
          <w:lang w:eastAsia="zh-CN"/>
        </w:rPr>
        <w:t>　　4、根据工作需要适时调整安全管理体系，健全和完善安全管理机构及队伍建设，配备专职安全管理干部1-2名，负责本单位的安全生产监督管理工作，明确分管责任人，并对其实行培训教育和考核制度。</w:t>
      </w:r>
      <w:r>
        <w:rPr>
          <w:lang w:eastAsia="zh-CN"/>
        </w:rPr>
        <w:br/>
      </w:r>
      <w:r>
        <w:rPr>
          <w:lang w:eastAsia="zh-CN"/>
        </w:rPr>
        <w:t>　　5、积极做好企业责任人、安全干部、农民工、特种设备操作工的年度培训教育计划。采取多种形式加强对本公司职工的安全知识教育活动，增强大家的安全防范意识。</w:t>
      </w:r>
      <w:r>
        <w:rPr>
          <w:lang w:eastAsia="zh-CN"/>
        </w:rPr>
        <w:br/>
      </w:r>
      <w:r>
        <w:rPr>
          <w:lang w:eastAsia="zh-CN"/>
        </w:rPr>
        <w:t>　　6、每年安排必备资金列入安全工作基金，作为基础设施（含消防、标志、标牌等设施等）的投入，企业安全生产新技术、新工艺的改造，抢险救护及热心于社会公共安全先进人物的奖励。</w:t>
      </w:r>
      <w:r>
        <w:rPr>
          <w:lang w:eastAsia="zh-CN"/>
        </w:rPr>
        <w:br/>
      </w:r>
      <w:r>
        <w:rPr>
          <w:lang w:eastAsia="zh-CN"/>
        </w:rPr>
        <w:t>　　7、实施考核问责制。</w:t>
      </w:r>
      <w:r>
        <w:rPr>
          <w:lang w:eastAsia="zh-CN"/>
        </w:rPr>
        <w:br/>
      </w:r>
      <w:r>
        <w:rPr>
          <w:lang w:eastAsia="zh-CN"/>
        </w:rPr>
        <w:t>　　8、对重大危险源存在的安全隐患必须亲自督办、整改到位。</w:t>
      </w:r>
      <w:r>
        <w:rPr>
          <w:lang w:eastAsia="zh-CN"/>
        </w:rPr>
        <w:br/>
      </w:r>
      <w:r>
        <w:rPr>
          <w:lang w:eastAsia="zh-CN"/>
        </w:rPr>
        <w:t>　　9、发生较大事故以上的，应及时赶赴事故现场指挥抢救并上报领导。按照管理权限分工，做好善后处理，配合事故调查。</w:t>
      </w:r>
      <w:r>
        <w:rPr>
          <w:lang w:eastAsia="zh-CN"/>
        </w:rPr>
        <w:br/>
      </w:r>
      <w:r>
        <w:rPr>
          <w:lang w:eastAsia="zh-CN"/>
        </w:rPr>
        <w:t>　　10、加强对承租厂房内企业的安全管理，企业责任人(承租方)必须经常性开展对承租厂房内企业的日常安全巡查，检查安全制度落实情况，加强监督管理，落实安全隐患整改。</w:t>
      </w:r>
      <w:r>
        <w:rPr>
          <w:lang w:eastAsia="zh-CN"/>
        </w:rPr>
        <w:br/>
      </w:r>
      <w:r>
        <w:rPr>
          <w:lang w:eastAsia="zh-CN"/>
        </w:rPr>
        <w:t>　　（二）承租方单位分管责任人（含安全干部）的职责</w:t>
      </w:r>
      <w:r>
        <w:rPr>
          <w:lang w:eastAsia="zh-CN"/>
        </w:rPr>
        <w:br/>
      </w:r>
      <w:r>
        <w:rPr>
          <w:lang w:eastAsia="zh-CN"/>
        </w:rPr>
        <w:t>　　受本单位主要负责人委托，对本单位、本部门安全工作依法承担监督、检查、指导工作责任，其主要职责是：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1、全面贯彻落实国家和上海市有关安全生产的法律、法规、规章和方针、政策，认真履行安全生产综合监督管理工作职责，落实安全生产行动计划的各项具体工作。</w:t>
      </w:r>
      <w:r>
        <w:rPr>
          <w:lang w:eastAsia="zh-CN"/>
        </w:rPr>
        <w:br/>
      </w:r>
      <w:r>
        <w:rPr>
          <w:lang w:eastAsia="zh-CN"/>
        </w:rPr>
        <w:t>　　2、在本单位主要负责人领导下，健全安全管理机构队伍，对本（单位）内所有生产经营单位以及批租土地等形式的全部企业、单位的公共部位进行日常安全生产、防火安全、交通安全、特种设备安全、民防安全的监督检查与宣传。</w:t>
      </w:r>
      <w:r>
        <w:rPr>
          <w:lang w:eastAsia="zh-CN"/>
        </w:rPr>
        <w:br/>
      </w:r>
      <w:r>
        <w:rPr>
          <w:lang w:eastAsia="zh-CN"/>
        </w:rPr>
        <w:t>　　3、建立、健全本单位及下属单位的各项安全管理制度及安全规程（含应急预案），指导监督危化企业及重点危险源实施应急预案演练，落实各项工作措施（会议、指示、专项工作）。</w:t>
      </w:r>
      <w:r>
        <w:rPr>
          <w:lang w:eastAsia="zh-CN"/>
        </w:rPr>
        <w:br/>
      </w:r>
      <w:r>
        <w:rPr>
          <w:lang w:eastAsia="zh-CN"/>
        </w:rPr>
        <w:t>　　4、对本单位内生产经营单位必须做到六个严禁，即：</w:t>
      </w:r>
      <w:r>
        <w:rPr>
          <w:lang w:eastAsia="zh-CN"/>
        </w:rPr>
        <w:br/>
      </w:r>
      <w:r>
        <w:rPr>
          <w:lang w:eastAsia="zh-CN"/>
        </w:rPr>
        <w:t>　　4.1严禁“三合一”现象（即：严禁生产车间、材料仓库、职工宿舍为一体）；</w:t>
      </w:r>
      <w:r>
        <w:rPr>
          <w:lang w:eastAsia="zh-CN"/>
        </w:rPr>
        <w:br/>
      </w:r>
      <w:r>
        <w:rPr>
          <w:lang w:eastAsia="zh-CN"/>
        </w:rPr>
        <w:t>　　4.2严禁违法生产、使用、储存、经营、运输危险化学物品；</w:t>
      </w:r>
      <w:r>
        <w:rPr>
          <w:lang w:eastAsia="zh-CN"/>
        </w:rPr>
        <w:br/>
      </w:r>
      <w:r>
        <w:rPr>
          <w:lang w:eastAsia="zh-CN"/>
        </w:rPr>
        <w:t>　　4.3严禁违法制造和使用“锅、容、管、特”设备；</w:t>
      </w:r>
      <w:r>
        <w:rPr>
          <w:lang w:eastAsia="zh-CN"/>
        </w:rPr>
        <w:br/>
      </w:r>
      <w:r>
        <w:rPr>
          <w:lang w:eastAsia="zh-CN"/>
        </w:rPr>
        <w:t>　　4.4严禁使用三无（即：无执照、无资质、无设施许可证）建筑施工单位和个人；</w:t>
      </w:r>
      <w:r>
        <w:rPr>
          <w:lang w:eastAsia="zh-CN"/>
        </w:rPr>
        <w:br/>
      </w:r>
      <w:r>
        <w:rPr>
          <w:lang w:eastAsia="zh-CN"/>
        </w:rPr>
        <w:t>　　4.5严禁“酒后驾车”、“超速超载”、“病车”上路；</w:t>
      </w:r>
      <w:r>
        <w:rPr>
          <w:lang w:eastAsia="zh-CN"/>
        </w:rPr>
        <w:br/>
      </w:r>
      <w:r>
        <w:rPr>
          <w:lang w:eastAsia="zh-CN"/>
        </w:rPr>
        <w:t>　　4.6严禁不符消防手续的搭建和堵塞消防通道。</w:t>
      </w:r>
      <w:r>
        <w:rPr>
          <w:lang w:eastAsia="zh-CN"/>
        </w:rPr>
        <w:br/>
      </w:r>
      <w:r>
        <w:rPr>
          <w:lang w:eastAsia="zh-CN"/>
        </w:rPr>
        <w:t>　　5、利用日常检查与专项整治检查相结合的原则，发现隐患立即整改，书面落实责任人，明确整改期限和整改效果，必要时向主要领导汇报情况，并及时整改。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6、加强对建筑（新建、改建、扩建）工程的消防审核，验收和事后管理，不断完善消防安全设施，并实行“三同时”（同时设计、同时施工、同时投入和使用）。</w:t>
      </w:r>
      <w:r>
        <w:rPr>
          <w:lang w:eastAsia="zh-CN"/>
        </w:rPr>
        <w:br/>
      </w:r>
      <w:r>
        <w:rPr>
          <w:lang w:eastAsia="zh-CN"/>
        </w:rPr>
        <w:t>　　7、对转租、分租等形式的，必须征得宝祥公司法人书面同意书，同时必须是具备安全生产条件或相应资质的单位或个人，并落实安全监管责任体系，签订安全生产协议书，列入监管机制。</w:t>
      </w:r>
      <w:r>
        <w:rPr>
          <w:lang w:eastAsia="zh-CN"/>
        </w:rPr>
        <w:br/>
      </w:r>
      <w:r>
        <w:rPr>
          <w:lang w:eastAsia="zh-CN"/>
        </w:rPr>
        <w:t>　　8、每两个月不少于一次安全工作专题会议，主要内容是传达上级有关安全工作指示、精神及要求，分析当前安全生产形势（检查情况），明确整改方案及措施，落实责任人及整改期限和整改效果，并做好会议记录和签到。</w:t>
      </w:r>
      <w:r>
        <w:rPr>
          <w:lang w:eastAsia="zh-CN"/>
        </w:rPr>
        <w:br/>
      </w:r>
      <w:r>
        <w:rPr>
          <w:lang w:eastAsia="zh-CN"/>
        </w:rPr>
        <w:t>　　9、每月不少于一次对本企业（部门）例行检查，并督促车间（部门）安全管理人员对本单位安全情况进行全覆盖安全检查，并将安全检查时间、内容、发现问题及处理整治情况作出书面台账记录。对被检查部门存在较大安全隐患的，视情节安排专业部门进行评估。</w:t>
      </w:r>
      <w:r>
        <w:rPr>
          <w:lang w:eastAsia="zh-CN"/>
        </w:rPr>
        <w:br/>
      </w:r>
      <w:r>
        <w:rPr>
          <w:lang w:eastAsia="zh-CN"/>
        </w:rPr>
        <w:t>　　10、配合上级做好监督管理工作。</w:t>
      </w:r>
      <w:r>
        <w:rPr>
          <w:lang w:eastAsia="zh-CN"/>
        </w:rPr>
        <w:br/>
      </w:r>
      <w:r>
        <w:rPr>
          <w:lang w:eastAsia="zh-CN"/>
        </w:rPr>
        <w:t>　　11、做好安全台账基础管理工作。</w:t>
      </w:r>
      <w:r>
        <w:rPr>
          <w:lang w:eastAsia="zh-CN"/>
        </w:rPr>
        <w:br/>
      </w:r>
      <w:r>
        <w:rPr>
          <w:lang w:eastAsia="zh-CN"/>
        </w:rPr>
        <w:t>　　12、督促、安排本单位内职工依法参加各类安全生产教育培训，并建立安全生产培训教育数据库，</w:t>
      </w:r>
      <w:r>
        <w:rPr>
          <w:lang w:eastAsia="zh-CN"/>
        </w:rPr>
        <w:br/>
      </w:r>
      <w:r>
        <w:rPr>
          <w:lang w:eastAsia="zh-CN"/>
        </w:rPr>
        <w:t>　　13、积极参加并组织有关部门开展安全宣传和六个月一次的职工消防演习活动。</w:t>
      </w:r>
      <w:r>
        <w:rPr>
          <w:lang w:eastAsia="zh-CN"/>
        </w:rPr>
        <w:br/>
      </w:r>
      <w:r>
        <w:rPr>
          <w:lang w:eastAsia="zh-CN"/>
        </w:rPr>
        <w:t>　　14、加强防止硫化氢中毒事故发生的宣传教育，杜绝此类事故的发生。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15、加强对机动车驾驶员和道路交通行为参与者的安全管理教育、宣传工作，并做好记录。</w:t>
      </w:r>
      <w:r>
        <w:rPr>
          <w:lang w:eastAsia="zh-CN"/>
        </w:rPr>
        <w:br/>
      </w:r>
      <w:r>
        <w:rPr>
          <w:lang w:eastAsia="zh-CN"/>
        </w:rPr>
        <w:t>　　16、发生事故应及时赶赴事故现场协助指挥抢救并同时上报卫星村安全负责人和宝祥公司负责人。做好善后处理，配合事故调查。</w:t>
      </w:r>
      <w:r>
        <w:rPr>
          <w:lang w:eastAsia="zh-CN"/>
        </w:rPr>
        <w:br/>
      </w:r>
      <w:r>
        <w:rPr>
          <w:lang w:eastAsia="zh-CN"/>
        </w:rPr>
        <w:t>　　二、安全控制目标</w:t>
      </w:r>
      <w:r>
        <w:rPr>
          <w:lang w:eastAsia="zh-CN"/>
        </w:rPr>
        <w:br/>
      </w:r>
      <w:r>
        <w:rPr>
          <w:lang w:eastAsia="zh-CN"/>
        </w:rPr>
        <w:t>　　（1）无安全生产死亡事故</w:t>
      </w:r>
      <w:r>
        <w:rPr>
          <w:lang w:eastAsia="zh-CN"/>
        </w:rPr>
        <w:br/>
      </w:r>
      <w:r>
        <w:rPr>
          <w:lang w:eastAsia="zh-CN"/>
        </w:rPr>
        <w:t>　　（2）无防火安全死亡事故及重大火灾事故</w:t>
      </w:r>
      <w:r>
        <w:rPr>
          <w:lang w:eastAsia="zh-CN"/>
        </w:rPr>
        <w:br/>
      </w:r>
      <w:r>
        <w:rPr>
          <w:lang w:eastAsia="zh-CN"/>
        </w:rPr>
        <w:t>　　（3）无半责交通安全死亡事故</w:t>
      </w:r>
      <w:r>
        <w:rPr>
          <w:lang w:eastAsia="zh-CN"/>
        </w:rPr>
        <w:br/>
      </w:r>
      <w:r>
        <w:rPr>
          <w:lang w:eastAsia="zh-CN"/>
        </w:rPr>
        <w:t>　　（4）无爆炸事故</w:t>
      </w:r>
      <w:r>
        <w:rPr>
          <w:lang w:eastAsia="zh-CN"/>
        </w:rPr>
        <w:br/>
      </w:r>
      <w:r>
        <w:rPr>
          <w:lang w:eastAsia="zh-CN"/>
        </w:rPr>
        <w:t>　　（5）无化工安全中毒事故</w:t>
      </w:r>
      <w:r>
        <w:rPr>
          <w:lang w:eastAsia="zh-CN"/>
        </w:rPr>
        <w:br/>
      </w:r>
      <w:r>
        <w:rPr>
          <w:lang w:eastAsia="zh-CN"/>
        </w:rPr>
        <w:t>　　（6）无影响闵行区考核指标的其他事故</w:t>
      </w:r>
      <w:r>
        <w:rPr>
          <w:lang w:eastAsia="zh-CN"/>
        </w:rPr>
        <w:br/>
      </w:r>
      <w:r>
        <w:rPr>
          <w:lang w:eastAsia="zh-CN"/>
        </w:rPr>
        <w:t>　　三、安全工作要求</w:t>
      </w:r>
      <w:r>
        <w:rPr>
          <w:lang w:eastAsia="zh-CN"/>
        </w:rPr>
        <w:br/>
      </w:r>
      <w:r>
        <w:rPr>
          <w:lang w:eastAsia="zh-CN"/>
        </w:rPr>
        <w:t>　　（1）企业、公司安全责任书签约率100%</w:t>
      </w:r>
      <w:r>
        <w:rPr>
          <w:lang w:eastAsia="zh-CN"/>
        </w:rPr>
        <w:br/>
      </w:r>
      <w:r>
        <w:rPr>
          <w:lang w:eastAsia="zh-CN"/>
        </w:rPr>
        <w:t>　　（2）重点单位安全监管率100%</w:t>
      </w:r>
      <w:r>
        <w:rPr>
          <w:lang w:eastAsia="zh-CN"/>
        </w:rPr>
        <w:br/>
      </w:r>
      <w:r>
        <w:rPr>
          <w:lang w:eastAsia="zh-CN"/>
        </w:rPr>
        <w:t>　　（3）重大危险源安全隐患整改率100%</w:t>
      </w:r>
      <w:r>
        <w:rPr>
          <w:lang w:eastAsia="zh-CN"/>
        </w:rPr>
        <w:br/>
      </w:r>
      <w:r>
        <w:rPr>
          <w:lang w:eastAsia="zh-CN"/>
        </w:rPr>
        <w:t>　　（4）无不符合消防手续的建筑工程率100%</w:t>
      </w:r>
      <w:r>
        <w:rPr>
          <w:lang w:eastAsia="zh-CN"/>
        </w:rPr>
        <w:br/>
      </w:r>
      <w:r>
        <w:rPr>
          <w:lang w:eastAsia="zh-CN"/>
        </w:rPr>
        <w:t>　　四、甲方安全职责：</w:t>
      </w:r>
      <w:r>
        <w:rPr>
          <w:lang w:eastAsia="zh-CN"/>
        </w:rPr>
        <w:br/>
      </w:r>
      <w:r>
        <w:rPr>
          <w:lang w:eastAsia="zh-CN"/>
        </w:rPr>
        <w:t>　　（1）甲方应认真执行《中华人民共和国安全生产法》、《中华人民共和国环境污染防治法》、《上海市安全生产条例》等相关法律规定。</w:t>
      </w:r>
      <w:r>
        <w:rPr>
          <w:lang w:eastAsia="zh-CN"/>
        </w:rPr>
        <w:br/>
      </w:r>
      <w:r>
        <w:rPr>
          <w:lang w:eastAsia="zh-CN"/>
        </w:rPr>
        <w:t>　　（2）向乙方传达消防法律法规、规章制度和消防安全注意事项。</w:t>
      </w:r>
      <w:r>
        <w:rPr>
          <w:lang w:eastAsia="zh-CN"/>
        </w:rPr>
        <w:br/>
      </w:r>
      <w:r>
        <w:rPr>
          <w:lang w:eastAsia="zh-CN"/>
        </w:rPr>
        <w:t>　　（3）甲方依照有关规定认真与乙方签订《安全责任书》。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（4）维护 （出租房屋名称）范围内公共区域（不包含各承租单元内）的消防安全，加强消防安全巡查工作。</w:t>
      </w:r>
      <w:r>
        <w:rPr>
          <w:lang w:eastAsia="zh-CN"/>
        </w:rPr>
        <w:br/>
      </w:r>
      <w:r>
        <w:rPr>
          <w:lang w:eastAsia="zh-CN"/>
        </w:rPr>
        <w:t>　　（5）甲方在必要时，经事先通知，可对乙方的承租单元进行消防安全检查。如发现乙方的承租单元内存有消防安全隐患，有权及时督促乙方进行整改。在任何时候，如遇火灾等紧急情况，甲方有权不经通知而进入乙方承租单元内进行灭火，且不承担因灭火过程中应急处置而对乙方所造成的损失。</w:t>
      </w:r>
      <w:r>
        <w:rPr>
          <w:lang w:eastAsia="zh-CN"/>
        </w:rPr>
        <w:br/>
      </w:r>
      <w:r>
        <w:rPr>
          <w:lang w:eastAsia="zh-CN"/>
        </w:rPr>
        <w:t>　　（6）对 （出租房屋名称）的消防设施、设备、器材等进行检查，发现问题及时告知乙方</w:t>
      </w:r>
      <w:r>
        <w:rPr>
          <w:lang w:eastAsia="zh-CN"/>
        </w:rPr>
        <w:br/>
      </w:r>
      <w:r>
        <w:rPr>
          <w:lang w:eastAsia="zh-CN"/>
        </w:rPr>
        <w:t>　　整改或处置。（消防栓非乙方人为因素损坏的，由甲方负责维修解决；灭火器、安全设备、安全器材由乙方根据消防安全规定自行配备和维修。）</w:t>
      </w:r>
      <w:r>
        <w:rPr>
          <w:lang w:eastAsia="zh-CN"/>
        </w:rPr>
        <w:br/>
      </w:r>
      <w:r>
        <w:rPr>
          <w:lang w:eastAsia="zh-CN"/>
        </w:rPr>
        <w:t>　　（7） 对乙方提出的有关安全问题，积极协助解决。</w:t>
      </w:r>
      <w:r>
        <w:rPr>
          <w:lang w:eastAsia="zh-CN"/>
        </w:rPr>
        <w:br/>
      </w:r>
      <w:r>
        <w:rPr>
          <w:lang w:eastAsia="zh-CN"/>
        </w:rPr>
        <w:t>　　（8）配合公安机关、消防部门及其他执法机关对消防违法、安全生产犯罪案件进行调查取证等工作。</w:t>
      </w:r>
      <w:r>
        <w:rPr>
          <w:lang w:eastAsia="zh-CN"/>
        </w:rPr>
        <w:br/>
      </w:r>
      <w:r>
        <w:rPr>
          <w:lang w:eastAsia="zh-CN"/>
        </w:rPr>
        <w:t>　　（9）如甲乙双方因工作需要到对方工作区域或甲方其他单位进行工程施工，应提前与对方联系。</w:t>
      </w:r>
      <w:r>
        <w:rPr>
          <w:lang w:eastAsia="zh-CN"/>
        </w:rPr>
        <w:br/>
      </w:r>
      <w:r>
        <w:rPr>
          <w:lang w:eastAsia="zh-CN"/>
        </w:rPr>
        <w:t>　　（10）如果发生事故甲乙双方必须履行通知对方的义务，互相协助，控制事故，由此产生的一切费用由事故发生方承担。</w:t>
      </w:r>
      <w:r>
        <w:rPr>
          <w:lang w:eastAsia="zh-CN"/>
        </w:rPr>
        <w:br/>
      </w:r>
      <w:r>
        <w:rPr>
          <w:lang w:eastAsia="zh-CN"/>
        </w:rPr>
        <w:t>　　五、乙方安全责任：</w:t>
      </w:r>
      <w:r>
        <w:rPr>
          <w:lang w:eastAsia="zh-CN"/>
        </w:rPr>
        <w:br/>
      </w:r>
      <w:r>
        <w:rPr>
          <w:lang w:eastAsia="zh-CN"/>
        </w:rPr>
        <w:t>　　（1）乙方人员必须遵守《中华人民共和国消防法》、《上海市消防安全管理条例》和其他消防法规。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（2）负责建立健全承租单元的消防安全制度和措施，制定消防安全、安全生产岗位责任制，落实承租单元消防责任，重点部位要确定专人进行管理。</w:t>
      </w:r>
      <w:r>
        <w:rPr>
          <w:lang w:eastAsia="zh-CN"/>
        </w:rPr>
        <w:br/>
      </w:r>
      <w:r>
        <w:rPr>
          <w:lang w:eastAsia="zh-CN"/>
        </w:rPr>
        <w:t>　　（3）乙方入驻前要对承租的工作环境及相关设施进行检查和确定，如有问题及时与甲方联系。</w:t>
      </w:r>
      <w:r>
        <w:rPr>
          <w:lang w:eastAsia="zh-CN"/>
        </w:rPr>
        <w:br/>
      </w:r>
      <w:r>
        <w:rPr>
          <w:lang w:eastAsia="zh-CN"/>
        </w:rPr>
        <w:t>　　（4）乙方根据国家《建筑灭火器配置设计规范》的要求，配置符合规范的灭火器材，并确保其完整性及有效性，如未履行此消防义务引发的消防安全事故，责任自负。如给甲方造成损失的由乙方承担法律和经济赔偿责任。</w:t>
      </w:r>
      <w:r>
        <w:rPr>
          <w:lang w:eastAsia="zh-CN"/>
        </w:rPr>
        <w:br/>
      </w:r>
      <w:r>
        <w:rPr>
          <w:lang w:eastAsia="zh-CN"/>
        </w:rPr>
        <w:t>　　（5）自觉接受甲方的消防安全检查，并积极主动落实安全隐患整改工作。</w:t>
      </w:r>
      <w:r>
        <w:rPr>
          <w:lang w:eastAsia="zh-CN"/>
        </w:rPr>
        <w:br/>
      </w:r>
      <w:r>
        <w:rPr>
          <w:lang w:eastAsia="zh-CN"/>
        </w:rPr>
        <w:t>　　（6）负责组织实施对本单位所有从业人员进行安全教育和培训，并依法自行进行安全管理与检查。</w:t>
      </w:r>
      <w:r>
        <w:rPr>
          <w:lang w:eastAsia="zh-CN"/>
        </w:rPr>
        <w:br/>
      </w:r>
      <w:r>
        <w:rPr>
          <w:lang w:eastAsia="zh-CN"/>
        </w:rPr>
        <w:t>　　（7）在下班前负责切断承租单元内的电源。生产经营场所使用电加热设备应事先征得甲方同意，并设专人负责管理。在办公用途的出租房屋内禁止使用电炉等电加热设备。</w:t>
      </w:r>
      <w:r>
        <w:rPr>
          <w:lang w:eastAsia="zh-CN"/>
        </w:rPr>
        <w:br/>
      </w:r>
      <w:r>
        <w:rPr>
          <w:lang w:eastAsia="zh-CN"/>
        </w:rPr>
        <w:t>　　（8）不得在其承租单元内存放易燃、易爆等国家明令禁止存放的危险品和违禁品。</w:t>
      </w:r>
      <w:r>
        <w:rPr>
          <w:lang w:eastAsia="zh-CN"/>
        </w:rPr>
        <w:br/>
      </w:r>
      <w:r>
        <w:rPr>
          <w:lang w:eastAsia="zh-CN"/>
        </w:rPr>
        <w:t>　　（9）负责制定和贯彻承租单元的消防应急方案，积极组织承租单元内的每六个月一次的全员消防演习活动，并记录和图片存档。</w:t>
      </w:r>
      <w:r>
        <w:rPr>
          <w:lang w:eastAsia="zh-CN"/>
        </w:rPr>
        <w:br/>
      </w:r>
      <w:r>
        <w:rPr>
          <w:lang w:eastAsia="zh-CN"/>
        </w:rPr>
        <w:t>　　（10）保护好承租单元内的消防设备、设施，并协助甲方保护好公共场所的消防设备、设施。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（11）乙方在租赁期间因违反安全管理的有关要求，造成单位人员伤亡事故和财产损失，由乙方依法自行处理和解决；一切后果和经济损失由乙方自行负责。</w:t>
      </w:r>
      <w:r>
        <w:rPr>
          <w:lang w:eastAsia="zh-CN"/>
        </w:rPr>
        <w:br/>
      </w:r>
      <w:r>
        <w:rPr>
          <w:lang w:eastAsia="zh-CN"/>
        </w:rPr>
        <w:t>　　（12）乙方人员不准私自动用、拆卸甲方厂房原有的设施，由于未执行此项规定，造成乙方人员或甲方人员伤害，一切后果和经济损失由乙方负责。</w:t>
      </w:r>
      <w:r>
        <w:rPr>
          <w:lang w:eastAsia="zh-CN"/>
        </w:rPr>
        <w:br/>
      </w:r>
      <w:r>
        <w:rPr>
          <w:lang w:eastAsia="zh-CN"/>
        </w:rPr>
        <w:t>　　（13）乙方在甲方区域内进行物料运输、装卸车辆，须遵守交通法规和甲方的有关安全管理规定。</w:t>
      </w:r>
      <w:r>
        <w:rPr>
          <w:lang w:eastAsia="zh-CN"/>
        </w:rPr>
        <w:br/>
      </w:r>
      <w:r>
        <w:rPr>
          <w:lang w:eastAsia="zh-CN"/>
        </w:rPr>
        <w:t>　　（14）乙方须依据《企事业单位内保条例》做好人防、物防、技防，发生盗窃事故自行承担责任。</w:t>
      </w:r>
      <w:r>
        <w:rPr>
          <w:lang w:eastAsia="zh-CN"/>
        </w:rPr>
        <w:br/>
      </w:r>
      <w:r>
        <w:rPr>
          <w:lang w:eastAsia="zh-CN"/>
        </w:rPr>
        <w:t>　　（15）乙方执行国家的环保法律法规规定，如未遵守相关法律法规造成环保事故的责任由乙方承担。</w:t>
      </w:r>
      <w:r>
        <w:rPr>
          <w:lang w:eastAsia="zh-CN"/>
        </w:rPr>
        <w:br/>
      </w:r>
      <w:r>
        <w:rPr>
          <w:lang w:eastAsia="zh-CN"/>
        </w:rPr>
        <w:t>　　（16）甲方或甲方上级安全、消防部门有权随时检查工作现场及《安全协议书》落实情况。对不安全隐患有权指出并要求责任方及时整改，由此造成的后果和经济损失由乙方负责。</w:t>
      </w:r>
      <w:r>
        <w:rPr>
          <w:lang w:eastAsia="zh-CN"/>
        </w:rPr>
        <w:br/>
      </w:r>
      <w:r>
        <w:rPr>
          <w:lang w:eastAsia="zh-CN"/>
        </w:rPr>
        <w:t>　　（17）乙方不得改变租赁用途，不得从事违法犯罪活动，否则甲方有权无偿收回租赁厂房。</w:t>
      </w:r>
      <w:r>
        <w:rPr>
          <w:lang w:eastAsia="zh-CN"/>
        </w:rPr>
        <w:br/>
      </w:r>
      <w:r>
        <w:rPr>
          <w:lang w:eastAsia="zh-CN"/>
        </w:rPr>
        <w:t>　　（18）如甲乙双方因工作需要到对方工作区域或甲方其他单位进行工程施工，应提前与对方联系。</w:t>
      </w:r>
      <w:r>
        <w:rPr>
          <w:lang w:eastAsia="zh-CN"/>
        </w:rPr>
        <w:br/>
      </w:r>
      <w:r>
        <w:rPr>
          <w:lang w:eastAsia="zh-CN"/>
        </w:rPr>
        <w:t>　　（19）如果发生事故甲乙双方必须履行通知对方的义务，互相协助，控制事故，由此产生的一切费用由事故发生方承担。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20）乙方应遵照《劳动法》和上海市人力资源和社会保障局的相关规定，每月按期足额支付全体雇员工资，乙方发生的劳资纠纷由乙方自行负责解决处理，乙方若发生拖欠员工工资事件，由乙方自行承担支付拖欠工资责任，并及时清还拖欠员工的工资。</w:t>
      </w:r>
      <w:r>
        <w:rPr>
          <w:lang w:eastAsia="zh-CN"/>
        </w:rPr>
        <w:br/>
      </w:r>
      <w:r>
        <w:rPr>
          <w:lang w:eastAsia="zh-CN"/>
        </w:rPr>
        <w:t>　　六、由于甲方或乙方未严格执行《安全协议书》约定内容，造成对方单位人员伤亡事故，按照相关安全</w:t>
      </w:r>
      <w:r>
        <w:rPr>
          <w:lang w:eastAsia="zh-CN"/>
        </w:rPr>
        <w:br/>
      </w:r>
      <w:r>
        <w:rPr>
          <w:lang w:eastAsia="zh-CN"/>
        </w:rPr>
        <w:t>　　生产法律法规的有关规定，划分责任，依法协商处理。</w:t>
      </w:r>
      <w:r>
        <w:rPr>
          <w:lang w:eastAsia="zh-CN"/>
        </w:rPr>
        <w:br/>
      </w:r>
      <w:r>
        <w:rPr>
          <w:lang w:eastAsia="zh-CN"/>
        </w:rPr>
        <w:t>　　七、针对此安全协议书如双方发生争议，本着互相谅解，精诚协作的精神协商解决，协商不成，由卫星村村委、华漕镇政府协商解决，协商不成可诉至人民法院解决。</w:t>
      </w:r>
      <w:r>
        <w:rPr>
          <w:lang w:eastAsia="zh-CN"/>
        </w:rPr>
        <w:br/>
      </w:r>
      <w:r>
        <w:rPr>
          <w:lang w:eastAsia="zh-CN"/>
        </w:rPr>
        <w:t>　　八、 合同终止</w:t>
      </w:r>
      <w:r>
        <w:rPr>
          <w:lang w:eastAsia="zh-CN"/>
        </w:rPr>
        <w:br/>
      </w:r>
      <w:r>
        <w:rPr>
          <w:lang w:eastAsia="zh-CN"/>
        </w:rPr>
        <w:t>　　乙方有下列情形之一，甲方可以随时单方终止乙方租赁合同：</w:t>
      </w:r>
      <w:r>
        <w:rPr>
          <w:lang w:eastAsia="zh-CN"/>
        </w:rPr>
        <w:br/>
      </w:r>
      <w:r>
        <w:rPr>
          <w:lang w:eastAsia="zh-CN"/>
        </w:rPr>
        <w:t>　　a、如壹个月不交租金或累计欠交甲方各项费用达到壹个月租金标准；</w:t>
      </w:r>
      <w:r>
        <w:rPr>
          <w:lang w:eastAsia="zh-CN"/>
        </w:rPr>
        <w:br/>
      </w:r>
      <w:r>
        <w:rPr>
          <w:lang w:eastAsia="zh-CN"/>
        </w:rPr>
        <w:t>　　b、劳动部门介入处理乙方欠薪逃匿行为；</w:t>
      </w:r>
      <w:r>
        <w:rPr>
          <w:lang w:eastAsia="zh-CN"/>
        </w:rPr>
        <w:br/>
      </w:r>
      <w:r>
        <w:rPr>
          <w:lang w:eastAsia="zh-CN"/>
        </w:rPr>
        <w:t>　　c、工商及政府司法相关部门查封乙方财产；</w:t>
      </w:r>
      <w:r>
        <w:rPr>
          <w:lang w:eastAsia="zh-CN"/>
        </w:rPr>
        <w:br/>
      </w:r>
      <w:r>
        <w:rPr>
          <w:lang w:eastAsia="zh-CN"/>
        </w:rPr>
        <w:t>　　d、乙方在租赁物内从事违法行为。</w:t>
      </w:r>
      <w:r>
        <w:rPr>
          <w:lang w:eastAsia="zh-CN"/>
        </w:rPr>
        <w:br/>
      </w:r>
      <w:r>
        <w:rPr>
          <w:lang w:eastAsia="zh-CN"/>
        </w:rPr>
        <w:t>　　九、本协议书经双方签字盖章之日生效，有效期与《厂房租赁合同》同步，甲、乙双方租赁合约终止，此协议书自动解除。</w:t>
      </w:r>
      <w:r>
        <w:rPr>
          <w:lang w:eastAsia="zh-CN"/>
        </w:rPr>
        <w:br/>
      </w:r>
      <w:r>
        <w:rPr>
          <w:lang w:eastAsia="zh-CN"/>
        </w:rPr>
        <w:t>　　十、其他</w:t>
      </w:r>
      <w:r>
        <w:rPr>
          <w:lang w:eastAsia="zh-CN"/>
        </w:rPr>
        <w:br/>
      </w:r>
      <w:r>
        <w:rPr>
          <w:lang w:eastAsia="zh-CN"/>
        </w:rPr>
        <w:t>　　（1）此协议书的未尽事宜或因国家及本市有关法规发生变更，甲、乙双方可共同协商修改协议内容。</w:t>
      </w:r>
      <w:r>
        <w:rPr>
          <w:lang w:eastAsia="zh-CN"/>
        </w:rPr>
        <w:br/>
      </w:r>
      <w:r>
        <w:rPr>
          <w:lang w:eastAsia="zh-CN"/>
        </w:rPr>
        <w:t>　　（2）此协议书一式贰份，由甲、乙双方各持一份。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十一、安全工作联系人</w:t>
      </w:r>
      <w:r>
        <w:rPr>
          <w:lang w:eastAsia="zh-CN"/>
        </w:rPr>
        <w:br/>
      </w:r>
      <w:r>
        <w:rPr>
          <w:lang w:eastAsia="zh-CN"/>
        </w:rPr>
        <w:t>　　（1）出租方安全干部： 联系电话： 手机：</w:t>
      </w:r>
      <w:r>
        <w:rPr>
          <w:lang w:eastAsia="zh-CN"/>
        </w:rPr>
        <w:br/>
      </w:r>
      <w:r>
        <w:rPr>
          <w:lang w:eastAsia="zh-CN"/>
        </w:rPr>
        <w:t>　　（2）承租方安全干部： 联系电话： 手机：</w:t>
      </w:r>
      <w:r>
        <w:rPr>
          <w:lang w:eastAsia="zh-CN"/>
        </w:rPr>
        <w:br/>
      </w:r>
      <w:r>
        <w:rPr>
          <w:lang w:eastAsia="zh-CN"/>
        </w:rPr>
        <w:t>　　十二、双方签订协议书</w:t>
      </w:r>
      <w:r>
        <w:rPr>
          <w:lang w:eastAsia="zh-CN"/>
        </w:rPr>
        <w:br/>
      </w:r>
      <w:r>
        <w:rPr>
          <w:lang w:eastAsia="zh-CN"/>
        </w:rPr>
        <w:t>　　甲方企业负责人签字（盖章） 乙方企业负责人签字（盖章）</w:t>
      </w:r>
      <w:r>
        <w:rPr>
          <w:lang w:eastAsia="zh-CN"/>
        </w:rPr>
        <w:br/>
      </w:r>
      <w:r>
        <w:rPr>
          <w:lang w:eastAsia="zh-CN"/>
        </w:rPr>
        <w:t>　　签署日期： 年 月 日 签署日期： 年 月 日</w:t>
      </w:r>
      <w:r>
        <w:rPr>
          <w:lang w:eastAsia="zh-CN"/>
        </w:rPr>
        <w:br/>
      </w:r>
      <w:r>
        <w:rPr>
          <w:lang w:eastAsia="zh-CN"/>
        </w:rPr>
        <w:t xml:space="preserve">    2024年租赁安全协议书 篇8 </w:t>
      </w:r>
      <w:r>
        <w:rPr>
          <w:lang w:eastAsia="zh-CN"/>
        </w:rPr>
        <w:br/>
      </w:r>
      <w:r>
        <w:rPr>
          <w:lang w:eastAsia="zh-CN"/>
        </w:rPr>
        <w:t>　　出租方：(简称甲方)</w:t>
      </w:r>
      <w:r>
        <w:rPr>
          <w:lang w:eastAsia="zh-CN"/>
        </w:rPr>
        <w:br/>
      </w:r>
      <w:r>
        <w:rPr>
          <w:lang w:eastAsia="zh-CN"/>
        </w:rPr>
        <w:t>　　承租方：(简称乙方)</w:t>
      </w:r>
      <w:r>
        <w:rPr>
          <w:lang w:eastAsia="zh-CN"/>
        </w:rPr>
        <w:br/>
      </w:r>
      <w:r>
        <w:rPr>
          <w:lang w:eastAsia="zh-CN"/>
        </w:rPr>
        <w:t>　　具体内容：</w:t>
      </w:r>
      <w:r>
        <w:rPr>
          <w:lang w:eastAsia="zh-CN"/>
        </w:rPr>
        <w:br/>
      </w:r>
      <w:r>
        <w:rPr>
          <w:lang w:eastAsia="zh-CN"/>
        </w:rPr>
        <w:t>　　一、甲方提供房屋及场地供乙方承租使用，乙方在租用期间，自行负责房屋、场地及货物等一切四防安全工作。要加强安全管理，合法经商，不得从事非法经营或其它违法活动。</w:t>
      </w:r>
      <w:r>
        <w:rPr>
          <w:lang w:eastAsia="zh-CN"/>
        </w:rPr>
        <w:br/>
      </w:r>
      <w:r>
        <w:rPr>
          <w:lang w:eastAsia="zh-CN"/>
        </w:rPr>
        <w:t>　　二、乙方在租用期间，对所租用的房屋、设施负有全部安全责任和经济责任，对场所的公用设施要自觉维护，一旦损坏将无条件赔付。</w:t>
      </w:r>
      <w:r>
        <w:rPr>
          <w:lang w:eastAsia="zh-CN"/>
        </w:rPr>
        <w:br/>
      </w:r>
      <w:r>
        <w:rPr>
          <w:lang w:eastAsia="zh-CN"/>
        </w:rPr>
        <w:t>　　三、乙方要坚强对本单位人员、家属、临时工人、客人、装运人员的安全教育或有关安全方面的培训，并应建立相关的安全管理工作责任制度，明确责任，落实到人。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四、乙方严禁存放易燃、易爆物品及化学危险品，禁止超负荷使用电气设备，严禁使用电气取暖设备，不得使用电炉子等。如擅自存放和使用，造成的一切后果由乙方负全责，即负责赔偿给甲方等造成的全部损失。</w:t>
      </w:r>
      <w:r>
        <w:rPr>
          <w:lang w:eastAsia="zh-CN"/>
        </w:rPr>
        <w:br/>
      </w:r>
      <w:r>
        <w:rPr>
          <w:lang w:eastAsia="zh-CN"/>
        </w:rPr>
        <w:t>　　五、乙方对室内固定的电源线路，严禁私自更改或违章搭接，对必须更改的应提交书面申请，得到甲方同意后，在确保安全的情况下方可实施。若私自接线，造成一切后果由乙方负责，同时甲方有权拆除，有权拉闸停止供电。</w:t>
      </w:r>
      <w:r>
        <w:rPr>
          <w:lang w:eastAsia="zh-CN"/>
        </w:rPr>
        <w:br/>
      </w:r>
      <w:r>
        <w:rPr>
          <w:lang w:eastAsia="zh-CN"/>
        </w:rPr>
        <w:t>　　六、乙方从事经营活动，必须符合消防安全规定，防止煤气中毒，并设专人负责。储存商品、货物的库房及生产车间严禁使用明火，不得用炉子直接取暖。车间、库房、场院严禁吸烟，班后做好当日清理检查工作，做到确保安全。</w:t>
      </w:r>
      <w:r>
        <w:rPr>
          <w:lang w:eastAsia="zh-CN"/>
        </w:rPr>
        <w:br/>
      </w:r>
      <w:r>
        <w:rPr>
          <w:lang w:eastAsia="zh-CN"/>
        </w:rPr>
        <w:t>　　七、乙方要按消防要求配备足够的消防器材，确保完好使用。必须确保消防通道畅通，禁止在房前门前及道路两侧堆放商品杂物等。同时要加大防范工作力度，如乙方防范设施不健全或夜间防范力度不够，以及发生火灾事故，造成财产损失由乙方负全责。</w:t>
      </w:r>
      <w:r>
        <w:rPr>
          <w:lang w:eastAsia="zh-CN"/>
        </w:rPr>
        <w:br/>
      </w:r>
      <w:r>
        <w:rPr>
          <w:lang w:eastAsia="zh-CN"/>
        </w:rPr>
        <w:t>　　八、乙方使用水、电焊切割等作业人员，必须具有相关部门核发的操作证，并按要求进行作业。严禁切割有毒、有害、易燃、易爆等物体，出现事故或给他人造成损失，由乙方负全责。</w:t>
      </w:r>
      <w:r>
        <w:rPr>
          <w:lang w:eastAsia="zh-CN"/>
        </w:rPr>
        <w:br/>
      </w:r>
      <w:r>
        <w:rPr>
          <w:lang w:eastAsia="zh-CN"/>
        </w:rPr>
        <w:t>　　九、乙方在租赁期间，有需要在租赁场所居住的职工或临时用工人员，必须及时报告公安部门，并接受其管理。职工、家属及更值人员等不得与商品、货物、生产车间混住，必须是独立的储存、生产，独立地居住，有严格的间隔墙、防火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十、乙方应随时接受甲方及有关部门的安全检查，对查出的问题，甲方有权提出责令整改意见，乙方按甲方提出的要求进行整改，如不按期整改或整改不彻底，发生事故造成后果由乙方负全部责任。</w:t>
      </w:r>
      <w:r>
        <w:rPr>
          <w:lang w:eastAsia="zh-CN"/>
        </w:rPr>
        <w:br/>
      </w:r>
      <w:r>
        <w:rPr>
          <w:lang w:eastAsia="zh-CN"/>
        </w:rPr>
        <w:t>　　十一、对违法上述安全规定的，甲方将对相关人员及乙方进行处以50——1000元罚款，直至解除合同。</w:t>
      </w:r>
      <w:r>
        <w:rPr>
          <w:lang w:eastAsia="zh-CN"/>
        </w:rPr>
        <w:br/>
      </w:r>
      <w:r>
        <w:rPr>
          <w:lang w:eastAsia="zh-CN"/>
        </w:rPr>
        <w:t>　　上述内容，甲、乙双方要共同遵守，如出现违约事项追究责任人责任。</w:t>
      </w:r>
      <w:r>
        <w:rPr>
          <w:lang w:eastAsia="zh-CN"/>
        </w:rPr>
        <w:br/>
      </w:r>
      <w:r>
        <w:rPr>
          <w:lang w:eastAsia="zh-CN"/>
        </w:rPr>
        <w:t>　　"租赁安全协议"一试两份，由甲、乙双方各自存档备查。</w:t>
      </w:r>
      <w:r>
        <w:rPr>
          <w:lang w:eastAsia="zh-CN"/>
        </w:rPr>
        <w:br/>
      </w:r>
      <w:r>
        <w:rPr>
          <w:lang w:eastAsia="zh-CN"/>
        </w:rPr>
        <w:t>　　甲方：</w:t>
      </w:r>
      <w:r>
        <w:rPr>
          <w:lang w:eastAsia="zh-CN"/>
        </w:rPr>
        <w:br/>
      </w:r>
      <w:r>
        <w:rPr>
          <w:lang w:eastAsia="zh-CN"/>
        </w:rPr>
        <w:t>　　乙方：</w:t>
      </w:r>
      <w:r>
        <w:rPr>
          <w:lang w:eastAsia="zh-CN"/>
        </w:rPr>
        <w:br/>
      </w:r>
      <w:r>
        <w:rPr>
          <w:lang w:eastAsia="zh-CN"/>
        </w:rPr>
        <w:t>　　年 月 日</w:t>
      </w:r>
      <w:r>
        <w:rPr>
          <w:lang w:eastAsia="zh-CN"/>
        </w:rPr>
        <w:br/>
      </w:r>
      <w:r>
        <w:rPr>
          <w:lang w:eastAsia="zh-CN"/>
        </w:rPr>
        <w:t xml:space="preserve">    2024年租赁安全协议书 篇9 </w:t>
      </w:r>
      <w:r>
        <w:rPr>
          <w:lang w:eastAsia="zh-CN"/>
        </w:rPr>
        <w:br/>
      </w:r>
      <w:r>
        <w:rPr>
          <w:lang w:eastAsia="zh-CN"/>
        </w:rPr>
        <w:t>　　甲方：___</w:t>
      </w:r>
      <w:r>
        <w:rPr>
          <w:lang w:eastAsia="zh-CN"/>
        </w:rPr>
        <w:br/>
      </w:r>
      <w:r>
        <w:rPr>
          <w:lang w:eastAsia="zh-CN"/>
        </w:rPr>
        <w:t>　　乙方：___</w:t>
      </w:r>
      <w:r>
        <w:rPr>
          <w:lang w:eastAsia="zh-CN"/>
        </w:rPr>
        <w:br/>
      </w:r>
      <w:r>
        <w:rPr>
          <w:lang w:eastAsia="zh-CN"/>
        </w:rPr>
        <w:t>　　为了加强对租赁房屋、租赁对象的管理，明确租赁双方的责任和义务，确保安全稳定，按照“安全第一、预防为主”的方针和“谁承租，谁负责”的原则，特签定以下安全责任书。</w:t>
      </w:r>
      <w:r>
        <w:rPr>
          <w:lang w:eastAsia="zh-CN"/>
        </w:rPr>
        <w:br/>
      </w:r>
      <w:r>
        <w:rPr>
          <w:lang w:eastAsia="zh-CN"/>
        </w:rPr>
        <w:t>　　1、房屋租赁双方必须签定租赁合同，并同时签订本安全责任书。本责任书与房屋租赁合同具有同等的法律效力。</w:t>
      </w:r>
      <w:r>
        <w:rPr>
          <w:lang w:eastAsia="zh-CN"/>
        </w:rPr>
        <w:br/>
      </w:r>
      <w:r>
        <w:rPr>
          <w:lang w:eastAsia="zh-CN"/>
        </w:rPr>
        <w:t>　　2、出租方为：___</w:t>
      </w:r>
      <w:r>
        <w:rPr>
          <w:lang w:eastAsia="zh-CN"/>
        </w:rPr>
        <w:br/>
      </w:r>
      <w:r>
        <w:rPr>
          <w:lang w:eastAsia="zh-CN"/>
        </w:rPr>
        <w:t>　　承租方为：___</w:t>
      </w:r>
      <w:r>
        <w:rPr>
          <w:lang w:eastAsia="zh-CN"/>
        </w:rPr>
        <w:br/>
      </w:r>
      <w:r>
        <w:rPr>
          <w:lang w:eastAsia="zh-CN"/>
        </w:rPr>
        <w:t>　　安全负责人为：___</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3、承租方使用房屋前，应检查所用房屋及附属设施是否安全牢固、房屋的出入口、通道等是否符合治安和消防管理的有关规定，承租方有权要求出租方提供安全完好的房屋，之后发生的一切事故，除不可抗力及出租方责任外，承租方承担所有安全责任。</w:t>
      </w:r>
      <w:r>
        <w:rPr>
          <w:lang w:eastAsia="zh-CN"/>
        </w:rPr>
        <w:br/>
      </w:r>
      <w:r>
        <w:rPr>
          <w:lang w:eastAsia="zh-CN"/>
        </w:rPr>
        <w:t>　　4、出租方应对房屋的安全检查负责，落实防火、防盗措施，督促和指导承租方加强对事故隐患的排查和整改，杜绝安全事故的发生。</w:t>
      </w:r>
      <w:r>
        <w:rPr>
          <w:lang w:eastAsia="zh-CN"/>
        </w:rPr>
        <w:br/>
      </w:r>
      <w:r>
        <w:rPr>
          <w:lang w:eastAsia="zh-CN"/>
        </w:rPr>
        <w:t>　　5、承租期内，承租方应保持房屋及周围环境整洁，做好防火防盗、用电、用气的安全检查。严禁违反规定私自接、拉电线和随意加大负荷或改变保险装置。严禁违规用火和存放不符合安全标准的易燃、易爆、剧毒、放射性等危险物品。承租方自行购置的电器或其他设备应当合格且符合安全要求，并与甲方提供的水、电、煤气接口及荷载相匹配，禁止乙方使用电炉、热得快等高负荷、高危险性设备或物品。</w:t>
      </w:r>
      <w:r>
        <w:rPr>
          <w:lang w:eastAsia="zh-CN"/>
        </w:rPr>
        <w:br/>
      </w:r>
      <w:r>
        <w:rPr>
          <w:lang w:eastAsia="zh-CN"/>
        </w:rPr>
        <w:t>　　6、严禁在单位内存放大额现金、有价证券及贵重物品，承租方员工下班后未经出租方批准不得在单位内留宿，公休、节假日及平时加班要提前向管理部门通报。</w:t>
      </w:r>
      <w:r>
        <w:rPr>
          <w:lang w:eastAsia="zh-CN"/>
        </w:rPr>
        <w:br/>
      </w:r>
      <w:r>
        <w:rPr>
          <w:lang w:eastAsia="zh-CN"/>
        </w:rPr>
        <w:t>　　7、承租方应负责保护房屋的整体结构，不得私自拆除和改建房屋及影响整体结构，不得破坏房屋外貌。出租方应随时检查承租方是否在承租屋违法搭建建筑物、构筑物、加大房屋的负载，是否擅自占用、移装共用设施、设备，一经发现、应立即责令限期整改，否则，由此出现的安全责任由承租方共同承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8、承租方如需对房屋内的配电设备，给排水设备进行更改，对房屋进行装修，须向出租方提出方案，经批准同意后，承租方方可进行。并承担由此给任何他方造成的损害责任。</w:t>
      </w:r>
      <w:r>
        <w:rPr>
          <w:lang w:eastAsia="zh-CN"/>
        </w:rPr>
        <w:br/>
      </w:r>
      <w:r>
        <w:rPr>
          <w:lang w:eastAsia="zh-CN"/>
        </w:rPr>
        <w:t>　　9、承租方不得将所租房屋擅自转租、不得利用所租房屋进行非法活动，不得进行法律和法规、规章禁止的其他行为。否则，承租方将承担由此引起的一切法律后果。出租方应加强对出租房的管理，若发现承租方利用承租房从事违法乱纪活动，应当及时报告有关管理部门进行处理。</w:t>
      </w:r>
      <w:r>
        <w:rPr>
          <w:lang w:eastAsia="zh-CN"/>
        </w:rPr>
        <w:br/>
      </w:r>
      <w:r>
        <w:rPr>
          <w:lang w:eastAsia="zh-CN"/>
        </w:rPr>
        <w:t>　　出租方代表：___（签字）__________承租方代表（签字）：______________</w:t>
      </w:r>
      <w:r>
        <w:rPr>
          <w:lang w:eastAsia="zh-CN"/>
        </w:rPr>
        <w:br/>
      </w:r>
      <w:r>
        <w:rPr>
          <w:lang w:eastAsia="zh-CN"/>
        </w:rPr>
        <w:t>　　出租方：___（盖章）_______________承租方：___（盖章）______________</w:t>
      </w:r>
      <w:r>
        <w:rPr>
          <w:lang w:eastAsia="zh-CN"/>
        </w:rPr>
        <w:br/>
      </w:r>
      <w:r>
        <w:rPr>
          <w:lang w:eastAsia="zh-CN"/>
        </w:rPr>
        <w:t>　　____年____月____日</w:t>
      </w:r>
      <w:r>
        <w:rPr>
          <w:lang w:eastAsia="zh-CN"/>
        </w:rPr>
        <w:br/>
      </w:r>
      <w:r>
        <w:rPr>
          <w:lang w:eastAsia="zh-CN"/>
        </w:rPr>
        <w:t xml:space="preserve">    2024年租赁安全协议书 篇10 </w:t>
      </w:r>
      <w:r>
        <w:rPr>
          <w:lang w:eastAsia="zh-CN"/>
        </w:rPr>
        <w:br/>
      </w:r>
      <w:r>
        <w:rPr>
          <w:lang w:eastAsia="zh-CN"/>
        </w:rPr>
        <w:t>　　出租方 （甲方）</w:t>
      </w:r>
      <w:r>
        <w:rPr>
          <w:lang w:eastAsia="zh-CN"/>
        </w:rPr>
        <w:br/>
      </w:r>
      <w:r>
        <w:rPr>
          <w:lang w:eastAsia="zh-CN"/>
        </w:rPr>
        <w:t>　　承租方 （乙方）</w:t>
      </w:r>
      <w:r>
        <w:rPr>
          <w:lang w:eastAsia="zh-CN"/>
        </w:rPr>
        <w:br/>
      </w:r>
      <w:r>
        <w:rPr>
          <w:lang w:eastAsia="zh-CN"/>
        </w:rPr>
        <w:t>　　双方当事人经友好协商，根据有关房屋租赁的有关规定，就共同租赁房屋一事达成以下协议。</w:t>
      </w:r>
      <w:r>
        <w:rPr>
          <w:lang w:eastAsia="zh-CN"/>
        </w:rPr>
        <w:br/>
      </w:r>
      <w:r>
        <w:rPr>
          <w:lang w:eastAsia="zh-CN"/>
        </w:rPr>
        <w:t>　　第一条本协议所指房屋为：____________________。</w:t>
      </w:r>
      <w:r>
        <w:rPr>
          <w:lang w:eastAsia="zh-CN"/>
        </w:rPr>
        <w:br/>
      </w:r>
      <w:r>
        <w:rPr>
          <w:lang w:eastAsia="zh-CN"/>
        </w:rPr>
        <w:t>　　第二条该房屋现有装修及设施、设备情况可见甲方与房东所签房屋租赁合同。共同使用区域为客厅、卫生间、阳台及这些区域里面的相关设施。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第三条乙方与甲方合租从20____年____月____日止。合租期满，乙方具有优先续租权。同时应在本协议终止前10天支付续租房租。租赁期限至少为</w:t>
      </w:r>
      <w:r>
        <w:rPr>
          <w:lang w:eastAsia="zh-CN"/>
        </w:rPr>
        <w:t xml:space="preserve"> 月，乙方需退房的话，应提前10天告知甲方。居住不满一个月，租金按一个月收取。房屋合租协议书第四条合租期间，因生活所需所产生的水、电、取暖费（如使用）等均由甲、乙两方共同平摊，每方二分之一，按所结账单支付。租赁期结束时，乙方须交清所产生的欠费。</w:t>
      </w:r>
      <w:r>
        <w:rPr>
          <w:lang w:eastAsia="zh-CN"/>
        </w:rPr>
        <w:br/>
      </w:r>
      <w:r>
        <w:rPr>
          <w:lang w:eastAsia="zh-CN"/>
        </w:rPr>
        <w:t>　　第五条合租期间，本着和平、友好相处的原则，双方应共同维护居住环境的卫生、安全。朋友来访，应尽量保持安静，以不干扰对方学习、生活为宜，不得随意的干扰对方的私人空间。</w:t>
      </w:r>
      <w:r>
        <w:rPr>
          <w:lang w:eastAsia="zh-CN"/>
        </w:rPr>
        <w:br/>
      </w:r>
      <w:r>
        <w:rPr>
          <w:lang w:eastAsia="zh-CN"/>
        </w:rPr>
        <w:t>　　第六条在合租期间，双方应本着“节约、爱惜”的原则，不得浪费水、电、煤气等。双方应共同协商并尽量配合解决合住期内所遇实际问题，并有义务共同维护公共设施的`安全和共同爱护房内设施。如有损坏不能修复的，应由损坏者承担赔偿责任；若是不可抗拒因素破坏由双方共同承担赔偿责任。</w:t>
      </w:r>
      <w:r>
        <w:rPr>
          <w:lang w:eastAsia="zh-CN"/>
        </w:rPr>
        <w:br/>
      </w:r>
      <w:r>
        <w:rPr>
          <w:lang w:eastAsia="zh-CN"/>
        </w:rPr>
        <w:t>　　第七条因为合租的特殊性质，甲方和房东租赁关系中止时，本合租合同自动失效，甲方不负违约责任。甲方也必须在与房东解除合约前20天，知会乙方，并退还乙方房租和押金。甲方和房东租赁关系到期后续约时，若租金不变且其它条件均不变的情况下，如甲方乙方都无提出异议时，本合租合同继续生效，同时乙方也有权提出终止合同。</w:t>
      </w:r>
      <w:r>
        <w:rPr>
          <w:lang w:eastAsia="zh-CN"/>
        </w:rPr>
        <w:br/>
      </w:r>
      <w:r>
        <w:rPr>
          <w:lang w:eastAsia="zh-CN"/>
        </w:rPr>
        <w:t>　　第八条本协议自订立之日起，即告生效。双方交换身份证复印件作为凭证。</w:t>
      </w:r>
      <w:r>
        <w:rPr>
          <w:lang w:eastAsia="zh-CN"/>
        </w:rPr>
        <w:br/>
      </w:r>
      <w:r>
        <w:rPr>
          <w:lang w:eastAsia="zh-CN"/>
        </w:rPr>
        <w:t>　　第九条本协议一式两份，由甲方、乙方各执一份。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甲方签字：_________________</w:t>
      </w:r>
      <w:r>
        <w:rPr>
          <w:lang w:eastAsia="zh-CN"/>
        </w:rPr>
        <w:br/>
      </w:r>
      <w:r>
        <w:rPr>
          <w:lang w:eastAsia="zh-CN"/>
        </w:rPr>
        <w:t>　　身份证号：_________________</w:t>
      </w:r>
      <w:r>
        <w:rPr>
          <w:lang w:eastAsia="zh-CN"/>
        </w:rPr>
        <w:br/>
      </w:r>
      <w:r>
        <w:rPr>
          <w:lang w:eastAsia="zh-CN"/>
        </w:rPr>
        <w:t>　　联系电话：_________________</w:t>
      </w:r>
      <w:r>
        <w:rPr>
          <w:lang w:eastAsia="zh-CN"/>
        </w:rPr>
        <w:br/>
      </w:r>
      <w:r>
        <w:rPr>
          <w:lang w:eastAsia="zh-CN"/>
        </w:rPr>
        <w:t>　　工作单位：</w:t>
      </w:r>
      <w:r>
        <w:rPr>
          <w:lang w:eastAsia="zh-CN"/>
        </w:rPr>
        <w:br/>
      </w:r>
      <w:r>
        <w:rPr>
          <w:lang w:eastAsia="zh-CN"/>
        </w:rPr>
        <w:t>　　签署日期：________年___月____日</w:t>
      </w:r>
      <w:r>
        <w:rPr>
          <w:lang w:eastAsia="zh-CN"/>
        </w:rPr>
        <w:br/>
      </w:r>
      <w:r>
        <w:rPr>
          <w:lang w:eastAsia="zh-CN"/>
        </w:rPr>
        <w:t>　　乙方签字：_________________</w:t>
      </w:r>
      <w:r>
        <w:rPr>
          <w:lang w:eastAsia="zh-CN"/>
        </w:rPr>
        <w:br/>
      </w:r>
      <w:r>
        <w:rPr>
          <w:lang w:eastAsia="zh-CN"/>
        </w:rPr>
        <w:t>　　身份证号：_________________</w:t>
      </w:r>
      <w:r>
        <w:rPr>
          <w:lang w:eastAsia="zh-CN"/>
        </w:rPr>
        <w:br/>
      </w:r>
      <w:r>
        <w:rPr>
          <w:lang w:eastAsia="zh-CN"/>
        </w:rPr>
        <w:t>　　联系电话：________________</w:t>
      </w:r>
      <w:r>
        <w:rPr>
          <w:lang w:eastAsia="zh-CN"/>
        </w:rPr>
        <w:br/>
      </w:r>
      <w:r>
        <w:rPr>
          <w:lang w:eastAsia="zh-CN"/>
        </w:rPr>
        <w:t>　　工作单位：___________________</w:t>
      </w:r>
      <w:r>
        <w:rPr>
          <w:lang w:eastAsia="zh-CN"/>
        </w:rPr>
        <w:br/>
      </w:r>
      <w:r>
        <w:rPr>
          <w:lang w:eastAsia="zh-CN"/>
        </w:rPr>
        <w:t>　　签署日期：________年___月____日</w:t>
      </w:r>
      <w:r>
        <w:rPr>
          <w:lang w:eastAsia="zh-CN"/>
        </w:rPr>
        <w:br/>
      </w:r>
      <w:r>
        <w:rPr>
          <w:lang w:eastAsia="zh-CN"/>
        </w:rPr>
        <w:t xml:space="preserve">    2024年租赁安全协议书 篇11 </w:t>
      </w:r>
      <w:r>
        <w:rPr>
          <w:lang w:eastAsia="zh-CN"/>
        </w:rPr>
        <w:br/>
      </w:r>
      <w:r>
        <w:rPr>
          <w:lang w:eastAsia="zh-CN"/>
        </w:rPr>
        <w:t>　　施工方(甲方)：___</w:t>
      </w:r>
      <w:r>
        <w:rPr>
          <w:lang w:eastAsia="zh-CN"/>
        </w:rPr>
        <w:br/>
      </w:r>
      <w:r>
        <w:rPr>
          <w:lang w:eastAsia="zh-CN"/>
        </w:rPr>
        <w:t>　　安装方(乙方)：___</w:t>
      </w:r>
      <w:r>
        <w:rPr>
          <w:lang w:eastAsia="zh-CN"/>
        </w:rPr>
        <w:br/>
      </w:r>
      <w:r>
        <w:rPr>
          <w:lang w:eastAsia="zh-CN"/>
        </w:rPr>
        <w:t>　　设备租赁（使用）安全协议书是甲乙双方签订《设备租赁合同》后的补充协议，甲乙双方应按协议的内容各负其责，履行职责和义务，保证机械设备安全正常运行。</w:t>
      </w:r>
      <w:r>
        <w:rPr>
          <w:lang w:eastAsia="zh-CN"/>
        </w:rPr>
        <w:br/>
      </w:r>
      <w:r>
        <w:rPr>
          <w:lang w:eastAsia="zh-CN"/>
        </w:rPr>
        <w:t>　　一、甲方安全职责</w:t>
      </w:r>
      <w:r>
        <w:rPr>
          <w:lang w:eastAsia="zh-CN"/>
        </w:rPr>
        <w:br/>
      </w:r>
      <w:r>
        <w:rPr>
          <w:lang w:eastAsia="zh-CN"/>
        </w:rPr>
        <w:t>　　1、甲方提供的机械设备应各种安全设施齐全、有效，符合技术要求。</w:t>
      </w:r>
      <w:r>
        <w:rPr>
          <w:lang w:eastAsia="zh-CN"/>
        </w:rPr>
        <w:br/>
      </w:r>
      <w:r>
        <w:rPr>
          <w:lang w:eastAsia="zh-CN"/>
        </w:rPr>
        <w:t>　　2、塔吊使用期间的所有权属甲方，但乙方在安装及拆卸期间负一切安全责任。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3、甲方随机配备二名专业塔吊司机持证上岗，塔吊操作人员应按安全操作规程进行操作。</w:t>
      </w:r>
      <w:r>
        <w:rPr>
          <w:lang w:eastAsia="zh-CN"/>
        </w:rPr>
        <w:br/>
      </w:r>
      <w:r>
        <w:rPr>
          <w:lang w:eastAsia="zh-CN"/>
        </w:rPr>
        <w:t>　　4、所派操作人员服从乙方管理，有权拒绝违章指挥及违章作业。</w:t>
      </w:r>
      <w:r>
        <w:rPr>
          <w:lang w:eastAsia="zh-CN"/>
        </w:rPr>
        <w:br/>
      </w:r>
      <w:r>
        <w:rPr>
          <w:lang w:eastAsia="zh-CN"/>
        </w:rPr>
        <w:t>　　5、在使用过程中存在安全隐患或发生安全事故的，有权随时收回塔机的使用权。</w:t>
      </w:r>
      <w:r>
        <w:rPr>
          <w:lang w:eastAsia="zh-CN"/>
        </w:rPr>
        <w:br/>
      </w:r>
      <w:r>
        <w:rPr>
          <w:lang w:eastAsia="zh-CN"/>
        </w:rPr>
        <w:t>　　6、甲方负责设备自身质量问题维修工作。</w:t>
      </w:r>
      <w:r>
        <w:rPr>
          <w:lang w:eastAsia="zh-CN"/>
        </w:rPr>
        <w:br/>
      </w:r>
      <w:r>
        <w:rPr>
          <w:lang w:eastAsia="zh-CN"/>
        </w:rPr>
        <w:t>　　二、乙方安全职责</w:t>
      </w:r>
      <w:r>
        <w:rPr>
          <w:lang w:eastAsia="zh-CN"/>
        </w:rPr>
        <w:br/>
      </w:r>
      <w:r>
        <w:rPr>
          <w:lang w:eastAsia="zh-CN"/>
        </w:rPr>
        <w:t>　　1、乙方必须配备专业的指挥人员持证上岗。否则造成的一切安全事故由乙方承担。</w:t>
      </w:r>
      <w:r>
        <w:rPr>
          <w:lang w:eastAsia="zh-CN"/>
        </w:rPr>
        <w:br/>
      </w:r>
      <w:r>
        <w:rPr>
          <w:lang w:eastAsia="zh-CN"/>
        </w:rPr>
        <w:t>　　2、乙方应按《施工现场临时用电技术规范JGJ46―20__》要求为塔机单独设置回路及专用配电箱并作重复接地。因未按规范要求执行所发生的安全事故由乙方承担。</w:t>
      </w:r>
      <w:r>
        <w:rPr>
          <w:lang w:eastAsia="zh-CN"/>
        </w:rPr>
        <w:br/>
      </w:r>
      <w:r>
        <w:rPr>
          <w:lang w:eastAsia="zh-CN"/>
        </w:rPr>
        <w:t>　　3、乙方有责任保证设备及一切附件在安装及拆卸期间不得丢失和受到人为损坏，否则应照价赔偿损失。</w:t>
      </w:r>
      <w:r>
        <w:rPr>
          <w:lang w:eastAsia="zh-CN"/>
        </w:rPr>
        <w:br/>
      </w:r>
      <w:r>
        <w:rPr>
          <w:lang w:eastAsia="zh-CN"/>
        </w:rPr>
        <w:t>　　4、凡在施工中因乙方作业人员违章作业及违章指挥造成的安全事故，乙方承担一切事故责任。对甲方造成的损失及影响一律由乙方承担。</w:t>
      </w:r>
      <w:r>
        <w:rPr>
          <w:lang w:eastAsia="zh-CN"/>
        </w:rPr>
        <w:br/>
      </w:r>
      <w:r>
        <w:rPr>
          <w:lang w:eastAsia="zh-CN"/>
        </w:rPr>
        <w:t>　　5、乙方在安装及拆卸过程中负责对塔机巡检、维修、保养及安全保护装置校验工作保证设备的安全操作和良好的技术性能。</w:t>
      </w:r>
      <w:r>
        <w:rPr>
          <w:lang w:eastAsia="zh-CN"/>
        </w:rPr>
        <w:br/>
      </w:r>
      <w:r>
        <w:rPr>
          <w:lang w:eastAsia="zh-CN"/>
        </w:rPr>
        <w:t>　　6、乙方应当根据实际情况制定安全管理制度，负责塔机的安全管理，保证使用安全。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7、甲方负责对设备进行日常维护等工作，由专人维修，如发生机械故障，应及时修理必须随叫随到，严禁设备带病运行。为设备提供良好的工作条件，确保设备安全正常运行。</w:t>
      </w:r>
      <w:r>
        <w:rPr>
          <w:lang w:eastAsia="zh-CN"/>
        </w:rPr>
        <w:br/>
      </w:r>
      <w:r>
        <w:rPr>
          <w:lang w:eastAsia="zh-CN"/>
        </w:rPr>
        <w:t>　　8、乙方负责对塔机操作指挥人员的安全监督，制止违章作业。</w:t>
      </w:r>
      <w:r>
        <w:rPr>
          <w:lang w:eastAsia="zh-CN"/>
        </w:rPr>
        <w:br/>
      </w:r>
      <w:r>
        <w:rPr>
          <w:lang w:eastAsia="zh-CN"/>
        </w:rPr>
        <w:t>　　9、乙方应定期对塔机操作、指挥人员进行安全教育和培训，确保安全生产。</w:t>
      </w:r>
      <w:r>
        <w:rPr>
          <w:lang w:eastAsia="zh-CN"/>
        </w:rPr>
        <w:br/>
      </w:r>
      <w:r>
        <w:rPr>
          <w:lang w:eastAsia="zh-CN"/>
        </w:rPr>
        <w:t>　　10、乙方有权随时检查塔吊作业人员的作息时间，有权对违规的操作人员进行处罚，对于甲方塔吊司机消极怠工，影响正常施工的，乙方有权要求更换操作人员。</w:t>
      </w:r>
      <w:r>
        <w:rPr>
          <w:lang w:eastAsia="zh-CN"/>
        </w:rPr>
        <w:br/>
      </w:r>
      <w:r>
        <w:rPr>
          <w:lang w:eastAsia="zh-CN"/>
        </w:rPr>
        <w:t>　　11、针对六级以上强风、暴雨等恶劣天气下乙方应停止塔机作业，并采取相对防护措施。</w:t>
      </w:r>
      <w:r>
        <w:rPr>
          <w:lang w:eastAsia="zh-CN"/>
        </w:rPr>
        <w:br/>
      </w:r>
      <w:r>
        <w:rPr>
          <w:lang w:eastAsia="zh-CN"/>
        </w:rPr>
        <w:t>　　12、乙方应当根据不同施工阶段、周围环境以及不同季节、气象条件变化的情况，在施工现场对起重机械采取相应的安全防护措施。</w:t>
      </w:r>
      <w:r>
        <w:rPr>
          <w:lang w:eastAsia="zh-CN"/>
        </w:rPr>
        <w:br/>
      </w:r>
      <w:r>
        <w:rPr>
          <w:lang w:eastAsia="zh-CN"/>
        </w:rPr>
        <w:t>　　13、施工现场暂时停工时，应当做好起重机械的现场防护工作，应当在起重机械工作的活动范围内（设备移动、起重机臂架、吊钩活动、覆盖范围）设置明显的安全警示标志。</w:t>
      </w:r>
      <w:r>
        <w:rPr>
          <w:lang w:eastAsia="zh-CN"/>
        </w:rPr>
        <w:br/>
      </w:r>
      <w:r>
        <w:rPr>
          <w:lang w:eastAsia="zh-CN"/>
        </w:rPr>
        <w:t>　　三、本协议一式二份，甲方留存一份，乙方留存一份。</w:t>
      </w:r>
      <w:r>
        <w:rPr>
          <w:lang w:eastAsia="zh-CN"/>
        </w:rPr>
        <w:br/>
      </w:r>
      <w:r>
        <w:rPr>
          <w:lang w:eastAsia="zh-CN"/>
        </w:rPr>
        <w:t>　　甲方（盖章）：___乙方（盖章）：___</w:t>
      </w:r>
      <w:r>
        <w:rPr>
          <w:lang w:eastAsia="zh-CN"/>
        </w:rPr>
        <w:br/>
      </w:r>
      <w:r>
        <w:rPr>
          <w:lang w:eastAsia="zh-CN"/>
        </w:rPr>
        <w:t>　　代表（签字）：___代表（签字）：___</w:t>
      </w:r>
      <w:r>
        <w:rPr>
          <w:lang w:eastAsia="zh-CN"/>
        </w:rPr>
        <w:br/>
      </w:r>
      <w:r>
        <w:rPr>
          <w:lang w:eastAsia="zh-CN"/>
        </w:rPr>
        <w:t>　　电话：___电话：___</w:t>
      </w:r>
      <w:r>
        <w:rPr>
          <w:lang w:eastAsia="zh-CN"/>
        </w:rPr>
        <w:br/>
      </w:r>
      <w:r>
        <w:rPr>
          <w:lang w:eastAsia="zh-CN"/>
        </w:rPr>
        <w:t>　　日期：___日期：___</w:t>
      </w:r>
      <w:r>
        <w:rPr>
          <w:lang w:eastAsia="zh-CN"/>
        </w:rPr>
        <w:br/>
      </w:r>
      <w:r>
        <w:rPr>
          <w:lang w:eastAsia="zh-CN"/>
        </w:rPr>
        <w:t xml:space="preserve">    2024年租赁安全协议书 篇12 </w:t>
      </w:r>
      <w:r>
        <w:rPr>
          <w:lang w:eastAsia="zh-CN"/>
        </w:rPr>
        <w:br/>
      </w:r>
      <w:r>
        <w:rPr>
          <w:lang w:eastAsia="zh-CN"/>
        </w:rPr>
        <w:t>　　出租方（甲方）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住址：</w:t>
      </w:r>
      <w:r>
        <w:rPr>
          <w:lang w:eastAsia="zh-CN"/>
        </w:rPr>
        <w:br/>
      </w:r>
      <w:r>
        <w:rPr>
          <w:lang w:eastAsia="zh-CN"/>
        </w:rPr>
        <w:t>　　法定代表人：</w:t>
      </w:r>
      <w:r>
        <w:rPr>
          <w:lang w:eastAsia="zh-CN"/>
        </w:rPr>
        <w:br/>
      </w:r>
      <w:r>
        <w:rPr>
          <w:lang w:eastAsia="zh-CN"/>
        </w:rPr>
        <w:t>　　电话：</w:t>
      </w:r>
      <w:r>
        <w:rPr>
          <w:lang w:eastAsia="zh-CN"/>
        </w:rPr>
        <w:br/>
      </w:r>
      <w:r>
        <w:rPr>
          <w:lang w:eastAsia="zh-CN"/>
        </w:rPr>
        <w:t>　　承租方（乙方）</w:t>
      </w:r>
      <w:r>
        <w:rPr>
          <w:lang w:eastAsia="zh-CN"/>
        </w:rPr>
        <w:br/>
      </w:r>
      <w:r>
        <w:rPr>
          <w:lang w:eastAsia="zh-CN"/>
        </w:rPr>
        <w:t>　　住址：</w:t>
      </w:r>
      <w:r>
        <w:rPr>
          <w:lang w:eastAsia="zh-CN"/>
        </w:rPr>
        <w:br/>
      </w:r>
      <w:r>
        <w:rPr>
          <w:lang w:eastAsia="zh-CN"/>
        </w:rPr>
        <w:t>　　法定代表人：身份证号：电话：</w:t>
      </w:r>
      <w:r>
        <w:rPr>
          <w:lang w:eastAsia="zh-CN"/>
        </w:rPr>
        <w:br/>
      </w:r>
      <w:r>
        <w:rPr>
          <w:lang w:eastAsia="zh-CN"/>
        </w:rPr>
        <w:t>　　为了贯彻落实《中华人民共和国安全生产法》和《中华人民共和国消防法》，贯彻执行“安全第一，预防为主，综合治理”的安全工作方针，进一步落实“谁主管，谁负责”的安全管理原则。在保障人身和财产安全及甲乙双方的合法权益的前提下，明确双方各自的安全管理责任，经甲乙双方共同协商达成一致，签订如下协议，并共同遵守执行。</w:t>
      </w:r>
      <w:r>
        <w:rPr>
          <w:lang w:eastAsia="zh-CN"/>
        </w:rPr>
        <w:br/>
      </w:r>
      <w:r>
        <w:rPr>
          <w:lang w:eastAsia="zh-CN"/>
        </w:rPr>
        <w:t>　　一、租房用途</w:t>
      </w:r>
      <w:r>
        <w:rPr>
          <w:lang w:eastAsia="zh-CN"/>
        </w:rPr>
        <w:br/>
      </w:r>
      <w:r>
        <w:rPr>
          <w:lang w:eastAsia="zh-CN"/>
        </w:rPr>
        <w:t>　　甲方提供租赁的场地可供承租人从事生产经营活动。</w:t>
      </w:r>
      <w:r>
        <w:rPr>
          <w:lang w:eastAsia="zh-CN"/>
        </w:rPr>
        <w:br/>
      </w:r>
      <w:r>
        <w:rPr>
          <w:lang w:eastAsia="zh-CN"/>
        </w:rPr>
        <w:t>　　二、双方职责、权利及义务</w:t>
      </w:r>
      <w:r>
        <w:rPr>
          <w:lang w:eastAsia="zh-CN"/>
        </w:rPr>
        <w:br/>
      </w:r>
      <w:r>
        <w:rPr>
          <w:lang w:eastAsia="zh-CN"/>
        </w:rPr>
        <w:t>　　（一）甲方</w:t>
      </w:r>
      <w:r>
        <w:rPr>
          <w:lang w:eastAsia="zh-CN"/>
        </w:rPr>
        <w:br/>
      </w:r>
      <w:r>
        <w:rPr>
          <w:lang w:eastAsia="zh-CN"/>
        </w:rPr>
        <w:t>　　1、甲方对所提供租赁场所，应负有下列安全责任：</w:t>
      </w:r>
      <w:r>
        <w:rPr>
          <w:lang w:eastAsia="zh-CN"/>
        </w:rPr>
        <w:br/>
      </w:r>
      <w:r>
        <w:rPr>
          <w:lang w:eastAsia="zh-CN"/>
        </w:rPr>
        <w:t>　　（1）提供租赁的房屋或场所确保符合《建筑设计防火规范》的基本要求，有基本的消防设施。</w:t>
      </w:r>
      <w:r>
        <w:rPr>
          <w:lang w:eastAsia="zh-CN"/>
        </w:rPr>
        <w:br/>
      </w:r>
      <w:r>
        <w:rPr>
          <w:lang w:eastAsia="zh-CN"/>
        </w:rPr>
        <w:t>　　（2）确保有畅通的.疏散通道及安全出口。</w:t>
      </w:r>
      <w:r>
        <w:rPr>
          <w:lang w:eastAsia="zh-CN"/>
        </w:rPr>
        <w:br/>
      </w:r>
      <w:r>
        <w:rPr>
          <w:lang w:eastAsia="zh-CN"/>
        </w:rPr>
        <w:t>　　（3）确保提供的出租场所内有基础配电设施，并符合相关行业标准，且保证场所内线路布置的安全合理。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（4）确保不出租下列有违反市政府相关规定的房屋：</w:t>
      </w:r>
      <w:r>
        <w:rPr>
          <w:lang w:eastAsia="zh-CN"/>
        </w:rPr>
        <w:br/>
      </w:r>
      <w:r>
        <w:rPr>
          <w:lang w:eastAsia="zh-CN"/>
        </w:rPr>
        <w:t>　　①被有关主管部门确定为危险房屋不能使用的；</w:t>
      </w:r>
      <w:r>
        <w:rPr>
          <w:lang w:eastAsia="zh-CN"/>
        </w:rPr>
        <w:br/>
      </w:r>
      <w:r>
        <w:rPr>
          <w:lang w:eastAsia="zh-CN"/>
        </w:rPr>
        <w:t>　　②已公布房屋拆迁公告的；</w:t>
      </w:r>
      <w:r>
        <w:rPr>
          <w:lang w:eastAsia="zh-CN"/>
        </w:rPr>
        <w:br/>
      </w:r>
      <w:r>
        <w:rPr>
          <w:lang w:eastAsia="zh-CN"/>
        </w:rPr>
        <w:t>　　③无房屋权利证明或者市政府规定的其他权属证明材料的；</w:t>
      </w:r>
      <w:r>
        <w:rPr>
          <w:lang w:eastAsia="zh-CN"/>
        </w:rPr>
        <w:br/>
      </w:r>
      <w:r>
        <w:rPr>
          <w:lang w:eastAsia="zh-CN"/>
        </w:rPr>
        <w:t>　　④被有关部门确认为存在重大消防、安全隐患的；</w:t>
      </w:r>
      <w:r>
        <w:rPr>
          <w:lang w:eastAsia="zh-CN"/>
        </w:rPr>
        <w:br/>
      </w:r>
      <w:r>
        <w:rPr>
          <w:lang w:eastAsia="zh-CN"/>
        </w:rPr>
        <w:t>　　⑤其他法律、法规、规章或者市政府规定不得出租的。</w:t>
      </w:r>
      <w:r>
        <w:rPr>
          <w:lang w:eastAsia="zh-CN"/>
        </w:rPr>
        <w:br/>
      </w:r>
      <w:r>
        <w:rPr>
          <w:lang w:eastAsia="zh-CN"/>
        </w:rPr>
        <w:t>　　2、甲方作为出租方，享有下列权利：</w:t>
      </w:r>
      <w:r>
        <w:rPr>
          <w:lang w:eastAsia="zh-CN"/>
        </w:rPr>
        <w:br/>
      </w:r>
      <w:r>
        <w:rPr>
          <w:lang w:eastAsia="zh-CN"/>
        </w:rPr>
        <w:t>　　（1）甲方（在乙方的陪同下）有权进入乙方经营场所进行安全检查，发现安全隐患有权要求乙方及时整改，并将整改的结果告之甲方。</w:t>
      </w:r>
      <w:r>
        <w:rPr>
          <w:lang w:eastAsia="zh-CN"/>
        </w:rPr>
        <w:br/>
      </w:r>
      <w:r>
        <w:rPr>
          <w:lang w:eastAsia="zh-CN"/>
        </w:rPr>
        <w:t>　　（2）甲方有权知道乙方对经营场所进行装修时，其装修的总体方案及相应的消防安全方案。</w:t>
      </w:r>
      <w:r>
        <w:rPr>
          <w:lang w:eastAsia="zh-CN"/>
        </w:rPr>
        <w:br/>
      </w:r>
      <w:r>
        <w:rPr>
          <w:lang w:eastAsia="zh-CN"/>
        </w:rPr>
        <w:t>　　（3）甲方如发现乙方有从事非法生产经营活动时，有权向政府相关部门检举，且有权提前终止《房屋租赁合同》。</w:t>
      </w:r>
      <w:r>
        <w:rPr>
          <w:lang w:eastAsia="zh-CN"/>
        </w:rPr>
        <w:br/>
      </w:r>
      <w:r>
        <w:rPr>
          <w:lang w:eastAsia="zh-CN"/>
        </w:rPr>
        <w:t>　　（4）甲方有权对出租场所内的各生产经营单位的安全管理工作进行相关的协调与督管。</w:t>
      </w:r>
      <w:r>
        <w:rPr>
          <w:lang w:eastAsia="zh-CN"/>
        </w:rPr>
        <w:br/>
      </w:r>
      <w:r>
        <w:rPr>
          <w:lang w:eastAsia="zh-CN"/>
        </w:rPr>
        <w:t>　　3、甲方作为出租方有义务对乙方进行相关安全知识宣传教育，并及时传达政府相关部门的法律法规和文件精神。</w:t>
      </w:r>
      <w:r>
        <w:rPr>
          <w:lang w:eastAsia="zh-CN"/>
        </w:rPr>
        <w:br/>
      </w:r>
      <w:r>
        <w:rPr>
          <w:lang w:eastAsia="zh-CN"/>
        </w:rPr>
        <w:t>　　（二）乙方</w:t>
      </w:r>
      <w:r>
        <w:rPr>
          <w:lang w:eastAsia="zh-CN"/>
        </w:rPr>
        <w:br/>
      </w:r>
      <w:r>
        <w:rPr>
          <w:lang w:eastAsia="zh-CN"/>
        </w:rPr>
        <w:t>　　1、乙方在租赁场所进行生产经营活动，是安全生产的责任主体，应负有下列安全责任：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（1）乙方确保从事的生产经营活动，在国家安全生产相关法律法规和条例规章规范的范围内进行。</w:t>
      </w:r>
      <w:r>
        <w:rPr>
          <w:lang w:eastAsia="zh-CN"/>
        </w:rPr>
        <w:br/>
      </w:r>
      <w:r>
        <w:rPr>
          <w:lang w:eastAsia="zh-CN"/>
        </w:rPr>
        <w:t>　　（2）乙方确保不将设备设施等生产经营项目发包或转租给不具备安全生产条件或者相应安全资质的单位或者个人。</w:t>
      </w:r>
      <w:r>
        <w:rPr>
          <w:lang w:eastAsia="zh-CN"/>
        </w:rPr>
        <w:br/>
      </w:r>
      <w:r>
        <w:rPr>
          <w:lang w:eastAsia="zh-CN"/>
        </w:rPr>
        <w:t>　　（3）乙方从事生产、仓储、餐饮、娱乐、旅馆等经营活动，确保依据安全生产相关法律法规的要求，通过消防部门的验收，取得消防验收合格证后，方从事生产经营活动。</w:t>
      </w:r>
      <w:r>
        <w:rPr>
          <w:lang w:eastAsia="zh-CN"/>
        </w:rPr>
        <w:br/>
      </w:r>
      <w:r>
        <w:rPr>
          <w:lang w:eastAsia="zh-CN"/>
        </w:rPr>
        <w:t>　　（4）乙方确保消防通道及安全出口的畅通，且不在配电箱、消防栓、灭火器前面堆放物品阻塞设备设施的取用。</w:t>
      </w:r>
      <w:r>
        <w:rPr>
          <w:lang w:eastAsia="zh-CN"/>
        </w:rPr>
        <w:br/>
      </w:r>
      <w:r>
        <w:rPr>
          <w:lang w:eastAsia="zh-CN"/>
        </w:rPr>
        <w:t>　　（5）乙方租用场所仅用作仓库时，确保不存放易燃易爆危险化学品，并告知甲方所存放的物品的危险特性。</w:t>
      </w:r>
      <w:r>
        <w:rPr>
          <w:lang w:eastAsia="zh-CN"/>
        </w:rPr>
        <w:br/>
      </w:r>
      <w:r>
        <w:rPr>
          <w:lang w:eastAsia="zh-CN"/>
        </w:rPr>
        <w:t>　　（6）乙方租赁场地用作开设餐厅、旅馆、娱乐场所等，确保场所内（除厨房内可存放少量的瓶装煤气外）不存放易燃易爆危险化学品。</w:t>
      </w:r>
      <w:r>
        <w:rPr>
          <w:lang w:eastAsia="zh-CN"/>
        </w:rPr>
        <w:br/>
      </w:r>
      <w:r>
        <w:rPr>
          <w:lang w:eastAsia="zh-CN"/>
        </w:rPr>
        <w:t>　　（7）乙方确保不在租赁场所进行私自隔间、隔楼等违章搭建，严禁“三合一”、“多合一”等现象发生（“三合一”场所指企业员工集体宿舍与生产作业、物资存放的场所相通连的家庭作坊式的企业；“多合一”场所指集生产加工、储存、经营、生活住宿等为一体的场所）。</w:t>
      </w:r>
      <w:r>
        <w:rPr>
          <w:lang w:eastAsia="zh-CN"/>
        </w:rPr>
        <w:br/>
      </w:r>
      <w:r>
        <w:rPr>
          <w:lang w:eastAsia="zh-CN"/>
        </w:rPr>
        <w:t>　　（8）乙方却因生产经营需要，在场所或仓库内存放少量危险化学品的，确保事先通知甲方，并经过甲方同意许可，同时告知储存的种类、数量及采取的防范措施。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9）乙方确保对所承租的场所进行日常安全检查和事故隐患排查治理，并定期向甲方通报安全管理工作情况。如：电线是否裸露、危险化学品的储存和使用是否安全、设备设施是否完好、消防器材是否有效、消防通道、安全出口是否畅通等。</w:t>
      </w:r>
      <w:r>
        <w:rPr>
          <w:lang w:eastAsia="zh-CN"/>
        </w:rPr>
        <w:br/>
      </w:r>
      <w:r>
        <w:rPr>
          <w:lang w:eastAsia="zh-CN"/>
        </w:rPr>
        <w:t>　　（10）乙方确保主要负责人、安全管理人员、特种作业操作人员应经专门机构培训合格后持证上岗。</w:t>
      </w:r>
      <w:r>
        <w:rPr>
          <w:lang w:eastAsia="zh-CN"/>
        </w:rPr>
        <w:br/>
      </w:r>
      <w:r>
        <w:rPr>
          <w:lang w:eastAsia="zh-CN"/>
        </w:rPr>
        <w:t>　　（11）乙方确保对其场所内存在的危险有害因素进行安全标识及告知其员工，并进行全员安全培训，使全员具备本岗位的安全生产知识和技能。</w:t>
      </w:r>
      <w:r>
        <w:rPr>
          <w:lang w:eastAsia="zh-CN"/>
        </w:rPr>
        <w:br/>
      </w:r>
      <w:r>
        <w:rPr>
          <w:lang w:eastAsia="zh-CN"/>
        </w:rPr>
        <w:t>　　（12）乙方确保建立安全生产事故应急救援预案并定期组织演练。</w:t>
      </w:r>
      <w:r>
        <w:rPr>
          <w:lang w:eastAsia="zh-CN"/>
        </w:rPr>
        <w:br/>
      </w:r>
      <w:r>
        <w:rPr>
          <w:lang w:eastAsia="zh-CN"/>
        </w:rPr>
        <w:t>　　2、乙方作为承租方，享有下列权利：</w:t>
      </w:r>
      <w:r>
        <w:rPr>
          <w:lang w:eastAsia="zh-CN"/>
        </w:rPr>
        <w:br/>
      </w:r>
      <w:r>
        <w:rPr>
          <w:lang w:eastAsia="zh-CN"/>
        </w:rPr>
        <w:t>　　（1）乙方有权利对甲方提供的租赁场所内的基本安全设施进行检查验收确认。</w:t>
      </w:r>
      <w:r>
        <w:rPr>
          <w:lang w:eastAsia="zh-CN"/>
        </w:rPr>
        <w:br/>
      </w:r>
      <w:r>
        <w:rPr>
          <w:lang w:eastAsia="zh-CN"/>
        </w:rPr>
        <w:t>　　（2）乙方发现基础设施存在有安全隐患存在时，有权要求甲方协助乙方进行整改，并积极配合采取有效的整改措施。</w:t>
      </w:r>
      <w:r>
        <w:rPr>
          <w:lang w:eastAsia="zh-CN"/>
        </w:rPr>
        <w:br/>
      </w:r>
      <w:r>
        <w:rPr>
          <w:lang w:eastAsia="zh-CN"/>
        </w:rPr>
        <w:t>　　当隐患无法排除时，乙方有权向地方安全监督管理部门及相关政府部门汇报，并停止生产经营活动。</w:t>
      </w:r>
      <w:r>
        <w:rPr>
          <w:lang w:eastAsia="zh-CN"/>
        </w:rPr>
        <w:br/>
      </w:r>
      <w:r>
        <w:rPr>
          <w:lang w:eastAsia="zh-CN"/>
        </w:rPr>
        <w:t>　　（3）乙方有权根据自身生产经营的实际情况，将部分经营场所再次转租给具备安全生产条件或者相应资质的单位和个人（下称丙方）。但必须经甲方同意后方转租，且丙方的安全管理责任由乙方负责。</w:t>
      </w:r>
      <w:r>
        <w:rPr>
          <w:lang w:eastAsia="zh-CN"/>
        </w:rPr>
        <w:br/>
      </w:r>
      <w:r>
        <w:rPr>
          <w:lang w:eastAsia="zh-CN"/>
        </w:rPr>
        <w:t>　　3、乙方作为承租方，有下列义务：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（1）乙方有义务积极配合政府相关部门的安全执法检查，并对检查中指出的问题进行及时的整改。</w:t>
      </w:r>
      <w:r>
        <w:rPr>
          <w:lang w:eastAsia="zh-CN"/>
        </w:rPr>
        <w:br/>
      </w:r>
      <w:r>
        <w:rPr>
          <w:lang w:eastAsia="zh-CN"/>
        </w:rPr>
        <w:t>　　（2）乙方有义务全力配合并参加甲方组织开展的安全活动及事故应急救援预案演练等。</w:t>
      </w:r>
      <w:r>
        <w:rPr>
          <w:lang w:eastAsia="zh-CN"/>
        </w:rPr>
        <w:br/>
      </w:r>
      <w:r>
        <w:rPr>
          <w:lang w:eastAsia="zh-CN"/>
        </w:rPr>
        <w:t>　　（3）乙方有义务开展经常性的安全教育培训，以及参加公益性安全宣传教育活动。</w:t>
      </w:r>
      <w:r>
        <w:rPr>
          <w:lang w:eastAsia="zh-CN"/>
        </w:rPr>
        <w:br/>
      </w:r>
      <w:r>
        <w:rPr>
          <w:lang w:eastAsia="zh-CN"/>
        </w:rPr>
        <w:t>　　三、法律责任</w:t>
      </w:r>
      <w:r>
        <w:rPr>
          <w:lang w:eastAsia="zh-CN"/>
        </w:rPr>
        <w:br/>
      </w:r>
      <w:r>
        <w:rPr>
          <w:lang w:eastAsia="zh-CN"/>
        </w:rPr>
        <w:t>　　（一）甲方</w:t>
      </w:r>
      <w:r>
        <w:rPr>
          <w:lang w:eastAsia="zh-CN"/>
        </w:rPr>
        <w:br/>
      </w:r>
      <w:r>
        <w:rPr>
          <w:lang w:eastAsia="zh-CN"/>
        </w:rPr>
        <w:t>　　1、因甲方未能履行安全责任，而导致乙方造成人员伤亡和财产损失，甲方承担赔偿责任。</w:t>
      </w:r>
      <w:r>
        <w:rPr>
          <w:lang w:eastAsia="zh-CN"/>
        </w:rPr>
        <w:br/>
      </w:r>
      <w:r>
        <w:rPr>
          <w:lang w:eastAsia="zh-CN"/>
        </w:rPr>
        <w:t>　　2、因甲方未能履行安全责任，而导致甲方人员伤亡和财产损失，其责任应由甲方自行承担。</w:t>
      </w:r>
      <w:r>
        <w:rPr>
          <w:lang w:eastAsia="zh-CN"/>
        </w:rPr>
        <w:br/>
      </w:r>
      <w:r>
        <w:rPr>
          <w:lang w:eastAsia="zh-CN"/>
        </w:rPr>
        <w:t>　　（二）乙方</w:t>
      </w:r>
      <w:r>
        <w:rPr>
          <w:lang w:eastAsia="zh-CN"/>
        </w:rPr>
        <w:br/>
      </w:r>
      <w:r>
        <w:rPr>
          <w:lang w:eastAsia="zh-CN"/>
        </w:rPr>
        <w:t>　　1、因乙方未能履行安全责任，甲方有权提前解除合同并收回租赁场所，所造成的任何损失甲方不承担任何责任。</w:t>
      </w:r>
      <w:r>
        <w:rPr>
          <w:lang w:eastAsia="zh-CN"/>
        </w:rPr>
        <w:br/>
      </w:r>
      <w:r>
        <w:rPr>
          <w:lang w:eastAsia="zh-CN"/>
        </w:rPr>
        <w:t>　　2、因乙方未能履行安全责任，而造成乙方自身人员伤亡和财产损失，甲方不承担任何责任。</w:t>
      </w:r>
      <w:r>
        <w:rPr>
          <w:lang w:eastAsia="zh-CN"/>
        </w:rPr>
        <w:br/>
      </w:r>
      <w:r>
        <w:rPr>
          <w:lang w:eastAsia="zh-CN"/>
        </w:rPr>
        <w:t>　　3、因乙方未能履行安全责任，而给甲方造成人员伤亡和财产损失，甲方有权通过法律途经追索赔偿。</w:t>
      </w:r>
      <w:r>
        <w:rPr>
          <w:lang w:eastAsia="zh-CN"/>
        </w:rPr>
        <w:br/>
      </w:r>
      <w:r>
        <w:rPr>
          <w:lang w:eastAsia="zh-CN"/>
        </w:rPr>
        <w:t>　　四、签订本协议</w:t>
      </w:r>
      <w:r>
        <w:rPr>
          <w:lang w:eastAsia="zh-CN"/>
        </w:rPr>
        <w:br/>
      </w:r>
      <w:r>
        <w:rPr>
          <w:lang w:eastAsia="zh-CN"/>
        </w:rPr>
        <w:t>　　（一）本协议一式两份，甲乙双方各执一份。</w:t>
      </w:r>
      <w:r>
        <w:rPr>
          <w:lang w:eastAsia="zh-CN"/>
        </w:rPr>
        <w:br/>
      </w:r>
      <w:r>
        <w:rPr>
          <w:lang w:eastAsia="zh-CN"/>
        </w:rPr>
        <w:t>　　（二）乙方法人需提供营业执照复印件、身份证复印件。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（三）甲乙双方均应在签订处签字并盖章或压手印。</w:t>
      </w:r>
      <w:r>
        <w:rPr>
          <w:lang w:eastAsia="zh-CN"/>
        </w:rPr>
        <w:br/>
      </w:r>
      <w:r>
        <w:rPr>
          <w:lang w:eastAsia="zh-CN"/>
        </w:rPr>
        <w:t>　　（四）本协议自甲乙双方签订后即刻生效。</w:t>
      </w:r>
      <w:r>
        <w:rPr>
          <w:lang w:eastAsia="zh-CN"/>
        </w:rPr>
        <w:br/>
      </w:r>
      <w:r>
        <w:rPr>
          <w:lang w:eastAsia="zh-CN"/>
        </w:rPr>
        <w:t>　　出租人（甲方）：承租人（乙方）：</w:t>
      </w:r>
      <w:r>
        <w:rPr>
          <w:lang w:eastAsia="zh-CN"/>
        </w:rPr>
        <w:br/>
      </w:r>
      <w:r>
        <w:rPr>
          <w:lang w:eastAsia="zh-CN"/>
        </w:rPr>
        <w:t>　　日期： 日期：</w:t>
      </w:r>
      <w:r>
        <w:rPr>
          <w:lang w:eastAsia="zh-CN"/>
        </w:rPr>
        <w:br/>
      </w:r>
      <w:r>
        <w:rPr>
          <w:lang w:eastAsia="zh-CN"/>
        </w:rPr>
        <w:t xml:space="preserve">    2024年租赁安全协议书 篇13 </w:t>
      </w:r>
      <w:r>
        <w:rPr>
          <w:lang w:eastAsia="zh-CN"/>
        </w:rPr>
        <w:br/>
      </w:r>
      <w:r>
        <w:rPr>
          <w:lang w:eastAsia="zh-CN"/>
        </w:rPr>
        <w:t>　　租赁单位：（以下简称甲方）</w:t>
      </w:r>
      <w:r>
        <w:rPr>
          <w:lang w:eastAsia="zh-CN"/>
        </w:rPr>
        <w:br/>
      </w:r>
      <w:r>
        <w:rPr>
          <w:lang w:eastAsia="zh-CN"/>
        </w:rPr>
        <w:t>　　出租单位：（以下简称乙方）</w:t>
      </w:r>
      <w:r>
        <w:rPr>
          <w:lang w:eastAsia="zh-CN"/>
        </w:rPr>
        <w:br/>
      </w:r>
      <w:r>
        <w:rPr>
          <w:lang w:eastAsia="zh-CN"/>
        </w:rPr>
        <w:t>　　为了加强施工现场建筑施工机械租赁使用管理，按照《中华人民共和国安全生产法》、《中华人民共和国建筑法》、《建设工程安全生产管理条例》等有关规定，使机械设备租赁使用处于安全受控状态，双方本着平等、自愿的原则，签订本协议。双方应当按照各自职责，对施工现场机械设备进行监督管理，严格遵守本协议书规定的权利、责任和义务，确保施工现场机械设备安全运行。</w:t>
      </w:r>
      <w:r>
        <w:rPr>
          <w:lang w:eastAsia="zh-CN"/>
        </w:rPr>
        <w:br/>
      </w:r>
      <w:r>
        <w:rPr>
          <w:lang w:eastAsia="zh-CN"/>
        </w:rPr>
        <w:t>　　一、 甲方的权利、责任和义务</w:t>
      </w:r>
      <w:r>
        <w:rPr>
          <w:lang w:eastAsia="zh-CN"/>
        </w:rPr>
        <w:br/>
      </w:r>
      <w:r>
        <w:rPr>
          <w:lang w:eastAsia="zh-CN"/>
        </w:rPr>
        <w:t>　　1. 贯彻落实国家和北京市及集团公司对建筑施工机械租赁、使用、管理的有关规定，负责对施工现场的机械设备租赁使用进行全面监督、管理。有权对施工现场机械设备进行安全监督、检查和指导。</w:t>
      </w:r>
      <w:r>
        <w:rPr>
          <w:lang w:eastAsia="zh-CN"/>
        </w:rPr>
        <w:br/>
      </w:r>
      <w:r>
        <w:rPr>
          <w:lang w:eastAsia="zh-CN"/>
        </w:rPr>
        <w:t>　　2. 按照乙方提出的机械设备进出场要求，为乙方提供机械设备进出场的必要条件。</w:t>
      </w:r>
      <w:r>
        <w:rPr>
          <w:lang w:eastAsia="zh-CN"/>
        </w:rPr>
        <w:br/>
      </w:r>
      <w:r>
        <w:rPr>
          <w:lang w:eastAsia="zh-CN"/>
        </w:rPr>
        <w:t>　　3. 向乙方提供地下、地上障碍物情况及相关资料，协助乙方做好安全防护。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4. 有权制止违章指挥、违章作业行为。对违反安全生产、文明施工要求的有权进行处罚。</w:t>
      </w:r>
      <w:r>
        <w:rPr>
          <w:lang w:eastAsia="zh-CN"/>
        </w:rPr>
        <w:br/>
      </w:r>
      <w:r>
        <w:rPr>
          <w:lang w:eastAsia="zh-CN"/>
        </w:rPr>
        <w:t>　　5. 甲方人员不得操作乙方的机械设备，不得强迫乙方违章作业，若发生事故由甲方负责。</w:t>
      </w:r>
      <w:r>
        <w:rPr>
          <w:lang w:eastAsia="zh-CN"/>
        </w:rPr>
        <w:br/>
      </w:r>
      <w:r>
        <w:rPr>
          <w:lang w:eastAsia="zh-CN"/>
        </w:rPr>
        <w:t>　　二、 乙方的权利、责任和义务</w:t>
      </w:r>
      <w:r>
        <w:rPr>
          <w:lang w:eastAsia="zh-CN"/>
        </w:rPr>
        <w:br/>
      </w:r>
      <w:r>
        <w:rPr>
          <w:lang w:eastAsia="zh-CN"/>
        </w:rPr>
        <w:t>　　1. 必须严格遵守国家和北京市及集团公司对建筑施工机械租赁、使用、管理的有关规定。对提供的机械设备负全面管理责任。</w:t>
      </w:r>
      <w:r>
        <w:rPr>
          <w:lang w:eastAsia="zh-CN"/>
        </w:rPr>
        <w:br/>
      </w:r>
      <w:r>
        <w:rPr>
          <w:lang w:eastAsia="zh-CN"/>
        </w:rPr>
        <w:t>　　2. 遵守甲方施工现场机械设备管理规定，服从甲方的管理，不得损坏现场安全防护设施，确因施工需要移动或拆除的，必须经甲方同意，工作完毕后立即恢复。</w:t>
      </w:r>
      <w:r>
        <w:rPr>
          <w:lang w:eastAsia="zh-CN"/>
        </w:rPr>
        <w:br/>
      </w:r>
      <w:r>
        <w:rPr>
          <w:lang w:eastAsia="zh-CN"/>
        </w:rPr>
        <w:t>　　3. 向甲方提供检验合格（汽车起重机、履带起重机还需提供有效期内的检测报告）技术性能良好的机械设备，并保证在施工期间机械设备处于良好状态。</w:t>
      </w:r>
      <w:r>
        <w:rPr>
          <w:lang w:eastAsia="zh-CN"/>
        </w:rPr>
        <w:br/>
      </w:r>
      <w:r>
        <w:rPr>
          <w:lang w:eastAsia="zh-CN"/>
        </w:rPr>
        <w:t>　　4. 负责对机械设备进行日常检查和维修保养。负责对作业人员入场教育和安全技术交底。</w:t>
      </w:r>
      <w:r>
        <w:rPr>
          <w:lang w:eastAsia="zh-CN"/>
        </w:rPr>
        <w:br/>
      </w:r>
      <w:r>
        <w:rPr>
          <w:lang w:eastAsia="zh-CN"/>
        </w:rPr>
        <w:t>　　5. 负责配备齐全有效证件的机械设备操作者，持证上岗，严格遵守机械设备操作规程和管理规定，严禁酒后操作机械设备。</w:t>
      </w:r>
      <w:r>
        <w:rPr>
          <w:lang w:eastAsia="zh-CN"/>
        </w:rPr>
        <w:br/>
      </w:r>
      <w:r>
        <w:rPr>
          <w:lang w:eastAsia="zh-CN"/>
        </w:rPr>
        <w:t>　　乙方不履行上述职责发生事故由乙方负责。</w:t>
      </w:r>
      <w:r>
        <w:rPr>
          <w:lang w:eastAsia="zh-CN"/>
        </w:rPr>
        <w:br/>
      </w:r>
      <w:r>
        <w:rPr>
          <w:lang w:eastAsia="zh-CN"/>
        </w:rPr>
        <w:t>　　三、 补充条款：</w:t>
      </w:r>
      <w:r>
        <w:rPr>
          <w:lang w:eastAsia="zh-CN"/>
        </w:rPr>
        <w:br/>
      </w:r>
      <w:r>
        <w:rPr>
          <w:lang w:eastAsia="zh-CN"/>
        </w:rPr>
        <w:t>　　补充条款如下：</w:t>
      </w:r>
      <w:r>
        <w:rPr>
          <w:lang w:eastAsia="zh-CN"/>
        </w:rPr>
        <w:br/>
      </w:r>
      <w:r>
        <w:rPr>
          <w:lang w:eastAsia="zh-CN"/>
        </w:rPr>
        <w:t>　　本协议一式两份，甲乙双方签字或盖章立即生效。各保存一份。本协议自签字生效至施工结束终止。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租赁单位：（盖章）</w:t>
      </w:r>
      <w:r>
        <w:rPr>
          <w:lang w:eastAsia="zh-CN"/>
        </w:rPr>
        <w:br/>
      </w:r>
      <w:r>
        <w:rPr>
          <w:lang w:eastAsia="zh-CN"/>
        </w:rPr>
        <w:t>　　出租单位：盖章）</w:t>
      </w:r>
      <w:r>
        <w:rPr>
          <w:lang w:eastAsia="zh-CN"/>
        </w:rPr>
        <w:br/>
      </w:r>
      <w:r>
        <w:rPr>
          <w:lang w:eastAsia="zh-CN"/>
        </w:rPr>
        <w:t>　　日期：</w:t>
      </w:r>
      <w:r>
        <w:rPr>
          <w:lang w:eastAsia="zh-CN"/>
        </w:rPr>
        <w:br/>
      </w:r>
      <w:r>
        <w:rPr>
          <w:lang w:eastAsia="zh-CN"/>
        </w:rPr>
        <w:t xml:space="preserve">    2024年租赁安全协议书 篇14 </w:t>
      </w:r>
      <w:r>
        <w:rPr>
          <w:lang w:eastAsia="zh-CN"/>
        </w:rPr>
        <w:br/>
      </w:r>
      <w:r>
        <w:rPr>
          <w:lang w:eastAsia="zh-CN"/>
        </w:rPr>
        <w:t>　　甲方：________ (以下简称“甲方”)</w:t>
      </w:r>
      <w:r>
        <w:rPr>
          <w:lang w:eastAsia="zh-CN"/>
        </w:rPr>
        <w:br/>
      </w:r>
      <w:r>
        <w:rPr>
          <w:lang w:eastAsia="zh-CN"/>
        </w:rPr>
        <w:t>　　乙方：________ (以下简称“乙方”)</w:t>
      </w:r>
      <w:r>
        <w:rPr>
          <w:lang w:eastAsia="zh-CN"/>
        </w:rPr>
        <w:br/>
      </w:r>
      <w:r>
        <w:rPr>
          <w:lang w:eastAsia="zh-CN"/>
        </w:rPr>
        <w:t>　　为加强房屋出租的安全管理，经甲乙双方共同协商，特制定本安全协议。本安全协议为《房屋租赁合同》的副本，具有同等法律效力。</w:t>
      </w:r>
      <w:r>
        <w:rPr>
          <w:lang w:eastAsia="zh-CN"/>
        </w:rPr>
        <w:br/>
      </w:r>
      <w:r>
        <w:rPr>
          <w:lang w:eastAsia="zh-CN"/>
        </w:rPr>
        <w:t>　　一、甲方责任</w:t>
      </w:r>
      <w:r>
        <w:rPr>
          <w:lang w:eastAsia="zh-CN"/>
        </w:rPr>
        <w:br/>
      </w:r>
      <w:r>
        <w:rPr>
          <w:lang w:eastAsia="zh-CN"/>
        </w:rPr>
        <w:t>　　1.甲方不得将房屋出租给不提供相关身份证明、来历不明人员以及不申报办理暂住登记和不申领暂住证的人员。</w:t>
      </w:r>
      <w:r>
        <w:rPr>
          <w:lang w:eastAsia="zh-CN"/>
        </w:rPr>
        <w:br/>
      </w:r>
      <w:r>
        <w:rPr>
          <w:lang w:eastAsia="zh-CN"/>
        </w:rPr>
        <w:t>　　2.甲方必须与乙方签订《房屋租赁合同》和《安全协议》，并报安委会办公室备案。</w:t>
      </w:r>
      <w:r>
        <w:rPr>
          <w:lang w:eastAsia="zh-CN"/>
        </w:rPr>
        <w:br/>
      </w:r>
      <w:r>
        <w:rPr>
          <w:lang w:eastAsia="zh-CN"/>
        </w:rPr>
        <w:t>　　3.使用前，甲方应根据本协议内容，向乙方交待出租房环境和水、电、要害部位等安全注意事项。</w:t>
      </w:r>
      <w:r>
        <w:rPr>
          <w:lang w:eastAsia="zh-CN"/>
        </w:rPr>
        <w:br/>
      </w:r>
      <w:r>
        <w:rPr>
          <w:lang w:eastAsia="zh-CN"/>
        </w:rPr>
        <w:t>　　4.甲方对出租的房屋有权进行经常性安全检查，对发现不安全隐患有权要求乙方及时排除。并对乙方提出的有关安全问题，积极协助解决。</w:t>
      </w:r>
      <w:r>
        <w:rPr>
          <w:lang w:eastAsia="zh-CN"/>
        </w:rPr>
        <w:br/>
      </w:r>
      <w:r>
        <w:rPr>
          <w:lang w:eastAsia="zh-CN"/>
        </w:rPr>
        <w:t>　　5.甲方要落实安全防范措施，发现承租人有违法犯罪行为或嫌疑的，应及时向公安机关举报，不得窝藏、包庇违法犯罪分子。</w:t>
      </w:r>
      <w:r>
        <w:rPr>
          <w:lang w:eastAsia="zh-CN"/>
        </w:rPr>
        <w:br/>
      </w:r>
      <w:r>
        <w:rPr>
          <w:lang w:eastAsia="zh-CN"/>
        </w:rPr>
        <w:t>　　二、乙方责任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1.乙方对租赁环境和自身日常的安全负责，并提供必要的企业证明、身份证明、担保证明等。</w:t>
      </w:r>
      <w:r>
        <w:rPr>
          <w:lang w:eastAsia="zh-CN"/>
        </w:rPr>
        <w:br/>
      </w:r>
      <w:r>
        <w:rPr>
          <w:lang w:eastAsia="zh-CN"/>
        </w:rPr>
        <w:t>　　2.乙方有义务加强对相关安全法律法规和安全知识的学习和了解，并依法自行管理与检查。</w:t>
      </w:r>
      <w:r>
        <w:rPr>
          <w:lang w:eastAsia="zh-CN"/>
        </w:rPr>
        <w:br/>
      </w:r>
      <w:r>
        <w:rPr>
          <w:lang w:eastAsia="zh-CN"/>
        </w:rPr>
        <w:t>　　3.乙方使用前要对甲方提出的出租房环境及相关设施进行检查和确认，如有问题及时与甲方联系。使用后视为使用时的安全环境为良性状态。</w:t>
      </w:r>
      <w:r>
        <w:rPr>
          <w:lang w:eastAsia="zh-CN"/>
        </w:rPr>
        <w:br/>
      </w:r>
      <w:r>
        <w:rPr>
          <w:lang w:eastAsia="zh-CN"/>
        </w:rPr>
        <w:t>　　4.乙方在出租房内从事生产经营活动的，要具有符合相关法律法规和行业规定所必需的`安全条件、安全设施和设备，并配备必要的安全器材。</w:t>
      </w:r>
      <w:r>
        <w:rPr>
          <w:lang w:eastAsia="zh-CN"/>
        </w:rPr>
        <w:br/>
      </w:r>
      <w:r>
        <w:rPr>
          <w:lang w:eastAsia="zh-CN"/>
        </w:rPr>
        <w:t>　　5.乙方不得在出租房内从事黄、赌、毒和其他影响公共秩序的活动，不得影响社会综合治理工作，不得超计划生育。若有上述行为，甲方有权提前终止租赁协议并上报有关部门处理。</w:t>
      </w:r>
      <w:r>
        <w:rPr>
          <w:lang w:eastAsia="zh-CN"/>
        </w:rPr>
        <w:br/>
      </w:r>
      <w:r>
        <w:rPr>
          <w:lang w:eastAsia="zh-CN"/>
        </w:rPr>
        <w:t>　　6.乙方应自觉接受公安机关、流动人口管理办公室等部门的检查和管理。</w:t>
      </w:r>
      <w:r>
        <w:rPr>
          <w:lang w:eastAsia="zh-CN"/>
        </w:rPr>
        <w:br/>
      </w:r>
      <w:r>
        <w:rPr>
          <w:lang w:eastAsia="zh-CN"/>
        </w:rPr>
        <w:t>　　7.乙方在租赁期间因违反安全管理的有关规定、要求，造成人员伤亡事故，由乙方依法自行处理和解决，带来的后果和经济损失由乙方负责。</w:t>
      </w:r>
      <w:r>
        <w:rPr>
          <w:lang w:eastAsia="zh-CN"/>
        </w:rPr>
        <w:br/>
      </w:r>
      <w:r>
        <w:rPr>
          <w:lang w:eastAsia="zh-CN"/>
        </w:rPr>
        <w:t>　　三、由于甲方或乙方未严格执行《安全协议》约定内容，造成对方人员伤亡事故，按法律有关规定划分责任，并依法协商处理。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四、甲方或甲方上级部门有权随时检查出租房现场及《安全协议》落实情况。对不安全隐患有权指出并要求乙方及时整改，由此造成的后果和经济损失由乙方负责。</w:t>
      </w:r>
      <w:r>
        <w:rPr>
          <w:lang w:eastAsia="zh-CN"/>
        </w:rPr>
        <w:br/>
      </w:r>
      <w:r>
        <w:rPr>
          <w:lang w:eastAsia="zh-CN"/>
        </w:rPr>
        <w:t>　　五、本协议未尽事宜，经双方协商处理。如本协议内容与法律法规和烟草行业规定有抵触，执行有关国家或行业规定。</w:t>
      </w:r>
      <w:r>
        <w:rPr>
          <w:lang w:eastAsia="zh-CN"/>
        </w:rPr>
        <w:br/>
      </w:r>
      <w:r>
        <w:rPr>
          <w:lang w:eastAsia="zh-CN"/>
        </w:rPr>
        <w:t>　　六、本协议一式两份，甲方两份乙双方一份。</w:t>
      </w:r>
      <w:r>
        <w:rPr>
          <w:lang w:eastAsia="zh-CN"/>
        </w:rPr>
        <w:br/>
      </w:r>
      <w:r>
        <w:rPr>
          <w:lang w:eastAsia="zh-CN"/>
        </w:rPr>
        <w:t>　　七、本协议自签字(盖章)之日起执行。</w:t>
      </w:r>
      <w:r>
        <w:rPr>
          <w:lang w:eastAsia="zh-CN"/>
        </w:rPr>
        <w:br/>
      </w:r>
      <w:r>
        <w:rPr>
          <w:lang w:eastAsia="zh-CN"/>
        </w:rPr>
        <w:t>　　甲方签字(盖章)：_________</w:t>
      </w:r>
      <w:r>
        <w:rPr>
          <w:lang w:eastAsia="zh-CN"/>
        </w:rPr>
        <w:br/>
      </w:r>
      <w:r>
        <w:rPr>
          <w:lang w:eastAsia="zh-CN"/>
        </w:rPr>
        <w:t>　　____年____月____日</w:t>
      </w:r>
      <w:r>
        <w:rPr>
          <w:lang w:eastAsia="zh-CN"/>
        </w:rPr>
        <w:br/>
      </w:r>
      <w:r>
        <w:rPr>
          <w:lang w:eastAsia="zh-CN"/>
        </w:rPr>
        <w:t>　　乙方签字(盖章)：________</w:t>
      </w:r>
      <w:r>
        <w:rPr>
          <w:lang w:eastAsia="zh-CN"/>
        </w:rPr>
        <w:br/>
      </w:r>
      <w:r>
        <w:rPr>
          <w:lang w:eastAsia="zh-CN"/>
        </w:rPr>
        <w:t>　　____年____月____日</w:t>
      </w:r>
      <w:r>
        <w:rPr>
          <w:lang w:eastAsia="zh-CN"/>
        </w:rPr>
        <w:br/>
      </w:r>
      <w:r>
        <w:rPr>
          <w:lang w:eastAsia="zh-CN"/>
        </w:rPr>
        <w:t xml:space="preserve">    2024年租赁安全协议书 篇15 </w:t>
      </w:r>
      <w:r>
        <w:rPr>
          <w:lang w:eastAsia="zh-CN"/>
        </w:rPr>
        <w:br/>
      </w:r>
      <w:r>
        <w:rPr>
          <w:lang w:eastAsia="zh-CN"/>
        </w:rPr>
        <w:t>　　出租方： （以下简称甲方）</w:t>
      </w:r>
      <w:r>
        <w:rPr>
          <w:lang w:eastAsia="zh-CN"/>
        </w:rPr>
        <w:br/>
      </w:r>
      <w:r>
        <w:rPr>
          <w:lang w:eastAsia="zh-CN"/>
        </w:rPr>
        <w:t>　　承租方： （以下简称乙方）</w:t>
      </w:r>
      <w:r>
        <w:rPr>
          <w:lang w:eastAsia="zh-CN"/>
        </w:rPr>
        <w:br/>
      </w:r>
      <w:r>
        <w:rPr>
          <w:lang w:eastAsia="zh-CN"/>
        </w:rPr>
        <w:t>　　一、甲方责任</w:t>
      </w:r>
      <w:r>
        <w:rPr>
          <w:lang w:eastAsia="zh-CN"/>
        </w:rPr>
        <w:br/>
      </w:r>
      <w:r>
        <w:rPr>
          <w:lang w:eastAsia="zh-CN"/>
        </w:rPr>
        <w:t>　　1、甲方应向乙方提供完好的房屋及附属设施。</w:t>
      </w:r>
      <w:r>
        <w:rPr>
          <w:lang w:eastAsia="zh-CN"/>
        </w:rPr>
        <w:br/>
      </w:r>
      <w:r>
        <w:rPr>
          <w:lang w:eastAsia="zh-CN"/>
        </w:rPr>
        <w:t>　　2、乙方入住前，甲方应向乙方交待清环境、水、电、暖、消防设施等注意事项。并履行水、电、暖、天然气使用和注意消防安全等告知义务；</w:t>
      </w:r>
      <w:r>
        <w:rPr>
          <w:lang w:eastAsia="zh-CN"/>
        </w:rPr>
        <w:br/>
      </w:r>
      <w:r>
        <w:rPr>
          <w:lang w:eastAsia="zh-CN"/>
        </w:rPr>
        <w:t>　　3、对乙方提出的安全问题，积极协助解决。</w:t>
      </w:r>
      <w:r>
        <w:rPr>
          <w:lang w:eastAsia="zh-CN"/>
        </w:rPr>
        <w:br/>
      </w:r>
      <w:r>
        <w:rPr>
          <w:lang w:eastAsia="zh-CN"/>
        </w:rPr>
        <w:t>　　二、乙方责任</w:t>
      </w:r>
      <w:r>
        <w:rPr>
          <w:lang w:eastAsia="zh-CN"/>
        </w:rPr>
        <w:br/>
      </w:r>
      <w:r>
        <w:rPr>
          <w:lang w:eastAsia="zh-CN"/>
        </w:rPr>
        <w:t>　　1、乙方根据甲方的房屋质量和环境，自愿承租本房屋。</w:t>
      </w:r>
      <w:r>
        <w:rPr>
          <w:lang w:eastAsia="zh-CN"/>
        </w:rPr>
        <w:br/>
      </w:r>
    </w:p>
    <w:p w:rsidR="001B1F19" w14:textId="27C3F48A">
      <w:pPr>
        <w:rPr>
          <w:rFonts w:hint="eastAsia"/>
          <w:lang w:eastAsia="zh-CN"/>
        </w:rPr>
      </w:pPr>
      <w:r>
        <w:rPr>
          <w:lang w:eastAsia="zh-CN"/>
        </w:rPr>
        <w:t>　　2、乙方对家庭所有成员和入驻人员，要宣传好各项安全事项，并自行管理到位。如若发生意外（如死亡、重伤、轻伤、火灾、中毒等），由乙方承担全部责任。</w:t>
      </w:r>
      <w:r>
        <w:rPr>
          <w:lang w:eastAsia="zh-CN"/>
        </w:rPr>
        <w:br/>
      </w:r>
      <w:r>
        <w:rPr>
          <w:lang w:eastAsia="zh-CN"/>
        </w:rPr>
        <w:t>　　3、乙方在入住前应对环境和相关设施进行检查，并对屋内设施完好情况、使用方法及防火安全等确已知晓进行确认；如有问题及时与甲方联系。如日常检查不到位，出现问题及造成后果由乙方负责修复或赔偿。</w:t>
      </w:r>
      <w:r>
        <w:rPr>
          <w:lang w:eastAsia="zh-CN"/>
        </w:rPr>
        <w:br/>
      </w:r>
      <w:r>
        <w:rPr>
          <w:lang w:eastAsia="zh-CN"/>
        </w:rPr>
        <w:t>　　4、乙方在租赁期间，应注意安全用电和消防安全等事项。因乙方不慎发生的各种事故造成的所有损失由乙方承担，甲方不承担任何责任。</w:t>
      </w:r>
      <w:r>
        <w:rPr>
          <w:lang w:eastAsia="zh-CN"/>
        </w:rPr>
        <w:br/>
      </w:r>
      <w:r>
        <w:rPr>
          <w:lang w:eastAsia="zh-CN"/>
        </w:rPr>
        <w:t>　　5、如乙方擅自乱接、改动水电气暖设施，所发生的一切事故（如死亡、重伤、轻伤、火灾、中毒等）由乙方承担，甲方不承担任何责任。</w:t>
      </w:r>
      <w:r>
        <w:rPr>
          <w:lang w:eastAsia="zh-CN"/>
        </w:rPr>
        <w:br/>
      </w:r>
      <w:r>
        <w:rPr>
          <w:lang w:eastAsia="zh-CN"/>
        </w:rPr>
        <w:t>　　6、如乙方私自乱拉乱接水电气暖设施，发生的事故，给国家财产、出租房财产造成损失，他人人身、财产损失，均由乙方承担。</w:t>
      </w:r>
      <w:r>
        <w:rPr>
          <w:lang w:eastAsia="zh-CN"/>
        </w:rPr>
        <w:br/>
      </w:r>
      <w:r>
        <w:rPr>
          <w:lang w:eastAsia="zh-CN"/>
        </w:rPr>
        <w:t>　　7、房屋（场地）在租赁期间，如乙方发现不安全因素，应及时告知水电气等相关部门，进行维修，费用由乙方承担；如不告知或不维修，发生后果由乙方承担。</w:t>
      </w:r>
      <w:r>
        <w:rPr>
          <w:lang w:eastAsia="zh-CN"/>
        </w:rPr>
        <w:br/>
      </w:r>
      <w:r>
        <w:rPr>
          <w:lang w:eastAsia="zh-CN"/>
        </w:rPr>
        <w:t>　　8、出租房内，严禁存放液化气罐、烟花爆竹、汽油等危险化学品，对于发生事故的，所产生（包括甲方）的损失，一律由乙方承担。</w:t>
      </w:r>
      <w:r>
        <w:rPr>
          <w:lang w:eastAsia="zh-CN"/>
        </w:rPr>
        <w:br/>
      </w:r>
      <w:r>
        <w:rPr>
          <w:lang w:eastAsia="zh-CN"/>
        </w:rPr>
        <w:t>　　三、如发生不可抗力的原因导致毁损双方损失的，双方互不承担责任。</w:t>
      </w:r>
      <w:r>
        <w:rPr>
          <w:lang w:eastAsia="zh-CN"/>
        </w:rPr>
        <w:br/>
      </w:r>
      <w:r>
        <w:rPr>
          <w:lang w:eastAsia="zh-CN"/>
        </w:rPr>
        <w:t>　　四、本协议一式2份，甲、乙方各执1份。从签字之日起生效。</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https://d.book118.com/507010162063006036</w:t>
        </w:r>
      </w:hyperlink>
    </w:p>
    <w:p w:rsidR="001B1F19">
      <w:pPr>
        <w:rPr>
          <w:rFonts w:hint="eastAsia"/>
          <w:lang w:eastAsia="zh-CN"/>
        </w:rPr>
      </w:pPr>
    </w:p>
    <w:sectPr>
      <w:type w:val="nextPage"/>
      <w:pgSz w:w="11906" w:h="16838"/>
      <w:pgMar w:top="1440" w:right="1800" w:bottom="1440" w:left="1800" w:header="851" w:footer="992" w:gutter="0"/>
      <w:pgNumType w:start="4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0701016206300603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