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2024年简单购销合同范文（32篇）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2024年简单购销合同范文（精选32篇）</w:t>
      </w:r>
      <w:r>
        <w:rPr>
          <w:lang w:eastAsia="zh-CN"/>
        </w:rPr>
        <w:br/>
      </w:r>
      <w:r>
        <w:rPr>
          <w:lang w:eastAsia="zh-CN"/>
        </w:rPr>
        <w:t xml:space="preserve">    2024年简单购销合同范文 篇1 </w:t>
      </w:r>
      <w:r>
        <w:rPr>
          <w:lang w:eastAsia="zh-CN"/>
        </w:rPr>
        <w:br/>
      </w:r>
      <w:r>
        <w:rPr>
          <w:lang w:eastAsia="zh-CN"/>
        </w:rPr>
        <w:t>　　甲(需)方：</w:t>
      </w:r>
      <w:r>
        <w:rPr>
          <w:lang w:eastAsia="zh-CN"/>
        </w:rPr>
        <w:br/>
      </w:r>
      <w:r>
        <w:rPr>
          <w:lang w:eastAsia="zh-CN"/>
        </w:rPr>
        <w:t>　　乙(供)方：</w:t>
      </w:r>
      <w:r>
        <w:rPr>
          <w:lang w:eastAsia="zh-CN"/>
        </w:rPr>
        <w:br/>
      </w:r>
      <w:r>
        <w:rPr>
          <w:lang w:eastAsia="zh-CN"/>
        </w:rPr>
        <w:t>　　因工程需要，需方委托供方供应加气块砖一批，为明确双方的责任，制定以下条款，供需双方共同执行。</w:t>
      </w:r>
      <w:r>
        <w:rPr>
          <w:lang w:eastAsia="zh-CN"/>
        </w:rPr>
        <w:br/>
      </w:r>
      <w:r>
        <w:rPr>
          <w:lang w:eastAsia="zh-CN"/>
        </w:rPr>
        <w:t>　　一、供货方式与运作</w:t>
      </w:r>
      <w:r>
        <w:rPr>
          <w:lang w:eastAsia="zh-CN"/>
        </w:rPr>
        <w:br/>
      </w:r>
      <w:r>
        <w:rPr>
          <w:lang w:eastAsia="zh-CN"/>
        </w:rPr>
        <w:t>　　1.需方委托供方供应实心水泥砖、加气块砖到工地，供方必须保证需方施工需要(最低达到250m/天供应量)，当产量不足时，在保证质量的情况下，需方同意供方组织另外厂家产品供应以必须保障需方正常施工。</w:t>
      </w:r>
      <w:r>
        <w:rPr>
          <w:lang w:eastAsia="zh-CN"/>
        </w:rPr>
        <w:br/>
      </w:r>
      <w:r>
        <w:rPr>
          <w:lang w:eastAsia="zh-CN"/>
        </w:rPr>
        <w:t>　　2.供方若达不到需方供货要求，则按单价下调5%计算。</w:t>
      </w:r>
      <w:r>
        <w:rPr>
          <w:lang w:eastAsia="zh-CN"/>
        </w:rPr>
        <w:br/>
      </w:r>
      <w:r>
        <w:rPr>
          <w:lang w:eastAsia="zh-CN"/>
        </w:rPr>
        <w:t>　　3.需方收货人为电话号码为该收货人为项目部授权人，代表项目部对货品进行确认。</w:t>
      </w:r>
      <w:r>
        <w:rPr>
          <w:lang w:eastAsia="zh-CN"/>
        </w:rPr>
        <w:br/>
      </w:r>
      <w:r>
        <w:rPr>
          <w:lang w:eastAsia="zh-CN"/>
        </w:rPr>
        <w:t>　　4.供货计划需由需方提前24小时通知供方。</w:t>
      </w:r>
      <w:r>
        <w:rPr>
          <w:lang w:eastAsia="zh-CN"/>
        </w:rPr>
        <w:br/>
      </w:r>
      <w:r>
        <w:rPr>
          <w:lang w:eastAsia="zh-CN"/>
        </w:rPr>
        <w:t>　　二、单价与结算：</w:t>
      </w:r>
      <w:r>
        <w:rPr>
          <w:lang w:eastAsia="zh-CN"/>
        </w:rPr>
        <w:br/>
      </w:r>
      <w:r>
        <w:rPr>
          <w:lang w:eastAsia="zh-CN"/>
        </w:rPr>
        <w:t>　　1.加气块砖单价为元/m，实心水泥砖/块(按样品规格是238_10.5_4.6)。</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2.如市场价格变化，供方必须提前三天以书面形式通知需方，并且价格作相应的调整。</w:t>
      </w:r>
      <w:r>
        <w:rPr>
          <w:lang w:eastAsia="zh-CN"/>
        </w:rPr>
        <w:br/>
      </w:r>
      <w:r>
        <w:rPr>
          <w:lang w:eastAsia="zh-CN"/>
        </w:rPr>
        <w:t>　　3.付款方式：预付十五天期票方式付款，供方可选择继续供货或暂停供货,有权同时选择第三家供货。</w:t>
      </w:r>
      <w:r>
        <w:rPr>
          <w:lang w:eastAsia="zh-CN"/>
        </w:rPr>
        <w:br/>
      </w:r>
      <w:r>
        <w:rPr>
          <w:lang w:eastAsia="zh-CN"/>
        </w:rPr>
        <w:t>　　三、其他事项</w:t>
      </w:r>
      <w:r>
        <w:rPr>
          <w:lang w:eastAsia="zh-CN"/>
        </w:rPr>
        <w:br/>
      </w:r>
      <w:r>
        <w:rPr>
          <w:lang w:eastAsia="zh-CN"/>
        </w:rPr>
        <w:t>　　1.执行本合同时若有争议，双方应本着互谅互让原则协商，协商不成，双方同意向番禺区人民法院起诉。</w:t>
      </w:r>
      <w:r>
        <w:rPr>
          <w:lang w:eastAsia="zh-CN"/>
        </w:rPr>
        <w:br/>
      </w:r>
      <w:r>
        <w:rPr>
          <w:lang w:eastAsia="zh-CN"/>
        </w:rPr>
        <w:t>　　2.本合同自签定日起生效，至货款结清时自然失效。除不可抗力外，不得单方变更或解除。未尽事宜，双方可另行签署补充协议，补充协议与原合同具同等法律效力。</w:t>
      </w:r>
      <w:r>
        <w:rPr>
          <w:lang w:eastAsia="zh-CN"/>
        </w:rPr>
        <w:br/>
      </w:r>
      <w:r>
        <w:rPr>
          <w:lang w:eastAsia="zh-CN"/>
        </w:rPr>
        <w:t>　　3.需方如在验收时发现质量不合格，应及时通知供方，由供方退回材料，不能在施工使用。如已把材料砌到墙体上，后果由需方自行负责。当作已验收合格的材料数量付款给供方。</w:t>
      </w:r>
      <w:r>
        <w:rPr>
          <w:lang w:eastAsia="zh-CN"/>
        </w:rPr>
        <w:br/>
      </w:r>
      <w:r>
        <w:rPr>
          <w:lang w:eastAsia="zh-CN"/>
        </w:rPr>
        <w:t>　　4.本合同正本一式两份，双方各执一份。</w:t>
      </w:r>
      <w:r>
        <w:rPr>
          <w:lang w:eastAsia="zh-CN"/>
        </w:rPr>
        <w:br/>
      </w:r>
      <w:r>
        <w:rPr>
          <w:lang w:eastAsia="zh-CN"/>
        </w:rPr>
        <w:t>　　甲方(公章)：_________乙方(公章)：_________</w:t>
      </w:r>
      <w:r>
        <w:rPr>
          <w:lang w:eastAsia="zh-CN"/>
        </w:rPr>
        <w:br/>
      </w:r>
      <w:r>
        <w:rPr>
          <w:lang w:eastAsia="zh-CN"/>
        </w:rPr>
        <w:t>　　法定代表人(签字)：_________法定代表人(签字)：_________</w:t>
      </w:r>
      <w:r>
        <w:rPr>
          <w:lang w:eastAsia="zh-CN"/>
        </w:rPr>
        <w:br/>
      </w:r>
      <w:r>
        <w:rPr>
          <w:lang w:eastAsia="zh-CN"/>
        </w:rPr>
        <w:t>　　_________年____月____日_________年____月____日</w:t>
      </w:r>
      <w:r>
        <w:rPr>
          <w:lang w:eastAsia="zh-CN"/>
        </w:rPr>
        <w:br/>
      </w:r>
      <w:r>
        <w:rPr>
          <w:lang w:eastAsia="zh-CN"/>
        </w:rPr>
        <w:t xml:space="preserve">    2024年简单购销合同范文 篇2 </w:t>
      </w:r>
      <w:r>
        <w:rPr>
          <w:lang w:eastAsia="zh-CN"/>
        </w:rPr>
        <w:br/>
      </w:r>
      <w:r>
        <w:rPr>
          <w:lang w:eastAsia="zh-CN"/>
        </w:rPr>
        <w:t>　　供方：(甲方)：合同编号：</w:t>
      </w:r>
      <w:r>
        <w:rPr>
          <w:lang w:eastAsia="zh-CN"/>
        </w:rPr>
        <w:br/>
      </w:r>
      <w:r>
        <w:rPr>
          <w:lang w:eastAsia="zh-CN"/>
        </w:rPr>
        <w:t>　　粮油购销合同的范本</w:t>
      </w:r>
      <w:r>
        <w:rPr>
          <w:lang w:eastAsia="zh-CN"/>
        </w:rPr>
        <w:br/>
      </w:r>
      <w:r>
        <w:rPr>
          <w:lang w:eastAsia="zh-CN"/>
        </w:rPr>
        <w:t>　　签约地点：公司办公室</w:t>
      </w:r>
      <w:r>
        <w:rPr>
          <w:lang w:eastAsia="zh-CN"/>
        </w:rPr>
        <w:br/>
      </w:r>
      <w:r>
        <w:rPr>
          <w:lang w:eastAsia="zh-CN"/>
        </w:rPr>
        <w:t>　　需方：(乙方)：签约时间：年月日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一、粮油品种、等级、质量、数量、金额、交货时间</w:t>
      </w:r>
      <w:r>
        <w:rPr>
          <w:lang w:eastAsia="zh-CN"/>
        </w:rPr>
        <w:br/>
      </w:r>
      <w:r>
        <w:rPr>
          <w:lang w:eastAsia="zh-CN"/>
        </w:rPr>
        <w:t>　　二、质量、数量</w:t>
      </w:r>
      <w:r>
        <w:rPr>
          <w:lang w:eastAsia="zh-CN"/>
        </w:rPr>
        <w:br/>
      </w:r>
      <w:r>
        <w:rPr>
          <w:lang w:eastAsia="zh-CN"/>
        </w:rPr>
        <w:t>　　三、验收办法及地点：供方张圩库电子磅检斤。如有异议，需方有权要求有资质的部门学称，费用责任方负责。</w:t>
      </w:r>
      <w:r>
        <w:rPr>
          <w:lang w:eastAsia="zh-CN"/>
        </w:rPr>
        <w:br/>
      </w:r>
      <w:r>
        <w:rPr>
          <w:lang w:eastAsia="zh-CN"/>
        </w:rPr>
        <w:t>　　四、交货地点、运输方式及用费承担：库内车板交货，车辆、运输需方承担。</w:t>
      </w:r>
      <w:r>
        <w:rPr>
          <w:lang w:eastAsia="zh-CN"/>
        </w:rPr>
        <w:br/>
      </w:r>
      <w:r>
        <w:rPr>
          <w:lang w:eastAsia="zh-CN"/>
        </w:rPr>
        <w:t>　　五、保证物供应和费用承担：需方自备。</w:t>
      </w:r>
      <w:r>
        <w:rPr>
          <w:lang w:eastAsia="zh-CN"/>
        </w:rPr>
        <w:br/>
      </w:r>
      <w:r>
        <w:rPr>
          <w:lang w:eastAsia="zh-CN"/>
        </w:rPr>
        <w:t>　　六、合同定金事项：合同签订之日，需方缴纳金壹拾万元整(定金到帐合同生效)</w:t>
      </w:r>
      <w:r>
        <w:rPr>
          <w:lang w:eastAsia="zh-CN"/>
        </w:rPr>
        <w:br/>
      </w:r>
      <w:r>
        <w:rPr>
          <w:lang w:eastAsia="zh-CN"/>
        </w:rPr>
        <w:t>　　七、汇货款及利息结算方式：实行先款后货，分批结算方式。如超出合同履行时间，未提货物占用资金利息，按农发行同期利率计算，一切损失由乙方承担，同时扣除乙方交纳的定金额。</w:t>
      </w:r>
      <w:r>
        <w:rPr>
          <w:lang w:eastAsia="zh-CN"/>
        </w:rPr>
        <w:br/>
      </w:r>
      <w:r>
        <w:rPr>
          <w:lang w:eastAsia="zh-CN"/>
        </w:rPr>
        <w:t>　　八、违约责任：按《合同法》追究违约方违约责任。</w:t>
      </w:r>
      <w:r>
        <w:rPr>
          <w:lang w:eastAsia="zh-CN"/>
        </w:rPr>
        <w:br/>
      </w:r>
      <w:r>
        <w:rPr>
          <w:lang w:eastAsia="zh-CN"/>
        </w:rPr>
        <w:t>　　九、解决合同争议的方式：履行本合同发生争议的，当事人协商和解;不愿和解，可去公商部门申请调解;不愿调解或调解不成，双方同意由当地仲裁委员会仲裁(当事人也可以直接向当地人民法院起诉)。</w:t>
      </w:r>
      <w:r>
        <w:rPr>
          <w:lang w:eastAsia="zh-CN"/>
        </w:rPr>
        <w:br/>
      </w:r>
      <w:r>
        <w:rPr>
          <w:lang w:eastAsia="zh-CN"/>
        </w:rPr>
        <w:t>　　十、本合同甲、乙双方签字盖章后生效，传真件同样有效。十一本合同一式两份，供需双方各执一份。</w:t>
      </w:r>
      <w:r>
        <w:rPr>
          <w:lang w:eastAsia="zh-CN"/>
        </w:rPr>
        <w:br/>
      </w:r>
      <w:r>
        <w:rPr>
          <w:lang w:eastAsia="zh-CN"/>
        </w:rPr>
        <w:t>　　供方(公章)：法人代表：(或有权委托代理人)联系电话：开户行：账号：</w:t>
      </w:r>
      <w:r>
        <w:rPr>
          <w:lang w:eastAsia="zh-CN"/>
        </w:rPr>
        <w:br/>
      </w:r>
      <w:r>
        <w:rPr>
          <w:lang w:eastAsia="zh-CN"/>
        </w:rPr>
        <w:t>　　需方(公章)：法人代表：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联系电话：(或有权委托代理人)</w:t>
      </w:r>
      <w:r>
        <w:rPr>
          <w:lang w:eastAsia="zh-CN"/>
        </w:rPr>
        <w:br/>
      </w:r>
      <w:r>
        <w:rPr>
          <w:lang w:eastAsia="zh-CN"/>
        </w:rPr>
        <w:t xml:space="preserve">    2024年简单购销合同范文 篇3 </w:t>
      </w:r>
      <w:r>
        <w:rPr>
          <w:lang w:eastAsia="zh-CN"/>
        </w:rPr>
        <w:br/>
      </w:r>
      <w:r>
        <w:rPr>
          <w:lang w:eastAsia="zh-CN"/>
        </w:rPr>
        <w:t>　　甲方：___</w:t>
      </w:r>
      <w:r>
        <w:rPr>
          <w:lang w:eastAsia="zh-CN"/>
        </w:rPr>
        <w:br/>
      </w:r>
      <w:r>
        <w:rPr>
          <w:lang w:eastAsia="zh-CN"/>
        </w:rPr>
        <w:t>　　乙方：(地区/名称)</w:t>
      </w:r>
      <w:r>
        <w:rPr>
          <w:lang w:eastAsia="zh-CN"/>
        </w:rPr>
        <w:br/>
      </w:r>
      <w:r>
        <w:rPr>
          <w:lang w:eastAsia="zh-CN"/>
        </w:rPr>
        <w:t>　　根据中华人民共和国相关法律法规，经乙方提出申请，甲、乙双方友好协商，达成初步意向如下条款，以资共同信守。</w:t>
      </w:r>
      <w:r>
        <w:rPr>
          <w:lang w:eastAsia="zh-CN"/>
        </w:rPr>
        <w:br/>
      </w:r>
      <w:r>
        <w:rPr>
          <w:lang w:eastAsia="zh-CN"/>
        </w:rPr>
        <w:t>　　一、双方责任</w:t>
      </w:r>
      <w:r>
        <w:rPr>
          <w:lang w:eastAsia="zh-CN"/>
        </w:rPr>
        <w:br/>
      </w:r>
      <w:r>
        <w:rPr>
          <w:lang w:eastAsia="zh-CN"/>
        </w:rPr>
        <w:t>　　1、甲方责任：协助乙方进行加盟专卖店地点勘察、市场调查、商圈评估等项工作。在本协议有效期限内为乙方保留地区的特许加盟优先权。</w:t>
      </w:r>
      <w:r>
        <w:rPr>
          <w:lang w:eastAsia="zh-CN"/>
        </w:rPr>
        <w:br/>
      </w:r>
      <w:r>
        <w:rPr>
          <w:lang w:eastAsia="zh-CN"/>
        </w:rPr>
        <w:t>　　2、乙方责任：配合提供甲方要求相关资料，接受甲方考查评估，并保证所提供资料的真实性，若在任何时间乙方提供之资料被查出有虚假情况，则乙方应承担由此引起的一切法律后果。而且乙方须配合甲方进行加盟专卖店选址事宜。</w:t>
      </w:r>
      <w:r>
        <w:rPr>
          <w:lang w:eastAsia="zh-CN"/>
        </w:rPr>
        <w:br/>
      </w:r>
      <w:r>
        <w:rPr>
          <w:lang w:eastAsia="zh-CN"/>
        </w:rPr>
        <w:t>　　二、加盟意向金</w:t>
      </w:r>
      <w:r>
        <w:rPr>
          <w:lang w:eastAsia="zh-CN"/>
        </w:rPr>
        <w:br/>
      </w:r>
      <w:r>
        <w:rPr>
          <w:lang w:eastAsia="zh-CN"/>
        </w:rPr>
        <w:t>　　1、加盟意向金的定义：作为本协议有效期限内甲方为乙方保留的地区特许加盟优先权的费用，而且享受广交会期间的优惠政策(见附件)。</w:t>
      </w:r>
      <w:r>
        <w:rPr>
          <w:lang w:eastAsia="zh-CN"/>
        </w:rPr>
        <w:br/>
      </w:r>
      <w:r>
        <w:rPr>
          <w:lang w:eastAsia="zh-CN"/>
        </w:rPr>
        <w:t>　　2、交付时间及金额：在签署本协议当日，乙方须向甲方交付人民币民币元整)作为加盟意向金(签完正式《亿合门窗销售协议》后，交齐品牌保证金，此款项可作为转换成品牌保证金，该协议书则作废)。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3、若甲方经评估认为乙方不符合甲方之加盟要求，或因不可抗力原因造成双方不能在本协议有效期限内签定《亿合门窗销售协议》，加盟意向金款将无息退还乙方。</w:t>
      </w:r>
      <w:r>
        <w:rPr>
          <w:lang w:eastAsia="zh-CN"/>
        </w:rPr>
        <w:br/>
      </w:r>
      <w:r>
        <w:rPr>
          <w:lang w:eastAsia="zh-CN"/>
        </w:rPr>
        <w:t>　　三、保密条款</w:t>
      </w:r>
      <w:r>
        <w:rPr>
          <w:lang w:eastAsia="zh-CN"/>
        </w:rPr>
        <w:br/>
      </w:r>
      <w:r>
        <w:rPr>
          <w:lang w:eastAsia="zh-CN"/>
        </w:rPr>
        <w:t>　　双方在协议书有效期间内不得将获知的对方的商业秘密向其他任何第三方进行透露(包括双方公司内部的与加盟事宜无关的其他人员)，否则将赔偿对方由此引起的一切损失。</w:t>
      </w:r>
      <w:r>
        <w:rPr>
          <w:lang w:eastAsia="zh-CN"/>
        </w:rPr>
        <w:br/>
      </w:r>
      <w:r>
        <w:rPr>
          <w:lang w:eastAsia="zh-CN"/>
        </w:rPr>
        <w:t>　　四、生效条件</w:t>
      </w:r>
      <w:r>
        <w:rPr>
          <w:lang w:eastAsia="zh-CN"/>
        </w:rPr>
        <w:br/>
      </w:r>
      <w:r>
        <w:rPr>
          <w:lang w:eastAsia="zh-CN"/>
        </w:rPr>
        <w:t>　　1、乙方交付加盟意向金给甲方，双方签字确认生效。</w:t>
      </w:r>
      <w:r>
        <w:rPr>
          <w:lang w:eastAsia="zh-CN"/>
        </w:rPr>
        <w:br/>
      </w:r>
      <w:r>
        <w:rPr>
          <w:lang w:eastAsia="zh-CN"/>
        </w:rPr>
        <w:t>　　五、协议期限</w:t>
      </w:r>
      <w:r>
        <w:rPr>
          <w:lang w:eastAsia="zh-CN"/>
        </w:rPr>
        <w:br/>
      </w:r>
      <w:r>
        <w:rPr>
          <w:lang w:eastAsia="zh-CN"/>
        </w:rPr>
        <w:t>　　本协议的有效期限为20__年月日至20__年月日。</w:t>
      </w:r>
      <w:r>
        <w:rPr>
          <w:lang w:eastAsia="zh-CN"/>
        </w:rPr>
        <w:br/>
      </w:r>
      <w:r>
        <w:rPr>
          <w:lang w:eastAsia="zh-CN"/>
        </w:rPr>
        <w:t>　　六、其他</w:t>
      </w:r>
      <w:r>
        <w:rPr>
          <w:lang w:eastAsia="zh-CN"/>
        </w:rPr>
        <w:br/>
      </w:r>
      <w:r>
        <w:rPr>
          <w:lang w:eastAsia="zh-CN"/>
        </w:rPr>
        <w:t>　　本协议书一式贰份，双方各持壹份，具有相同法律效力。</w:t>
      </w:r>
      <w:r>
        <w:rPr>
          <w:lang w:eastAsia="zh-CN"/>
        </w:rPr>
        <w:br/>
      </w:r>
      <w:r>
        <w:rPr>
          <w:lang w:eastAsia="zh-CN"/>
        </w:rPr>
        <w:t>　　甲方：___ 乙方：甲方委托人：法人代表：</w:t>
      </w:r>
      <w:r>
        <w:rPr>
          <w:lang w:eastAsia="zh-CN"/>
        </w:rPr>
        <w:br/>
      </w:r>
      <w:r>
        <w:rPr>
          <w:lang w:eastAsia="zh-CN"/>
        </w:rPr>
        <w:t>　　身份证号码：身份证号码：</w:t>
      </w:r>
      <w:r>
        <w:rPr>
          <w:lang w:eastAsia="zh-CN"/>
        </w:rPr>
        <w:br/>
      </w:r>
      <w:r>
        <w:rPr>
          <w:lang w:eastAsia="zh-CN"/>
        </w:rPr>
        <w:t>　　联系电话：联系电话：日期：月日日期：年月</w:t>
      </w:r>
      <w:r>
        <w:rPr>
          <w:lang w:eastAsia="zh-CN"/>
        </w:rPr>
        <w:br/>
      </w:r>
      <w:r>
        <w:rPr>
          <w:lang w:eastAsia="zh-CN"/>
        </w:rPr>
        <w:t xml:space="preserve">    2024年简单购销合同范文 篇4 </w:t>
      </w:r>
      <w:r>
        <w:rPr>
          <w:lang w:eastAsia="zh-CN"/>
        </w:rPr>
        <w:br/>
      </w:r>
      <w:r>
        <w:rPr>
          <w:lang w:eastAsia="zh-CN"/>
        </w:rPr>
        <w:t>　　____________________(以下简称甲方)</w:t>
      </w:r>
      <w:r>
        <w:rPr>
          <w:lang w:eastAsia="zh-CN"/>
        </w:rPr>
        <w:br/>
      </w:r>
      <w:r>
        <w:rPr>
          <w:lang w:eastAsia="zh-CN"/>
        </w:rPr>
        <w:t>　　____________________(以下简称乙方)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甲方主要生产“_______”“__”牌环保家电(内衣消毒柜、衣物消毒柜、厨房垃圾处理机)，乙方通过认真细致的市场调研，对国家发明专利，环保新产品市场前景充满信心，自愿代理经销甲方系列家电产品。</w:t>
      </w:r>
      <w:r>
        <w:rPr>
          <w:lang w:eastAsia="zh-CN"/>
        </w:rPr>
        <w:br/>
      </w:r>
      <w:r>
        <w:rPr>
          <w:lang w:eastAsia="zh-CN"/>
        </w:rPr>
        <w:t>　　甲方根据乙方经济能力，和市场开拓能力同意授权乙方在省地区(市)，作为上述产品的代理经销商，授权期限为年月日至年月日。</w:t>
      </w:r>
      <w:r>
        <w:rPr>
          <w:lang w:eastAsia="zh-CN"/>
        </w:rPr>
        <w:br/>
      </w:r>
      <w:r>
        <w:rPr>
          <w:lang w:eastAsia="zh-CN"/>
        </w:rPr>
        <w:t>　　同时甲乙双方本着优势互补、互惠互利、共谋发展的基本原则，就上述地区，上述期限内，乙方代理、经销甲方产品的相关事宜，协商约定如下：</w:t>
      </w:r>
      <w:r>
        <w:rPr>
          <w:lang w:eastAsia="zh-CN"/>
        </w:rPr>
        <w:br/>
      </w:r>
      <w:r>
        <w:rPr>
          <w:lang w:eastAsia="zh-CN"/>
        </w:rPr>
        <w:t>　　一、区域</w:t>
      </w:r>
      <w:r>
        <w:rPr>
          <w:lang w:eastAsia="zh-CN"/>
        </w:rPr>
        <w:br/>
      </w:r>
      <w:r>
        <w:rPr>
          <w:lang w:eastAsia="zh-CN"/>
        </w:rPr>
        <w:t>　　甲方授权乙方在协议授权期限内，在所代理的区域，代表甲方对上述专利产品从事广告宣传、产品销售和售后服务工作。乙方积极宣传推广专利产品，监督市场上仿伪产品，及时反馈给甲方，并协助打假取证工作。</w:t>
      </w:r>
      <w:r>
        <w:rPr>
          <w:lang w:eastAsia="zh-CN"/>
        </w:rPr>
        <w:br/>
      </w:r>
      <w:r>
        <w:rPr>
          <w:lang w:eastAsia="zh-CN"/>
        </w:rPr>
        <w:t>　　1、甲方在授权期限内，不准在授权区域内，设立除乙方之外的其他经销商，甲方也不在此区域内，自行设定经销点，否则，一切责任由甲方承担。</w:t>
      </w:r>
      <w:r>
        <w:rPr>
          <w:lang w:eastAsia="zh-CN"/>
        </w:rPr>
        <w:br/>
      </w:r>
      <w:r>
        <w:rPr>
          <w:lang w:eastAsia="zh-CN"/>
        </w:rPr>
        <w:t>　　2、乙方应积极发展以专营店、零售店为基础的分销网点，并及时将专营店、零售店产品的经营情况反馈给甲方。</w:t>
      </w:r>
      <w:r>
        <w:rPr>
          <w:lang w:eastAsia="zh-CN"/>
        </w:rPr>
        <w:br/>
      </w:r>
      <w:r>
        <w:rPr>
          <w:lang w:eastAsia="zh-CN"/>
        </w:rPr>
        <w:t>　　3、甲方免费向乙方提供相应的产品资料等，配合乙方做好销售工作，提供必要的营销、售后服务的培训和技术支持。</w:t>
      </w:r>
      <w:r>
        <w:rPr>
          <w:lang w:eastAsia="zh-CN"/>
        </w:rPr>
        <w:br/>
      </w:r>
      <w:r>
        <w:rPr>
          <w:lang w:eastAsia="zh-CN"/>
        </w:rPr>
        <w:t>　　4、乙方在销售过程中，应及时向甲方提供售出产品的机型、编号及用户的相关资料。</w:t>
      </w:r>
      <w:r>
        <w:rPr>
          <w:lang w:eastAsia="zh-CN"/>
        </w:rPr>
        <w:br/>
      </w:r>
      <w:r>
        <w:rPr>
          <w:lang w:eastAsia="zh-CN"/>
        </w:rPr>
        <w:t>　　5、乙方在超越本协议限定区域，操作任何与此产品相关的事宜，均应事前以书面形式向甲方提出申请，由甲方认可后方可操作。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6、如乙方所辖区有客户直接向甲方进货，甲方将无条件介绍给乙方，由乙方与其签定购销合同。</w:t>
      </w:r>
      <w:r>
        <w:rPr>
          <w:lang w:eastAsia="zh-CN"/>
        </w:rPr>
        <w:br/>
      </w:r>
      <w:r>
        <w:rPr>
          <w:lang w:eastAsia="zh-CN"/>
        </w:rPr>
        <w:t>　　二、价格</w:t>
      </w:r>
      <w:r>
        <w:rPr>
          <w:lang w:eastAsia="zh-CN"/>
        </w:rPr>
        <w:br/>
      </w:r>
      <w:r>
        <w:rPr>
          <w:lang w:eastAsia="zh-CN"/>
        </w:rPr>
        <w:t>　　1、首次进“内衣消毒柜”“衣物消毒柜”“厨房垃圾处理机”优惠，货值万元，产品台，共台，以后具体价格按价格表执行。</w:t>
      </w:r>
      <w:r>
        <w:rPr>
          <w:lang w:eastAsia="zh-CN"/>
        </w:rPr>
        <w:br/>
      </w:r>
      <w:r>
        <w:rPr>
          <w:lang w:eastAsia="zh-CN"/>
        </w:rPr>
        <w:t>　　2、全国统一供货价格，具体带运费的产品价格，经甲、乙双方，根据物流运输费等按实结算，或乙方自付运费。</w:t>
      </w:r>
      <w:r>
        <w:rPr>
          <w:lang w:eastAsia="zh-CN"/>
        </w:rPr>
        <w:br/>
      </w:r>
      <w:r>
        <w:rPr>
          <w:lang w:eastAsia="zh-CN"/>
        </w:rPr>
        <w:t>　　3、出口产品，产品改进，根据成本费用增加等，协商提高产品价格，根据原材料等涨价降价，协商提高或下降产品价格，具体按照新价格表执行。</w:t>
      </w:r>
      <w:r>
        <w:rPr>
          <w:lang w:eastAsia="zh-CN"/>
        </w:rPr>
        <w:br/>
      </w:r>
      <w:r>
        <w:rPr>
          <w:lang w:eastAsia="zh-CN"/>
        </w:rPr>
        <w:t>　　三、质量问题及处理</w:t>
      </w:r>
      <w:r>
        <w:rPr>
          <w:lang w:eastAsia="zh-CN"/>
        </w:rPr>
        <w:br/>
      </w:r>
      <w:r>
        <w:rPr>
          <w:lang w:eastAsia="zh-CN"/>
        </w:rPr>
        <w:t>　　1、甲方给乙方提供的产品，须符合国家及有关标准。</w:t>
      </w:r>
      <w:r>
        <w:rPr>
          <w:lang w:eastAsia="zh-CN"/>
        </w:rPr>
        <w:br/>
      </w:r>
      <w:r>
        <w:rPr>
          <w:lang w:eastAsia="zh-CN"/>
        </w:rPr>
        <w:t>　　2、乙方收到货物后进行检查，如出现质量问题应保管好产品，作好原始记录，属甲方责任给予调换，费用由甲方承担，否则后果自负。如乙方有意制造质量问题，损失、费用等由乙方承担。3、产品一年内确实出现质量问题，实行三包，小修由乙方负责，大修、包换、包退由甲方负责。</w:t>
      </w:r>
      <w:r>
        <w:rPr>
          <w:lang w:eastAsia="zh-CN"/>
        </w:rPr>
        <w:br/>
      </w:r>
      <w:r>
        <w:rPr>
          <w:lang w:eastAsia="zh-CN"/>
        </w:rPr>
        <w:t>　　4、在销售过程中，由乙方造成的损失由乙方负责赔偿。5、超出保修期后，甲方有偿提供配件，乙方负责维修。</w:t>
      </w:r>
      <w:r>
        <w:rPr>
          <w:lang w:eastAsia="zh-CN"/>
        </w:rPr>
        <w:br/>
      </w:r>
      <w:r>
        <w:rPr>
          <w:lang w:eastAsia="zh-CN"/>
        </w:rPr>
        <w:t>　　四、定额与奖励(单位：万元)</w:t>
      </w:r>
      <w:r>
        <w:rPr>
          <w:lang w:eastAsia="zh-CN"/>
        </w:rPr>
        <w:br/>
      </w:r>
      <w:r>
        <w:rPr>
          <w:lang w:eastAsia="zh-CN"/>
        </w:rPr>
        <w:t>　　五、购货、付款、结算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1、乙方通过传真或电话方式，直接通知甲方购货品种、规格、数量经双方确认后，款到后十天内发货。</w:t>
      </w:r>
      <w:r>
        <w:rPr>
          <w:lang w:eastAsia="zh-CN"/>
        </w:rPr>
        <w:br/>
      </w:r>
      <w:r>
        <w:rPr>
          <w:lang w:eastAsia="zh-CN"/>
        </w:rPr>
        <w:t>　　2、产品运输由甲方负责，将货物运至乙方工商注册所在地，运货费、装卸费由乙方承担。3、货款通过银行结算或现金提货，直接与甲方财务结算，或甲方书面指定专人收款，乙方不能以现金，或个人汇票形式，直接支付给甲方业务员等人员，否则后果自负。</w:t>
      </w:r>
      <w:r>
        <w:rPr>
          <w:lang w:eastAsia="zh-CN"/>
        </w:rPr>
        <w:br/>
      </w:r>
      <w:r>
        <w:rPr>
          <w:lang w:eastAsia="zh-CN"/>
        </w:rPr>
        <w:t>　　六、宣传费及事物支持</w:t>
      </w:r>
      <w:r>
        <w:rPr>
          <w:lang w:eastAsia="zh-CN"/>
        </w:rPr>
        <w:br/>
      </w:r>
      <w:r>
        <w:rPr>
          <w:lang w:eastAsia="zh-CN"/>
        </w:rPr>
        <w:t>　　为协助乙方开拓地区业务，在乙方首次进货时，产品价格优惠，用于展台、广告宣传等。销售“厨房垃圾处理机”的，免费送展示“洗刷柜”一个，价值300元。</w:t>
      </w:r>
      <w:r>
        <w:rPr>
          <w:lang w:eastAsia="zh-CN"/>
        </w:rPr>
        <w:br/>
      </w:r>
      <w:r>
        <w:rPr>
          <w:lang w:eastAsia="zh-CN"/>
        </w:rPr>
        <w:t>　　七、首次进货与退货</w:t>
      </w:r>
      <w:r>
        <w:rPr>
          <w:lang w:eastAsia="zh-CN"/>
        </w:rPr>
        <w:br/>
      </w:r>
      <w:r>
        <w:rPr>
          <w:lang w:eastAsia="zh-CN"/>
        </w:rPr>
        <w:t>　　1、首次进货额为万元。</w:t>
      </w:r>
      <w:r>
        <w:rPr>
          <w:lang w:eastAsia="zh-CN"/>
        </w:rPr>
        <w:br/>
      </w:r>
      <w:r>
        <w:rPr>
          <w:lang w:eastAsia="zh-CN"/>
        </w:rPr>
        <w:t>　　2、在协议期限内，乙方经过12个月时间销售后，认为产品不适合本地市场，有权提出退货或换货，退货产品须包装完好、确认产品无损，不影响二次销售。甲方收到货物将在十五日内退款给乙方，或调换同款的其它产品，运费由乙方支付。乙方退货或停销“厨房垃圾处理机”，价值300元展示“洗刷柜”一同退给甲方。</w:t>
      </w:r>
      <w:r>
        <w:rPr>
          <w:lang w:eastAsia="zh-CN"/>
        </w:rPr>
        <w:br/>
      </w:r>
      <w:r>
        <w:rPr>
          <w:lang w:eastAsia="zh-CN"/>
        </w:rPr>
        <w:t>　　3、如乙方有恶意损害甲方利益的行为，甲方有权不予退货，一切损失由乙方承担。</w:t>
      </w:r>
      <w:r>
        <w:rPr>
          <w:lang w:eastAsia="zh-CN"/>
        </w:rPr>
        <w:br/>
      </w:r>
      <w:r>
        <w:rPr>
          <w:lang w:eastAsia="zh-CN"/>
        </w:rPr>
        <w:t>　　八、区域保护</w:t>
      </w:r>
      <w:r>
        <w:rPr>
          <w:lang w:eastAsia="zh-CN"/>
        </w:rPr>
        <w:br/>
      </w:r>
      <w:r>
        <w:rPr>
          <w:lang w:eastAsia="zh-CN"/>
        </w:rPr>
        <w:t>　　乙方不能在代理区域以外建立销售网点，不能跨区串货行为，否则甲方有权扣乙方下次进货50%的货款，如乙方有二次串货行为，甲方有权取消乙方代理资格，并不予退货换货。九、其他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1、本协议生效前提为双方签订协议，甲乙双方实施了协议约定的首次进货额。2、未尽事宜：____________________________________________________________________________________________________</w:t>
      </w:r>
      <w:r>
        <w:rPr>
          <w:lang w:eastAsia="zh-CN"/>
        </w:rPr>
        <w:br/>
      </w:r>
      <w:r>
        <w:rPr>
          <w:lang w:eastAsia="zh-CN"/>
        </w:rPr>
        <w:t>　　3、代理商在规定期限内或12个月销售任务不达标准时，甲方有权单方面终止协议。</w:t>
      </w:r>
      <w:r>
        <w:rPr>
          <w:lang w:eastAsia="zh-CN"/>
        </w:rPr>
        <w:br/>
      </w:r>
      <w:r>
        <w:rPr>
          <w:lang w:eastAsia="zh-CN"/>
        </w:rPr>
        <w:t>　　4、乙方在销售过程中，甲方只为乙方提供产品和有关服务，如乙方出现有关问题，责任与甲方无关。</w:t>
      </w:r>
      <w:r>
        <w:rPr>
          <w:lang w:eastAsia="zh-CN"/>
        </w:rPr>
        <w:br/>
      </w:r>
      <w:r>
        <w:rPr>
          <w:lang w:eastAsia="zh-CN"/>
        </w:rPr>
        <w:t>　　5、如协议执行中发生争执，以双方协商解决为主，也可诉之法律，诉讼地点为甲方所在地。</w:t>
      </w:r>
      <w:r>
        <w:rPr>
          <w:lang w:eastAsia="zh-CN"/>
        </w:rPr>
        <w:br/>
      </w:r>
      <w:r>
        <w:rPr>
          <w:lang w:eastAsia="zh-CN"/>
        </w:rPr>
        <w:t>　　6、协议一式两份，双方各一份，签字、盖章，首次进货15天内款到后，本协议有效。</w:t>
      </w:r>
      <w:r>
        <w:rPr>
          <w:lang w:eastAsia="zh-CN"/>
        </w:rPr>
        <w:br/>
      </w:r>
      <w:r>
        <w:rPr>
          <w:lang w:eastAsia="zh-CN"/>
        </w:rPr>
        <w:t>　　甲方：</w:t>
      </w:r>
      <w:r>
        <w:rPr>
          <w:lang w:eastAsia="zh-CN"/>
        </w:rPr>
        <w:br/>
      </w:r>
      <w:r>
        <w:rPr>
          <w:lang w:eastAsia="zh-CN"/>
        </w:rPr>
        <w:t>　　电话：</w:t>
      </w:r>
      <w:r>
        <w:rPr>
          <w:lang w:eastAsia="zh-CN"/>
        </w:rPr>
        <w:br/>
      </w:r>
      <w:r>
        <w:rPr>
          <w:lang w:eastAsia="zh-CN"/>
        </w:rPr>
        <w:t>　　乙方：</w:t>
      </w:r>
      <w:r>
        <w:rPr>
          <w:lang w:eastAsia="zh-CN"/>
        </w:rPr>
        <w:br/>
      </w:r>
      <w:r>
        <w:rPr>
          <w:lang w:eastAsia="zh-CN"/>
        </w:rPr>
        <w:t>　　电话：</w:t>
      </w:r>
      <w:r>
        <w:rPr>
          <w:lang w:eastAsia="zh-CN"/>
        </w:rPr>
        <w:br/>
      </w:r>
      <w:r>
        <w:rPr>
          <w:lang w:eastAsia="zh-CN"/>
        </w:rPr>
        <w:t>　　日期：</w:t>
      </w:r>
      <w:r>
        <w:rPr>
          <w:lang w:eastAsia="zh-CN"/>
        </w:rPr>
        <w:br/>
      </w:r>
      <w:r>
        <w:rPr>
          <w:lang w:eastAsia="zh-CN"/>
        </w:rPr>
        <w:t xml:space="preserve">    2024年简单购销合同范文 篇5 </w:t>
      </w:r>
      <w:r>
        <w:rPr>
          <w:lang w:eastAsia="zh-CN"/>
        </w:rPr>
        <w:br/>
      </w:r>
      <w:r>
        <w:rPr>
          <w:lang w:eastAsia="zh-CN"/>
        </w:rPr>
        <w:t>　　需方：</w:t>
      </w:r>
      <w:r>
        <w:rPr>
          <w:lang w:eastAsia="zh-CN"/>
        </w:rPr>
        <w:br/>
      </w:r>
      <w:r>
        <w:rPr>
          <w:lang w:eastAsia="zh-CN"/>
        </w:rPr>
        <w:t>　　供方：</w:t>
      </w:r>
      <w:r>
        <w:rPr>
          <w:lang w:eastAsia="zh-CN"/>
        </w:rPr>
        <w:br/>
      </w:r>
      <w:r>
        <w:rPr>
          <w:lang w:eastAsia="zh-CN"/>
        </w:rPr>
        <w:t>　　一、合同内容：</w:t>
      </w:r>
      <w:r>
        <w:rPr>
          <w:lang w:eastAsia="zh-CN"/>
        </w:rPr>
        <w:br/>
      </w:r>
      <w:r>
        <w:rPr>
          <w:lang w:eastAsia="zh-CN"/>
        </w:rPr>
        <w:t>　　1、工程名称：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3、工程内容：需方委托供方加工安装铝合金地弹门及全部塑钢门窗。</w:t>
      </w:r>
      <w:r>
        <w:rPr>
          <w:lang w:eastAsia="zh-CN"/>
        </w:rPr>
        <w:br/>
      </w:r>
      <w:r>
        <w:rPr>
          <w:lang w:eastAsia="zh-CN"/>
        </w:rPr>
        <w:t>　　4、合同面积共计图。</w:t>
      </w:r>
      <w:r>
        <w:rPr>
          <w:lang w:eastAsia="zh-CN"/>
        </w:rPr>
        <w:br/>
      </w:r>
      <w:r>
        <w:rPr>
          <w:lang w:eastAsia="zh-CN"/>
        </w:rPr>
        <w:t>　　5、合同铝合金地弹门面积计样图。</w:t>
      </w:r>
      <w:r>
        <w:rPr>
          <w:lang w:eastAsia="zh-CN"/>
        </w:rPr>
        <w:br/>
      </w:r>
      <w:r>
        <w:rPr>
          <w:lang w:eastAsia="zh-CN"/>
        </w:rPr>
        <w:t>　　二、工程技术质量要求</w:t>
      </w:r>
      <w:r>
        <w:rPr>
          <w:lang w:eastAsia="zh-CN"/>
        </w:rPr>
        <w:br/>
      </w:r>
      <w:r>
        <w:rPr>
          <w:lang w:eastAsia="zh-CN"/>
        </w:rPr>
        <w:t>　　1、塑钢门窗结构形式、规格符合双方签字的图纸要求：</w:t>
      </w:r>
      <w:r>
        <w:rPr>
          <w:lang w:eastAsia="zh-CN"/>
        </w:rPr>
        <w:br/>
      </w:r>
      <w:r>
        <w:rPr>
          <w:lang w:eastAsia="zh-CN"/>
        </w:rPr>
        <w:t>　　2、塑钢门窗所用型材为</w:t>
      </w:r>
      <w:r>
        <w:rPr>
          <w:lang w:eastAsia="zh-CN"/>
        </w:rPr>
        <w:br/>
      </w:r>
      <w:r>
        <w:rPr>
          <w:lang w:eastAsia="zh-CN"/>
        </w:rPr>
        <w:t>　　3、地弹门所用型材为。</w:t>
      </w:r>
      <w:r>
        <w:rPr>
          <w:lang w:eastAsia="zh-CN"/>
        </w:rPr>
        <w:br/>
      </w:r>
      <w:r>
        <w:rPr>
          <w:lang w:eastAsia="zh-CN"/>
        </w:rPr>
        <w:t>　　4、供方严格按照GBl20__--98标准制作;</w:t>
      </w:r>
      <w:r>
        <w:rPr>
          <w:lang w:eastAsia="zh-CN"/>
        </w:rPr>
        <w:br/>
      </w:r>
      <w:r>
        <w:rPr>
          <w:lang w:eastAsia="zh-CN"/>
        </w:rPr>
        <w:t>　　5、需方按照GB5824--98提供洞口。</w:t>
      </w:r>
      <w:r>
        <w:rPr>
          <w:lang w:eastAsia="zh-CN"/>
        </w:rPr>
        <w:br/>
      </w:r>
      <w:r>
        <w:rPr>
          <w:lang w:eastAsia="zh-CN"/>
        </w:rPr>
        <w:t>　　三、供需双方的责任和权利</w:t>
      </w:r>
      <w:r>
        <w:rPr>
          <w:lang w:eastAsia="zh-CN"/>
        </w:rPr>
        <w:br/>
      </w:r>
      <w:r>
        <w:rPr>
          <w:lang w:eastAsia="zh-CN"/>
        </w:rPr>
        <w:t>　　需方：</w:t>
      </w:r>
      <w:r>
        <w:rPr>
          <w:lang w:eastAsia="zh-CN"/>
        </w:rPr>
        <w:br/>
      </w:r>
      <w:r>
        <w:rPr>
          <w:lang w:eastAsia="zh-CN"/>
        </w:rPr>
        <w:t>　　1、需方应及时提供工程蓝图，洞口尺寸如有变更，需方应在供方制作前及时通知供方，并出具正式的更改单。</w:t>
      </w:r>
      <w:r>
        <w:rPr>
          <w:lang w:eastAsia="zh-CN"/>
        </w:rPr>
        <w:br/>
      </w:r>
      <w:r>
        <w:rPr>
          <w:lang w:eastAsia="zh-CN"/>
        </w:rPr>
        <w:t>　　2、需方应监督土建方施工，保证洞口尺寸符合国家GB5824--98标准要求。</w:t>
      </w:r>
      <w:r>
        <w:rPr>
          <w:lang w:eastAsia="zh-CN"/>
        </w:rPr>
        <w:br/>
      </w:r>
      <w:r>
        <w:rPr>
          <w:lang w:eastAsia="zh-CN"/>
        </w:rPr>
        <w:t>　　3、需方和供方共同负责保护已上墙的塑钢窗的完好性;</w:t>
      </w:r>
      <w:r>
        <w:rPr>
          <w:lang w:eastAsia="zh-CN"/>
        </w:rPr>
        <w:br/>
      </w:r>
      <w:r>
        <w:rPr>
          <w:lang w:eastAsia="zh-CN"/>
        </w:rPr>
        <w:t>　　4、免费为供方提供安全可靠的产品存放库房和工作场地，以及安全施工所需的水电、脚手架等条件和设施，以便于供方施工;</w:t>
      </w:r>
      <w:r>
        <w:rPr>
          <w:lang w:eastAsia="zh-CN"/>
        </w:rPr>
        <w:br/>
      </w:r>
      <w:r>
        <w:rPr>
          <w:lang w:eastAsia="zh-CN"/>
        </w:rPr>
        <w:t>　　5、按GB5824~86要求提供粗粉完毕的洞口和安装所需的基准线(中线、50线等);</w:t>
      </w:r>
      <w:r>
        <w:rPr>
          <w:lang w:eastAsia="zh-CN"/>
        </w:rPr>
        <w:br/>
      </w:r>
      <w:r>
        <w:rPr>
          <w:lang w:eastAsia="zh-CN"/>
        </w:rPr>
        <w:t>　　供方：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供方依据工程蓝图，并根据需方要求，按照陕98J08图集对工程所用的全部塑钢门窗进行设计。经双方签字后，供方依照签字图纸加工制作。平方米，工程所需地弹门风格、数量详见设平方米。工程所需塑钢门窗风格、数量详见设计样</w:t>
      </w:r>
      <w:r>
        <w:rPr>
          <w:lang w:eastAsia="zh-CN"/>
        </w:rPr>
        <w:br/>
      </w:r>
      <w:r>
        <w:rPr>
          <w:lang w:eastAsia="zh-CN"/>
        </w:rPr>
        <w:t>　　2、供方应按照围家GBl20__—98标准要求，进行该工程塑钢门窗的加工制作。</w:t>
      </w:r>
      <w:r>
        <w:rPr>
          <w:lang w:eastAsia="zh-CN"/>
        </w:rPr>
        <w:br/>
      </w:r>
      <w:r>
        <w:rPr>
          <w:lang w:eastAsia="zh-CN"/>
        </w:rPr>
        <w:t>　　3、供方应按照国家JGJl03—96标准要求，进行该工程塑钢门窗安装。</w:t>
      </w:r>
      <w:r>
        <w:rPr>
          <w:lang w:eastAsia="zh-CN"/>
        </w:rPr>
        <w:br/>
      </w:r>
      <w:r>
        <w:rPr>
          <w:lang w:eastAsia="zh-CN"/>
        </w:rPr>
        <w:t>　　4、供方应坚持安全第一、文明施工，遵守需方施工现场纪律。</w:t>
      </w:r>
      <w:r>
        <w:rPr>
          <w:lang w:eastAsia="zh-CN"/>
        </w:rPr>
        <w:br/>
      </w:r>
      <w:r>
        <w:rPr>
          <w:lang w:eastAsia="zh-CN"/>
        </w:rPr>
        <w:t>　　四、合同总价及付款方式</w:t>
      </w:r>
      <w:r>
        <w:rPr>
          <w:lang w:eastAsia="zh-CN"/>
        </w:rPr>
        <w:br/>
      </w:r>
      <w:r>
        <w:rPr>
          <w:lang w:eastAsia="zh-CN"/>
        </w:rPr>
        <w:t>　　1、合同生效日期以供需双方签字盖章日期为准。</w:t>
      </w:r>
      <w:r>
        <w:rPr>
          <w:lang w:eastAsia="zh-CN"/>
        </w:rPr>
        <w:br/>
      </w:r>
      <w:r>
        <w:rPr>
          <w:lang w:eastAsia="zh-CN"/>
        </w:rPr>
        <w:t>　　2、88系列推拉窗单价为元/m2，面积为元/m2，面积为m2。m2。3、100系列地弹门单价为</w:t>
      </w:r>
      <w:r>
        <w:rPr>
          <w:lang w:eastAsia="zh-CN"/>
        </w:rPr>
        <w:br/>
      </w:r>
      <w:r>
        <w:rPr>
          <w:lang w:eastAsia="zh-CN"/>
        </w:rPr>
        <w:t>　　4、合同总造价=∑合同单价_塑钢窗及地弹门洞口面积=</w:t>
      </w:r>
      <w:r>
        <w:rPr>
          <w:lang w:eastAsia="zh-CN"/>
        </w:rPr>
        <w:br/>
      </w:r>
      <w:r>
        <w:rPr>
          <w:lang w:eastAsia="zh-CN"/>
        </w:rPr>
        <w:t>　　大写：</w:t>
      </w:r>
      <w:r>
        <w:rPr>
          <w:lang w:eastAsia="zh-CN"/>
        </w:rPr>
        <w:br/>
      </w:r>
      <w:r>
        <w:rPr>
          <w:lang w:eastAsia="zh-CN"/>
        </w:rPr>
        <w:t>　　塑钢门窗合同总额以经双方审定的图纸为基准，按洞口尺寸进行结算。</w:t>
      </w:r>
      <w:r>
        <w:rPr>
          <w:lang w:eastAsia="zh-CN"/>
        </w:rPr>
        <w:br/>
      </w:r>
      <w:r>
        <w:rPr>
          <w:lang w:eastAsia="zh-CN"/>
        </w:rPr>
        <w:t>　　5、采用电汇或银行汇票结算;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6、合同签定生效后，需方支付供方合同总额的%作为工程预付款;资金到位后，供方按照需方所提供的供货计划安排生产并组织安装。窗框进场后，需方支付供方合同总额的%;窗扇进场后，需方再支付供方合同总额的%;门窗工程安装完毕后15日内需方再支付供方合同总额的%，预留%作为工程质量保证金，一年后结清。</w:t>
      </w:r>
      <w:r>
        <w:rPr>
          <w:lang w:eastAsia="zh-CN"/>
        </w:rPr>
        <w:br/>
      </w:r>
      <w:r>
        <w:rPr>
          <w:lang w:eastAsia="zh-CN"/>
        </w:rPr>
        <w:t>　　五、保修与维修</w:t>
      </w:r>
      <w:r>
        <w:rPr>
          <w:lang w:eastAsia="zh-CN"/>
        </w:rPr>
        <w:br/>
      </w:r>
      <w:r>
        <w:rPr>
          <w:lang w:eastAsia="zh-CN"/>
        </w:rPr>
        <w:t>　　该门窗工程保修期一年。保修期内，供方应在接到修理通知之日后二个工作日内免费派人维修。</w:t>
      </w:r>
      <w:r>
        <w:rPr>
          <w:lang w:eastAsia="zh-CN"/>
        </w:rPr>
        <w:br/>
      </w:r>
      <w:r>
        <w:rPr>
          <w:lang w:eastAsia="zh-CN"/>
        </w:rPr>
        <w:t>　　六、纠纷解决方式</w:t>
      </w:r>
      <w:r>
        <w:rPr>
          <w:lang w:eastAsia="zh-CN"/>
        </w:rPr>
        <w:br/>
      </w:r>
      <w:r>
        <w:rPr>
          <w:lang w:eastAsia="zh-CN"/>
        </w:rPr>
        <w:t>　　双方协商解决本合同所发生的纠纷，必要时按法律程序解决。</w:t>
      </w:r>
      <w:r>
        <w:rPr>
          <w:lang w:eastAsia="zh-CN"/>
        </w:rPr>
        <w:br/>
      </w:r>
      <w:r>
        <w:rPr>
          <w:lang w:eastAsia="zh-CN"/>
        </w:rPr>
        <w:t>　　需方(盖章)：</w:t>
      </w:r>
      <w:r>
        <w:rPr>
          <w:lang w:eastAsia="zh-CN"/>
        </w:rPr>
        <w:br/>
      </w:r>
      <w:r>
        <w:rPr>
          <w:lang w:eastAsia="zh-CN"/>
        </w:rPr>
        <w:t>　　代表(签字)：</w:t>
      </w:r>
      <w:r>
        <w:rPr>
          <w:lang w:eastAsia="zh-CN"/>
        </w:rPr>
        <w:br/>
      </w:r>
      <w:r>
        <w:rPr>
          <w:lang w:eastAsia="zh-CN"/>
        </w:rPr>
        <w:t>　　年月日年月日代表(签字)：供方(盖章)：</w:t>
      </w:r>
      <w:r>
        <w:rPr>
          <w:lang w:eastAsia="zh-CN"/>
        </w:rPr>
        <w:br/>
      </w:r>
      <w:r>
        <w:rPr>
          <w:lang w:eastAsia="zh-CN"/>
        </w:rPr>
        <w:t xml:space="preserve">    2024年简单购销合同范文 篇6 </w:t>
      </w:r>
      <w:r>
        <w:rPr>
          <w:lang w:eastAsia="zh-CN"/>
        </w:rPr>
        <w:br/>
      </w:r>
      <w:r>
        <w:rPr>
          <w:lang w:eastAsia="zh-CN"/>
        </w:rPr>
        <w:t>　　购货单位：__________________，以下简称甲方；</w:t>
      </w:r>
      <w:r>
        <w:rPr>
          <w:lang w:eastAsia="zh-CN"/>
        </w:rPr>
        <w:br/>
      </w:r>
      <w:r>
        <w:rPr>
          <w:lang w:eastAsia="zh-CN"/>
        </w:rPr>
        <w:t>　　供货单位：__________________，以下简称乙方。</w:t>
      </w:r>
      <w:r>
        <w:rPr>
          <w:lang w:eastAsia="zh-CN"/>
        </w:rPr>
        <w:br/>
      </w:r>
      <w:r>
        <w:rPr>
          <w:lang w:eastAsia="zh-CN"/>
        </w:rPr>
        <w:t>　　经甲乙双方充分协商，特订立本合同，以便共同遵守。</w:t>
      </w:r>
      <w:r>
        <w:rPr>
          <w:lang w:eastAsia="zh-CN"/>
        </w:rPr>
        <w:br/>
      </w:r>
      <w:r>
        <w:rPr>
          <w:lang w:eastAsia="zh-CN"/>
        </w:rPr>
        <w:t>　　第一条产品的名称、品种、规格和质量</w:t>
      </w:r>
      <w:r>
        <w:rPr>
          <w:lang w:eastAsia="zh-CN"/>
        </w:rPr>
        <w:br/>
      </w:r>
      <w:r>
        <w:rPr>
          <w:lang w:eastAsia="zh-CN"/>
        </w:rPr>
        <w:t>　　1.产品的名称、品种、规格：__________________。（应注明产品的牌号或商标）</w:t>
      </w:r>
      <w:r>
        <w:rPr>
          <w:lang w:eastAsia="zh-CN"/>
        </w:rPr>
        <w:br/>
      </w:r>
      <w:r>
        <w:rPr>
          <w:lang w:eastAsia="zh-CN"/>
        </w:rPr>
        <w:t>　　2.产品的技术标准（包括质量要求），按下列第项执行：</w:t>
      </w:r>
      <w:r>
        <w:rPr>
          <w:lang w:eastAsia="zh-CN"/>
        </w:rPr>
        <w:br/>
      </w:r>
      <w:r>
        <w:rPr>
          <w:lang w:eastAsia="zh-CN"/>
        </w:rPr>
        <w:t>　　（1）按国家标准执行；</w:t>
      </w:r>
      <w:r>
        <w:rPr>
          <w:lang w:eastAsia="zh-CN"/>
        </w:rPr>
        <w:br/>
      </w:r>
      <w:r>
        <w:rPr>
          <w:lang w:eastAsia="zh-CN"/>
        </w:rPr>
        <w:t>　　（2）按部颁标准执行；</w:t>
      </w:r>
      <w:r>
        <w:rPr>
          <w:lang w:eastAsia="zh-CN"/>
        </w:rPr>
        <w:br/>
      </w:r>
      <w:r>
        <w:rPr>
          <w:lang w:eastAsia="zh-CN"/>
        </w:rPr>
        <w:t>　　（3）由甲乙双方商定技术要求执行。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合同中必须写明执行的标准代号、编号和标准名称。对成套产品，合同中要明确规定附件的质量要求；对某些必须安装运转后才能发现内在质量缺陷的产品，除主管部门另有规定外，合同中应具体规定提出质量异议的条件和时间；实行抽样检验质量的产品，合同中应注明采用的抽样标准或抽验方法和比例；在商定技术条件后需要封存样品的，应当由当事人双方共同封存，分别保管，作检验的依据。）</w:t>
      </w:r>
      <w:r>
        <w:rPr>
          <w:lang w:eastAsia="zh-CN"/>
        </w:rPr>
        <w:br/>
      </w:r>
      <w:r>
        <w:rPr>
          <w:lang w:eastAsia="zh-CN"/>
        </w:rPr>
        <w:t>　　第二条产品的数量和计量单位、计量方法</w:t>
      </w:r>
      <w:r>
        <w:rPr>
          <w:lang w:eastAsia="zh-CN"/>
        </w:rPr>
        <w:br/>
      </w:r>
      <w:r>
        <w:rPr>
          <w:lang w:eastAsia="zh-CN"/>
        </w:rPr>
        <w:t>　　1.产品的数量：______________。</w:t>
      </w:r>
      <w:r>
        <w:rPr>
          <w:lang w:eastAsia="zh-CN"/>
        </w:rPr>
        <w:br/>
      </w:r>
      <w:r>
        <w:rPr>
          <w:lang w:eastAsia="zh-CN"/>
        </w:rPr>
        <w:t>　　2.计量单位、计量方法：____________。</w:t>
      </w:r>
      <w:r>
        <w:rPr>
          <w:lang w:eastAsia="zh-CN"/>
        </w:rPr>
        <w:br/>
      </w:r>
      <w:r>
        <w:rPr>
          <w:lang w:eastAsia="zh-CN"/>
        </w:rPr>
        <w:t>　　（国家或主管部门有计量方法规定的，按国家或主管部门的规定执行；国家或主管部门无规定的，由甲乙双方商定。对机电设备，必要时应当在合同明确规定随主机的辅机、附件、配套的产品、易损耗备品、配件和安装修理工具等。对成套供应的产品，应当明确成套供应的范围，并提出成套供应清单。）</w:t>
      </w:r>
      <w:r>
        <w:rPr>
          <w:lang w:eastAsia="zh-CN"/>
        </w:rPr>
        <w:br/>
      </w:r>
      <w:r>
        <w:rPr>
          <w:lang w:eastAsia="zh-CN"/>
        </w:rPr>
        <w:t>　　3.产品交货数量的正负尾差、合理磅差和在途自然减（增）量规定及计算方法：________________。</w:t>
      </w:r>
      <w:r>
        <w:rPr>
          <w:lang w:eastAsia="zh-CN"/>
        </w:rPr>
        <w:br/>
      </w:r>
      <w:r>
        <w:rPr>
          <w:lang w:eastAsia="zh-CN"/>
        </w:rPr>
        <w:t>　　第三条产品的包装标准和包装物的供应与回收______________。</w:t>
      </w:r>
      <w:r>
        <w:rPr>
          <w:lang w:eastAsia="zh-CN"/>
        </w:rPr>
        <w:br/>
      </w:r>
      <w:r>
        <w:rPr>
          <w:lang w:eastAsia="zh-CN"/>
        </w:rPr>
        <w:t>　　（产品的包装，国家或业务主管部门有技术规定的，按技术规定执行；国家与业务主管部门无技术规定的，由甲乙双方商定。产品的包装物，除国家规定由甲方供应的以外，应由乙方负责供应。</w:t>
      </w:r>
      <w:r>
        <w:rPr>
          <w:lang w:eastAsia="zh-CN"/>
        </w:rPr>
        <w:br/>
      </w:r>
      <w:r>
        <w:rPr>
          <w:lang w:eastAsia="zh-CN"/>
        </w:rPr>
        <w:t>　　第四条产品的交货单位、交货方法、运输方式、到货地点（包括专用线、码头）</w:t>
      </w:r>
      <w:r>
        <w:rPr>
          <w:lang w:eastAsia="zh-CN"/>
        </w:rPr>
        <w:br/>
      </w:r>
      <w:r>
        <w:rPr>
          <w:lang w:eastAsia="zh-CN"/>
        </w:rPr>
        <w:t>　　1.产品的交货单位：________________。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2.交货方法，按下列第项执行：</w:t>
      </w:r>
      <w:r>
        <w:rPr>
          <w:lang w:eastAsia="zh-CN"/>
        </w:rPr>
        <w:br/>
      </w:r>
      <w:r>
        <w:rPr>
          <w:lang w:eastAsia="zh-CN"/>
        </w:rPr>
        <w:t>　　（1）乙方送货；</w:t>
      </w:r>
      <w:r>
        <w:rPr>
          <w:lang w:eastAsia="zh-CN"/>
        </w:rPr>
        <w:br/>
      </w:r>
      <w:r>
        <w:rPr>
          <w:lang w:eastAsia="zh-CN"/>
        </w:rPr>
        <w:t>　　（2）乙方代运（乙方代办运输，应充分考虑甲方的要求，商定合理的运输路线和运输工具）；</w:t>
      </w:r>
      <w:r>
        <w:rPr>
          <w:lang w:eastAsia="zh-CN"/>
        </w:rPr>
        <w:br/>
      </w:r>
      <w:r>
        <w:rPr>
          <w:lang w:eastAsia="zh-CN"/>
        </w:rPr>
        <w:t>　　（3）甲方自提自运。</w:t>
      </w:r>
      <w:r>
        <w:rPr>
          <w:lang w:eastAsia="zh-CN"/>
        </w:rPr>
        <w:br/>
      </w:r>
      <w:r>
        <w:rPr>
          <w:lang w:eastAsia="zh-CN"/>
        </w:rPr>
        <w:t>　　3.运输方式：______________。</w:t>
      </w:r>
      <w:r>
        <w:rPr>
          <w:lang w:eastAsia="zh-CN"/>
        </w:rPr>
        <w:br/>
      </w:r>
      <w:r>
        <w:rPr>
          <w:lang w:eastAsia="zh-CN"/>
        </w:rPr>
        <w:t>　　4.到货地点和接货单位（或接货人）________________。</w:t>
      </w:r>
      <w:r>
        <w:rPr>
          <w:lang w:eastAsia="zh-CN"/>
        </w:rPr>
        <w:br/>
      </w:r>
      <w:r>
        <w:rPr>
          <w:lang w:eastAsia="zh-CN"/>
        </w:rPr>
        <w:t>　　（甲方如要求变更到货地点或接货人，应在合同规定的交货期限（月份或季度）前40天通知乙方，以便乙方编月度要车（船）计划；必须由甲方派人押送的，应在合同明确规定；甲乙双方对产品的运输和装卸，应按有关规定与运输部门办理交换手续，作出记录，双方签字，明确甲、乙方和运输部门的责任。）</w:t>
      </w:r>
      <w:r>
        <w:rPr>
          <w:lang w:eastAsia="zh-CN"/>
        </w:rPr>
        <w:br/>
      </w:r>
      <w:r>
        <w:rPr>
          <w:lang w:eastAsia="zh-CN"/>
        </w:rPr>
        <w:t>　　第五条产品的交（提）货期限</w:t>
      </w:r>
      <w:r>
        <w:rPr>
          <w:lang w:eastAsia="zh-CN"/>
        </w:rPr>
        <w:br/>
      </w:r>
      <w:r>
        <w:rPr>
          <w:lang w:eastAsia="zh-CN"/>
        </w:rPr>
        <w:t>　　（规定送货或代运的产品的交货日期，以甲方发运产品时承运部门签发的戳记日期为准，当事人另有约定者，从约定；合同规定甲方自提产品的交货日期，以乙方按合同规定通知的提货日期为准。乙方的提货通知中，应给予甲方必要的途中时间，实际交货或提货日期早于或迟于合同规定的日期，应视为提前或逾期交货或提货。）</w:t>
      </w:r>
      <w:r>
        <w:rPr>
          <w:lang w:eastAsia="zh-CN"/>
        </w:rPr>
        <w:br/>
      </w:r>
      <w:r>
        <w:rPr>
          <w:lang w:eastAsia="zh-CN"/>
        </w:rPr>
        <w:t>　　第六条产品的价格与货款的结算</w:t>
      </w:r>
      <w:r>
        <w:rPr>
          <w:lang w:eastAsia="zh-CN"/>
        </w:rPr>
        <w:br/>
      </w:r>
      <w:r>
        <w:rPr>
          <w:lang w:eastAsia="zh-CN"/>
        </w:rPr>
        <w:t>　　1.产品的价格，按下列第项执行：</w:t>
      </w:r>
      <w:r>
        <w:rPr>
          <w:lang w:eastAsia="zh-CN"/>
        </w:rPr>
        <w:br/>
      </w:r>
      <w:r>
        <w:rPr>
          <w:lang w:eastAsia="zh-CN"/>
        </w:rPr>
        <w:t>　　（1）按甲乙双方的商定价格；</w:t>
      </w:r>
      <w:r>
        <w:rPr>
          <w:lang w:eastAsia="zh-CN"/>
        </w:rPr>
        <w:br/>
      </w:r>
      <w:r>
        <w:rPr>
          <w:lang w:eastAsia="zh-CN"/>
        </w:rPr>
        <w:t>　　（2）按照订立合同时履行地的市场价格；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（3）按照国家定价履行。</w:t>
      </w:r>
      <w:r>
        <w:rPr>
          <w:lang w:eastAsia="zh-CN"/>
        </w:rPr>
        <w:br/>
      </w:r>
      <w:r>
        <w:rPr>
          <w:lang w:eastAsia="zh-CN"/>
        </w:rPr>
        <w:t>　　（执行国家定价的，在合同规定的交货或提货期内，遇国家调整价格时，按交货时的价格执行。逾期交货的，遇价格上涨时，按原价执行；遇价格下降时，按新价执行。逾期提货或逾期付款的，遇价格上涨时，按新价格执行；遇价格下降时，按原价执行。由于逾期付款而发生调整价格的差价，由甲乙双方另行结算，不在原托收结算金额中冲抵。执行浮动价和协商定价的，按合同规定的价格执行。）</w:t>
      </w:r>
      <w:r>
        <w:rPr>
          <w:lang w:eastAsia="zh-CN"/>
        </w:rPr>
        <w:br/>
      </w:r>
      <w:r>
        <w:rPr>
          <w:lang w:eastAsia="zh-CN"/>
        </w:rPr>
        <w:t>　　2.产品货款的结算：产品的货款、实际支付的运杂费和其它费用的结算，按照中国人民银行结算办法的规定办理。</w:t>
      </w:r>
      <w:r>
        <w:rPr>
          <w:lang w:eastAsia="zh-CN"/>
        </w:rPr>
        <w:br/>
      </w:r>
      <w:r>
        <w:rPr>
          <w:lang w:eastAsia="zh-CN"/>
        </w:rPr>
        <w:t>　　（用托收承付方式结算的，合同中应注明验单付款或验货付款。验货付款的承付期限一般为10天，从运输部门向收货单位发出提货通知的次日起算。凡当事人在合同中约定缩短或延长验货期限的，应当在托收凭证上写明，银行从其规定。）</w:t>
      </w:r>
      <w:r>
        <w:rPr>
          <w:lang w:eastAsia="zh-CN"/>
        </w:rPr>
        <w:br/>
      </w:r>
      <w:r>
        <w:rPr>
          <w:lang w:eastAsia="zh-CN"/>
        </w:rPr>
        <w:t>　　第七条验收方法________________。</w:t>
      </w:r>
      <w:r>
        <w:rPr>
          <w:lang w:eastAsia="zh-CN"/>
        </w:rPr>
        <w:br/>
      </w:r>
      <w:r>
        <w:rPr>
          <w:lang w:eastAsia="zh-CN"/>
        </w:rPr>
        <w:t>　　（合同应明确规定：1.验收时间；2.验收手段；3.验收标准；4.由谁负责验收和试验；5.在验收中发生纠纷后，由哪一级主管产品质量监督检查机构执行仲裁等等）。</w:t>
      </w:r>
      <w:r>
        <w:rPr>
          <w:lang w:eastAsia="zh-CN"/>
        </w:rPr>
        <w:br/>
      </w:r>
      <w:r>
        <w:rPr>
          <w:lang w:eastAsia="zh-CN"/>
        </w:rPr>
        <w:t>　　第八条对产品提出异议的时间和办法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甲方在验收中，如果发现产品的品种、型号、规格、花色和质量不合规定，应一面妥为保管，一面在30天内向乙方提出书面异议；在托收承付期内，甲方有权拒付不符合合同规定部分的货款。甲方怠于通知或者自标的物收到之日起过两年内未通知乙方的，视为产品合乎规定。</w:t>
      </w:r>
      <w:r>
        <w:rPr>
          <w:lang w:eastAsia="zh-CN"/>
        </w:rPr>
        <w:br/>
      </w:r>
      <w:r>
        <w:rPr>
          <w:lang w:eastAsia="zh-CN"/>
        </w:rPr>
        <w:t>　　2.甲方因使用、保管、保养不善等造成产品质量下降的，不得提出异议。</w:t>
      </w:r>
      <w:r>
        <w:rPr>
          <w:lang w:eastAsia="zh-CN"/>
        </w:rPr>
        <w:br/>
      </w:r>
      <w:r>
        <w:rPr>
          <w:lang w:eastAsia="zh-CN"/>
        </w:rPr>
        <w:t>　　3.乙方在接到需方书面异议后，应在___天内（另有规定或当事人另行商定期限者除外）负责处理，否则，即视为默认甲方提出的异议和处理意见。</w:t>
      </w:r>
      <w:r>
        <w:rPr>
          <w:lang w:eastAsia="zh-CN"/>
        </w:rPr>
        <w:br/>
      </w:r>
      <w:r>
        <w:rPr>
          <w:lang w:eastAsia="zh-CN"/>
        </w:rPr>
        <w:t>　　（甲方提出的书面异议中，应说明合同号、运单号、车或船号、发货和到货日期；说明不符合规定的产品名称、型号、规格、花色、标志、牌号、批号、合格证或质量保证书号、数量、包装、检验方法、检验情况和检验证明；提出不符合规定的产品的处理意见，以及当事人双方商定的必须说明的事项。）</w:t>
      </w:r>
      <w:r>
        <w:rPr>
          <w:lang w:eastAsia="zh-CN"/>
        </w:rPr>
        <w:br/>
      </w:r>
      <w:r>
        <w:rPr>
          <w:lang w:eastAsia="zh-CN"/>
        </w:rPr>
        <w:t>　　第九条乙方的违约责任</w:t>
      </w:r>
      <w:r>
        <w:rPr>
          <w:lang w:eastAsia="zh-CN"/>
        </w:rPr>
        <w:br/>
      </w:r>
      <w:r>
        <w:rPr>
          <w:lang w:eastAsia="zh-CN"/>
        </w:rPr>
        <w:t>　　1.乙方不能交货的，应向甲方偿付不能交货部分货款的______%的违约金。</w:t>
      </w:r>
      <w:r>
        <w:rPr>
          <w:lang w:eastAsia="zh-CN"/>
        </w:rPr>
        <w:br/>
      </w:r>
      <w:r>
        <w:rPr>
          <w:lang w:eastAsia="zh-CN"/>
        </w:rPr>
        <w:t>　　2.乙方所交产品品种、型号、规格、花色、质量不符合规定的，如果甲方同意利用，应当按质论价；如果甲方不能利用的`，应根据产品的具体情况，由乙方负责包换或包修，并承担修理、调换或退货而支付的实际费用。</w:t>
      </w:r>
      <w:r>
        <w:rPr>
          <w:lang w:eastAsia="zh-CN"/>
        </w:rPr>
        <w:br/>
      </w:r>
      <w:r>
        <w:rPr>
          <w:lang w:eastAsia="zh-CN"/>
        </w:rPr>
        <w:t>　　甲方：_____________________乙方：_____________________</w:t>
      </w:r>
      <w:r>
        <w:rPr>
          <w:lang w:eastAsia="zh-CN"/>
        </w:rPr>
        <w:br/>
      </w:r>
      <w:r>
        <w:rPr>
          <w:lang w:eastAsia="zh-CN"/>
        </w:rPr>
        <w:t>　　电话：_____________________电话：_____________________</w:t>
      </w:r>
      <w:r>
        <w:rPr>
          <w:lang w:eastAsia="zh-CN"/>
        </w:rPr>
        <w:br/>
      </w:r>
      <w:r>
        <w:rPr>
          <w:lang w:eastAsia="zh-CN"/>
        </w:rPr>
        <w:t>　　签订日期：_______年___月___日_______年___月___日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2024年简单购销合同范文 篇7 </w:t>
      </w:r>
      <w:r>
        <w:rPr>
          <w:lang w:eastAsia="zh-CN"/>
        </w:rPr>
        <w:br/>
      </w:r>
      <w:r>
        <w:rPr>
          <w:lang w:eastAsia="zh-CN"/>
        </w:rPr>
        <w:t>　　购货单位（以下简称甲方）：</w:t>
      </w:r>
      <w:r>
        <w:rPr>
          <w:lang w:eastAsia="zh-CN"/>
        </w:rPr>
        <w:br/>
      </w:r>
      <w:r>
        <w:rPr>
          <w:lang w:eastAsia="zh-CN"/>
        </w:rPr>
        <w:t>　　统一社会信用代码：</w:t>
      </w:r>
      <w:r>
        <w:rPr>
          <w:lang w:eastAsia="zh-CN"/>
        </w:rPr>
        <w:br/>
      </w:r>
      <w:r>
        <w:rPr>
          <w:lang w:eastAsia="zh-CN"/>
        </w:rPr>
        <w:t>　　通讯地址：</w:t>
      </w:r>
      <w:r>
        <w:rPr>
          <w:lang w:eastAsia="zh-CN"/>
        </w:rPr>
        <w:br/>
      </w:r>
      <w:r>
        <w:rPr>
          <w:lang w:eastAsia="zh-CN"/>
        </w:rPr>
        <w:t>　　供货单位（以下简称乙方）：</w:t>
      </w:r>
      <w:r>
        <w:rPr>
          <w:lang w:eastAsia="zh-CN"/>
        </w:rPr>
        <w:br/>
      </w:r>
      <w:r>
        <w:rPr>
          <w:lang w:eastAsia="zh-CN"/>
        </w:rPr>
        <w:t>　　统一社会信用代码：</w:t>
      </w:r>
      <w:r>
        <w:rPr>
          <w:lang w:eastAsia="zh-CN"/>
        </w:rPr>
        <w:br/>
      </w:r>
      <w:r>
        <w:rPr>
          <w:lang w:eastAsia="zh-CN"/>
        </w:rPr>
        <w:t>　　通讯地址：</w:t>
      </w:r>
      <w:r>
        <w:rPr>
          <w:lang w:eastAsia="zh-CN"/>
        </w:rPr>
        <w:br/>
      </w:r>
      <w:r>
        <w:rPr>
          <w:lang w:eastAsia="zh-CN"/>
        </w:rPr>
        <w:t>　　经甲乙双方充分协商，特订立本合同，以便共同遵守。</w:t>
      </w:r>
      <w:r>
        <w:rPr>
          <w:lang w:eastAsia="zh-CN"/>
        </w:rPr>
        <w:br/>
      </w:r>
      <w:r>
        <w:rPr>
          <w:lang w:eastAsia="zh-CN"/>
        </w:rPr>
        <w:t>　　第一条?产品的名称、品种、规格和质量</w:t>
      </w:r>
      <w:r>
        <w:rPr>
          <w:lang w:eastAsia="zh-CN"/>
        </w:rPr>
        <w:br/>
      </w:r>
      <w:r>
        <w:rPr>
          <w:lang w:eastAsia="zh-CN"/>
        </w:rPr>
        <w:t>　　1、产品的名称、品种、规格：?（应注明产品的牌号或_____）</w:t>
      </w:r>
      <w:r>
        <w:rPr>
          <w:lang w:eastAsia="zh-CN"/>
        </w:rPr>
        <w:br/>
      </w:r>
      <w:r>
        <w:rPr>
          <w:lang w:eastAsia="zh-CN"/>
        </w:rPr>
        <w:t>　　2、产品的技术标准（包括质量要求），按下列第项执行：</w:t>
      </w:r>
      <w:r>
        <w:rPr>
          <w:lang w:eastAsia="zh-CN"/>
        </w:rPr>
        <w:br/>
      </w:r>
      <w:r>
        <w:rPr>
          <w:lang w:eastAsia="zh-CN"/>
        </w:rPr>
        <w:t>　　（1）按国家标准执行；</w:t>
      </w:r>
      <w:r>
        <w:rPr>
          <w:lang w:eastAsia="zh-CN"/>
        </w:rPr>
        <w:br/>
      </w:r>
      <w:r>
        <w:rPr>
          <w:lang w:eastAsia="zh-CN"/>
        </w:rPr>
        <w:t>　　（2）按部颁标准执行；</w:t>
      </w:r>
      <w:r>
        <w:rPr>
          <w:lang w:eastAsia="zh-CN"/>
        </w:rPr>
        <w:br/>
      </w:r>
      <w:r>
        <w:rPr>
          <w:lang w:eastAsia="zh-CN"/>
        </w:rPr>
        <w:t>　　（3）由甲乙双方商定技术要求执行。</w:t>
      </w:r>
      <w:r>
        <w:rPr>
          <w:lang w:eastAsia="zh-CN"/>
        </w:rPr>
        <w:br/>
      </w:r>
      <w:r>
        <w:rPr>
          <w:lang w:eastAsia="zh-CN"/>
        </w:rPr>
        <w:t>　　第二条?产品的数量和计量单位、计量方法</w:t>
      </w:r>
      <w:r>
        <w:rPr>
          <w:lang w:eastAsia="zh-CN"/>
        </w:rPr>
        <w:br/>
      </w:r>
      <w:r>
        <w:rPr>
          <w:lang w:eastAsia="zh-CN"/>
        </w:rPr>
        <w:t>　　1、产品的数量：</w:t>
      </w:r>
      <w:r>
        <w:rPr>
          <w:lang w:eastAsia="zh-CN"/>
        </w:rPr>
        <w:br/>
      </w:r>
      <w:r>
        <w:rPr>
          <w:lang w:eastAsia="zh-CN"/>
        </w:rPr>
        <w:t>　　2、计量单位、计量方法：</w:t>
      </w:r>
      <w:r>
        <w:rPr>
          <w:lang w:eastAsia="zh-CN"/>
        </w:rPr>
        <w:br/>
      </w:r>
      <w:r>
        <w:rPr>
          <w:lang w:eastAsia="zh-CN"/>
        </w:rPr>
        <w:t>　　（国家或主管部门有计量方法规定的，按国家或主管部门的规定执行；国家或主管部门无规定的，由甲乙双方商定。对机电设备，必要时应当在合同明确规定随主机的辅机、附件、配套的产品、易损耗备品、配件和安装修理工具等。对成套供应的产品，应当明确成套供应的范围，并提出成套供应清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3、产品交货数量的正负尾差、合理磅差和在途自然减（增）量规定及计算方法：</w:t>
      </w:r>
      <w:r>
        <w:rPr>
          <w:lang w:eastAsia="zh-CN"/>
        </w:rPr>
        <w:br/>
      </w:r>
      <w:r>
        <w:rPr>
          <w:lang w:eastAsia="zh-CN"/>
        </w:rPr>
        <w:t>　　第三条?产品的包装标准和包装物的供应与回收</w:t>
      </w:r>
      <w:r>
        <w:rPr>
          <w:lang w:eastAsia="zh-CN"/>
        </w:rPr>
        <w:br/>
      </w:r>
      <w:r>
        <w:rPr>
          <w:lang w:eastAsia="zh-CN"/>
        </w:rPr>
        <w:t>　　（产品的包装，国家或业务主管部门有技术规定的，按技术规定执行；国家与业务主管部门无技术规定的，由甲乙双方商定。产品的包装物，除国家规定由甲方供应的以外，应由乙方负责供应。</w:t>
      </w:r>
      <w:r>
        <w:rPr>
          <w:lang w:eastAsia="zh-CN"/>
        </w:rPr>
        <w:br/>
      </w:r>
      <w:r>
        <w:rPr>
          <w:lang w:eastAsia="zh-CN"/>
        </w:rPr>
        <w:t>　　第四条?产品的交货单位、交货方法、运输方式、到货地点（包括专用线、码头）</w:t>
      </w:r>
      <w:r>
        <w:rPr>
          <w:lang w:eastAsia="zh-CN"/>
        </w:rPr>
        <w:br/>
      </w:r>
      <w:r>
        <w:rPr>
          <w:lang w:eastAsia="zh-CN"/>
        </w:rPr>
        <w:t>　　1、产品的交货单位：</w:t>
      </w:r>
      <w:r>
        <w:rPr>
          <w:lang w:eastAsia="zh-CN"/>
        </w:rPr>
        <w:br/>
      </w:r>
      <w:r>
        <w:rPr>
          <w:lang w:eastAsia="zh-CN"/>
        </w:rPr>
        <w:t>　　2、交货方法，按下列第项执行：</w:t>
      </w:r>
      <w:r>
        <w:rPr>
          <w:lang w:eastAsia="zh-CN"/>
        </w:rPr>
        <w:br/>
      </w:r>
      <w:r>
        <w:rPr>
          <w:lang w:eastAsia="zh-CN"/>
        </w:rPr>
        <w:t>　　（1）乙方送货；</w:t>
      </w:r>
      <w:r>
        <w:rPr>
          <w:lang w:eastAsia="zh-CN"/>
        </w:rPr>
        <w:br/>
      </w:r>
      <w:r>
        <w:rPr>
          <w:lang w:eastAsia="zh-CN"/>
        </w:rPr>
        <w:t>　　（2）乙方代运（乙方代办运输，应充分考虑甲方的要求，商定合理的运输路线和运输工具）；</w:t>
      </w:r>
      <w:r>
        <w:rPr>
          <w:lang w:eastAsia="zh-CN"/>
        </w:rPr>
        <w:br/>
      </w:r>
      <w:r>
        <w:rPr>
          <w:lang w:eastAsia="zh-CN"/>
        </w:rPr>
        <w:t>　　（3）甲方自提自运。</w:t>
      </w:r>
      <w:r>
        <w:rPr>
          <w:lang w:eastAsia="zh-CN"/>
        </w:rPr>
        <w:br/>
      </w:r>
      <w:r>
        <w:rPr>
          <w:lang w:eastAsia="zh-CN"/>
        </w:rPr>
        <w:t>　　3、运输方式：</w:t>
      </w:r>
      <w:r>
        <w:rPr>
          <w:lang w:eastAsia="zh-CN"/>
        </w:rPr>
        <w:br/>
      </w:r>
      <w:r>
        <w:rPr>
          <w:lang w:eastAsia="zh-CN"/>
        </w:rPr>
        <w:t>　　4、到货地点和接货单位（或接货人）</w:t>
      </w:r>
      <w:r>
        <w:rPr>
          <w:lang w:eastAsia="zh-CN"/>
        </w:rPr>
        <w:br/>
      </w:r>
      <w:r>
        <w:rPr>
          <w:lang w:eastAsia="zh-CN"/>
        </w:rPr>
        <w:t>　　（甲方如要求变更到货地点或接货人，应在合同规定的交货期限（月份或季度）前40天通知乙方，以便乙方编月度要车（船）计划；必须由甲方派人押送的，应在合同明确规定；甲乙双方对产品的运输和装卸，应按有关规定与运输部门办理交换手续，作出记录，双方签字，明确甲、乙方和运输部门的责任。）</w:t>
      </w:r>
      <w:r>
        <w:rPr>
          <w:lang w:eastAsia="zh-CN"/>
        </w:rPr>
        <w:br/>
      </w:r>
      <w:r>
        <w:rPr>
          <w:lang w:eastAsia="zh-CN"/>
        </w:rPr>
        <w:t>　　第五条?产品的交（提）货期限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规定送货或代运的产品的交货日期，以甲方发运产品时承运部门签发的戳记日期为准，当事人另有约定者，从约定；合同规定甲方自提产品的交货日期，以乙方按合同规定通知的提货日期为准。乙方的提货通知中，应给予甲方必要的途中时间，实际交货或提货日期早于或迟于合同规定的日期，应视为提前或逾期交货或提货。）</w:t>
      </w:r>
      <w:r>
        <w:rPr>
          <w:lang w:eastAsia="zh-CN"/>
        </w:rPr>
        <w:br/>
      </w:r>
      <w:r>
        <w:rPr>
          <w:lang w:eastAsia="zh-CN"/>
        </w:rPr>
        <w:t>　　第六条?产品的价格与货款的结算</w:t>
      </w:r>
      <w:r>
        <w:rPr>
          <w:lang w:eastAsia="zh-CN"/>
        </w:rPr>
        <w:br/>
      </w:r>
      <w:r>
        <w:rPr>
          <w:lang w:eastAsia="zh-CN"/>
        </w:rPr>
        <w:t>　　1、产品的价格，按下列第项执行：</w:t>
      </w:r>
      <w:r>
        <w:rPr>
          <w:lang w:eastAsia="zh-CN"/>
        </w:rPr>
        <w:br/>
      </w:r>
      <w:r>
        <w:rPr>
          <w:lang w:eastAsia="zh-CN"/>
        </w:rPr>
        <w:t>　　（1）按甲乙双方的商定价格；</w:t>
      </w:r>
      <w:r>
        <w:rPr>
          <w:lang w:eastAsia="zh-CN"/>
        </w:rPr>
        <w:br/>
      </w:r>
      <w:r>
        <w:rPr>
          <w:lang w:eastAsia="zh-CN"/>
        </w:rPr>
        <w:t>　　（2）按照订立合同时履行地的市场价格；</w:t>
      </w:r>
      <w:r>
        <w:rPr>
          <w:lang w:eastAsia="zh-CN"/>
        </w:rPr>
        <w:br/>
      </w:r>
      <w:r>
        <w:rPr>
          <w:lang w:eastAsia="zh-CN"/>
        </w:rPr>
        <w:t>　　（3）按照国家定价履行。</w:t>
      </w:r>
      <w:r>
        <w:rPr>
          <w:lang w:eastAsia="zh-CN"/>
        </w:rPr>
        <w:br/>
      </w:r>
      <w:r>
        <w:rPr>
          <w:lang w:eastAsia="zh-CN"/>
        </w:rPr>
        <w:t>　　（执行国家定价的，在合同规定的交货或提货期内，遇国家调整价格时，按交货时的价格执行。逾期交货的，遇价格上涨时，按原价执行；遇价格下降时，按新价执行。逾期提货或逾期付款的，遇价格上涨时，按新价格执行；遇价格下降时，按原价执行。由于逾期付款而发生调整价格的差价，由甲乙双方另行结算，不在原托收结算金额中冲抵。执行浮动价和协商定价的，按合同规定的价格执行。）</w:t>
      </w:r>
      <w:r>
        <w:rPr>
          <w:lang w:eastAsia="zh-CN"/>
        </w:rPr>
        <w:br/>
      </w:r>
      <w:r>
        <w:rPr>
          <w:lang w:eastAsia="zh-CN"/>
        </w:rPr>
        <w:t>　　2、产品货款的结算：产品的货款、实际支付的运杂费和其它费用的结算，按照中国人民银行结算办法的规定办理。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用托收承付方式结算的，合同中应注明验单付款或验货付款。验货付款的承付期限一般为10天，从运输部门向收货单位发出提货通知的次日起算。凡当事人在合同中约定缩短或延长验货期限的，应当在托收凭证上写明，银行从其规定。）</w:t>
      </w:r>
      <w:r>
        <w:rPr>
          <w:lang w:eastAsia="zh-CN"/>
        </w:rPr>
        <w:br/>
      </w:r>
      <w:r>
        <w:rPr>
          <w:lang w:eastAsia="zh-CN"/>
        </w:rPr>
        <w:t>　　第七条?验收方法</w:t>
      </w:r>
      <w:r>
        <w:rPr>
          <w:lang w:eastAsia="zh-CN"/>
        </w:rPr>
        <w:br/>
      </w:r>
      <w:r>
        <w:rPr>
          <w:lang w:eastAsia="zh-CN"/>
        </w:rPr>
        <w:t>　　（合同应明确规定：1、验收时间；2、验收手段；3、验收标准；4、由谁负责验收和试验；5、在验收中发生纠纷后，由哪一级主管产品质量监督检查机构执行_____等等）。</w:t>
      </w:r>
      <w:r>
        <w:rPr>
          <w:lang w:eastAsia="zh-CN"/>
        </w:rPr>
        <w:br/>
      </w:r>
      <w:r>
        <w:rPr>
          <w:lang w:eastAsia="zh-CN"/>
        </w:rPr>
        <w:t>　　第八条?对产品提出异议的时间和办法</w:t>
      </w:r>
      <w:r>
        <w:rPr>
          <w:lang w:eastAsia="zh-CN"/>
        </w:rPr>
        <w:br/>
      </w:r>
      <w:r>
        <w:rPr>
          <w:lang w:eastAsia="zh-CN"/>
        </w:rPr>
        <w:t>　　1、甲方在验收中，如果发现产品的品种、型号、规格、花色和质量不合规定，应一面妥为保管，一面在30天内向乙方提出书面异议；在托收承付期内，甲方有权拒付不符合合同规定部分的货款。甲方怠于通知或者自标的物收到之日起过两年内未通知乙方的，视为产品合乎规定。</w:t>
      </w:r>
      <w:r>
        <w:rPr>
          <w:lang w:eastAsia="zh-CN"/>
        </w:rPr>
        <w:br/>
      </w:r>
      <w:r>
        <w:rPr>
          <w:lang w:eastAsia="zh-CN"/>
        </w:rPr>
        <w:t>　　2、甲方因使用、保管、保养不善等造成产品质量下降的，不得提出异议。</w:t>
      </w:r>
      <w:r>
        <w:rPr>
          <w:lang w:eastAsia="zh-CN"/>
        </w:rPr>
        <w:br/>
      </w:r>
      <w:r>
        <w:rPr>
          <w:lang w:eastAsia="zh-CN"/>
        </w:rPr>
        <w:t>　　3、乙方在接到需方书面异议后，应在10天内（另有规定或当事人另行商定期限者除外）负责处理，否则，即视为默认甲方提出的异议和处理意见。</w:t>
      </w:r>
      <w:r>
        <w:rPr>
          <w:lang w:eastAsia="zh-CN"/>
        </w:rPr>
        <w:br/>
      </w:r>
      <w:r>
        <w:rPr>
          <w:lang w:eastAsia="zh-CN"/>
        </w:rPr>
        <w:t>　　（甲方提出的书面异议中，应说明合同号、运单号、车或船号、发货和到货日期；说明不符合规定的产品名称、型号、规格、花色、标志、牌号、批号、合格证或质量保证书号、数量、包装、检验方法、检验情况和检验证明；提出不符合规定的产品的处理意见，以及当事人双方商定的必须说明的事项。）</w:t>
      </w:r>
      <w:r>
        <w:rPr>
          <w:lang w:eastAsia="zh-CN"/>
        </w:rPr>
        <w:br/>
      </w:r>
      <w:r>
        <w:rPr>
          <w:lang w:eastAsia="zh-CN"/>
        </w:rPr>
        <w:t>　　第九条?乙方的违约责任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1、乙方不能交货的，应向甲方偿付不能交货部分货款的______%的违约金。</w:t>
      </w:r>
      <w:r>
        <w:rPr>
          <w:lang w:eastAsia="zh-CN"/>
        </w:rPr>
        <w:br/>
      </w:r>
      <w:r>
        <w:rPr>
          <w:lang w:eastAsia="zh-CN"/>
        </w:rPr>
        <w:t>　　2、乙方所交产品品种、型号、规格、花色、质量不符合规定的，如果甲方同意利用，应当按质论价；如果甲方不能利用的，应根据产品的具体情况，由乙方负责包换或包修，并承担修理、调换或退货而支付的实际费用。</w:t>
      </w:r>
      <w:r>
        <w:rPr>
          <w:lang w:eastAsia="zh-CN"/>
        </w:rPr>
        <w:br/>
      </w:r>
      <w:r>
        <w:rPr>
          <w:lang w:eastAsia="zh-CN"/>
        </w:rPr>
        <w:t>　　3、乙方因产品包装不符合合同规定，必须返修或重新包装的，乙方应负责返修或重新包装，并承担支付的费用。甲方不要求返修或重新包装而要求赔偿损失的，乙方应当偿付甲方该不合格包装物低于合格包装物的价值部分。因包装不符合规定造成货物损坏或灭失的，乙方应当负责赔偿。</w:t>
      </w:r>
      <w:r>
        <w:rPr>
          <w:lang w:eastAsia="zh-CN"/>
        </w:rPr>
        <w:br/>
      </w:r>
      <w:r>
        <w:rPr>
          <w:lang w:eastAsia="zh-CN"/>
        </w:rPr>
        <w:t>　　4、乙方逾期交货的，应比照中国有关延期付款的规定，按逾期交货部分货款计算，向甲方偿付逾期交货的违约金，并承担甲方因此所受的损失费用。</w:t>
      </w:r>
      <w:r>
        <w:rPr>
          <w:lang w:eastAsia="zh-CN"/>
        </w:rPr>
        <w:br/>
      </w:r>
      <w:r>
        <w:rPr>
          <w:lang w:eastAsia="zh-CN"/>
        </w:rPr>
        <w:t>　　5、乙方提前交货的产品、多交的产品的品种、型号、规格、花色、质量不符合规定的产品，甲方在代保管期内实际支付的保管、保养等费用以及非因甲方保管不善而发生的损失，应当由乙方承担。</w:t>
      </w:r>
      <w:r>
        <w:rPr>
          <w:lang w:eastAsia="zh-CN"/>
        </w:rPr>
        <w:br/>
      </w:r>
      <w:r>
        <w:rPr>
          <w:lang w:eastAsia="zh-CN"/>
        </w:rPr>
        <w:t>　　6、产品错发到货地点或接货人的，乙方除应负责运交合同规定的到货地点或接货人外，还应承担甲方因此多支付的一切实际费用和逾期交货的违约金。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7、乙方提前交货的，甲方接货后，仍可按合同规定的交货时间付款；合同规定自提的，甲方可拒绝提货。乙方逾期交货的，乙方应在发货前与甲方协商，甲方仍需要的，乙方应照数补交，并负逾期交货责任；甲方不再需要的，应当在接到乙方通知后15天内通知乙方，办理解除合同手续。逾期不答复的，视为同意发货。</w:t>
      </w:r>
      <w:r>
        <w:rPr>
          <w:lang w:eastAsia="zh-CN"/>
        </w:rPr>
        <w:br/>
      </w:r>
      <w:r>
        <w:rPr>
          <w:lang w:eastAsia="zh-CN"/>
        </w:rPr>
        <w:t>　　第十条?甲方的违约责任</w:t>
      </w:r>
      <w:r>
        <w:rPr>
          <w:lang w:eastAsia="zh-CN"/>
        </w:rPr>
        <w:br/>
      </w:r>
      <w:r>
        <w:rPr>
          <w:lang w:eastAsia="zh-CN"/>
        </w:rPr>
        <w:t>　　1、甲方中途退货，应向乙方偿付退货部分货款______%的违约金。</w:t>
      </w:r>
      <w:r>
        <w:rPr>
          <w:lang w:eastAsia="zh-CN"/>
        </w:rPr>
        <w:br/>
      </w:r>
      <w:r>
        <w:rPr>
          <w:lang w:eastAsia="zh-CN"/>
        </w:rPr>
        <w:t>　　（违约金视为违约的损失赔偿，但约定的违约金过分高于或者低于造成的损失的，当事人可以请求人民法院或者_____机构予以适当减少或者增加）</w:t>
      </w:r>
      <w:r>
        <w:rPr>
          <w:lang w:eastAsia="zh-CN"/>
        </w:rPr>
        <w:br/>
      </w:r>
      <w:r>
        <w:rPr>
          <w:lang w:eastAsia="zh-CN"/>
        </w:rPr>
        <w:t>　　2、甲方未按合同规定的时间和要求提供应交的技术资料或包装物的，除交货日期得顺延外，应比照中国人民银行有关延期付款的规定，按顺延交货部分货款计算，向乙方偿付顺延交货的违约金；如果不能提供的，按中途退货处理。</w:t>
      </w:r>
      <w:r>
        <w:rPr>
          <w:lang w:eastAsia="zh-CN"/>
        </w:rPr>
        <w:br/>
      </w:r>
      <w:r>
        <w:rPr>
          <w:lang w:eastAsia="zh-CN"/>
        </w:rPr>
        <w:t>　　3、甲方自提产品未按供方通知的日期或合同规定的日期提货的，应比照中国人民银行有关延期付款的规定，按逾期提货部分货款总值计算，向乙方偿付逾期提货的违约金，并承担乙方实际支付的代为保管、保养的费用。</w:t>
      </w:r>
      <w:r>
        <w:rPr>
          <w:lang w:eastAsia="zh-CN"/>
        </w:rPr>
        <w:br/>
      </w:r>
      <w:r>
        <w:rPr>
          <w:lang w:eastAsia="zh-CN"/>
        </w:rPr>
        <w:t>　　4、甲方逾期付款的，应按中国人民银行有关延期付款的规定向乙方偿付逾期付款的违约金。</w:t>
      </w:r>
      <w:r>
        <w:rPr>
          <w:lang w:eastAsia="zh-CN"/>
        </w:rPr>
        <w:br/>
      </w:r>
      <w:r>
        <w:rPr>
          <w:lang w:eastAsia="zh-CN"/>
        </w:rPr>
        <w:t>　　5、甲方违反合同规定拒绝接货的，应当承担由此造成的损失和运输部门的罚款。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6、甲方如错填到货地点或接货人，或对乙方提出错误异议，应承担乙方因此所受的损失。</w:t>
      </w:r>
      <w:r>
        <w:rPr>
          <w:lang w:eastAsia="zh-CN"/>
        </w:rPr>
        <w:br/>
      </w:r>
      <w:r>
        <w:rPr>
          <w:lang w:eastAsia="zh-CN"/>
        </w:rPr>
        <w:t>　　第十一条?不可抗力</w:t>
      </w:r>
      <w:r>
        <w:rPr>
          <w:lang w:eastAsia="zh-CN"/>
        </w:rPr>
        <w:br/>
      </w:r>
      <w:r>
        <w:rPr>
          <w:lang w:eastAsia="zh-CN"/>
        </w:rPr>
        <w:t>　　甲乙双方的任何一方由于不可抗力的原因不能履行合同时，应及时向对方通报不能履行或不能完全履行的理由，以减轻可能给对方造成的损失，在取得有关机构证明以后，允许延期履行、部分履行或者不履行合同，并根据情况可部分或全部免予承担违约责任。</w:t>
      </w:r>
      <w:r>
        <w:rPr>
          <w:lang w:eastAsia="zh-CN"/>
        </w:rPr>
        <w:br/>
      </w:r>
      <w:r>
        <w:rPr>
          <w:lang w:eastAsia="zh-CN"/>
        </w:rPr>
        <w:t>　　第十二条?其它</w:t>
      </w:r>
      <w:r>
        <w:rPr>
          <w:lang w:eastAsia="zh-CN"/>
        </w:rPr>
        <w:br/>
      </w:r>
      <w:r>
        <w:rPr>
          <w:lang w:eastAsia="zh-CN"/>
        </w:rPr>
        <w:t>　　1、按本合同规定应该偿付的违约金、赔偿金、保管保养费和各种经济损失的，应当在明确责任后10天内，按银行规定的结算办法付清，否则按逾期付款处理。但任何一方不得自行扣发货物或扣付货款来充抵。</w:t>
      </w:r>
      <w:r>
        <w:rPr>
          <w:lang w:eastAsia="zh-CN"/>
        </w:rPr>
        <w:br/>
      </w:r>
      <w:r>
        <w:rPr>
          <w:lang w:eastAsia="zh-CN"/>
        </w:rPr>
        <w:t>　　2、本合同如发生纠纷，当事人双方应当及时协商解决，协商不成时，任何一方均可请业务主管机关调解或者向_____委员会申请_____，也可以直接向人民法院起诉。</w:t>
      </w:r>
      <w:r>
        <w:rPr>
          <w:lang w:eastAsia="zh-CN"/>
        </w:rPr>
        <w:br/>
      </w:r>
      <w:r>
        <w:rPr>
          <w:lang w:eastAsia="zh-CN"/>
        </w:rPr>
        <w:t>　　3、本合同自________年____月____日起生效，合同执行期内，甲乙双方均不得随意变更或解除合同。合同如有未尽事宜，须经双方共同协商，作出补充规定，补充规定与合同具有同等效力。本合同正本一式_______份，甲乙双方各执一份；合同副本一式____份，分送甲乙双方的主管部门、银行（如经公证或签证，应送公证或签证机关）等单位各留存_____份。</w:t>
      </w:r>
      <w:r>
        <w:rPr>
          <w:lang w:eastAsia="zh-CN"/>
        </w:rPr>
        <w:br/>
      </w:r>
      <w:r>
        <w:rPr>
          <w:lang w:eastAsia="zh-CN"/>
        </w:rPr>
        <w:t>　　购货单位（甲方）：</w:t>
      </w:r>
      <w:r>
        <w:rPr>
          <w:lang w:eastAsia="zh-CN"/>
        </w:rPr>
        <w:br/>
      </w:r>
      <w:r>
        <w:rPr>
          <w:lang w:eastAsia="zh-CN"/>
        </w:rPr>
        <w:t>　　________年____月____日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供货单位（乙方）：</w:t>
      </w:r>
      <w:r>
        <w:rPr>
          <w:lang w:eastAsia="zh-CN"/>
        </w:rPr>
        <w:br/>
      </w:r>
      <w:r>
        <w:rPr>
          <w:lang w:eastAsia="zh-CN"/>
        </w:rPr>
        <w:t>　　________年____月____日</w:t>
      </w:r>
      <w:r>
        <w:rPr>
          <w:lang w:eastAsia="zh-CN"/>
        </w:rPr>
        <w:br/>
      </w:r>
      <w:r>
        <w:rPr>
          <w:lang w:eastAsia="zh-CN"/>
        </w:rPr>
        <w:t xml:space="preserve">    2024年简单购销合同范文 篇8 </w:t>
      </w:r>
      <w:r>
        <w:rPr>
          <w:lang w:eastAsia="zh-CN"/>
        </w:rPr>
        <w:br/>
      </w:r>
      <w:r>
        <w:rPr>
          <w:lang w:eastAsia="zh-CN"/>
        </w:rPr>
        <w:t>　　甲方：</w:t>
      </w:r>
      <w:r>
        <w:rPr>
          <w:lang w:eastAsia="zh-CN"/>
        </w:rPr>
        <w:br/>
      </w:r>
      <w:r>
        <w:rPr>
          <w:lang w:eastAsia="zh-CN"/>
        </w:rPr>
        <w:t>　　乙方：</w:t>
      </w:r>
      <w:r>
        <w:rPr>
          <w:lang w:eastAsia="zh-CN"/>
        </w:rPr>
        <w:br/>
      </w:r>
      <w:r>
        <w:rPr>
          <w:lang w:eastAsia="zh-CN"/>
        </w:rPr>
        <w:t>　　主要负责人：</w:t>
      </w:r>
      <w:r>
        <w:rPr>
          <w:lang w:eastAsia="zh-CN"/>
        </w:rPr>
        <w:br/>
      </w:r>
      <w:r>
        <w:rPr>
          <w:lang w:eastAsia="zh-CN"/>
        </w:rPr>
        <w:t>　　根据《中华人民共和国合同法》及其有关法律法规，为明确甲乙双方的权利义务，甲、乙双方经友好协商，就甲方在合约期内为乙方供应商品，达成如下协议：</w:t>
      </w:r>
      <w:r>
        <w:rPr>
          <w:lang w:eastAsia="zh-CN"/>
        </w:rPr>
        <w:br/>
      </w:r>
      <w:r>
        <w:rPr>
          <w:lang w:eastAsia="zh-CN"/>
        </w:rPr>
        <w:t>　　一、商品的供应</w:t>
      </w:r>
      <w:r>
        <w:rPr>
          <w:lang w:eastAsia="zh-CN"/>
        </w:rPr>
        <w:br/>
      </w:r>
      <w:r>
        <w:rPr>
          <w:lang w:eastAsia="zh-CN"/>
        </w:rPr>
        <w:t>　　1、甲方向乙方供应商品的品种、数量以甲、乙双方签字确认并盖章的订单为准。</w:t>
      </w:r>
      <w:r>
        <w:rPr>
          <w:lang w:eastAsia="zh-CN"/>
        </w:rPr>
        <w:br/>
      </w:r>
      <w:r>
        <w:rPr>
          <w:lang w:eastAsia="zh-CN"/>
        </w:rPr>
        <w:t>　　2、甲方有新产品推出时，应第一时间推荐给乙方，以便共同创造商机。如乙方确定经营，将按乙方新商品入场程序办理相关手续。</w:t>
      </w:r>
      <w:r>
        <w:rPr>
          <w:lang w:eastAsia="zh-CN"/>
        </w:rPr>
        <w:br/>
      </w:r>
      <w:r>
        <w:rPr>
          <w:lang w:eastAsia="zh-CN"/>
        </w:rPr>
        <w:t>　　二、商品的质量</w:t>
      </w:r>
      <w:r>
        <w:rPr>
          <w:lang w:eastAsia="zh-CN"/>
        </w:rPr>
        <w:br/>
      </w:r>
      <w:r>
        <w:rPr>
          <w:lang w:eastAsia="zh-CN"/>
        </w:rPr>
        <w:t>　　1、甲方向乙方供应的商品的质量应当符合该商品的国家标准，行业标准，没有国家标准，行业标准的按照通常标准或符合合同目的的特定标准。</w:t>
      </w:r>
      <w:r>
        <w:rPr>
          <w:lang w:eastAsia="zh-CN"/>
        </w:rPr>
        <w:br/>
      </w:r>
      <w:r>
        <w:rPr>
          <w:lang w:eastAsia="zh-CN"/>
        </w:rPr>
        <w:t>　　2、在甲方每次向乙方供应商品时，双方可在订单上对该商品的具体质量标准进行约定。甲方在供应乙方商品的同时应当提交所供应商品合格证或质量保证书。</w:t>
      </w:r>
      <w:r>
        <w:rPr>
          <w:lang w:eastAsia="zh-CN"/>
        </w:rPr>
        <w:br/>
      </w:r>
      <w:r>
        <w:rPr>
          <w:lang w:eastAsia="zh-CN"/>
        </w:rPr>
        <w:t>　　三、商品的价格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1、甲方向乙方供应的商品，除要执行国家订价或国家指导价的，均由双方协商订价。</w:t>
      </w:r>
      <w:r>
        <w:rPr>
          <w:lang w:eastAsia="zh-CN"/>
        </w:rPr>
        <w:br/>
      </w:r>
      <w:r>
        <w:rPr>
          <w:lang w:eastAsia="zh-CN"/>
        </w:rPr>
        <w:t>　　2、基于保护商业秘密的需要，甲方供应的商品交易价格以双方盖章确认的报价单为准，报价单为每一具体商品供货合同的组成部分。</w:t>
      </w:r>
      <w:r>
        <w:rPr>
          <w:lang w:eastAsia="zh-CN"/>
        </w:rPr>
        <w:br/>
      </w:r>
      <w:r>
        <w:rPr>
          <w:lang w:eastAsia="zh-CN"/>
        </w:rPr>
        <w:t>　　3、甲乙双方积极配合，维护所经营商品的市场零售价的相对稳定和统一。甲方向乙方供应的商品的价格不得高于甲方向乙方及乙方分支机构所在地的其他客户所供应同等商品的最低批发价。</w:t>
      </w:r>
      <w:r>
        <w:rPr>
          <w:lang w:eastAsia="zh-CN"/>
        </w:rPr>
        <w:br/>
      </w:r>
      <w:r>
        <w:rPr>
          <w:lang w:eastAsia="zh-CN"/>
        </w:rPr>
        <w:t>　　4、甲方在供货价发生提价变动时，应提前三十天书面通知乙方，并在征得乙方同意的前提下，方可执行。否则，乙方仍按旧价和甲方进行结算，并允许乙方在提价生效前的订单有效，以旧价进货。</w:t>
      </w:r>
      <w:r>
        <w:rPr>
          <w:lang w:eastAsia="zh-CN"/>
        </w:rPr>
        <w:br/>
      </w:r>
      <w:r>
        <w:rPr>
          <w:lang w:eastAsia="zh-CN"/>
        </w:rPr>
        <w:t>　　四、商品的包装方式</w:t>
      </w:r>
      <w:r>
        <w:rPr>
          <w:lang w:eastAsia="zh-CN"/>
        </w:rPr>
        <w:br/>
      </w:r>
      <w:r>
        <w:rPr>
          <w:lang w:eastAsia="zh-CN"/>
        </w:rPr>
        <w:t>　　1、甲方向乙方供应的商品的包装应当按照国家规定的通用方式。没有通用的方式，应当采取足以保护商品的包装方式，保证商品安全、卫生地运抵乙方。</w:t>
      </w:r>
      <w:r>
        <w:rPr>
          <w:lang w:eastAsia="zh-CN"/>
        </w:rPr>
        <w:br/>
      </w:r>
      <w:r>
        <w:rPr>
          <w:lang w:eastAsia="zh-CN"/>
        </w:rPr>
        <w:t>　　2、甲方商品包装之标示应符合国家法律法规的规定，对于产地、原材料、用途、使用方法、警示语、保质期、生产期、保质条件等必须有清晰的标示。</w:t>
      </w:r>
      <w:r>
        <w:rPr>
          <w:lang w:eastAsia="zh-CN"/>
        </w:rPr>
        <w:br/>
      </w:r>
      <w:r>
        <w:rPr>
          <w:lang w:eastAsia="zh-CN"/>
        </w:rPr>
        <w:t>　　3、双方可在订单中订明具体商品的包装方式标准，乙方可要求在供应乙方的商品贴上货号、条码、标签。商品的包装费用由甲方负担。</w:t>
      </w:r>
      <w:r>
        <w:rPr>
          <w:lang w:eastAsia="zh-CN"/>
        </w:rPr>
        <w:br/>
      </w:r>
      <w:r>
        <w:rPr>
          <w:lang w:eastAsia="zh-CN"/>
        </w:rPr>
        <w:t>　　五、供应商品的期限、地点、方式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1、乙方自20__年__月__日起至20__年__月__日止向甲方采购货品。</w:t>
      </w:r>
      <w:r>
        <w:rPr>
          <w:lang w:eastAsia="zh-CN"/>
        </w:rPr>
        <w:br/>
      </w:r>
      <w:r>
        <w:rPr>
          <w:lang w:eastAsia="zh-CN"/>
        </w:rPr>
        <w:t>　　2、订单期限和供货期限由具体的订单规定。</w:t>
      </w:r>
      <w:r>
        <w:rPr>
          <w:lang w:eastAsia="zh-CN"/>
        </w:rPr>
        <w:br/>
      </w:r>
      <w:r>
        <w:rPr>
          <w:lang w:eastAsia="zh-CN"/>
        </w:rPr>
        <w:t>　　3、若乙方更改订单，甲方在收到该更改通知后_日内未提出书面异议的，则视为甲方同意按更改后的订单交货。</w:t>
      </w:r>
      <w:r>
        <w:rPr>
          <w:lang w:eastAsia="zh-CN"/>
        </w:rPr>
        <w:br/>
      </w:r>
      <w:r>
        <w:rPr>
          <w:lang w:eastAsia="zh-CN"/>
        </w:rPr>
        <w:t>　　4、供货的地点由具体的订单指定。</w:t>
      </w:r>
      <w:r>
        <w:rPr>
          <w:lang w:eastAsia="zh-CN"/>
        </w:rPr>
        <w:br/>
      </w:r>
      <w:r>
        <w:rPr>
          <w:lang w:eastAsia="zh-CN"/>
        </w:rPr>
        <w:t>　　5、甲方须保证在收到乙方订单后，严格按照甲方指定的时段，在36小时内将商品送抵乙方配货中心或指定的分店内。如缺货应在乙方下订单后6小时内通知乙方，并保证缺货率不高于10%，否则乙方将考虑和甲方的合作，并保留追究因甲方缺货所造成的乙方损失的权利。</w:t>
      </w:r>
      <w:r>
        <w:rPr>
          <w:lang w:eastAsia="zh-CN"/>
        </w:rPr>
        <w:br/>
      </w:r>
      <w:r>
        <w:rPr>
          <w:lang w:eastAsia="zh-CN"/>
        </w:rPr>
        <w:t>　　6、供货方式采用甲方一次性送货，除非乙方要求甲方分开送货。</w:t>
      </w:r>
      <w:r>
        <w:rPr>
          <w:lang w:eastAsia="zh-CN"/>
        </w:rPr>
        <w:br/>
      </w:r>
      <w:r>
        <w:rPr>
          <w:lang w:eastAsia="zh-CN"/>
        </w:rPr>
        <w:t>　　7、甲方交货时，应提供乙方的订单复印本，并采用乙方规定的送货单填写模式列明送货的各项商品数量。</w:t>
      </w:r>
      <w:r>
        <w:rPr>
          <w:lang w:eastAsia="zh-CN"/>
        </w:rPr>
        <w:br/>
      </w:r>
      <w:r>
        <w:rPr>
          <w:lang w:eastAsia="zh-CN"/>
        </w:rPr>
        <w:t>　　8、送货的运费有甲方负责</w:t>
      </w:r>
      <w:r>
        <w:rPr>
          <w:lang w:eastAsia="zh-CN"/>
        </w:rPr>
        <w:br/>
      </w:r>
      <w:r>
        <w:rPr>
          <w:lang w:eastAsia="zh-CN"/>
        </w:rPr>
        <w:t>　　六、检验的标准与方式</w:t>
      </w:r>
      <w:r>
        <w:rPr>
          <w:lang w:eastAsia="zh-CN"/>
        </w:rPr>
        <w:br/>
      </w:r>
      <w:r>
        <w:rPr>
          <w:lang w:eastAsia="zh-CN"/>
        </w:rPr>
        <w:t>　　1、对于甲方供应的货物，乙方在验收时采用本协议第二条之标准做为质量检验标准。</w:t>
      </w:r>
      <w:r>
        <w:rPr>
          <w:lang w:eastAsia="zh-CN"/>
        </w:rPr>
        <w:br/>
      </w:r>
      <w:r>
        <w:rPr>
          <w:lang w:eastAsia="zh-CN"/>
        </w:rPr>
        <w:t>　　2、乙方收货时仅对甲方所供应物的数量的进行验收或只对货物进行抽检。</w:t>
      </w:r>
      <w:r>
        <w:rPr>
          <w:lang w:eastAsia="zh-CN"/>
        </w:rPr>
        <w:br/>
      </w:r>
      <w:r>
        <w:rPr>
          <w:lang w:eastAsia="zh-CN"/>
        </w:rPr>
        <w:t>　　七、供应商品的退货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1、甲方须保证无条件退换有质量问题的商品(如漏罐、涨罐、涨包、穿孔、变质、破碎等);无条件退回不符合或违反国家相关法律法规规定的商品。</w:t>
      </w:r>
      <w:r>
        <w:rPr>
          <w:lang w:eastAsia="zh-CN"/>
        </w:rPr>
        <w:br/>
      </w:r>
      <w:r>
        <w:rPr>
          <w:lang w:eastAsia="zh-CN"/>
        </w:rPr>
        <w:t>　　2、在保质期内，乙方在符合货物规定的保质条件下保管该货品，如发现甲方所供货物有质量问题，乙方均可向甲方提出质量争议，甲方应负全部责任。而且乙方因质量问题的退货不受时间限制。</w:t>
      </w:r>
      <w:r>
        <w:rPr>
          <w:lang w:eastAsia="zh-CN"/>
        </w:rPr>
        <w:br/>
      </w:r>
      <w:r>
        <w:rPr>
          <w:lang w:eastAsia="zh-CN"/>
        </w:rPr>
        <w:t>　　3、甲方同意为乙方更换保质期剩余两个月内的产品(个别保质期较短的商品除外)。</w:t>
      </w:r>
      <w:r>
        <w:rPr>
          <w:lang w:eastAsia="zh-CN"/>
        </w:rPr>
        <w:br/>
      </w:r>
      <w:r>
        <w:rPr>
          <w:lang w:eastAsia="zh-CN"/>
        </w:rPr>
        <w:t>　　4、甲方须协助乙方控制好库存，加快周转，保证乙方不断货。如乙方出现个别情况下的库存过大或失控，甲方应积极配合乙方处理和退换。</w:t>
      </w:r>
      <w:r>
        <w:rPr>
          <w:lang w:eastAsia="zh-CN"/>
        </w:rPr>
        <w:br/>
      </w:r>
      <w:r>
        <w:rPr>
          <w:lang w:eastAsia="zh-CN"/>
        </w:rPr>
        <w:t>　　5、甲方在应该退货时，在乙方通知两次甲方仍不处理的，乙方当已退货处理，直接在应付货款中扣除该批货款，并在一个月后销毁该批商品。</w:t>
      </w:r>
      <w:r>
        <w:rPr>
          <w:lang w:eastAsia="zh-CN"/>
        </w:rPr>
        <w:br/>
      </w:r>
      <w:r>
        <w:rPr>
          <w:lang w:eastAsia="zh-CN"/>
        </w:rPr>
        <w:t>　　6、所有情况下的退货运费由甲方负责。</w:t>
      </w:r>
      <w:r>
        <w:rPr>
          <w:lang w:eastAsia="zh-CN"/>
        </w:rPr>
        <w:br/>
      </w:r>
      <w:r>
        <w:rPr>
          <w:lang w:eastAsia="zh-CN"/>
        </w:rPr>
        <w:t>　　八、货款结算方式</w:t>
      </w:r>
      <w:r>
        <w:rPr>
          <w:lang w:eastAsia="zh-CN"/>
        </w:rPr>
        <w:br/>
      </w:r>
      <w:r>
        <w:rPr>
          <w:lang w:eastAsia="zh-CN"/>
        </w:rPr>
        <w:t>　　1、实销实结：甲乙双方在每月_日核对甲方商品的实际销量。在双方对单后_天内为甲方结算货款。</w:t>
      </w:r>
      <w:r>
        <w:rPr>
          <w:lang w:eastAsia="zh-CN"/>
        </w:rPr>
        <w:br/>
      </w:r>
      <w:r>
        <w:rPr>
          <w:lang w:eastAsia="zh-CN"/>
        </w:rPr>
        <w:t>　　2、保底结算：甲乙双方协商确定结算保底金额。在甲方商品送抵乙方的金额超过保底金额_元后按结算期_天为甲方结算货款。</w:t>
      </w:r>
      <w:r>
        <w:rPr>
          <w:lang w:eastAsia="zh-CN"/>
        </w:rPr>
        <w:br/>
      </w:r>
      <w:r>
        <w:rPr>
          <w:lang w:eastAsia="zh-CN"/>
        </w:rPr>
        <w:t>　　3、数期结算：在甲方商品送抵乙方后_天，为甲方结算货款。</w:t>
      </w:r>
      <w:r>
        <w:rPr>
          <w:lang w:eastAsia="zh-CN"/>
        </w:rPr>
        <w:br/>
      </w:r>
      <w:r>
        <w:rPr>
          <w:lang w:eastAsia="zh-CN"/>
        </w:rPr>
        <w:t>　　4、乙方新店开业所订商品货款的付款方式为：</w:t>
      </w:r>
      <w:r>
        <w:rPr>
          <w:lang w:eastAsia="zh-CN"/>
        </w:rPr>
        <w:br/>
      </w:r>
      <w:r>
        <w:rPr>
          <w:lang w:eastAsia="zh-CN"/>
        </w:rPr>
        <w:t>　　5、乙方对甲方新入场商品货款的付款方式为：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6、乙方支付方式为(A、电汇;B、支票;C、现金)。如乙方提前付款，甲方可给予的现金折扣为：提前10天为1%，提前20天为2%，提前30天为3%.</w:t>
      </w:r>
      <w:r>
        <w:rPr>
          <w:lang w:eastAsia="zh-CN"/>
        </w:rPr>
        <w:br/>
      </w:r>
      <w:r>
        <w:rPr>
          <w:lang w:eastAsia="zh-CN"/>
        </w:rPr>
        <w:t>　　7、甲方结算时须按乙方关于发票的提供要求提供不低于结算总额%的合法增值税</w:t>
      </w:r>
      <w:r>
        <w:rPr>
          <w:lang w:eastAsia="zh-CN"/>
        </w:rPr>
        <w:br/>
      </w:r>
      <w:r>
        <w:rPr>
          <w:lang w:eastAsia="zh-CN"/>
        </w:rPr>
        <w:t>　　甲方(公章)：_________乙方(公章)：_________</w:t>
      </w:r>
      <w:r>
        <w:rPr>
          <w:lang w:eastAsia="zh-CN"/>
        </w:rPr>
        <w:br/>
      </w:r>
      <w:r>
        <w:rPr>
          <w:lang w:eastAsia="zh-CN"/>
        </w:rPr>
        <w:t>　　法定代表人(签字)：_________法定代表人(签字)：_________</w:t>
      </w:r>
      <w:r>
        <w:rPr>
          <w:lang w:eastAsia="zh-CN"/>
        </w:rPr>
        <w:br/>
      </w:r>
      <w:r>
        <w:rPr>
          <w:lang w:eastAsia="zh-CN"/>
        </w:rPr>
        <w:t>　　_________年____月____日_________年____月____日</w:t>
      </w:r>
      <w:r>
        <w:rPr>
          <w:lang w:eastAsia="zh-CN"/>
        </w:rPr>
        <w:br/>
      </w:r>
      <w:r>
        <w:rPr>
          <w:lang w:eastAsia="zh-CN"/>
        </w:rPr>
        <w:t xml:space="preserve">    2024年简单购销合同范文 篇9 </w:t>
      </w:r>
      <w:r>
        <w:rPr>
          <w:lang w:eastAsia="zh-CN"/>
        </w:rPr>
        <w:br/>
      </w:r>
      <w:r>
        <w:rPr>
          <w:lang w:eastAsia="zh-CN"/>
        </w:rPr>
        <w:t>　　甲方(购方)：____________________________________</w:t>
      </w:r>
      <w:r>
        <w:rPr>
          <w:lang w:eastAsia="zh-CN"/>
        </w:rPr>
        <w:br/>
      </w:r>
      <w:r>
        <w:rPr>
          <w:lang w:eastAsia="zh-CN"/>
        </w:rPr>
        <w:t>　　地址：____________邮码：____________电话：____________</w:t>
      </w:r>
      <w:r>
        <w:rPr>
          <w:lang w:eastAsia="zh-CN"/>
        </w:rPr>
        <w:br/>
      </w:r>
      <w:r>
        <w:rPr>
          <w:lang w:eastAsia="zh-CN"/>
        </w:rPr>
        <w:t>　　法定代表人：____________职务：____________</w:t>
      </w:r>
      <w:r>
        <w:rPr>
          <w:lang w:eastAsia="zh-CN"/>
        </w:rPr>
        <w:br/>
      </w:r>
      <w:r>
        <w:rPr>
          <w:lang w:eastAsia="zh-CN"/>
        </w:rPr>
        <w:t>　　乙方(销方)：____________________________________</w:t>
      </w:r>
      <w:r>
        <w:rPr>
          <w:lang w:eastAsia="zh-CN"/>
        </w:rPr>
        <w:br/>
      </w:r>
      <w:r>
        <w:rPr>
          <w:lang w:eastAsia="zh-CN"/>
        </w:rPr>
        <w:t>　　地址：____________邮码：____________电话：____________</w:t>
      </w:r>
      <w:r>
        <w:rPr>
          <w:lang w:eastAsia="zh-CN"/>
        </w:rPr>
        <w:br/>
      </w:r>
      <w:r>
        <w:rPr>
          <w:lang w:eastAsia="zh-CN"/>
        </w:rPr>
        <w:t>　　法定代表人：____________职务：____________</w:t>
      </w:r>
      <w:r>
        <w:rPr>
          <w:lang w:eastAsia="zh-CN"/>
        </w:rPr>
        <w:br/>
      </w:r>
      <w:r>
        <w:rPr>
          <w:lang w:eastAsia="zh-CN"/>
        </w:rPr>
        <w:t>　　经双方协定一致，签订水泥购销合同条款如下：</w:t>
      </w:r>
      <w:r>
        <w:rPr>
          <w:lang w:eastAsia="zh-CN"/>
        </w:rPr>
        <w:br/>
      </w:r>
      <w:r>
        <w:rPr>
          <w:lang w:eastAsia="zh-CN"/>
        </w:rPr>
        <w:t>　　一、数量、计量单位、单价、金额</w:t>
      </w:r>
      <w:r>
        <w:rPr>
          <w:lang w:eastAsia="zh-CN"/>
        </w:rPr>
        <w:br/>
      </w:r>
      <w:r>
        <w:rPr>
          <w:lang w:eastAsia="zh-CN"/>
        </w:rPr>
        <w:t>　　二、质量标准：水泥标号执行国家规定标准。由乙方按批向甲方交送水泥出厂质量通知单。甲方凭单验质。</w:t>
      </w:r>
      <w:r>
        <w:rPr>
          <w:lang w:eastAsia="zh-CN"/>
        </w:rPr>
        <w:br/>
      </w:r>
      <w:r>
        <w:rPr>
          <w:lang w:eastAsia="zh-CN"/>
        </w:rPr>
        <w:t>　　三、袋重合格率达到国家规范。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四、交货方式、地点和运杂费负担：甲方组织运输工具到乙方仓库提货，运费、上、下车费等均由甲方自理，乙方凭合同和甲方收货人出据的证明发货。若遇便车，乙方可以代运，其代运费用概由甲方负担。乙方垫付的款项，随同水泥价款一并结算。</w:t>
      </w:r>
      <w:r>
        <w:rPr>
          <w:lang w:eastAsia="zh-CN"/>
        </w:rPr>
        <w:br/>
      </w:r>
      <w:r>
        <w:rPr>
          <w:lang w:eastAsia="zh-CN"/>
        </w:rPr>
        <w:t>　　五、甲乙双方必须按如下期限提(供)货：</w:t>
      </w:r>
      <w:r>
        <w:rPr>
          <w:lang w:eastAsia="zh-CN"/>
        </w:rPr>
        <w:br/>
      </w:r>
      <w:r>
        <w:rPr>
          <w:lang w:eastAsia="zh-CN"/>
        </w:rPr>
        <w:t>　　____年____月____日前提(供)________吨。其中：______吨，______吨。</w:t>
      </w:r>
      <w:r>
        <w:rPr>
          <w:lang w:eastAsia="zh-CN"/>
        </w:rPr>
        <w:br/>
      </w:r>
      <w:r>
        <w:rPr>
          <w:lang w:eastAsia="zh-CN"/>
        </w:rPr>
        <w:t>　　____年____月____日前提(供)________吨。其中：______吨，______吨。</w:t>
      </w:r>
      <w:r>
        <w:rPr>
          <w:lang w:eastAsia="zh-CN"/>
        </w:rPr>
        <w:br/>
      </w:r>
      <w:r>
        <w:rPr>
          <w:lang w:eastAsia="zh-CN"/>
        </w:rPr>
        <w:t>　　____年____月____日前提(供)________吨。其中：______吨，______吨。</w:t>
      </w:r>
      <w:r>
        <w:rPr>
          <w:lang w:eastAsia="zh-CN"/>
        </w:rPr>
        <w:br/>
      </w:r>
      <w:r>
        <w:rPr>
          <w:lang w:eastAsia="zh-CN"/>
        </w:rPr>
        <w:t>　　____年____月____日前提(供)________吨。其中：______吨，______吨。</w:t>
      </w:r>
      <w:r>
        <w:rPr>
          <w:lang w:eastAsia="zh-CN"/>
        </w:rPr>
        <w:br/>
      </w:r>
      <w:r>
        <w:rPr>
          <w:lang w:eastAsia="zh-CN"/>
        </w:rPr>
        <w:t>　　甲方逾期提(收)货的。乙方有权处理该货，并不免除甲方责任。</w:t>
      </w:r>
      <w:r>
        <w:rPr>
          <w:lang w:eastAsia="zh-CN"/>
        </w:rPr>
        <w:br/>
      </w:r>
      <w:r>
        <w:rPr>
          <w:lang w:eastAsia="zh-CN"/>
        </w:rPr>
        <w:t>　　六、付款办法和期限：</w:t>
      </w:r>
      <w:r>
        <w:rPr>
          <w:lang w:eastAsia="zh-CN"/>
        </w:rPr>
        <w:br/>
      </w:r>
      <w:r>
        <w:rPr>
          <w:lang w:eastAsia="zh-CN"/>
        </w:rPr>
        <w:t>　　1.甲方在____年____月____日前付定金________元;</w:t>
      </w:r>
      <w:r>
        <w:rPr>
          <w:lang w:eastAsia="zh-CN"/>
        </w:rPr>
        <w:br/>
      </w:r>
      <w:r>
        <w:rPr>
          <w:lang w:eastAsia="zh-CN"/>
        </w:rPr>
        <w:t>　　2.采取先汇款后结算方式：甲方按购水泥总金额分期先汇款。</w:t>
      </w:r>
      <w:r>
        <w:rPr>
          <w:lang w:eastAsia="zh-CN"/>
        </w:rPr>
        <w:br/>
      </w:r>
      <w:r>
        <w:rPr>
          <w:lang w:eastAsia="zh-CN"/>
        </w:rPr>
        <w:t>　　____年____月____日前电汇________元;____年____月____日前电汇________元;</w:t>
      </w:r>
      <w:r>
        <w:rPr>
          <w:lang w:eastAsia="zh-CN"/>
        </w:rPr>
        <w:br/>
      </w:r>
      <w:r>
        <w:rPr>
          <w:lang w:eastAsia="zh-CN"/>
        </w:rPr>
        <w:t>　　____年____月____日前电汇________元;____年____月____日前电汇________元。</w:t>
      </w:r>
      <w:r>
        <w:rPr>
          <w:lang w:eastAsia="zh-CN"/>
        </w:rPr>
        <w:br/>
      </w:r>
      <w:r>
        <w:rPr>
          <w:lang w:eastAsia="zh-CN"/>
        </w:rPr>
        <w:t>　　3.采取托收承付方式：按《中国人民银行结算办法》第八条第一、二、三、五、六、七、八项规定执行。乙方每月____日～____日凭实发水泥开具销售发票向甲方开户银行办理托收。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七、违约责任：</w:t>
      </w:r>
      <w:r>
        <w:rPr>
          <w:lang w:eastAsia="zh-CN"/>
        </w:rPr>
        <w:br/>
      </w:r>
      <w:r>
        <w:rPr>
          <w:lang w:eastAsia="zh-CN"/>
        </w:rPr>
        <w:t>　　甲方责任：1.中途退货或违约拒收的，偿付退(或拒收)货部分货款总值____%的违约金。逾期提货的，每天偿付逾期提货部分货款总值____%的违约金，并承担乙方实际支付的代管费用。2.逾期付款的。每天偿付逾期付款总额____%的违约金。</w:t>
      </w:r>
      <w:r>
        <w:rPr>
          <w:lang w:eastAsia="zh-CN"/>
        </w:rPr>
        <w:br/>
      </w:r>
      <w:r>
        <w:rPr>
          <w:lang w:eastAsia="zh-CN"/>
        </w:rPr>
        <w:t>　　乙方责任：1.不能交货的，偿付不能交货部分货款总值5%的违约金;逾期交货的，按逾期交货部分货款总值计算，每天偿付____%的违约金。2.所交水泥质量、规格不符合同规定，除自费负责处理外，还要赔偿实际经济损失。</w:t>
      </w:r>
      <w:r>
        <w:rPr>
          <w:lang w:eastAsia="zh-CN"/>
        </w:rPr>
        <w:br/>
      </w:r>
      <w:r>
        <w:rPr>
          <w:lang w:eastAsia="zh-CN"/>
        </w:rPr>
        <w:t>　　八、本合同一式____份。经法定代表人签字后生效。有效期自____年____月____日起至____年____月____日止。</w:t>
      </w:r>
      <w:r>
        <w:rPr>
          <w:lang w:eastAsia="zh-CN"/>
        </w:rPr>
        <w:br/>
      </w:r>
      <w:r>
        <w:rPr>
          <w:lang w:eastAsia="zh-CN"/>
        </w:rPr>
        <w:t>　　甲方：________________________</w:t>
      </w:r>
      <w:r>
        <w:rPr>
          <w:lang w:eastAsia="zh-CN"/>
        </w:rPr>
        <w:br/>
      </w:r>
      <w:r>
        <w:rPr>
          <w:lang w:eastAsia="zh-CN"/>
        </w:rPr>
        <w:t>　　代表人：________</w:t>
      </w:r>
      <w:r>
        <w:rPr>
          <w:lang w:eastAsia="zh-CN"/>
        </w:rPr>
        <w:br/>
      </w:r>
      <w:r>
        <w:rPr>
          <w:lang w:eastAsia="zh-CN"/>
        </w:rPr>
        <w:t>　　开户银行：________</w:t>
      </w:r>
      <w:r>
        <w:rPr>
          <w:lang w:eastAsia="zh-CN"/>
        </w:rPr>
        <w:br/>
      </w:r>
      <w:r>
        <w:rPr>
          <w:lang w:eastAsia="zh-CN"/>
        </w:rPr>
        <w:t>　　帐号：____________</w:t>
      </w:r>
      <w:r>
        <w:rPr>
          <w:lang w:eastAsia="zh-CN"/>
        </w:rPr>
        <w:br/>
      </w:r>
      <w:r>
        <w:rPr>
          <w:lang w:eastAsia="zh-CN"/>
        </w:rPr>
        <w:t>　　____年__月__日</w:t>
      </w:r>
      <w:r>
        <w:rPr>
          <w:lang w:eastAsia="zh-CN"/>
        </w:rPr>
        <w:br/>
      </w:r>
      <w:r>
        <w:rPr>
          <w:lang w:eastAsia="zh-CN"/>
        </w:rPr>
        <w:t>　　乙方：________________________</w:t>
      </w:r>
      <w:r>
        <w:rPr>
          <w:lang w:eastAsia="zh-CN"/>
        </w:rPr>
        <w:br/>
      </w:r>
      <w:r>
        <w:rPr>
          <w:lang w:eastAsia="zh-CN"/>
        </w:rPr>
        <w:t>　　代表人：________</w:t>
      </w:r>
      <w:r>
        <w:rPr>
          <w:lang w:eastAsia="zh-CN"/>
        </w:rPr>
        <w:br/>
      </w:r>
      <w:r>
        <w:rPr>
          <w:lang w:eastAsia="zh-CN"/>
        </w:rPr>
        <w:t>　　开户银行：________</w:t>
      </w:r>
      <w:r>
        <w:rPr>
          <w:lang w:eastAsia="zh-CN"/>
        </w:rPr>
        <w:br/>
      </w:r>
      <w:r>
        <w:rPr>
          <w:lang w:eastAsia="zh-CN"/>
        </w:rPr>
        <w:t>　　帐号：____________</w:t>
      </w:r>
      <w:r>
        <w:rPr>
          <w:lang w:eastAsia="zh-CN"/>
        </w:rPr>
        <w:br/>
      </w:r>
      <w:r>
        <w:rPr>
          <w:lang w:eastAsia="zh-CN"/>
        </w:rPr>
        <w:t>　　____年__月__日</w:t>
      </w:r>
      <w:r>
        <w:rPr>
          <w:lang w:eastAsia="zh-CN"/>
        </w:rPr>
        <w:br/>
      </w:r>
      <w:r>
        <w:rPr>
          <w:lang w:eastAsia="zh-CN"/>
        </w:rPr>
        <w:t xml:space="preserve">    2024年简单购销合同范文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甲方： _______________________乙方：_______________________</w:t>
      </w:r>
      <w:r>
        <w:rPr>
          <w:lang w:eastAsia="zh-CN"/>
        </w:rPr>
        <w:br/>
      </w:r>
      <w:r>
        <w:rPr>
          <w:lang w:eastAsia="zh-CN"/>
        </w:rPr>
        <w:t>　　乙方于________年_____月____日定购下列天年产品：</w:t>
      </w:r>
      <w:r>
        <w:rPr>
          <w:lang w:eastAsia="zh-CN"/>
        </w:rPr>
        <w:br/>
      </w:r>
      <w:r>
        <w:rPr>
          <w:lang w:eastAsia="zh-CN"/>
        </w:rPr>
        <w:t>　　产品名称：____________________ 金额(大写)：______________________</w:t>
      </w:r>
      <w:r>
        <w:rPr>
          <w:lang w:eastAsia="zh-CN"/>
        </w:rPr>
        <w:br/>
      </w:r>
      <w:r>
        <w:rPr>
          <w:lang w:eastAsia="zh-CN"/>
        </w:rPr>
        <w:t>　　赠品名称：____________________ 定金(大写)：_________(请交纳五十元以上定金)</w:t>
      </w:r>
      <w:r>
        <w:rPr>
          <w:lang w:eastAsia="zh-CN"/>
        </w:rPr>
        <w:br/>
      </w:r>
      <w:r>
        <w:rPr>
          <w:lang w:eastAsia="zh-CN"/>
        </w:rPr>
        <w:t>　　关于退换货规定：</w:t>
      </w:r>
      <w:r>
        <w:rPr>
          <w:lang w:eastAsia="zh-CN"/>
        </w:rPr>
        <w:br/>
      </w:r>
      <w:r>
        <w:rPr>
          <w:lang w:eastAsia="zh-CN"/>
        </w:rPr>
        <w:t>　　退换货原则：a、天年素系列产品拆封后不予退换;b、离子水机在通水之后不是质量问题不予退换，质量问题经检测确认后可换货;c、生物系列不予退换;d、换货产品只能等值交换。</w:t>
      </w:r>
      <w:r>
        <w:rPr>
          <w:lang w:eastAsia="zh-CN"/>
        </w:rPr>
        <w:br/>
      </w:r>
      <w:r>
        <w:rPr>
          <w:lang w:eastAsia="zh-CN"/>
        </w:rPr>
        <w:t>　　注意事项：凡各种未使用的产品拆封后退换货时，赠品必须收回，若无法收回按优惠价补差价后，方可办理退换货手续。</w:t>
      </w:r>
      <w:r>
        <w:rPr>
          <w:lang w:eastAsia="zh-CN"/>
        </w:rPr>
        <w:br/>
      </w:r>
      <w:r>
        <w:rPr>
          <w:lang w:eastAsia="zh-CN"/>
        </w:rPr>
        <w:t>　　由于涉及到送货费用、安装费用、材料费用等，因此送货后退货本公司将不退回定金。</w:t>
      </w:r>
      <w:r>
        <w:rPr>
          <w:lang w:eastAsia="zh-CN"/>
        </w:rPr>
        <w:br/>
      </w:r>
      <w:r>
        <w:rPr>
          <w:lang w:eastAsia="zh-CN"/>
        </w:rPr>
        <w:t>　　水机产品因特殊情况不得已退货的，本公司将收取一定的折旧费用：(不含人为损坏)</w:t>
      </w:r>
      <w:r>
        <w:rPr>
          <w:lang w:eastAsia="zh-CN"/>
        </w:rPr>
        <w:br/>
      </w:r>
      <w:r>
        <w:rPr>
          <w:lang w:eastAsia="zh-CN"/>
        </w:rPr>
        <w:t>　　使用时间 退货比例 使用时间 退货比例</w:t>
      </w:r>
      <w:r>
        <w:rPr>
          <w:lang w:eastAsia="zh-CN"/>
        </w:rPr>
        <w:br/>
      </w:r>
      <w:r>
        <w:rPr>
          <w:lang w:eastAsia="zh-CN"/>
        </w:rPr>
        <w:t>　　未使用 已使用 未使用 已使用</w:t>
      </w:r>
      <w:r>
        <w:rPr>
          <w:lang w:eastAsia="zh-CN"/>
        </w:rPr>
        <w:br/>
      </w:r>
      <w:r>
        <w:rPr>
          <w:lang w:eastAsia="zh-CN"/>
        </w:rPr>
        <w:t>　　一周内 100% 一个月内 80%</w:t>
      </w:r>
      <w:r>
        <w:rPr>
          <w:lang w:eastAsia="zh-CN"/>
        </w:rPr>
        <w:br/>
      </w:r>
      <w:r>
        <w:rPr>
          <w:lang w:eastAsia="zh-CN"/>
        </w:rPr>
        <w:t>　　一星期内 90% 两个月内 70%</w:t>
      </w:r>
      <w:r>
        <w:rPr>
          <w:lang w:eastAsia="zh-CN"/>
        </w:rPr>
        <w:br/>
      </w:r>
      <w:r>
        <w:rPr>
          <w:lang w:eastAsia="zh-CN"/>
        </w:rPr>
        <w:t>　　十五天内 85% 三个月内 60%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乙方已收到《天年牌离子水机安装及维修须知》并已详细阅知。</w:t>
      </w:r>
      <w:r>
        <w:rPr>
          <w:lang w:eastAsia="zh-CN"/>
        </w:rPr>
        <w:br/>
      </w:r>
      <w:r>
        <w:rPr>
          <w:lang w:eastAsia="zh-CN"/>
        </w:rPr>
        <w:t>　　本全同一式二份，甲、乙方执一份，经双方我们签字后生效。</w:t>
      </w:r>
      <w:r>
        <w:rPr>
          <w:lang w:eastAsia="zh-CN"/>
        </w:rPr>
        <w:br/>
      </w:r>
      <w:r>
        <w:rPr>
          <w:lang w:eastAsia="zh-CN"/>
        </w:rPr>
        <w:t>　　甲方经办人签字(盖章)：______________ 乙方签字:_____________________</w:t>
      </w:r>
      <w:r>
        <w:rPr>
          <w:lang w:eastAsia="zh-CN"/>
        </w:rPr>
        <w:br/>
      </w:r>
      <w:r>
        <w:rPr>
          <w:lang w:eastAsia="zh-CN"/>
        </w:rPr>
        <w:t>　　昆明维托天年科技有限公司_______年____月___日</w:t>
      </w:r>
      <w:r>
        <w:rPr>
          <w:lang w:eastAsia="zh-CN"/>
        </w:rPr>
        <w:br/>
      </w:r>
      <w:r>
        <w:rPr>
          <w:lang w:eastAsia="zh-CN"/>
        </w:rPr>
        <w:t xml:space="preserve">    2024年简单购销合同范文 篇11 </w:t>
      </w:r>
      <w:r>
        <w:rPr>
          <w:lang w:eastAsia="zh-CN"/>
        </w:rPr>
        <w:br/>
      </w:r>
      <w:r>
        <w:rPr>
          <w:lang w:eastAsia="zh-CN"/>
        </w:rPr>
        <w:t>　　需方：(以下简称甲方)供方：(以下简称乙方)</w:t>
      </w:r>
      <w:r>
        <w:rPr>
          <w:lang w:eastAsia="zh-CN"/>
        </w:rPr>
        <w:br/>
      </w:r>
      <w:r>
        <w:rPr>
          <w:lang w:eastAsia="zh-CN"/>
        </w:rPr>
        <w:t>　　甲方现将工程防盗门及防火防盗门加工制造及安装工程项目委托给乙方承包施工，为明确双方责任与义务特订立本协议以便共同遵守。</w:t>
      </w:r>
      <w:r>
        <w:rPr>
          <w:lang w:eastAsia="zh-CN"/>
        </w:rPr>
        <w:br/>
      </w:r>
      <w:r>
        <w:rPr>
          <w:lang w:eastAsia="zh-CN"/>
        </w:rPr>
        <w:t>　　一、工程名称：</w:t>
      </w:r>
      <w:r>
        <w:rPr>
          <w:lang w:eastAsia="zh-CN"/>
        </w:rPr>
        <w:br/>
      </w:r>
      <w:r>
        <w:rPr>
          <w:lang w:eastAsia="zh-CN"/>
        </w:rPr>
        <w:t>　　二、承包范围：</w:t>
      </w:r>
      <w:r>
        <w:rPr>
          <w:lang w:eastAsia="zh-CN"/>
        </w:rPr>
        <w:br/>
      </w:r>
      <w:r>
        <w:rPr>
          <w:lang w:eastAsia="zh-CN"/>
        </w:rPr>
        <w:t>　　负责防盗门的加工制作、安装</w:t>
      </w:r>
      <w:r>
        <w:rPr>
          <w:lang w:eastAsia="zh-CN"/>
        </w:rPr>
        <w:br/>
      </w:r>
      <w:r>
        <w:rPr>
          <w:lang w:eastAsia="zh-CN"/>
        </w:rPr>
        <w:t>　　三、防盗门及防火门工程造价</w:t>
      </w:r>
      <w:r>
        <w:rPr>
          <w:lang w:eastAsia="zh-CN"/>
        </w:rPr>
        <w:br/>
      </w:r>
      <w:r>
        <w:rPr>
          <w:lang w:eastAsia="zh-CN"/>
        </w:rPr>
        <w:t>　　四、产品及安装质量</w:t>
      </w:r>
      <w:r>
        <w:rPr>
          <w:lang w:eastAsia="zh-CN"/>
        </w:rPr>
        <w:br/>
      </w:r>
      <w:r>
        <w:rPr>
          <w:lang w:eastAsia="zh-CN"/>
        </w:rPr>
        <w:t>　　1、产品验收以供方提供的样品及安装样板质量验收为准。产品质量保修期壹年，产品保修期从本项目工程竣工验收之日起计算(人为因素除外)。</w:t>
      </w:r>
      <w:r>
        <w:rPr>
          <w:lang w:eastAsia="zh-CN"/>
        </w:rPr>
        <w:br/>
      </w:r>
      <w:r>
        <w:rPr>
          <w:lang w:eastAsia="zh-CN"/>
        </w:rPr>
        <w:t>　　2、乙方产品质量如下：</w:t>
      </w:r>
      <w:r>
        <w:rPr>
          <w:lang w:eastAsia="zh-CN"/>
        </w:rPr>
        <w:br/>
      </w:r>
      <w:r>
        <w:rPr>
          <w:lang w:eastAsia="zh-CN"/>
        </w:rPr>
        <w:t>　　①乙方产品质量采用材料必须达到约定条件的规定，锁具、备件配置符合需方要求，并在安装前出具相关部门的资质证书给甲方备案。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②安装质量必须符合国家现行质量验收标准要求。</w:t>
      </w:r>
      <w:r>
        <w:rPr>
          <w:lang w:eastAsia="zh-CN"/>
        </w:rPr>
        <w:br/>
      </w:r>
      <w:r>
        <w:rPr>
          <w:lang w:eastAsia="zh-CN"/>
        </w:rPr>
        <w:t>　　③工程质量及产品不合格乙方必须无条件返工或退货，由此所发生的工料及其它损失乙方自负。</w:t>
      </w:r>
      <w:r>
        <w:rPr>
          <w:lang w:eastAsia="zh-CN"/>
        </w:rPr>
        <w:br/>
      </w:r>
      <w:r>
        <w:rPr>
          <w:lang w:eastAsia="zh-CN"/>
        </w:rPr>
        <w:t>　　五、交货时间及要求</w:t>
      </w:r>
      <w:r>
        <w:rPr>
          <w:lang w:eastAsia="zh-CN"/>
        </w:rPr>
        <w:br/>
      </w:r>
      <w:r>
        <w:rPr>
          <w:lang w:eastAsia="zh-CN"/>
        </w:rPr>
        <w:t>　　1、乙方安装时间应符合甲方的施工计划，并将门运到施工现场。2、产品包装材料乙方自行回收。</w:t>
      </w:r>
      <w:r>
        <w:rPr>
          <w:lang w:eastAsia="zh-CN"/>
        </w:rPr>
        <w:br/>
      </w:r>
      <w:r>
        <w:rPr>
          <w:lang w:eastAsia="zh-CN"/>
        </w:rPr>
        <w:t>　　六、甲乙双方责任</w:t>
      </w:r>
      <w:r>
        <w:rPr>
          <w:lang w:eastAsia="zh-CN"/>
        </w:rPr>
        <w:br/>
      </w:r>
      <w:r>
        <w:rPr>
          <w:lang w:eastAsia="zh-CN"/>
        </w:rPr>
        <w:t>　　甲方责任：</w:t>
      </w:r>
      <w:r>
        <w:rPr>
          <w:lang w:eastAsia="zh-CN"/>
        </w:rPr>
        <w:br/>
      </w:r>
      <w:r>
        <w:rPr>
          <w:lang w:eastAsia="zh-CN"/>
        </w:rPr>
        <w:t>　　1、提供乙方施工场地及施工所需水电。2、粉刷、灌浆甲方责任。</w:t>
      </w:r>
      <w:r>
        <w:rPr>
          <w:lang w:eastAsia="zh-CN"/>
        </w:rPr>
        <w:br/>
      </w:r>
      <w:r>
        <w:rPr>
          <w:lang w:eastAsia="zh-CN"/>
        </w:rPr>
        <w:t>　　乙方责任：</w:t>
      </w:r>
      <w:r>
        <w:rPr>
          <w:lang w:eastAsia="zh-CN"/>
        </w:rPr>
        <w:br/>
      </w:r>
      <w:r>
        <w:rPr>
          <w:lang w:eastAsia="zh-CN"/>
        </w:rPr>
        <w:t>　　1、接受甲方管理，按甲方的安全文明标化施工要求清理场地。2、自负工程安装工具、量具、材料及工人生活日用品。3、在本工程没有安装完结之前，负责施工过程中的成品保护。4、自行负责施工人员的安全施工，发生安全事故乙方自负。七、验收标准、方法及提出异议期限</w:t>
      </w:r>
      <w:r>
        <w:rPr>
          <w:lang w:eastAsia="zh-CN"/>
        </w:rPr>
        <w:br/>
      </w:r>
      <w:r>
        <w:rPr>
          <w:lang w:eastAsia="zh-CN"/>
        </w:rPr>
        <w:t>　　以双方认可的样品门及工程质量验收为准，乙方安装完毕后，甲方组织验收，竣工验收后15日内未提出质量异议，视为产品质量验收合格。(备注：本产品不负责包验收，但负责提供有效证件及合格产品。)</w:t>
      </w:r>
      <w:r>
        <w:rPr>
          <w:lang w:eastAsia="zh-CN"/>
        </w:rPr>
        <w:br/>
      </w:r>
      <w:r>
        <w:rPr>
          <w:lang w:eastAsia="zh-CN"/>
        </w:rPr>
        <w:t>　　八、付款方式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1、合同签订生效之日支付定金，产品到工地即支付，安装完毕内部验收合格后支付，余款三个月内一次付清全款。</w:t>
      </w:r>
      <w:r>
        <w:rPr>
          <w:lang w:eastAsia="zh-CN"/>
        </w:rPr>
        <w:br/>
      </w:r>
      <w:r>
        <w:rPr>
          <w:lang w:eastAsia="zh-CN"/>
        </w:rPr>
        <w:t>　　2、本工程款项由甲方按乙方的正式发票金额以汇款方式支付给乙方结算。</w:t>
      </w:r>
      <w:r>
        <w:rPr>
          <w:lang w:eastAsia="zh-CN"/>
        </w:rPr>
        <w:br/>
      </w:r>
      <w:r>
        <w:rPr>
          <w:lang w:eastAsia="zh-CN"/>
        </w:rPr>
        <w:t>　　九、违约责任</w:t>
      </w:r>
      <w:r>
        <w:rPr>
          <w:lang w:eastAsia="zh-CN"/>
        </w:rPr>
        <w:br/>
      </w:r>
      <w:r>
        <w:rPr>
          <w:lang w:eastAsia="zh-CN"/>
        </w:rPr>
        <w:t>　　1、乙方未按照甲方要求履行供货或安装义务，甲方有权拒绝支付乙方货款，并每违约一次，要求乙方支付500元的违约金。</w:t>
      </w:r>
      <w:r>
        <w:rPr>
          <w:lang w:eastAsia="zh-CN"/>
        </w:rPr>
        <w:br/>
      </w:r>
      <w:r>
        <w:rPr>
          <w:lang w:eastAsia="zh-CN"/>
        </w:rPr>
        <w:t>　　2、若甲方未按时支付货款，乙方有权要求甲方按照应付款0.2%支付违约金。</w:t>
      </w:r>
      <w:r>
        <w:rPr>
          <w:lang w:eastAsia="zh-CN"/>
        </w:rPr>
        <w:br/>
      </w:r>
      <w:r>
        <w:rPr>
          <w:lang w:eastAsia="zh-CN"/>
        </w:rPr>
        <w:t>　　3、甲乙双方在合同过程中如发生纠纷，应友好协商解决，协商不成时，双方各自可上诉至所在地人民法院裁决。</w:t>
      </w:r>
      <w:r>
        <w:rPr>
          <w:lang w:eastAsia="zh-CN"/>
        </w:rPr>
        <w:br/>
      </w:r>
      <w:r>
        <w:rPr>
          <w:lang w:eastAsia="zh-CN"/>
        </w:rPr>
        <w:t>　　十、其它约定事项</w:t>
      </w:r>
      <w:r>
        <w:rPr>
          <w:lang w:eastAsia="zh-CN"/>
        </w:rPr>
        <w:br/>
      </w:r>
      <w:r>
        <w:rPr>
          <w:lang w:eastAsia="zh-CN"/>
        </w:rPr>
        <w:t>　　乙方完成合同交付通过需方验收合格之后，但尚未收合同约定全部款项之前，对交付的产品继续拥有所有权，在此期间，供方不售后服务。</w:t>
      </w:r>
      <w:r>
        <w:rPr>
          <w:lang w:eastAsia="zh-CN"/>
        </w:rPr>
        <w:br/>
      </w:r>
      <w:r>
        <w:rPr>
          <w:lang w:eastAsia="zh-CN"/>
        </w:rPr>
        <w:t>　　十一、本合同一式份，甲、乙双方各壹份，双方签字盖章后生效。</w:t>
      </w:r>
      <w:r>
        <w:rPr>
          <w:lang w:eastAsia="zh-CN"/>
        </w:rPr>
        <w:br/>
      </w:r>
      <w:r>
        <w:rPr>
          <w:lang w:eastAsia="zh-CN"/>
        </w:rPr>
        <w:t>　　合同工程款全部支付后，自行失效。</w:t>
      </w:r>
      <w:r>
        <w:rPr>
          <w:lang w:eastAsia="zh-CN"/>
        </w:rPr>
        <w:br/>
      </w:r>
      <w:r>
        <w:rPr>
          <w:lang w:eastAsia="zh-CN"/>
        </w:rPr>
        <w:t>　　甲方(签字盖章)：乙方(签字盖章)：法定代表人：法定代表人：委托代理人：委托代理人：电话、传真：电话、传真：开户银行：开户银行：帐号：账号：</w:t>
      </w:r>
      <w:r>
        <w:rPr>
          <w:lang w:eastAsia="zh-CN"/>
        </w:rPr>
        <w:br/>
      </w:r>
      <w:r>
        <w:rPr>
          <w:lang w:eastAsia="zh-CN"/>
        </w:rPr>
        <w:t>　　签定地址：签订时间：年月日</w:t>
      </w:r>
      <w:r>
        <w:rPr>
          <w:lang w:eastAsia="zh-CN"/>
        </w:rPr>
        <w:br/>
      </w:r>
      <w:r>
        <w:rPr>
          <w:lang w:eastAsia="zh-CN"/>
        </w:rPr>
        <w:t xml:space="preserve">    2024年简单购销合同范文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供方(甲方)：_______________________</w:t>
      </w:r>
      <w:r>
        <w:rPr>
          <w:lang w:eastAsia="zh-CN"/>
        </w:rPr>
        <w:br/>
      </w:r>
      <w:r>
        <w:rPr>
          <w:lang w:eastAsia="zh-CN"/>
        </w:rPr>
        <w:t>　　需方(乙方)：_______________________</w:t>
      </w:r>
      <w:r>
        <w:rPr>
          <w:lang w:eastAsia="zh-CN"/>
        </w:rPr>
        <w:br/>
      </w:r>
      <w:r>
        <w:rPr>
          <w:lang w:eastAsia="zh-CN"/>
        </w:rPr>
        <w:t>　　甲乙双方就钢材购销事宜经协商一致，订立合同如下：</w:t>
      </w:r>
      <w:r>
        <w:rPr>
          <w:lang w:eastAsia="zh-CN"/>
        </w:rPr>
        <w:br/>
      </w:r>
      <w:r>
        <w:rPr>
          <w:lang w:eastAsia="zh-CN"/>
        </w:rPr>
        <w:t>　　一、品名、品种、规格、材质、数量</w:t>
      </w:r>
      <w:r>
        <w:rPr>
          <w:lang w:eastAsia="zh-CN"/>
        </w:rPr>
        <w:br/>
      </w:r>
      <w:r>
        <w:rPr>
          <w:lang w:eastAsia="zh-CN"/>
        </w:rPr>
        <w:t>　　二、质量标准</w:t>
      </w:r>
      <w:r>
        <w:rPr>
          <w:lang w:eastAsia="zh-CN"/>
        </w:rPr>
        <w:br/>
      </w:r>
      <w:r>
        <w:rPr>
          <w:lang w:eastAsia="zh-CN"/>
        </w:rPr>
        <w:t>　　三、产品单价及总金额</w:t>
      </w:r>
      <w:r>
        <w:rPr>
          <w:lang w:eastAsia="zh-CN"/>
        </w:rPr>
        <w:br/>
      </w:r>
      <w:r>
        <w:rPr>
          <w:lang w:eastAsia="zh-CN"/>
        </w:rPr>
        <w:t>　　四、交货时间、地点、运输方式及费用负担</w:t>
      </w:r>
      <w:r>
        <w:rPr>
          <w:lang w:eastAsia="zh-CN"/>
        </w:rPr>
        <w:br/>
      </w:r>
      <w:r>
        <w:rPr>
          <w:lang w:eastAsia="zh-CN"/>
        </w:rPr>
        <w:t>　　五、质量检验及验收方式</w:t>
      </w:r>
      <w:r>
        <w:rPr>
          <w:lang w:eastAsia="zh-CN"/>
        </w:rPr>
        <w:br/>
      </w:r>
      <w:r>
        <w:rPr>
          <w:lang w:eastAsia="zh-CN"/>
        </w:rPr>
        <w:t>　　六、付款日期及结算方式</w:t>
      </w:r>
      <w:r>
        <w:rPr>
          <w:lang w:eastAsia="zh-CN"/>
        </w:rPr>
        <w:br/>
      </w:r>
      <w:r>
        <w:rPr>
          <w:lang w:eastAsia="zh-CN"/>
        </w:rPr>
        <w:t>　　七、违约责任</w:t>
      </w:r>
      <w:r>
        <w:rPr>
          <w:lang w:eastAsia="zh-CN"/>
        </w:rPr>
        <w:br/>
      </w:r>
      <w:r>
        <w:rPr>
          <w:lang w:eastAsia="zh-CN"/>
        </w:rPr>
        <w:t>　　八、争议的解决方式</w:t>
      </w:r>
      <w:r>
        <w:rPr>
          <w:lang w:eastAsia="zh-CN"/>
        </w:rPr>
        <w:br/>
      </w:r>
      <w:r>
        <w:rPr>
          <w:lang w:eastAsia="zh-CN"/>
        </w:rPr>
        <w:t>　　九、其他约定事项</w:t>
      </w:r>
      <w:r>
        <w:rPr>
          <w:lang w:eastAsia="zh-CN"/>
        </w:rPr>
        <w:br/>
      </w:r>
      <w:r>
        <w:rPr>
          <w:lang w:eastAsia="zh-CN"/>
        </w:rPr>
        <w:t>　　本合同一式份，双方当事人各执_________份。</w:t>
      </w:r>
      <w:r>
        <w:rPr>
          <w:lang w:eastAsia="zh-CN"/>
        </w:rPr>
        <w:br/>
      </w:r>
      <w:r>
        <w:rPr>
          <w:lang w:eastAsia="zh-CN"/>
        </w:rPr>
        <w:t>　　供方(甲方)：_____________</w:t>
      </w:r>
      <w:r>
        <w:rPr>
          <w:lang w:eastAsia="zh-CN"/>
        </w:rPr>
        <w:br/>
      </w:r>
      <w:r>
        <w:rPr>
          <w:lang w:eastAsia="zh-CN"/>
        </w:rPr>
        <w:t>　　法定代表人：_______________</w:t>
      </w:r>
      <w:r>
        <w:rPr>
          <w:lang w:eastAsia="zh-CN"/>
        </w:rPr>
        <w:br/>
      </w:r>
      <w:r>
        <w:rPr>
          <w:lang w:eastAsia="zh-CN"/>
        </w:rPr>
        <w:t>　　开户行：___________________</w:t>
      </w:r>
      <w:r>
        <w:rPr>
          <w:lang w:eastAsia="zh-CN"/>
        </w:rPr>
        <w:br/>
      </w:r>
      <w:r>
        <w:rPr>
          <w:lang w:eastAsia="zh-CN"/>
        </w:rPr>
        <w:t>　　账号：_____________________</w:t>
      </w:r>
      <w:r>
        <w:rPr>
          <w:lang w:eastAsia="zh-CN"/>
        </w:rPr>
        <w:br/>
      </w:r>
      <w:r>
        <w:rPr>
          <w:lang w:eastAsia="zh-CN"/>
        </w:rPr>
        <w:t>　　供方(乙方)：_____________</w:t>
      </w:r>
      <w:r>
        <w:rPr>
          <w:lang w:eastAsia="zh-CN"/>
        </w:rPr>
        <w:br/>
      </w:r>
      <w:r>
        <w:rPr>
          <w:lang w:eastAsia="zh-CN"/>
        </w:rPr>
        <w:t>　　法定代表人：_______________</w:t>
      </w:r>
      <w:r>
        <w:rPr>
          <w:lang w:eastAsia="zh-CN"/>
        </w:rPr>
        <w:br/>
      </w:r>
      <w:r>
        <w:rPr>
          <w:lang w:eastAsia="zh-CN"/>
        </w:rPr>
        <w:t>　　开户行：___________________</w:t>
      </w:r>
      <w:r>
        <w:rPr>
          <w:lang w:eastAsia="zh-CN"/>
        </w:rPr>
        <w:br/>
      </w:r>
      <w:r>
        <w:rPr>
          <w:lang w:eastAsia="zh-CN"/>
        </w:rPr>
        <w:t>　　账号：_____________________</w:t>
      </w:r>
      <w:r>
        <w:rPr>
          <w:lang w:eastAsia="zh-CN"/>
        </w:rPr>
        <w:br/>
      </w:r>
      <w:r>
        <w:rPr>
          <w:lang w:eastAsia="zh-CN"/>
        </w:rPr>
        <w:t xml:space="preserve">    2024年简单购销合同范文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购货单位（以下简称甲方）：</w:t>
      </w:r>
      <w:r>
        <w:rPr>
          <w:lang w:eastAsia="zh-CN"/>
        </w:rPr>
        <w:br/>
      </w:r>
      <w:r>
        <w:rPr>
          <w:lang w:eastAsia="zh-CN"/>
        </w:rPr>
        <w:t>　　电话：</w:t>
      </w:r>
      <w:r>
        <w:rPr>
          <w:lang w:eastAsia="zh-CN"/>
        </w:rPr>
        <w:br/>
      </w:r>
      <w:r>
        <w:rPr>
          <w:lang w:eastAsia="zh-CN"/>
        </w:rPr>
        <w:t>　　供货单位（以下简称乙方）：</w:t>
      </w:r>
      <w:r>
        <w:rPr>
          <w:lang w:eastAsia="zh-CN"/>
        </w:rPr>
        <w:br/>
      </w:r>
      <w:r>
        <w:rPr>
          <w:lang w:eastAsia="zh-CN"/>
        </w:rPr>
        <w:t>　　电话：</w:t>
      </w:r>
      <w:r>
        <w:rPr>
          <w:lang w:eastAsia="zh-CN"/>
        </w:rPr>
        <w:br/>
      </w:r>
      <w:r>
        <w:rPr>
          <w:lang w:eastAsia="zh-CN"/>
        </w:rPr>
        <w:t>　　经甲乙双方充分协商，特订立本合同，以便共同遵守。</w:t>
      </w:r>
      <w:r>
        <w:rPr>
          <w:lang w:eastAsia="zh-CN"/>
        </w:rPr>
        <w:br/>
      </w:r>
      <w:r>
        <w:rPr>
          <w:lang w:eastAsia="zh-CN"/>
        </w:rPr>
        <w:t>　　第一条 产品的名称、品种、规格和质量</w:t>
      </w:r>
      <w:r>
        <w:rPr>
          <w:lang w:eastAsia="zh-CN"/>
        </w:rPr>
        <w:br/>
      </w:r>
      <w:r>
        <w:rPr>
          <w:lang w:eastAsia="zh-CN"/>
        </w:rPr>
        <w:t>　　1、产品的名称、品种、规格： （应注明产品的牌号或商标）</w:t>
      </w:r>
      <w:r>
        <w:rPr>
          <w:lang w:eastAsia="zh-CN"/>
        </w:rPr>
        <w:br/>
      </w:r>
      <w:r>
        <w:rPr>
          <w:lang w:eastAsia="zh-CN"/>
        </w:rPr>
        <w:t>　　2、产品的技术标准（包括质量要求），按下列第项执行：</w:t>
      </w:r>
      <w:r>
        <w:rPr>
          <w:lang w:eastAsia="zh-CN"/>
        </w:rPr>
        <w:br/>
      </w:r>
      <w:r>
        <w:rPr>
          <w:lang w:eastAsia="zh-CN"/>
        </w:rPr>
        <w:t>　　（1）按国家标准执行；</w:t>
      </w:r>
      <w:r>
        <w:rPr>
          <w:lang w:eastAsia="zh-CN"/>
        </w:rPr>
        <w:br/>
      </w:r>
      <w:r>
        <w:rPr>
          <w:lang w:eastAsia="zh-CN"/>
        </w:rPr>
        <w:t>　　（2）按部颁标准执行；</w:t>
      </w:r>
      <w:r>
        <w:rPr>
          <w:lang w:eastAsia="zh-CN"/>
        </w:rPr>
        <w:br/>
      </w:r>
      <w:r>
        <w:rPr>
          <w:lang w:eastAsia="zh-CN"/>
        </w:rPr>
        <w:t>　　（3）由甲乙双方商定技术要求执行。</w:t>
      </w:r>
      <w:r>
        <w:rPr>
          <w:lang w:eastAsia="zh-CN"/>
        </w:rPr>
        <w:br/>
      </w:r>
      <w:r>
        <w:rPr>
          <w:lang w:eastAsia="zh-CN"/>
        </w:rPr>
        <w:t>　　（在合同中必须写明执行的标准代号、编号和标准名称。对成套产品，合同中要明确规定附件的质量要求；对某些必须安装运转后才能发现内在质量缺陷的产品，除主管部门另有规定外，合同中应具体规定提出质量异议的条件和时间；实行抽样检验质量的产品，合同中应注明采用的抽样标准或抽验方法和比例；在商定技术条件后需要封存样品的，应当由当事人双方共同封存，分别保管，作检验的依据。）</w:t>
      </w:r>
      <w:r>
        <w:rPr>
          <w:lang w:eastAsia="zh-CN"/>
        </w:rPr>
        <w:br/>
      </w:r>
      <w:r>
        <w:rPr>
          <w:lang w:eastAsia="zh-CN"/>
        </w:rPr>
        <w:t>　　第二条 产品的数量和计量单位、计量方法</w:t>
      </w:r>
      <w:r>
        <w:rPr>
          <w:lang w:eastAsia="zh-CN"/>
        </w:rPr>
        <w:br/>
      </w:r>
      <w:r>
        <w:rPr>
          <w:lang w:eastAsia="zh-CN"/>
        </w:rPr>
        <w:t>　　1、产品的数量：</w:t>
      </w:r>
      <w:r>
        <w:rPr>
          <w:lang w:eastAsia="zh-CN"/>
        </w:rPr>
        <w:br/>
      </w:r>
      <w:r>
        <w:rPr>
          <w:lang w:eastAsia="zh-CN"/>
        </w:rPr>
        <w:t>　　2、计量单位、计量方法：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国家或主管部门有计量方法规定的，按国家或主管部门的规定执行；国家或主管部门无规定的，由甲乙双方商定。对机电设备，必要时应当在合同明确规定随主机的辅机、附件、配套的产品、易损耗备品、配件和安装修理工具等。对成套供应的产品，应当明确成套供应的范围，并提出成套供应清单。）</w:t>
      </w:r>
      <w:r>
        <w:rPr>
          <w:lang w:eastAsia="zh-CN"/>
        </w:rPr>
        <w:br/>
      </w:r>
      <w:r>
        <w:rPr>
          <w:lang w:eastAsia="zh-CN"/>
        </w:rPr>
        <w:t>　　3、产品交货数量的正负尾差、合理磅差和在途自然减（增）量规定及计算方法：</w:t>
      </w:r>
      <w:r>
        <w:rPr>
          <w:lang w:eastAsia="zh-CN"/>
        </w:rPr>
        <w:br/>
      </w:r>
      <w:r>
        <w:rPr>
          <w:lang w:eastAsia="zh-CN"/>
        </w:rPr>
        <w:t>　　第三条 产品的包装标准和包装物的供应与回收</w:t>
      </w:r>
      <w:r>
        <w:rPr>
          <w:lang w:eastAsia="zh-CN"/>
        </w:rPr>
        <w:br/>
      </w:r>
      <w:r>
        <w:rPr>
          <w:lang w:eastAsia="zh-CN"/>
        </w:rPr>
        <w:t>　　（产品的包装，国家或业务主管部门有技术规定的，按技术规定执行；国家与业务主管部门无技术规定的，由甲乙双方商定。产品的包装物，除国家规定由甲方供应的以外，应由乙方负责供应。</w:t>
      </w:r>
      <w:r>
        <w:rPr>
          <w:lang w:eastAsia="zh-CN"/>
        </w:rPr>
        <w:br/>
      </w:r>
      <w:r>
        <w:rPr>
          <w:lang w:eastAsia="zh-CN"/>
        </w:rPr>
        <w:t>　　第四条 产品的交货单位、交货方法、运输方式、到货地点（包括专用线、码头）</w:t>
      </w:r>
      <w:r>
        <w:rPr>
          <w:lang w:eastAsia="zh-CN"/>
        </w:rPr>
        <w:br/>
      </w:r>
      <w:r>
        <w:rPr>
          <w:lang w:eastAsia="zh-CN"/>
        </w:rPr>
        <w:t>　　1、产品的交货单位：</w:t>
      </w:r>
      <w:r>
        <w:rPr>
          <w:lang w:eastAsia="zh-CN"/>
        </w:rPr>
        <w:br/>
      </w:r>
      <w:r>
        <w:rPr>
          <w:lang w:eastAsia="zh-CN"/>
        </w:rPr>
        <w:t>　　2、交货方法，按下列第项执行：</w:t>
      </w:r>
      <w:r>
        <w:rPr>
          <w:lang w:eastAsia="zh-CN"/>
        </w:rPr>
        <w:br/>
      </w:r>
      <w:r>
        <w:rPr>
          <w:lang w:eastAsia="zh-CN"/>
        </w:rPr>
        <w:t>　　（1）乙方送货；</w:t>
      </w:r>
      <w:r>
        <w:rPr>
          <w:lang w:eastAsia="zh-CN"/>
        </w:rPr>
        <w:br/>
      </w:r>
      <w:r>
        <w:rPr>
          <w:lang w:eastAsia="zh-CN"/>
        </w:rPr>
        <w:t>　　（2）乙方代运（乙方代办运输，应充分考虑甲方的要求，商定合理的运输路线和运输工具）；</w:t>
      </w:r>
      <w:r>
        <w:rPr>
          <w:lang w:eastAsia="zh-CN"/>
        </w:rPr>
        <w:br/>
      </w:r>
      <w:r>
        <w:rPr>
          <w:lang w:eastAsia="zh-CN"/>
        </w:rPr>
        <w:t>　　（3）甲方自提自运。</w:t>
      </w:r>
      <w:r>
        <w:rPr>
          <w:lang w:eastAsia="zh-CN"/>
        </w:rPr>
        <w:br/>
      </w:r>
      <w:r>
        <w:rPr>
          <w:lang w:eastAsia="zh-CN"/>
        </w:rPr>
        <w:t>　　3、运输方式：</w:t>
      </w:r>
      <w:r>
        <w:rPr>
          <w:lang w:eastAsia="zh-CN"/>
        </w:rPr>
        <w:br/>
      </w:r>
      <w:r>
        <w:rPr>
          <w:lang w:eastAsia="zh-CN"/>
        </w:rPr>
        <w:t>　　4、到货地点和接货单位（或接货人）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甲方如要求变更到货地点或接货人，应在合同规定的交货期限（月份或季度）前40天通知乙方，以便乙方编月度要车（船）计划；必须由甲方派人押送的，应在合同明确规定；甲乙双方对产品的运输和装卸，应按有关规定与运输部门办理交换手续，作出记录，双方签字，明确甲、乙方和运输部门的责任。）</w:t>
      </w:r>
      <w:r>
        <w:rPr>
          <w:lang w:eastAsia="zh-CN"/>
        </w:rPr>
        <w:br/>
      </w:r>
      <w:r>
        <w:rPr>
          <w:lang w:eastAsia="zh-CN"/>
        </w:rPr>
        <w:t>　　第五条 产品的交（提）货期限</w:t>
      </w:r>
      <w:r>
        <w:rPr>
          <w:lang w:eastAsia="zh-CN"/>
        </w:rPr>
        <w:br/>
      </w:r>
      <w:r>
        <w:rPr>
          <w:lang w:eastAsia="zh-CN"/>
        </w:rPr>
        <w:t>　　（规定送货或代运的产品的交货日期，以甲方发运产品时承运部门签发的戳记日期为准，当事人另有约定者，从约定；合同规定甲方自提产品的交货日期，以乙方按合同规定通知的提货日期为准。乙方的提货通知中，应给予甲方必要的途中时间，实际交货或提货日期早于或迟于合同规定的日期，应视为提前或逾期交货或提货。）</w:t>
      </w:r>
      <w:r>
        <w:rPr>
          <w:lang w:eastAsia="zh-CN"/>
        </w:rPr>
        <w:br/>
      </w:r>
      <w:r>
        <w:rPr>
          <w:lang w:eastAsia="zh-CN"/>
        </w:rPr>
        <w:t>　　第六条 产品的价格与货款的结算</w:t>
      </w:r>
      <w:r>
        <w:rPr>
          <w:lang w:eastAsia="zh-CN"/>
        </w:rPr>
        <w:br/>
      </w:r>
      <w:r>
        <w:rPr>
          <w:lang w:eastAsia="zh-CN"/>
        </w:rPr>
        <w:t>　　1、产品的价格，按下列第项执行：</w:t>
      </w:r>
      <w:r>
        <w:rPr>
          <w:lang w:eastAsia="zh-CN"/>
        </w:rPr>
        <w:br/>
      </w:r>
      <w:r>
        <w:rPr>
          <w:lang w:eastAsia="zh-CN"/>
        </w:rPr>
        <w:t>　　（1）按甲乙双方的商定价格；</w:t>
      </w:r>
      <w:r>
        <w:rPr>
          <w:lang w:eastAsia="zh-CN"/>
        </w:rPr>
        <w:br/>
      </w:r>
      <w:r>
        <w:rPr>
          <w:lang w:eastAsia="zh-CN"/>
        </w:rPr>
        <w:t>　　（2）按照订立合同时履行地的市场价格；</w:t>
      </w:r>
      <w:r>
        <w:rPr>
          <w:lang w:eastAsia="zh-CN"/>
        </w:rPr>
        <w:br/>
      </w:r>
      <w:r>
        <w:rPr>
          <w:lang w:eastAsia="zh-CN"/>
        </w:rPr>
        <w:t>　　（3）按照国家定价履行。</w:t>
      </w:r>
      <w:r>
        <w:rPr>
          <w:lang w:eastAsia="zh-CN"/>
        </w:rPr>
        <w:br/>
      </w:r>
      <w:r>
        <w:rPr>
          <w:lang w:eastAsia="zh-CN"/>
        </w:rPr>
        <w:t>　　（执行国家定价的，在合同规定的交货或提货期内，遇国家调整价格时，按交货时的价格执行。逾期交货的，遇价格上涨时，按原价执行；遇价格下降时，按新价执行。逾期提货或逾期付款的，遇价格上涨时，按新价格执行；遇价格下降时，按原价执行。由于逾期付款而发生调整价格的差价，由甲乙双方另行结算，不在原托收结算金额中冲抵。执行浮动价和协商定价的，按合同规定的价格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2、产品货款的结算：产品的货款、实际支付的运杂费和其它费用的结算，按照中国人民银行结算办法的规定办理。</w:t>
      </w:r>
      <w:r>
        <w:rPr>
          <w:lang w:eastAsia="zh-CN"/>
        </w:rPr>
        <w:br/>
      </w:r>
      <w:r>
        <w:rPr>
          <w:lang w:eastAsia="zh-CN"/>
        </w:rPr>
        <w:t>　　（用托收承付方式结算的，合同中应注明验单付款或验货付款。验货付款的承付期限一般为10天，从运输部门向收货单位发出提货通知的次日起算。凡当事人在合同中约定缩短或延长验货期限的，应当在托收凭证上写明，银行从其规定。）</w:t>
      </w:r>
      <w:r>
        <w:rPr>
          <w:lang w:eastAsia="zh-CN"/>
        </w:rPr>
        <w:br/>
      </w:r>
      <w:r>
        <w:rPr>
          <w:lang w:eastAsia="zh-CN"/>
        </w:rPr>
        <w:t>　　第七条 验收方法</w:t>
      </w:r>
      <w:r>
        <w:rPr>
          <w:lang w:eastAsia="zh-CN"/>
        </w:rPr>
        <w:br/>
      </w:r>
      <w:r>
        <w:rPr>
          <w:lang w:eastAsia="zh-CN"/>
        </w:rPr>
        <w:t>　　（合同应明确规定：1、验收时间；2、验收手段；3、验收标准；4、由谁负责验收和试验；5、在验收中发生纠纷后，由哪一级主管产品质量监督检查机构执行仲裁等等）。</w:t>
      </w:r>
      <w:r>
        <w:rPr>
          <w:lang w:eastAsia="zh-CN"/>
        </w:rPr>
        <w:br/>
      </w:r>
      <w:r>
        <w:rPr>
          <w:lang w:eastAsia="zh-CN"/>
        </w:rPr>
        <w:t>　　第八条 对产品提出异议的时间和办法</w:t>
      </w:r>
      <w:r>
        <w:rPr>
          <w:lang w:eastAsia="zh-CN"/>
        </w:rPr>
        <w:br/>
      </w:r>
      <w:r>
        <w:rPr>
          <w:lang w:eastAsia="zh-CN"/>
        </w:rPr>
        <w:t>　　1、甲方在验收中，如果发现产品的品种、型号、规格、花色和质量不合规定，应一面妥为保管，一面在30天内向乙方提出书面异议；在托收承付期内，甲方有权拒付不符合合同规定部分的货款。甲方怠于通知或者自标的物收到之日起过两年内未通知乙方的，视为产品合乎规定。</w:t>
      </w:r>
      <w:r>
        <w:rPr>
          <w:lang w:eastAsia="zh-CN"/>
        </w:rPr>
        <w:br/>
      </w:r>
      <w:r>
        <w:rPr>
          <w:lang w:eastAsia="zh-CN"/>
        </w:rPr>
        <w:t>　　2、甲方因使用、保管、保养不善等造成产品质量下降的，不得提出异议。</w:t>
      </w:r>
      <w:r>
        <w:rPr>
          <w:lang w:eastAsia="zh-CN"/>
        </w:rPr>
        <w:br/>
      </w:r>
      <w:r>
        <w:rPr>
          <w:lang w:eastAsia="zh-CN"/>
        </w:rPr>
        <w:t>　　3、乙方在接到需方书面异议后，应在10天内（另有规定或当事人另行商定期限者除外）负责处理，否则，即视为默认甲方提出的异议和处理意见。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甲方提出的书面异议中，应说明合同号、运单号、车或船号、发货和到货日期；说明不符合规定的产品名称、型号、规格、花色、标志、牌号、批号、合格证或质量保证书号、数量、包装、检验方法、检验情况和检验证明；提出不符合规定的产品的处理意见，以及当事人双方商定的必须说明的事项。）</w:t>
      </w:r>
      <w:r>
        <w:rPr>
          <w:lang w:eastAsia="zh-CN"/>
        </w:rPr>
        <w:br/>
      </w:r>
      <w:r>
        <w:rPr>
          <w:lang w:eastAsia="zh-CN"/>
        </w:rPr>
        <w:t>　　第九条 乙方的违约责任</w:t>
      </w:r>
      <w:r>
        <w:rPr>
          <w:lang w:eastAsia="zh-CN"/>
        </w:rPr>
        <w:br/>
      </w:r>
      <w:r>
        <w:rPr>
          <w:lang w:eastAsia="zh-CN"/>
        </w:rPr>
        <w:t>　　1、乙方不能交货的，应向甲方偿付不能交货部分货款的______%的违约金。</w:t>
      </w:r>
      <w:r>
        <w:rPr>
          <w:lang w:eastAsia="zh-CN"/>
        </w:rPr>
        <w:br/>
      </w:r>
      <w:r>
        <w:rPr>
          <w:lang w:eastAsia="zh-CN"/>
        </w:rPr>
        <w:t>　　2、乙方所交产品品种、型号、规格、花色、质量不符合规定的，如果甲方同意利用，应当按质论价；如果甲方不能利用的，应根据产品的具体情况，由乙方负责包换或包修，并承担修理、调换或退货而支付的实际费用。</w:t>
      </w:r>
      <w:r>
        <w:rPr>
          <w:lang w:eastAsia="zh-CN"/>
        </w:rPr>
        <w:br/>
      </w:r>
      <w:r>
        <w:rPr>
          <w:lang w:eastAsia="zh-CN"/>
        </w:rPr>
        <w:t>　　3、乙方因产品包装不符合合同规定，必须返修或重新包装的，乙方应负责返修或重新包装，并承担支付的费用。甲方不要求返修或重新包装而要求赔偿损失的，乙方应当偿付甲方该不合格包装物低于合格包装物的价值部分。因包装不符合规定造成货物损坏或灭失的，乙方应当负责赔偿。</w:t>
      </w:r>
      <w:r>
        <w:rPr>
          <w:lang w:eastAsia="zh-CN"/>
        </w:rPr>
        <w:br/>
      </w:r>
      <w:r>
        <w:rPr>
          <w:lang w:eastAsia="zh-CN"/>
        </w:rPr>
        <w:t>　　4、乙方逾期交货的，应比照中国人民银行有关延期付款的规定，按逾期交货部分货款计算，向甲方偿付逾期交货的违约金，并承担甲方因此所受的损失费用。</w:t>
      </w:r>
      <w:r>
        <w:rPr>
          <w:lang w:eastAsia="zh-CN"/>
        </w:rPr>
        <w:br/>
      </w:r>
      <w:r>
        <w:rPr>
          <w:lang w:eastAsia="zh-CN"/>
        </w:rPr>
        <w:t>　　5、乙方提前交货的产品、多交的产品的品种、型号、规格、花色、质量不符合规定的产品，甲方在代保管期内实际支付的保管、保养等费用以及非因甲方保管不善而发生的损失，应当由乙方承担。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6、产品错发到货地点或接货人的，乙方除应负责运交合同规定的到货地点或接货人外，还应承担甲方因此多支付的一切实际费用和逾期交货的违约金。</w:t>
      </w:r>
      <w:r>
        <w:rPr>
          <w:lang w:eastAsia="zh-CN"/>
        </w:rPr>
        <w:br/>
      </w:r>
      <w:r>
        <w:rPr>
          <w:lang w:eastAsia="zh-CN"/>
        </w:rPr>
        <w:t>　　7、乙方提前交货的，甲方接货后，仍可按合同规定的交货时间付款；合同规定自提的，甲方可拒绝提货。乙方逾期交货的，乙方应在发货前与甲方协商，甲方仍需要的，乙方应照数补交，并负逾期交货责任；甲方不再需要的，应当在接到乙方通知后15天内通知乙方，办理解除合同手续。逾期不答复的，视为同意发货。</w:t>
      </w:r>
      <w:r>
        <w:rPr>
          <w:lang w:eastAsia="zh-CN"/>
        </w:rPr>
        <w:br/>
      </w:r>
      <w:r>
        <w:rPr>
          <w:lang w:eastAsia="zh-CN"/>
        </w:rPr>
        <w:t>　　第十条 甲方的违约责任</w:t>
      </w:r>
      <w:r>
        <w:rPr>
          <w:lang w:eastAsia="zh-CN"/>
        </w:rPr>
        <w:br/>
      </w:r>
      <w:r>
        <w:rPr>
          <w:lang w:eastAsia="zh-CN"/>
        </w:rPr>
        <w:t>　　1、甲方中途退货，应向乙方偿付退货部分货款______%的违约金。</w:t>
      </w:r>
      <w:r>
        <w:rPr>
          <w:lang w:eastAsia="zh-CN"/>
        </w:rPr>
        <w:br/>
      </w:r>
      <w:r>
        <w:rPr>
          <w:lang w:eastAsia="zh-CN"/>
        </w:rPr>
        <w:t>　　（违约金视为违约的损失赔偿，但约定的违约金过分高于或者低于造成的损失的，当事人可以请求人民法院或者仲裁机构予以适当减少或者增加）</w:t>
      </w:r>
      <w:r>
        <w:rPr>
          <w:lang w:eastAsia="zh-CN"/>
        </w:rPr>
        <w:br/>
      </w:r>
      <w:r>
        <w:rPr>
          <w:lang w:eastAsia="zh-CN"/>
        </w:rPr>
        <w:t>　　2、甲方未按合同规定的时间和要求提供应交的技术资料或包装物的，除交货日期得顺延外，应比照中国人民银行有关延期付款的规定，按顺延交货部分货款计算，向乙方偿付顺延交货的违约金；如果不能提供的，按中途退货处理。</w:t>
      </w:r>
      <w:r>
        <w:rPr>
          <w:lang w:eastAsia="zh-CN"/>
        </w:rPr>
        <w:br/>
      </w:r>
      <w:r>
        <w:rPr>
          <w:lang w:eastAsia="zh-CN"/>
        </w:rPr>
        <w:t>　　3、甲方自提产品未按供方通知的日期或合同规定的日期提货的，应比照中国人民银行有关延期付款的规定，按逾期提货部分货款总值计算，向乙方偿付逾期提货的违约金，并承担乙方实际支付的代为保管、保养的费用。</w:t>
      </w:r>
      <w:r>
        <w:rPr>
          <w:lang w:eastAsia="zh-CN"/>
        </w:rPr>
        <w:br/>
      </w:r>
    </w:p>
    <w:p w:rsidR="001B1F19" w14:textId="27C3F48A">
      <w:pPr>
        <w:rPr>
          <w:rFonts w:hint="eastAsia"/>
          <w:lang w:eastAsia="zh-CN"/>
        </w:rPr>
      </w:pPr>
      <w:r>
        <w:rPr>
          <w:lang w:eastAsia="zh-CN"/>
        </w:rPr>
        <w:t>　　4、甲方逾期付款的，应按中国人民银行有关延期付款的规定向乙方偿付逾期付款的违约金。</w:t>
      </w:r>
      <w:r>
        <w:rPr>
          <w:lang w:eastAsia="zh-CN"/>
        </w:rPr>
        <w:br/>
      </w:r>
      <w:r>
        <w:rPr>
          <w:lang w:eastAsia="zh-CN"/>
        </w:rPr>
        <w:t>　　5、甲方违反合同规定拒绝接货的，应当承担由此造成的损失和运输部门的罚款。</w:t>
      </w:r>
      <w:r>
        <w:rPr>
          <w:lang w:eastAsia="zh-CN"/>
        </w:rPr>
        <w:br/>
      </w:r>
      <w:r>
        <w:rPr>
          <w:lang w:eastAsia="zh-CN"/>
        </w:rPr>
        <w:t>　　6、甲方如错填到货地点或接货人，或对乙方提出错误异议，应承担乙方因此所受的损失。</w:t>
      </w:r>
      <w:r>
        <w:rPr>
          <w:lang w:eastAsia="zh-CN"/>
        </w:rPr>
        <w:br/>
      </w:r>
      <w:r>
        <w:rPr>
          <w:lang w:eastAsia="zh-CN"/>
        </w:rPr>
        <w:t>　　第十一条 不可抗力</w:t>
      </w:r>
      <w:r>
        <w:rPr>
          <w:lang w:eastAsia="zh-CN"/>
        </w:rPr>
        <w:br/>
      </w:r>
      <w:r>
        <w:rPr>
          <w:lang w:eastAsia="zh-CN"/>
        </w:rPr>
        <w:t>　　甲乙双方的任何一方由于不可抗力的原因不能履行合同时，应及时向对方通报不能履行或不能完全履行的理由，以减轻可能给对方造成的损失，在取得有关机构证明以后，允许延期履行、部分履行或者不履行合同，并根据情况可部分或全部免予承担违约责任。</w:t>
      </w:r>
      <w:r>
        <w:rPr>
          <w:lang w:eastAsia="zh-CN"/>
        </w:rPr>
        <w:br/>
      </w:r>
      <w:r>
        <w:rPr>
          <w:lang w:eastAsia="zh-CN"/>
        </w:rPr>
        <w:t>　　第十二条 其它</w:t>
      </w:r>
      <w:r>
        <w:rPr>
          <w:lang w:eastAsia="zh-CN"/>
        </w:rPr>
        <w:br/>
      </w:r>
      <w:r>
        <w:rPr>
          <w:lang w:eastAsia="zh-CN"/>
        </w:rPr>
        <w:t>　　1、按本合同规定应该偿付的违约金、赔偿金、保管保养费和各种经济损失的，应当在明确责任后10天内，按银行规定的结算办法付清，否则按逾期付款处理。但任何一方不得自行扣发货物或扣付货款来充抵。</w:t>
      </w:r>
      <w:r>
        <w:rPr>
          <w:lang w:eastAsia="zh-CN"/>
        </w:rPr>
        <w:br/>
      </w:r>
      <w:r>
        <w:rPr>
          <w:lang w:eastAsia="zh-CN"/>
        </w:rPr>
        <w:t>　　2、本合同如发生纠纷，当事人双方应当及时协商解决，协商不成时，任何一方均可请业务主管机关调解或者向仲裁委员会申请仲裁，也可以直接向人民法院起诉。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https://d.book118.com/507034114012006041</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703411401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