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安全工作计划范文合集（34篇）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安全工作计划范文合集（精选34篇）</w:t>
      </w:r>
      <w:r>
        <w:rPr>
          <w:lang w:eastAsia="zh-CN"/>
        </w:rPr>
        <w:br/>
      </w:r>
      <w:r>
        <w:rPr>
          <w:lang w:eastAsia="zh-CN"/>
        </w:rPr>
        <w:t xml:space="preserve">    安全工作计划范文合集 篇1 </w:t>
      </w:r>
      <w:r>
        <w:rPr>
          <w:lang w:eastAsia="zh-CN"/>
        </w:rPr>
        <w:br/>
      </w:r>
      <w:r>
        <w:rPr>
          <w:lang w:eastAsia="zh-CN"/>
        </w:rPr>
        <w:t>　　为切实加强食品卫生安全工作，确保社区广大居民群众身体健康和生命安全，加快推进和深入实施“放心食品工程”，确保辖区食品卫生安全，特制定20__新学年人民路北社区食品安全工作计划如下：</w:t>
      </w:r>
      <w:r>
        <w:rPr>
          <w:lang w:eastAsia="zh-CN"/>
        </w:rPr>
        <w:br/>
      </w:r>
      <w:r>
        <w:rPr>
          <w:lang w:eastAsia="zh-CN"/>
        </w:rPr>
        <w:t>　　一、在辖区范围内进一步宣传贯彻《中华人民共和国食品卫生法》、《餐饮业食品卫生管理办法》，传达、贯彻并落实好桥头镇政府及有关县政府等有关部门的文件精神。</w:t>
      </w:r>
      <w:r>
        <w:rPr>
          <w:lang w:eastAsia="zh-CN"/>
        </w:rPr>
        <w:br/>
      </w:r>
      <w:r>
        <w:rPr>
          <w:lang w:eastAsia="zh-CN"/>
        </w:rPr>
        <w:t>　　二、强化食品安全属地监管责任，居委会要对本辖区食品经营户进行摸底调查，加强联合执法和入场监管，进一步完善制度建设，各食品经营户对食品安全工作要设专人管理，签定食品安全工作责任书，落实岗位责任制，强化安全意识，确保食品安全问题及时解决。</w:t>
      </w:r>
      <w:r>
        <w:rPr>
          <w:lang w:eastAsia="zh-CN"/>
        </w:rPr>
        <w:br/>
      </w:r>
      <w:r>
        <w:rPr>
          <w:lang w:eastAsia="zh-CN"/>
        </w:rPr>
        <w:t>　　三、各食品经营户在重大节日前定期进行全面自检自查工作，发现问题及时解决。</w:t>
      </w:r>
      <w:r>
        <w:rPr>
          <w:lang w:eastAsia="zh-CN"/>
        </w:rPr>
        <w:br/>
      </w:r>
      <w:r>
        <w:rPr>
          <w:lang w:eastAsia="zh-CN"/>
        </w:rPr>
        <w:t>　　四、各食品经营户在重大节日前前期进行全面自检自查，杜绝传染病源，并不断向其宣传、传授食品卫生知识。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五、各食品经营户要严格执行有关部门的管理规定，主动接受街道、居委会的检查监督。</w:t>
      </w:r>
      <w:r>
        <w:rPr>
          <w:lang w:eastAsia="zh-CN"/>
        </w:rPr>
        <w:br/>
      </w:r>
      <w:r>
        <w:rPr>
          <w:lang w:eastAsia="zh-CN"/>
        </w:rPr>
        <w:t>　　六、各食品经营户要严格执行食品准入制度，从源头把住食品安全关。</w:t>
      </w:r>
      <w:r>
        <w:rPr>
          <w:lang w:eastAsia="zh-CN"/>
        </w:rPr>
        <w:br/>
      </w:r>
      <w:r>
        <w:rPr>
          <w:lang w:eastAsia="zh-CN"/>
        </w:rPr>
        <w:t>　　七、聘请社区志愿者做食品卫生安全监督员，让关大居民参与食品安全管理，听取他们的意见，不断提高食品安全工作管理水平。</w:t>
      </w:r>
      <w:r>
        <w:rPr>
          <w:lang w:eastAsia="zh-CN"/>
        </w:rPr>
        <w:br/>
      </w:r>
      <w:r>
        <w:rPr>
          <w:lang w:eastAsia="zh-CN"/>
        </w:rPr>
        <w:t>　　八、在居民中开展食品卫生安全知识讲座和烹饪技能评比活动，使居民在参与食品卫生安全管理的同时也得到自身生活能力的提高。</w:t>
      </w:r>
      <w:r>
        <w:rPr>
          <w:lang w:eastAsia="zh-CN"/>
        </w:rPr>
        <w:br/>
      </w:r>
      <w:r>
        <w:rPr>
          <w:lang w:eastAsia="zh-CN"/>
        </w:rPr>
        <w:t>　　九、及时掌握各食品经营户的思想动态，以避免可能的恶劣事件的发生。</w:t>
      </w:r>
      <w:r>
        <w:rPr>
          <w:lang w:eastAsia="zh-CN"/>
        </w:rPr>
        <w:br/>
      </w:r>
      <w:r>
        <w:rPr>
          <w:lang w:eastAsia="zh-CN"/>
        </w:rPr>
        <w:t>　　十、加强店铺的防火工作。各食品经营户的电器设备多、多使用明火，对电线老化问题、防火安全疏散问题必须高度重视，加强对员工防火和火灾处理的常识培训，避免火灾事故的发生。</w:t>
      </w:r>
      <w:r>
        <w:rPr>
          <w:lang w:eastAsia="zh-CN"/>
        </w:rPr>
        <w:br/>
      </w:r>
      <w:r>
        <w:rPr>
          <w:lang w:eastAsia="zh-CN"/>
        </w:rPr>
        <w:t>　　十一、各食品经营户的员工，上岗必须执上岗证，严格体检制度，做好自身卫生整洁。</w:t>
      </w:r>
      <w:r>
        <w:rPr>
          <w:lang w:eastAsia="zh-CN"/>
        </w:rPr>
        <w:br/>
      </w:r>
      <w:r>
        <w:rPr>
          <w:lang w:eastAsia="zh-CN"/>
        </w:rPr>
        <w:t>　　十二、要求各食品经营户经常开展自检自查工作，做到室内外及周边环境卫生，加大老鼠、蟑螂、蚊子、苍蝇和病霉生物的防治工作，发现问题立即整改。</w:t>
      </w:r>
      <w:r>
        <w:rPr>
          <w:lang w:eastAsia="zh-CN"/>
        </w:rPr>
        <w:br/>
      </w:r>
      <w:r>
        <w:rPr>
          <w:lang w:eastAsia="zh-CN"/>
        </w:rPr>
        <w:t>　　十三、加大食品卫生安全检查工作力度，做到食品卫生安全检查经常化、制度化，控制食物中毒和肠道传染病的发生，确保用餐者的身心健康。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十四、加强民工的食品卫生安全管理工作，采取督促检查等有效措施，杜绝食品安全事故的发生。</w:t>
      </w:r>
      <w:r>
        <w:rPr>
          <w:lang w:eastAsia="zh-CN"/>
        </w:rPr>
        <w:br/>
      </w:r>
      <w:r>
        <w:rPr>
          <w:lang w:eastAsia="zh-CN"/>
        </w:rPr>
        <w:t>　　十五、加强对辖区内小副食店、小饭馆的食品卫生安全检查，发现问题整改，确保居民的食品安全。</w:t>
      </w:r>
      <w:r>
        <w:rPr>
          <w:lang w:eastAsia="zh-CN"/>
        </w:rPr>
        <w:br/>
      </w:r>
      <w:r>
        <w:rPr>
          <w:lang w:eastAsia="zh-CN"/>
        </w:rPr>
        <w:t>　　十六、各食品经营户在食品卫生检查中，一旦发现问题，要立即整改，并提交切实可行的整改措施。</w:t>
      </w:r>
      <w:r>
        <w:rPr>
          <w:lang w:eastAsia="zh-CN"/>
        </w:rPr>
        <w:br/>
      </w:r>
      <w:r>
        <w:rPr>
          <w:lang w:eastAsia="zh-CN"/>
        </w:rPr>
        <w:t>　　十七、居委会食品安全领导小组将不定期的对各食品经营户进行检查和抽查，对卫生不达标的单位将上报业务部门。</w:t>
      </w:r>
      <w:r>
        <w:rPr>
          <w:lang w:eastAsia="zh-CN"/>
        </w:rPr>
        <w:br/>
      </w:r>
      <w:r>
        <w:rPr>
          <w:lang w:eastAsia="zh-CN"/>
        </w:rPr>
        <w:t xml:space="preserve">    安全工作计划范文合集 篇2 </w:t>
      </w:r>
      <w:r>
        <w:rPr>
          <w:lang w:eastAsia="zh-CN"/>
        </w:rPr>
        <w:br/>
      </w:r>
      <w:r>
        <w:rPr>
          <w:lang w:eastAsia="zh-CN"/>
        </w:rPr>
        <w:t>　　一、各有关企事业单位领导要进一步提高对防雷工作重要性的认识，加强对防雷安全工作的领导，把雷电灾害预防工作纳入议事日程，制定切实可行的措施，保障国家和人民生命财产的安全。</w:t>
      </w:r>
      <w:r>
        <w:rPr>
          <w:lang w:eastAsia="zh-CN"/>
        </w:rPr>
        <w:br/>
      </w:r>
      <w:r>
        <w:rPr>
          <w:lang w:eastAsia="zh-CN"/>
        </w:rPr>
        <w:t>　　二、防雷安全工作要坚持预防为主，防治结合的原则，各单位要特别重视这项工作，克服麻痹思想，充分认识危险发生的可能性和严重后果，切实落实防雷安全管理的有关规定。</w:t>
      </w:r>
      <w:r>
        <w:rPr>
          <w:lang w:eastAsia="zh-CN"/>
        </w:rPr>
        <w:br/>
      </w:r>
      <w:r>
        <w:rPr>
          <w:lang w:eastAsia="zh-CN"/>
        </w:rPr>
        <w:t>　　三、为确保公共安全，从源头上消除隐患，在本行政区域内的大型工程、重点工程、爆炸危险环境以及雷电特别易发地区的工程等建设项目需进行雷电风险评估，评估结果作为建设工程防雷设施设计、整改的重要依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四、县防雷中心认真做好防雷装置安全性能检测，认真查找和消除事故隐患，不留死角。防雷检测时间由县防雷中心安排，检测情况及时向上级和有关部门报告。防雷安全检测的重点是：石油化工企业、易燃易爆场所、矿山企业、选厂、旅游景区、输变电设施、通讯设施、医院、学校以及其他易发生雷电灾害的重要建筑等。我县矿山、选厂大多数建在空旷和山顶地带，且接地装置不合格居多，极易遭受雷击灾害，需要加强防雷设施的改造和建设，安装避雷器等防雷器件，确保防雷工作万无一失。</w:t>
      </w:r>
      <w:r>
        <w:rPr>
          <w:lang w:eastAsia="zh-CN"/>
        </w:rPr>
        <w:br/>
      </w:r>
      <w:r>
        <w:rPr>
          <w:lang w:eastAsia="zh-CN"/>
        </w:rPr>
        <w:t>　　五、各有关企事业单位要主动接受县防雷检测中心的防雷安全评价，做好积极配合工作。对于检测不合格或存在严重隐患的防雷防静电装置，检测机构要依据有关规定责令整改。被检测单位要严格根据整改通知书的要求实施整改，以确保防雷安全隐患整改率达到100%，彻底消除防雷安全隐患，确保安全生产。</w:t>
      </w:r>
      <w:r>
        <w:rPr>
          <w:lang w:eastAsia="zh-CN"/>
        </w:rPr>
        <w:br/>
      </w:r>
      <w:r>
        <w:rPr>
          <w:lang w:eastAsia="zh-CN"/>
        </w:rPr>
        <w:t>　　六、要加强雷电灾害的调查和上报工作。雷电灾害发生后受灾单位要在12小时内向防雷中心报告，并协助防雷中心对雷电灾害进行调查和鉴定。</w:t>
      </w:r>
      <w:r>
        <w:rPr>
          <w:lang w:eastAsia="zh-CN"/>
        </w:rPr>
        <w:br/>
      </w:r>
      <w:r>
        <w:rPr>
          <w:lang w:eastAsia="zh-CN"/>
        </w:rPr>
        <w:t>　　七、气象部门要在七月底前对易燃易爆等重要场所进行防雷专项检查，督促各单位落实和完善防雷安全管理制度和措施，建立健全防雷安全生产责任制。对不重视防雷安全或领导不力的单位和个人要进行批评。对未取得县防雷检测机构核发的防雷设施检测合格证的单位要依照有关法律规定予以处罚。</w:t>
      </w:r>
      <w:r>
        <w:rPr>
          <w:lang w:eastAsia="zh-CN"/>
        </w:rPr>
        <w:br/>
      </w:r>
      <w:r>
        <w:rPr>
          <w:lang w:eastAsia="zh-CN"/>
        </w:rPr>
        <w:t xml:space="preserve">    安全工作计划范文合集 篇3 </w:t>
      </w:r>
      <w:r>
        <w:rPr>
          <w:lang w:eastAsia="zh-CN"/>
        </w:rPr>
        <w:br/>
      </w:r>
      <w:r>
        <w:rPr>
          <w:lang w:eastAsia="zh-CN"/>
        </w:rPr>
        <w:t>　　为了切实加强学校安全工作，牢固树立“安全第一”思想，强化全体师生“保一方平安”的政治责任意识和法制观念，根据教委《关于进一步加强各级各类学校安全工作的通知》要求和市教育局安全工作会议精神，根据学校实际特制定本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一、工作总目标</w:t>
      </w:r>
      <w:r>
        <w:rPr>
          <w:lang w:eastAsia="zh-CN"/>
        </w:rPr>
        <w:br/>
      </w:r>
      <w:r>
        <w:rPr>
          <w:lang w:eastAsia="zh-CN"/>
        </w:rPr>
        <w:t>　　认真学习贯彻执行，教育部颁发的安全工作指示精神及学校有关 安全工作的规律，建立领导在教师之间的各种安全规章制度，健全班主任与副班主任之间的安全工作组织机构，按照“谁主管，谁负责”的原则，层层落实签订安全目标工作，责任书，做到各项到位，责任到位。经常向家长、学生（工厂对工人）进行安全教育，教育内容要以交通安全、消防安全（生产安全）和防中毒、防传染病、防盗窃、防爆炸、防侵害、防突发性事故为重点，加强法制教育。自防自救教育与防火防灾教育，食品卫生与健康教育等，增强广大师生员工的防范意识，提前消除事故隐患，提高自我保护和自救能力。</w:t>
      </w:r>
      <w:r>
        <w:rPr>
          <w:lang w:eastAsia="zh-CN"/>
        </w:rPr>
        <w:br/>
      </w:r>
      <w:r>
        <w:rPr>
          <w:lang w:eastAsia="zh-CN"/>
        </w:rPr>
        <w:t>　　二、具体工作和措施</w:t>
      </w:r>
      <w:r>
        <w:rPr>
          <w:lang w:eastAsia="zh-CN"/>
        </w:rPr>
        <w:br/>
      </w:r>
      <w:r>
        <w:rPr>
          <w:lang w:eastAsia="zh-CN"/>
        </w:rPr>
        <w:t>　　要定期分析学校的事故隐患，加强研究，即时处理有关问题，把事故隐患消除在萌芽之中。</w:t>
      </w:r>
      <w:r>
        <w:rPr>
          <w:lang w:eastAsia="zh-CN"/>
        </w:rPr>
        <w:br/>
      </w:r>
      <w:r>
        <w:rPr>
          <w:lang w:eastAsia="zh-CN"/>
        </w:rPr>
        <w:t>　　1、建立健全领导机构和有关规章制度，层层落实责任，各项部门安排专门管理人员，坚持“一日三讲”制、“一日三查”制，加强学校封闭式管理。加强值班、值日教师的管理。</w:t>
      </w:r>
      <w:r>
        <w:rPr>
          <w:lang w:eastAsia="zh-CN"/>
        </w:rPr>
        <w:br/>
      </w:r>
      <w:r>
        <w:rPr>
          <w:lang w:eastAsia="zh-CN"/>
        </w:rPr>
        <w:t>　　2、要定期对实验室、仪器室等易然、易爆物品进行全面检查，以及电教室、各班级、办公室进行全面检查，加强安全管理。</w:t>
      </w:r>
      <w:r>
        <w:rPr>
          <w:lang w:eastAsia="zh-CN"/>
        </w:rPr>
        <w:br/>
      </w:r>
      <w:r>
        <w:rPr>
          <w:lang w:eastAsia="zh-CN"/>
        </w:rPr>
        <w:t>　　3、要对学生进行交通安全教育、预防交通事故和以外事故的发生（1—3年级禁止骑自行车，违反规定结果自负），1—3年级学生放学回家时应在班主任带领下学生排队出大门，以及指定接送地点。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4、加强上课安全，完善其制度。特别是加强体育课（课外活动）教师的安全上课意识，不许随意提前上下课，课内不准离开岗位。</w:t>
      </w:r>
      <w:r>
        <w:rPr>
          <w:lang w:eastAsia="zh-CN"/>
        </w:rPr>
        <w:br/>
      </w:r>
      <w:r>
        <w:rPr>
          <w:lang w:eastAsia="zh-CN"/>
        </w:rPr>
        <w:t>　　5、要加强学值班，值宿工作，强化值班人员们的责任意识，严格遵守值班、值宿工作制度，严禁社会闲朵人员随意进入学校、班级。（值班教员保证一天5次以上巡学校任务，并及时记录出入人员，值宿人员2人，保证晚上下班2小时的轮流巡管理）。</w:t>
      </w:r>
      <w:r>
        <w:rPr>
          <w:lang w:eastAsia="zh-CN"/>
        </w:rPr>
        <w:br/>
      </w:r>
      <w:r>
        <w:rPr>
          <w:lang w:eastAsia="zh-CN"/>
        </w:rPr>
        <w:t>　　6、后勤人员要加强校园校舍安全检查（电水、暖气、体育设施等），严格把好维修校舍确保校舍维修的质量，全面消除和杜绝学校危房。</w:t>
      </w:r>
      <w:r>
        <w:rPr>
          <w:lang w:eastAsia="zh-CN"/>
        </w:rPr>
        <w:br/>
      </w:r>
      <w:r>
        <w:rPr>
          <w:lang w:eastAsia="zh-CN"/>
        </w:rPr>
        <w:t>　　7、全体教师要重视食品卫生工作，有人专管。坚持贯彻执行《食品卫生法》，严把食品、药品质量关，不得向无卫生许可证的单位和个人购进课间餐、营养午餐食品，不容许过期，变质食品进入校园，防止食物、药物中毒和传染病和各类突发事件、事故的发生。</w:t>
      </w:r>
      <w:r>
        <w:rPr>
          <w:lang w:eastAsia="zh-CN"/>
        </w:rPr>
        <w:br/>
      </w:r>
      <w:r>
        <w:rPr>
          <w:lang w:eastAsia="zh-CN"/>
        </w:rPr>
        <w:t>　　8、学校少先队要积极配合学校值班、值日教师和公安、综合治理部门，搞好学校治安工作打击各类扰乱学校秩序的犯罪活动和学校安全、学生安全工作，积极参与封闭式管理活动。并且利用校园媒体宣传安全工作，维护学校正常教育教学工作。</w:t>
      </w:r>
      <w:r>
        <w:rPr>
          <w:lang w:eastAsia="zh-CN"/>
        </w:rPr>
        <w:br/>
      </w:r>
      <w:r>
        <w:rPr>
          <w:lang w:eastAsia="zh-CN"/>
        </w:rPr>
        <w:t>　　9、严格执行大型活动审批制度，凡是组织学生到外地参赛或集会、娱乐活动、野游、社会实践活动、考察等活动的必须经校长批准，并制定有关安全防范措施，做到组织管理无疏漏。（必须一名以上校级领导负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10、贯彻执行《计算机信息网络国际联网安全保护管理办法》加强学校计算机信息系的安全管理，有专人负责，坚决杜绝不良信息处理和发送以及上网下载等问题发生，净化校园网络环境。</w:t>
      </w:r>
      <w:r>
        <w:rPr>
          <w:lang w:eastAsia="zh-CN"/>
        </w:rPr>
        <w:br/>
      </w:r>
      <w:r>
        <w:rPr>
          <w:lang w:eastAsia="zh-CN"/>
        </w:rPr>
        <w:t>　　11、严格把好教师和学生进出入，实行封闭式管理，实行教师没有组长的批准一律不能擅自出入学校，学生没有班主任、专师批准不能外出。</w:t>
      </w:r>
      <w:r>
        <w:rPr>
          <w:lang w:eastAsia="zh-CN"/>
        </w:rPr>
        <w:br/>
      </w:r>
      <w:r>
        <w:rPr>
          <w:lang w:eastAsia="zh-CN"/>
        </w:rPr>
        <w:t>　　12、加强发生以外事故或火灾时师生自我保护教育，提高对待事故意识，并且每学期初，组织有关人员针对火灾进行速散演练。</w:t>
      </w:r>
      <w:r>
        <w:rPr>
          <w:lang w:eastAsia="zh-CN"/>
        </w:rPr>
        <w:br/>
      </w:r>
      <w:r>
        <w:rPr>
          <w:lang w:eastAsia="zh-CN"/>
        </w:rPr>
        <w:t>　　13、根据市教育局精神，严格执行重大情况请示报告制度，凡发生重大事件必须及时报告有关领导和部门。</w:t>
      </w:r>
      <w:r>
        <w:rPr>
          <w:lang w:eastAsia="zh-CN"/>
        </w:rPr>
        <w:br/>
      </w:r>
      <w:r>
        <w:rPr>
          <w:lang w:eastAsia="zh-CN"/>
        </w:rPr>
        <w:t>　　三、领导机构</w:t>
      </w:r>
      <w:r>
        <w:rPr>
          <w:lang w:eastAsia="zh-CN"/>
        </w:rPr>
        <w:br/>
      </w:r>
      <w:r>
        <w:rPr>
          <w:lang w:eastAsia="zh-CN"/>
        </w:rPr>
        <w:t>　　学校安全工作领导小组：</w:t>
      </w:r>
      <w:r>
        <w:rPr>
          <w:lang w:eastAsia="zh-CN"/>
        </w:rPr>
        <w:br/>
      </w:r>
      <w:r>
        <w:rPr>
          <w:lang w:eastAsia="zh-CN"/>
        </w:rPr>
        <w:t xml:space="preserve">    安全工作计划范文合集 篇4 </w:t>
      </w:r>
      <w:r>
        <w:rPr>
          <w:lang w:eastAsia="zh-CN"/>
        </w:rPr>
        <w:br/>
      </w:r>
      <w:r>
        <w:rPr>
          <w:lang w:eastAsia="zh-CN"/>
        </w:rPr>
        <w:t>　　一、普通教育科</w:t>
      </w:r>
      <w:r>
        <w:rPr>
          <w:lang w:eastAsia="zh-CN"/>
        </w:rPr>
        <w:br/>
      </w:r>
      <w:r>
        <w:rPr>
          <w:lang w:eastAsia="zh-CN"/>
        </w:rPr>
        <w:t>　　围绕落实制度，主要从人员培训、宣传教育、检查反馈等方面着手，针对往年出现的问题，带领食品安全工作小组，加强整改，抓好__年校园食品安全工作。</w:t>
      </w:r>
      <w:r>
        <w:rPr>
          <w:lang w:eastAsia="zh-CN"/>
        </w:rPr>
        <w:br/>
      </w:r>
      <w:r>
        <w:rPr>
          <w:lang w:eastAsia="zh-CN"/>
        </w:rPr>
        <w:t>　　（一）与区红会联合组织一期食堂从业人员的业务培训，加强责任心，了解食品安全工作的一般常识，熟悉食堂操作流程，养成良好的卫生习惯，熟练操作食堂内的相关器具。</w:t>
      </w:r>
      <w:r>
        <w:rPr>
          <w:lang w:eastAsia="zh-CN"/>
        </w:rPr>
        <w:br/>
      </w:r>
      <w:r>
        <w:rPr>
          <w:lang w:eastAsia="zh-CN"/>
        </w:rPr>
        <w:t>　　（二）指导学校落实食品安全宣传教育工作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1、抓好校园食品安全课程的数量、质量落实情况，按要求食品安全教育列入中小学教学课程，每学期20学时，每周1课时。</w:t>
      </w:r>
      <w:r>
        <w:rPr>
          <w:lang w:eastAsia="zh-CN"/>
        </w:rPr>
        <w:br/>
      </w:r>
      <w:r>
        <w:rPr>
          <w:lang w:eastAsia="zh-CN"/>
        </w:rPr>
        <w:t>　　2、指导学校利用健康教育课、专题讲座和墙报、橱窗、黑板报、宣传标语、宣传画等宣传阵地，在校园中广泛开展食品健康和安全知识宣传。</w:t>
      </w:r>
      <w:r>
        <w:rPr>
          <w:lang w:eastAsia="zh-CN"/>
        </w:rPr>
        <w:br/>
      </w:r>
      <w:r>
        <w:rPr>
          <w:lang w:eastAsia="zh-CN"/>
        </w:rPr>
        <w:t>　　3、要求学校组织师生代表对学校食堂进行检查，对周边小店进行摸排，对购买校外不洁食品、摊贩食品的学生进行劝导和管理。</w:t>
      </w:r>
      <w:r>
        <w:rPr>
          <w:lang w:eastAsia="zh-CN"/>
        </w:rPr>
        <w:br/>
      </w:r>
      <w:r>
        <w:rPr>
          <w:lang w:eastAsia="zh-CN"/>
        </w:rPr>
        <w:t>　　（三）建立检查反馈机制</w:t>
      </w:r>
      <w:r>
        <w:rPr>
          <w:lang w:eastAsia="zh-CN"/>
        </w:rPr>
        <w:br/>
      </w:r>
      <w:r>
        <w:rPr>
          <w:lang w:eastAsia="zh-CN"/>
        </w:rPr>
        <w:t>　　1、建立定期与不定期相结合的检查制度。带领食品安全工作小组对全区中小学食堂和饮用水进行检查，特别是检查中问题较多的学校，将是下步抽查和整改的重点。</w:t>
      </w:r>
      <w:r>
        <w:rPr>
          <w:lang w:eastAsia="zh-CN"/>
        </w:rPr>
        <w:br/>
      </w:r>
      <w:r>
        <w:rPr>
          <w:lang w:eastAsia="zh-CN"/>
        </w:rPr>
        <w:t>　　2、在检查的基础上组织一次现场会，选取硬件设施较为完善，安全管理规范的食堂作为现场会地点，召集食堂管理人员参加，明确标准，提升管理质量。</w:t>
      </w:r>
      <w:r>
        <w:rPr>
          <w:lang w:eastAsia="zh-CN"/>
        </w:rPr>
        <w:br/>
      </w:r>
      <w:r>
        <w:rPr>
          <w:lang w:eastAsia="zh-CN"/>
        </w:rPr>
        <w:t>　　3、建立饮用水器具、储水场地消毒制度。一是加强对饮水器具消毒、储水场地消毒过程的监管，饮水器具要定期消毒，由专业人员，在专门的场所进行，做到程序规范并有记录。二是及时索取每批桶装水产品检验合格证明，并对到校时间进行登记，对开启超过5天和到校超过15天的桶装水要作倾倒处理。</w:t>
      </w:r>
      <w:r>
        <w:rPr>
          <w:lang w:eastAsia="zh-CN"/>
        </w:rPr>
        <w:br/>
      </w:r>
      <w:r>
        <w:rPr>
          <w:lang w:eastAsia="zh-CN"/>
        </w:rPr>
        <w:t>　　二、学前教育科</w:t>
      </w:r>
      <w:r>
        <w:rPr>
          <w:lang w:eastAsia="zh-CN"/>
        </w:rPr>
        <w:br/>
      </w:r>
      <w:r>
        <w:rPr>
          <w:lang w:eastAsia="zh-CN"/>
        </w:rPr>
        <w:t>　　针对学前教育办学性质复杂多样，管理难度大的特点，坚持“预防为主”的工作方针，从宣传培训、常规落实、督查指导等方面着手，齐抓共管，形成合力，确保食品安全工作常抓不懈。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（一）重宣传培训</w:t>
      </w:r>
      <w:r>
        <w:rPr>
          <w:lang w:eastAsia="zh-CN"/>
        </w:rPr>
        <w:br/>
      </w:r>
      <w:r>
        <w:rPr>
          <w:lang w:eastAsia="zh-CN"/>
        </w:rPr>
        <w:t>　　1、幼儿园层面：组织学习，提高幼儿园领导、保教人员及后勤管理人员的卫生安全意识；开展一次区层面的知识竞赛及相关技能比武活动；与区妇幼院联合开展日常业务培训、法制宣传、警示教育等多种形式的食品安全主题活动，提升幼儿园食品安全意识，提高食品安全工作水平。</w:t>
      </w:r>
      <w:r>
        <w:rPr>
          <w:lang w:eastAsia="zh-CN"/>
        </w:rPr>
        <w:br/>
      </w:r>
      <w:r>
        <w:rPr>
          <w:lang w:eastAsia="zh-CN"/>
        </w:rPr>
        <w:t>　　2、家长幼儿层面：开展食品安全宣传教育系活动，指导和培养幼儿养成良好的饮食习惯和卫生习惯。利用电子屏、校园网、班级博客、主题墙、宣传展板、家园联系栏、开家长会及印发食品安全宣教资料等，向家长宣传食品安全法律法规的科普知识和正确的饮食观念和食品安全观念。</w:t>
      </w:r>
      <w:r>
        <w:rPr>
          <w:lang w:eastAsia="zh-CN"/>
        </w:rPr>
        <w:br/>
      </w:r>
      <w:r>
        <w:rPr>
          <w:lang w:eastAsia="zh-CN"/>
        </w:rPr>
        <w:t>　　（二）重常规落实</w:t>
      </w:r>
      <w:r>
        <w:rPr>
          <w:lang w:eastAsia="zh-CN"/>
        </w:rPr>
        <w:br/>
      </w:r>
      <w:r>
        <w:rPr>
          <w:lang w:eastAsia="zh-CN"/>
        </w:rPr>
        <w:t>　　1、严格落实以园长为第一责任人的食品安全责任制和责任追究制，完善食物中毒应急处置预案。</w:t>
      </w:r>
      <w:r>
        <w:rPr>
          <w:lang w:eastAsia="zh-CN"/>
        </w:rPr>
        <w:br/>
      </w:r>
      <w:r>
        <w:rPr>
          <w:lang w:eastAsia="zh-CN"/>
        </w:rPr>
        <w:t>　　2、落实从业人员持证上岗和健康管理，加强对从业人员食品安全知识和技能的培训。</w:t>
      </w:r>
      <w:r>
        <w:rPr>
          <w:lang w:eastAsia="zh-CN"/>
        </w:rPr>
        <w:br/>
      </w:r>
      <w:r>
        <w:rPr>
          <w:lang w:eastAsia="zh-CN"/>
        </w:rPr>
        <w:t>　　3、切实加强传染病的防控工作。继续严格执行每日晨检及日报、病因追查与登记制度，认真做好因病缺勤记录、疑似传染病排查、疾病监测、消毒隔离和传染病学生追踪等工作。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4、加强饮食卫生管理。切实做好饮用水卫生安全工作，定期做好饮水机卫生消毒。每学期开学前规范做好各种幼儿用品、玩具、室内外环境等的全面消毒工作，食具、毛巾做到每天消毒，并有记录。</w:t>
      </w:r>
      <w:r>
        <w:rPr>
          <w:lang w:eastAsia="zh-CN"/>
        </w:rPr>
        <w:br/>
      </w:r>
      <w:r>
        <w:rPr>
          <w:lang w:eastAsia="zh-CN"/>
        </w:rPr>
        <w:t>　　（三）重督查指导</w:t>
      </w:r>
      <w:r>
        <w:rPr>
          <w:lang w:eastAsia="zh-CN"/>
        </w:rPr>
        <w:br/>
      </w:r>
      <w:r>
        <w:rPr>
          <w:lang w:eastAsia="zh-CN"/>
        </w:rPr>
        <w:t>　　2月19—21日学前科、学前督导中心和民管办联合对21所部门街道办、民办幼儿园进行了开学工作检查，对于食堂管理、饮食卫生方面发现的重点问题进行了及时反馈，并督促整改。下步将采取定期与随机相结合的方式，进一步加强过程控制，并将检查及整改结果纳入民办幼儿园年度考核内容。</w:t>
      </w:r>
      <w:r>
        <w:rPr>
          <w:lang w:eastAsia="zh-CN"/>
        </w:rPr>
        <w:br/>
      </w:r>
      <w:r>
        <w:rPr>
          <w:lang w:eastAsia="zh-CN"/>
        </w:rPr>
        <w:t>　　（四）重齐抓共管</w:t>
      </w:r>
      <w:r>
        <w:rPr>
          <w:lang w:eastAsia="zh-CN"/>
        </w:rPr>
        <w:br/>
      </w:r>
      <w:r>
        <w:rPr>
          <w:lang w:eastAsia="zh-CN"/>
        </w:rPr>
        <w:t>　　__年将进一步加强与卫生部门的日常合作与联系，定期安排保育员、卫生保健及后勤人员参加妇幼院组织的业务培训，开展食品、饮水安全联合检查；强化局内部各相关部门在监管工作中的协调、衔接与配合，形成合力，确保食品安全工作常抓不懈。</w:t>
      </w:r>
      <w:r>
        <w:rPr>
          <w:lang w:eastAsia="zh-CN"/>
        </w:rPr>
        <w:br/>
      </w:r>
      <w:r>
        <w:rPr>
          <w:lang w:eastAsia="zh-CN"/>
        </w:rPr>
        <w:t>　　三、安全管理办公室</w:t>
      </w:r>
      <w:r>
        <w:rPr>
          <w:lang w:eastAsia="zh-CN"/>
        </w:rPr>
        <w:br/>
      </w:r>
      <w:r>
        <w:rPr>
          <w:lang w:eastAsia="zh-CN"/>
        </w:rPr>
        <w:t>　　（一）抓好学校食堂烟道的清理工作</w:t>
      </w:r>
      <w:r>
        <w:rPr>
          <w:lang w:eastAsia="zh-CN"/>
        </w:rPr>
        <w:br/>
      </w:r>
      <w:r>
        <w:rPr>
          <w:lang w:eastAsia="zh-CN"/>
        </w:rPr>
        <w:t>　　定期对烟道进行清理，一是保证烟道污垢不进入食品，引起食品污染，二是保证不出其他安全问题。</w:t>
      </w:r>
      <w:r>
        <w:rPr>
          <w:lang w:eastAsia="zh-CN"/>
        </w:rPr>
        <w:br/>
      </w:r>
      <w:r>
        <w:rPr>
          <w:lang w:eastAsia="zh-CN"/>
        </w:rPr>
        <w:t>　　（二）抓好熟食配送过程的防范工作</w:t>
      </w:r>
      <w:r>
        <w:rPr>
          <w:lang w:eastAsia="zh-CN"/>
        </w:rPr>
        <w:br/>
      </w:r>
      <w:r>
        <w:rPr>
          <w:lang w:eastAsia="zh-CN"/>
        </w:rPr>
        <w:t>　　课间餐、个别学校的中餐，都是由食品公司配送，配送途中的食品安全不容忽视，须要求食品公司使用全封闭的车辆送货，对车厢要定期消毒。</w:t>
      </w:r>
      <w:r>
        <w:rPr>
          <w:lang w:eastAsia="zh-CN"/>
        </w:rPr>
        <w:br/>
      </w:r>
      <w:r>
        <w:rPr>
          <w:lang w:eastAsia="zh-CN"/>
        </w:rPr>
        <w:t>　　（三）抓好校园周边小店的排查管理工作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引导校园周边小店从正规场所进货，定期对小店的食品进行摸排，发现问题及时向相关部门反映。</w:t>
      </w:r>
      <w:r>
        <w:rPr>
          <w:lang w:eastAsia="zh-CN"/>
        </w:rPr>
        <w:br/>
      </w:r>
      <w:r>
        <w:rPr>
          <w:lang w:eastAsia="zh-CN"/>
        </w:rPr>
        <w:t>　　四、后勤管理服务中心</w:t>
      </w:r>
      <w:r>
        <w:rPr>
          <w:lang w:eastAsia="zh-CN"/>
        </w:rPr>
        <w:br/>
      </w:r>
      <w:r>
        <w:rPr>
          <w:lang w:eastAsia="zh-CN"/>
        </w:rPr>
        <w:t>　　围绕规范后勤保障体系，从设备改造、招标配送、监督管理等方面着手，进一步完善食品安全工作。</w:t>
      </w:r>
      <w:r>
        <w:rPr>
          <w:lang w:eastAsia="zh-CN"/>
        </w:rPr>
        <w:br/>
      </w:r>
      <w:r>
        <w:rPr>
          <w:lang w:eastAsia="zh-CN"/>
        </w:rPr>
        <w:t>　　（一）启动校园食堂煤气管道改造</w:t>
      </w:r>
      <w:r>
        <w:rPr>
          <w:lang w:eastAsia="zh-CN"/>
        </w:rPr>
        <w:br/>
      </w:r>
      <w:r>
        <w:rPr>
          <w:lang w:eastAsia="zh-CN"/>
        </w:rPr>
        <w:t>　　完成全区校园管道煤气改造，促进校园食堂设备安全。</w:t>
      </w:r>
      <w:r>
        <w:rPr>
          <w:lang w:eastAsia="zh-CN"/>
        </w:rPr>
        <w:br/>
      </w:r>
      <w:r>
        <w:rPr>
          <w:lang w:eastAsia="zh-CN"/>
        </w:rPr>
        <w:t>　　（二）完善食堂大宗食品同意招标配送工作</w:t>
      </w:r>
      <w:r>
        <w:rPr>
          <w:lang w:eastAsia="zh-CN"/>
        </w:rPr>
        <w:br/>
      </w:r>
      <w:r>
        <w:rPr>
          <w:lang w:eastAsia="zh-CN"/>
        </w:rPr>
        <w:t>　　从源头上层层把关，杜绝物资采购的随意性，确保配送率达到100%，20__年5月开始此项工作，按潜在投标人报名、对投标人经营能力考察、领取招标文件、召开招标会的顺序进行。</w:t>
      </w:r>
      <w:r>
        <w:rPr>
          <w:lang w:eastAsia="zh-CN"/>
        </w:rPr>
        <w:br/>
      </w:r>
      <w:r>
        <w:rPr>
          <w:lang w:eastAsia="zh-CN"/>
        </w:rPr>
        <w:t>　　（三）加大监管力度</w:t>
      </w:r>
      <w:r>
        <w:rPr>
          <w:lang w:eastAsia="zh-CN"/>
        </w:rPr>
        <w:br/>
      </w:r>
      <w:r>
        <w:rPr>
          <w:lang w:eastAsia="zh-CN"/>
        </w:rPr>
        <w:t>　　1、加强对食堂大宗食品供应商的管理，每双月召开一次供应商一把手参加的食品安全预警会，通报校园食堂配送存在的问题和注意事项。</w:t>
      </w:r>
      <w:r>
        <w:rPr>
          <w:lang w:eastAsia="zh-CN"/>
        </w:rPr>
        <w:br/>
      </w:r>
      <w:r>
        <w:rPr>
          <w:lang w:eastAsia="zh-CN"/>
        </w:rPr>
        <w:t>　　2、加强农药、重金属残留检测抽查工作，定期对食品进行抽样检测，纳入供货商的考核。</w:t>
      </w:r>
      <w:r>
        <w:rPr>
          <w:lang w:eastAsia="zh-CN"/>
        </w:rPr>
        <w:br/>
      </w:r>
      <w:r>
        <w:rPr>
          <w:lang w:eastAsia="zh-CN"/>
        </w:rPr>
        <w:t>　　3、加强对食堂管理人员的管理，举办一期食堂管理人员培训。</w:t>
      </w:r>
      <w:r>
        <w:rPr>
          <w:lang w:eastAsia="zh-CN"/>
        </w:rPr>
        <w:br/>
      </w:r>
      <w:r>
        <w:rPr>
          <w:lang w:eastAsia="zh-CN"/>
        </w:rPr>
        <w:t>　　4、做好上级相关部门需要的数据的汇总上报。</w:t>
      </w:r>
      <w:r>
        <w:rPr>
          <w:lang w:eastAsia="zh-CN"/>
        </w:rPr>
        <w:br/>
      </w:r>
      <w:r>
        <w:rPr>
          <w:lang w:eastAsia="zh-CN"/>
        </w:rPr>
        <w:t>　　五、基财科</w:t>
      </w:r>
      <w:r>
        <w:rPr>
          <w:lang w:eastAsia="zh-CN"/>
        </w:rPr>
        <w:br/>
      </w:r>
      <w:r>
        <w:rPr>
          <w:lang w:eastAsia="zh-CN"/>
        </w:rPr>
        <w:t>　　1、参加食品安全领导小组会议，做好相关配合工作。</w:t>
      </w:r>
      <w:r>
        <w:rPr>
          <w:lang w:eastAsia="zh-CN"/>
        </w:rPr>
        <w:br/>
      </w:r>
      <w:r>
        <w:rPr>
          <w:lang w:eastAsia="zh-CN"/>
        </w:rPr>
        <w:t>　　2、做好学校食堂投入的预算工作。</w:t>
      </w:r>
      <w:r>
        <w:rPr>
          <w:lang w:eastAsia="zh-CN"/>
        </w:rPr>
        <w:br/>
      </w:r>
      <w:r>
        <w:rPr>
          <w:lang w:eastAsia="zh-CN"/>
        </w:rPr>
        <w:t xml:space="preserve">    安全工作计划范文合集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一、指导思想</w:t>
      </w:r>
      <w:r>
        <w:rPr>
          <w:lang w:eastAsia="zh-CN"/>
        </w:rPr>
        <w:br/>
      </w:r>
      <w:r>
        <w:rPr>
          <w:lang w:eastAsia="zh-CN"/>
        </w:rPr>
        <w:t>　　继续贯彻“安全第一，预防为主”的方针，进一步加强以学校安全为本的各项安全管理工作，警钟长鸣，常抓不懈，以“隐患险于明火，防火胜于救灾，责任重于泰山”的重要指示精神为指针，根据教育部《学生伤害事故处理办法》、上级各部门安全工作要求和学校工作计划，在上级各部门和学校校委会、校长室的领导下，强化安全教育，致力安全防范，切实加强学校安全工作管理，增强师生安全意识，完善学校内部安全管理体制，形成齐抓共管校园安全的整体网络，进一步推进以学生安全为本的各项安全管理工作。</w:t>
      </w:r>
      <w:r>
        <w:rPr>
          <w:lang w:eastAsia="zh-CN"/>
        </w:rPr>
        <w:br/>
      </w:r>
      <w:r>
        <w:rPr>
          <w:lang w:eastAsia="zh-CN"/>
        </w:rPr>
        <w:t>　　二、工作目标</w:t>
      </w:r>
      <w:r>
        <w:rPr>
          <w:lang w:eastAsia="zh-CN"/>
        </w:rPr>
        <w:br/>
      </w:r>
      <w:r>
        <w:rPr>
          <w:lang w:eastAsia="zh-CN"/>
        </w:rPr>
        <w:t>　　求真务实严管理，追求规范显安全。继续注重平时，致力防范，狠抓安全管理质量，按照“谁主管，谁负责”的原则，层层落实安全工作措施，认真贯彻执行《学生伤害事故处理办法》的精神和要求，防患于未然，保障学生在校安全、交通安全和食堂用餐安全，保证学校财务安全，坚决杜绝重特大等一切安全事故的`发生。</w:t>
      </w:r>
      <w:r>
        <w:rPr>
          <w:lang w:eastAsia="zh-CN"/>
        </w:rPr>
        <w:br/>
      </w:r>
      <w:r>
        <w:rPr>
          <w:lang w:eastAsia="zh-CN"/>
        </w:rPr>
        <w:t>　　三、具体措施</w:t>
      </w:r>
      <w:r>
        <w:rPr>
          <w:lang w:eastAsia="zh-CN"/>
        </w:rPr>
        <w:br/>
      </w:r>
      <w:r>
        <w:rPr>
          <w:lang w:eastAsia="zh-CN"/>
        </w:rPr>
        <w:t>　　1、高度重视，严格管理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安全工作重中之重，责任重于泰山。校园安全无小事，对安全工作千万不能马马虎虎，更不能抱侥幸心理、玩忽职守。学校继续坚持以学生安全为本的思想，想学生所想，急家长所急，集中主要精力、人力、物力、财力解决好重点、难点安全问题，安全教育，安全宣传、安全检查要严格督促、管理。快速应对和处理来自学生的一切偶发性、突发性安全伤害事故，以有效的工作和科学的处置，赢得问题解决的最佳时机。</w:t>
      </w:r>
      <w:r>
        <w:rPr>
          <w:lang w:eastAsia="zh-CN"/>
        </w:rPr>
        <w:br/>
      </w:r>
      <w:r>
        <w:rPr>
          <w:lang w:eastAsia="zh-CN"/>
        </w:rPr>
        <w:t>　　（1）安全工作警钟常鸣，把安全放在学校各项工作之首，对学生负责，保证师生的人身安全。</w:t>
      </w:r>
      <w:r>
        <w:rPr>
          <w:lang w:eastAsia="zh-CN"/>
        </w:rPr>
        <w:br/>
      </w:r>
      <w:r>
        <w:rPr>
          <w:lang w:eastAsia="zh-CN"/>
        </w:rPr>
        <w:t>　　（2）增强安全意识，落实安全工作制度，努力把安全防范工作做细做实，杜绝一切安全事故的发生。</w:t>
      </w:r>
      <w:r>
        <w:rPr>
          <w:lang w:eastAsia="zh-CN"/>
        </w:rPr>
        <w:br/>
      </w:r>
      <w:r>
        <w:rPr>
          <w:lang w:eastAsia="zh-CN"/>
        </w:rPr>
        <w:t>　　（3）进一步完善、健全学校安全管理网络，明确安全工作领导小组职能，明确安全工作职责。</w:t>
      </w:r>
      <w:r>
        <w:rPr>
          <w:lang w:eastAsia="zh-CN"/>
        </w:rPr>
        <w:br/>
      </w:r>
      <w:r>
        <w:rPr>
          <w:lang w:eastAsia="zh-CN"/>
        </w:rPr>
        <w:t>　　（4）严格学校安全管理制度、监督机制和奖惩制度，做到谁失职，谁负责，消除一切不安全隐患，防范于未然。</w:t>
      </w:r>
      <w:r>
        <w:rPr>
          <w:lang w:eastAsia="zh-CN"/>
        </w:rPr>
        <w:br/>
      </w:r>
      <w:r>
        <w:rPr>
          <w:lang w:eastAsia="zh-CN"/>
        </w:rPr>
        <w:t>　　2、突出重点，落实措施。</w:t>
      </w:r>
      <w:r>
        <w:rPr>
          <w:lang w:eastAsia="zh-CN"/>
        </w:rPr>
        <w:br/>
      </w:r>
      <w:r>
        <w:rPr>
          <w:lang w:eastAsia="zh-CN"/>
        </w:rPr>
        <w:t>　　对校园安全既要预防，更要突出重点。根据学生的特点，运用多种生动活泼，切实有效的形式，让学生喜闻乐见，便于接受，进行安全教育，使学生增强安全防范意识，懂得居家安全、校园安全、出行安全、社会安全和一些自我保护能力、对不良现象的辨别能力。安全管理要突出重点，要确保重点安全工作的落实，如宿舍楼的火灾隐患，食品卫生的安全，陈旧电器线路及电闸形变是否及时更换，体育器械是否损坏等安全教育事故的防范。</w:t>
      </w:r>
      <w:r>
        <w:rPr>
          <w:lang w:eastAsia="zh-CN"/>
        </w:rPr>
        <w:br/>
      </w:r>
      <w:r>
        <w:rPr>
          <w:lang w:eastAsia="zh-CN"/>
        </w:rPr>
        <w:t>　　（1）全校各处室、各年级加强责任制，严格执行安全制度，分工负责，层层落实，保证学校各项工作的安全进行，落实学校安全防范措施。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2）加强安全教育，利用校会、班会、国旗下讲话等渠道，帮助学生确立安全意识，严格课间、午间活动，尽可能地杜绝追逐、打闹现象，规范自主行为，增强安全保卫能力。加强交通安全教育与管理，确保学生高高兴兴到校、平平安安回家。加强对学生校外行为的安全教育引导。</w:t>
      </w:r>
      <w:r>
        <w:rPr>
          <w:lang w:eastAsia="zh-CN"/>
        </w:rPr>
        <w:br/>
      </w:r>
      <w:r>
        <w:rPr>
          <w:lang w:eastAsia="zh-CN"/>
        </w:rPr>
        <w:t>　　（3）细化安全管理，注重安全防范，切切实实做好教师的值日工作，保证学生在校园内的安全。值日教师和行政值周教师严格对学生的课间午间活动、上下楼梯、集会集队、体育课、活动课等进行安全指导与管理，尽可能地杜绝追逐、打闹现象的发生，细化安全监护，切实做好监护学生活动行为。</w:t>
      </w:r>
      <w:r>
        <w:rPr>
          <w:lang w:eastAsia="zh-CN"/>
        </w:rPr>
        <w:br/>
      </w:r>
      <w:r>
        <w:rPr>
          <w:lang w:eastAsia="zh-CN"/>
        </w:rPr>
        <w:t>　　（4）严格网络安全教育与管理，严控学生进入社会网吧行为，致力提高学生对网络有害信息的防堵能力，积极营造学生健康成长的良好环境。</w:t>
      </w:r>
      <w:r>
        <w:rPr>
          <w:lang w:eastAsia="zh-CN"/>
        </w:rPr>
        <w:br/>
      </w:r>
      <w:r>
        <w:rPr>
          <w:lang w:eastAsia="zh-CN"/>
        </w:rPr>
        <w:t>　　（5）做好与缺勤学生家长的联系沟通工作，做好因个别辅导、教育谈话等原因而留下迟放学生的家长沟通联系工作，消除一切因教师工作疏漏而造成的学生安全隐患及事故。</w:t>
      </w:r>
      <w:r>
        <w:rPr>
          <w:lang w:eastAsia="zh-CN"/>
        </w:rPr>
        <w:br/>
      </w:r>
      <w:r>
        <w:rPr>
          <w:lang w:eastAsia="zh-CN"/>
        </w:rPr>
        <w:t>　　（6）严把学生饮食卫生关，消除食堂及饮用水等一切卫生安全隐患。</w:t>
      </w:r>
      <w:r>
        <w:rPr>
          <w:lang w:eastAsia="zh-CN"/>
        </w:rPr>
        <w:br/>
      </w:r>
      <w:r>
        <w:rPr>
          <w:lang w:eastAsia="zh-CN"/>
        </w:rPr>
        <w:t>　　（7）严格学校财产安全管理工作，消除一切安全隐患，切实做好防盗、防火、防电等工作。积极做好保卫安全防范工作。落实学校节假日值班工作和学校用电安全、财产财务保管、公寓保卫工作。</w:t>
      </w:r>
      <w:r>
        <w:rPr>
          <w:lang w:eastAsia="zh-CN"/>
        </w:rPr>
        <w:br/>
      </w:r>
      <w:r>
        <w:rPr>
          <w:lang w:eastAsia="zh-CN"/>
        </w:rPr>
        <w:t>　　3、加强检查，突出成效。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安全管理是动态管理，循环往复的过程，不可能一劳永逸。按照安全工作制度规定和内在规律，从长计议，抓好落实，在经常性上下真功夫，坚持经常性地督促检查，常抓不懈。从明确领导和部门的责任入手，并且忠于职守，履行职责，树立在其位，谋其职的良好风气，采取严明的奖惩措施。</w:t>
      </w:r>
      <w:r>
        <w:rPr>
          <w:lang w:eastAsia="zh-CN"/>
        </w:rPr>
        <w:br/>
      </w:r>
      <w:r>
        <w:rPr>
          <w:lang w:eastAsia="zh-CN"/>
        </w:rPr>
        <w:t>　　（1）学校安全领导小组和各条线领导经常性检查各层，各部门设施的安全使用和防范工作，每次使用重视，每月自查，保证设施的正常安全使用。</w:t>
      </w:r>
      <w:r>
        <w:rPr>
          <w:lang w:eastAsia="zh-CN"/>
        </w:rPr>
        <w:br/>
      </w:r>
      <w:r>
        <w:rPr>
          <w:lang w:eastAsia="zh-CN"/>
        </w:rPr>
        <w:t>　　（2）加强校园内校舍的经常性安全检查工作，发现问题，及时维修，确保安全。</w:t>
      </w:r>
      <w:r>
        <w:rPr>
          <w:lang w:eastAsia="zh-CN"/>
        </w:rPr>
        <w:br/>
      </w:r>
      <w:r>
        <w:rPr>
          <w:lang w:eastAsia="zh-CN"/>
        </w:rPr>
        <w:t>　　（3）畅通信息反馈渠道，发现问题，及时汇报，立即处置，扫除一切有碍学校教育的不安全因素。</w:t>
      </w:r>
      <w:r>
        <w:rPr>
          <w:lang w:eastAsia="zh-CN"/>
        </w:rPr>
        <w:br/>
      </w:r>
      <w:r>
        <w:rPr>
          <w:lang w:eastAsia="zh-CN"/>
        </w:rPr>
        <w:t xml:space="preserve">    安全工作计划范文合集 篇6 </w:t>
      </w:r>
      <w:r>
        <w:rPr>
          <w:lang w:eastAsia="zh-CN"/>
        </w:rPr>
        <w:br/>
      </w:r>
      <w:r>
        <w:rPr>
          <w:lang w:eastAsia="zh-CN"/>
        </w:rPr>
        <w:t>　　一、指导思想：</w:t>
      </w:r>
      <w:r>
        <w:rPr>
          <w:lang w:eastAsia="zh-CN"/>
        </w:rPr>
        <w:br/>
      </w:r>
      <w:r>
        <w:rPr>
          <w:lang w:eastAsia="zh-CN"/>
        </w:rPr>
        <w:t>　　本学期教学部门将坚持“以人为本，质量兴校”的办学理念，认真领会市法制安全工作会议精神，以《中小学安全教育指导纲要》为指导，以广大师生的生命安全和社会稳定为目标，以确保学校教育教学工作的顺利进行为出发点，以提高师生和家长的认识及广泛开展安全教育活动为途径，强化教学工作全程管理，关注师生安全，加强安全教育，切实提高教学质量，推进学校的特色建设。</w:t>
      </w:r>
      <w:r>
        <w:rPr>
          <w:lang w:eastAsia="zh-CN"/>
        </w:rPr>
        <w:br/>
      </w:r>
      <w:r>
        <w:rPr>
          <w:lang w:eastAsia="zh-CN"/>
        </w:rPr>
        <w:t>　　二、主要工作及措施：</w:t>
      </w:r>
      <w:r>
        <w:rPr>
          <w:lang w:eastAsia="zh-CN"/>
        </w:rPr>
        <w:br/>
      </w:r>
      <w:r>
        <w:rPr>
          <w:lang w:eastAsia="zh-CN"/>
        </w:rPr>
        <w:t>　　（一）加强领导 明确责任</w:t>
      </w:r>
      <w:r>
        <w:rPr>
          <w:lang w:eastAsia="zh-CN"/>
        </w:rPr>
        <w:br/>
      </w:r>
      <w:r>
        <w:rPr>
          <w:lang w:eastAsia="zh-CN"/>
        </w:rPr>
        <w:t>　　1.成立领导小组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组 长：</w:t>
      </w:r>
      <w:r>
        <w:rPr>
          <w:lang w:eastAsia="zh-CN"/>
        </w:rPr>
        <w:br/>
      </w:r>
      <w:r>
        <w:rPr>
          <w:lang w:eastAsia="zh-CN"/>
        </w:rPr>
        <w:t>　　副组长：</w:t>
      </w:r>
      <w:r>
        <w:rPr>
          <w:lang w:eastAsia="zh-CN"/>
        </w:rPr>
        <w:br/>
      </w:r>
      <w:r>
        <w:rPr>
          <w:lang w:eastAsia="zh-CN"/>
        </w:rPr>
        <w:t>　　组 员：</w:t>
      </w:r>
      <w:r>
        <w:rPr>
          <w:lang w:eastAsia="zh-CN"/>
        </w:rPr>
        <w:br/>
      </w:r>
      <w:r>
        <w:rPr>
          <w:lang w:eastAsia="zh-CN"/>
        </w:rPr>
        <w:t>　　2.明确责任</w:t>
      </w:r>
      <w:r>
        <w:rPr>
          <w:lang w:eastAsia="zh-CN"/>
        </w:rPr>
        <w:br/>
      </w:r>
      <w:r>
        <w:rPr>
          <w:lang w:eastAsia="zh-CN"/>
        </w:rPr>
        <w:t>　　每位师生都应该清醒的认识到安全工作是学校的重点工作之一，是确保学校教育教学活动正常有序进行的基础和保障。因此，全体教师必须提高认识，认真履行自己的职责。做到学校的安全工作的方方面面都有人管，都有人负责。</w:t>
      </w:r>
      <w:r>
        <w:rPr>
          <w:lang w:eastAsia="zh-CN"/>
        </w:rPr>
        <w:br/>
      </w:r>
      <w:r>
        <w:rPr>
          <w:lang w:eastAsia="zh-CN"/>
        </w:rPr>
        <w:t>　　（二）加强教育 增强素质 加强学校心理健康教育，提高学生的身心健康水平。</w:t>
      </w:r>
      <w:r>
        <w:rPr>
          <w:lang w:eastAsia="zh-CN"/>
        </w:rPr>
        <w:br/>
      </w:r>
      <w:r>
        <w:rPr>
          <w:lang w:eastAsia="zh-CN"/>
        </w:rPr>
        <w:t>　　1、一个心理不健康的人，是一个不健全的人，难以适应未来社会发展的需要。学校要高度重视心理健康教育，健康教育课由专职教师任教，任何人不能挤占健康教育课，健教教师要认真备课，上好每一堂课，让学生身心均能健康发展。</w:t>
      </w:r>
      <w:r>
        <w:rPr>
          <w:lang w:eastAsia="zh-CN"/>
        </w:rPr>
        <w:br/>
      </w:r>
      <w:r>
        <w:rPr>
          <w:lang w:eastAsia="zh-CN"/>
        </w:rPr>
        <w:t>　　2、加强学校安全教育，增强学生的自护自救的能力。</w:t>
      </w:r>
      <w:r>
        <w:rPr>
          <w:lang w:eastAsia="zh-CN"/>
        </w:rPr>
        <w:br/>
      </w:r>
      <w:r>
        <w:rPr>
          <w:lang w:eastAsia="zh-CN"/>
        </w:rPr>
        <w:t>　　各学科教师要结合本学科的课程在教学时适时渗透安全教育。每位教师在备课时，学期教案里要体现安全教育的内容，每学期每个学科要上交一份相关的教案。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安全教育工作应更有针对性和实效性。教学部门将协助学校各部门根据学校周围和学生的特点对学校存在的安全隐患进行一次专项检查。并有针对性的进行安全教育。对学生进行各种事件的应急处理的教育，增强学生安全防范的能力。万一发生安全事故，做到不惊慌失措，并能采取有效办法保护自己。要使学生增加对自己所处环境的了解，增强安全保护的意识，不做不利于安全的事，又保护自身的生命安全。</w:t>
      </w:r>
      <w:r>
        <w:rPr>
          <w:lang w:eastAsia="zh-CN"/>
        </w:rPr>
        <w:br/>
      </w:r>
      <w:r>
        <w:rPr>
          <w:lang w:eastAsia="zh-CN"/>
        </w:rPr>
        <w:t>　　3、要教育学生家长做好监护工作。通过对家长进行安全教育，增强家长的安全意识和能力。学生非正常死亡的主要原因是溺水和。</w:t>
      </w:r>
      <w:r>
        <w:rPr>
          <w:lang w:eastAsia="zh-CN"/>
        </w:rPr>
        <w:br/>
      </w:r>
      <w:r>
        <w:rPr>
          <w:lang w:eastAsia="zh-CN"/>
        </w:rPr>
        <w:t>　　(1)要让学生家长明确自己对自己的孩子在安全方面应该做好哪些工作。安全隐患在哪些方面，应该重点做好哪些防范工作。</w:t>
      </w:r>
      <w:r>
        <w:rPr>
          <w:lang w:eastAsia="zh-CN"/>
        </w:rPr>
        <w:br/>
      </w:r>
      <w:r>
        <w:rPr>
          <w:lang w:eastAsia="zh-CN"/>
        </w:rPr>
        <w:t>　　(2)了解和关心孩子的学习和生活，为孩子安排一些丰富多彩的活动，并对学生的行为进行有效的监督。</w:t>
      </w:r>
      <w:r>
        <w:rPr>
          <w:lang w:eastAsia="zh-CN"/>
        </w:rPr>
        <w:br/>
      </w:r>
      <w:r>
        <w:rPr>
          <w:lang w:eastAsia="zh-CN"/>
        </w:rPr>
        <w:t>　　(3)学校对学生进行教育的同时，要存在的安全隐患及时告诉家长。家长会上，不要只讲学生的成绩，要通报学校的安全状况，要根季节的特点，把学生容易发生的安全事故告诉家长，提高家长的安全意识。让家长配合学校做好安全教育工作，让家长真正担负起自己应该担负的监护责任。采取家长所能采用的办法来确保学生的人身安全，取得更好的教育效果。</w:t>
      </w:r>
      <w:r>
        <w:rPr>
          <w:lang w:eastAsia="zh-CN"/>
        </w:rPr>
        <w:br/>
      </w:r>
      <w:r>
        <w:rPr>
          <w:lang w:eastAsia="zh-CN"/>
        </w:rPr>
        <w:t>　　（三）抓住重点 确保安全 规范教育教学行为，消除安全隐患。</w:t>
      </w:r>
      <w:r>
        <w:rPr>
          <w:lang w:eastAsia="zh-CN"/>
        </w:rPr>
        <w:br/>
      </w:r>
      <w:r>
        <w:rPr>
          <w:lang w:eastAsia="zh-CN"/>
        </w:rPr>
        <w:t>　　教学部门要加强常规工作检查的力度，进一步规范学校和教师的教育教学行为，禁止教师体罚和变相体罚学生，禁止男教师抚摸女生或带女生回家补习，体育教师在学生自由活动时要加强安全教育，不能随意“放羊”。</w:t>
      </w:r>
      <w:r>
        <w:rPr>
          <w:lang w:eastAsia="zh-CN"/>
        </w:rPr>
        <w:br/>
      </w:r>
      <w:r>
        <w:rPr>
          <w:lang w:eastAsia="zh-CN"/>
        </w:rPr>
        <w:t>　　1、绝不允许因我们的教育教学行为不规范，而发生安全事故。</w:t>
      </w:r>
      <w:r>
        <w:rPr>
          <w:lang w:eastAsia="zh-CN"/>
        </w:rPr>
        <w:br/>
      </w:r>
      <w:r>
        <w:rPr>
          <w:lang w:eastAsia="zh-CN"/>
        </w:rPr>
        <w:t>　　2、要认真学习《学校安全意外事故处置预案制度》。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xml:space="preserve">    安全工作计划范文合集 篇7 </w:t>
      </w:r>
      <w:r>
        <w:rPr>
          <w:lang w:eastAsia="zh-CN"/>
        </w:rPr>
        <w:br/>
      </w:r>
      <w:r>
        <w:rPr>
          <w:lang w:eastAsia="zh-CN"/>
        </w:rPr>
        <w:t>　　为做好20__年元旦、春节市场供应工作，确保食品卫生质量安全，让全市人民欢度佳节，帮助企业抓住节日契机，有效扩大销售，拉动内需，市商务局就 “两节”市场供应与食品安全发出通知，并认真做好以下工作：</w:t>
      </w:r>
      <w:r>
        <w:rPr>
          <w:lang w:eastAsia="zh-CN"/>
        </w:rPr>
        <w:br/>
      </w:r>
      <w:r>
        <w:rPr>
          <w:lang w:eastAsia="zh-CN"/>
        </w:rPr>
        <w:t>　　一是加强领导，精心组织。要求局机关全体人员和各单位、各部门切实增强紧迫感、责任感，高度重视节日市场供应工作，把节日市场供应工作做细、做实，确保两节市场重要商品供应不断档、不脱销，确保市场繁荣稳定。</w:t>
      </w:r>
      <w:r>
        <w:rPr>
          <w:lang w:eastAsia="zh-CN"/>
        </w:rPr>
        <w:br/>
      </w:r>
      <w:r>
        <w:rPr>
          <w:lang w:eastAsia="zh-CN"/>
        </w:rPr>
        <w:t>　　二是积极组织货源，满足群众需求。要求各商业企业切实加强应急管理，制定节日市场应急供应预案，建立应急调控工作机构，明确责任，搞好货源组织和产销衔接，将保障节日供应的措施具体化，确保市场应急供应协调运转、快速高效。若发生市场异常波动情况，要快速反应，启动应急预案，采取积极有效措施妥善处理，并在第一时间上报市政府和市商务局。同时要在保证供应充足的前提下，适应本地市场消费结构变化，增加优质品牌商品供应，力求商品品种丰富多样，档次结构合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三是严格市场准入，确保食品安全。各县、区商务局和市畜禽屠宰管理所要认真贯彻合肥市商务局《关于印发合肥市“滤布两节期间开展打击私屠滥宰和病死猪病害猪肉非法交易专项整治工作方案的通知》（合商业[20__]245）文件精神，加强肉类市场检查，严厉打击私屠滥宰和加工、销售病害肉、注水肉等违法行为，切实保障居民节日消费安全。同时各单位、各部门要进一步健全食品卫生质量安全工作制度，要加强流通领域食品安全行业管理，指导企业认真贯彻国家和我省食品安全管理各项规定，压滤机滤布严格执行索证索票、购销台账、不合格食品退市、召回制度，确保节日期间食品安全。</w:t>
      </w:r>
      <w:r>
        <w:rPr>
          <w:lang w:eastAsia="zh-CN"/>
        </w:rPr>
        <w:br/>
      </w:r>
      <w:r>
        <w:rPr>
          <w:lang w:eastAsia="zh-CN"/>
        </w:rPr>
        <w:t>　　四是强化服务意识，严格安全管理。要求各商贸企业在做好“两节”市场供应的同时，进一步规范经营行为，并不断完善消防安全等设施和安全检查防范制度，努力为消费者营造卫生、安全、健康的节日消费环境。大中型商场和超市必须严格执行《零售商促销行为管理办法》，加强节日期间促销活动的组织管理，认真做好安全和保卫工作，防止不安全事件发生。</w:t>
      </w:r>
      <w:r>
        <w:rPr>
          <w:lang w:eastAsia="zh-CN"/>
        </w:rPr>
        <w:br/>
      </w:r>
      <w:r>
        <w:rPr>
          <w:lang w:eastAsia="zh-CN"/>
        </w:rPr>
        <w:t>　　五是加强监测，及时掌握两节市场运行情况。充分发挥市场运行调控网络系统的作用，继续加强监测工作，密切监测猪肉等副食品市场供求及价格变化，及时、准确地掌握和反映市场动态，搞好预测预警；加大督导力度，重点强化节日期间日报告制度，尤其对市场异常波动情况要第一时间报告，做到快速反应，积极应对，有效处置，维护市场稳定。同时加强对节日市场运行情况的分析，各县区商务局和有关企业也要明确专人做好黄金周市场的监测、分析总结工作，严格按规定上报有关数据信息。</w:t>
      </w:r>
      <w:r>
        <w:rPr>
          <w:lang w:eastAsia="zh-CN"/>
        </w:rPr>
        <w:br/>
      </w:r>
      <w:r>
        <w:rPr>
          <w:lang w:eastAsia="zh-CN"/>
        </w:rPr>
        <w:t xml:space="preserve">    安全工作计划范文合集 篇8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今年以来，我矿在安全管理上认真贯彻落实安全会议精神，坚持全面培训，提高全员素质，狠抓落实，实现安全生产，杜绝重大恶性事故，安全生产保持稳定健康发展的良好势头，下面就今年的安全工作做一简要。</w:t>
      </w:r>
      <w:r>
        <w:rPr>
          <w:lang w:eastAsia="zh-CN"/>
        </w:rPr>
        <w:br/>
      </w:r>
      <w:r>
        <w:rPr>
          <w:lang w:eastAsia="zh-CN"/>
        </w:rPr>
        <w:t>　　一、安全工作主要做法：</w:t>
      </w:r>
      <w:r>
        <w:rPr>
          <w:lang w:eastAsia="zh-CN"/>
        </w:rPr>
        <w:br/>
      </w:r>
      <w:r>
        <w:rPr>
          <w:lang w:eastAsia="zh-CN"/>
        </w:rPr>
        <w:t>　　就安全工作而言，有三方面的特点：一是良好的安全绩效得到保持；二是现场质量标准化得到明显改善；三是核心装备实现再次升级。这既是安全工作的特点，也是今年以来树立的目标，为此，我矿在认真分析总结03年得失的同时，以安全会议精神为指导，深入研究，确立了0_年的安全工作思路，安全工作基本做法体现出为“四个抓”，即：抓基础、抓关键、抓大事、抓重点。具体做法：</w:t>
      </w:r>
      <w:r>
        <w:rPr>
          <w:lang w:eastAsia="zh-CN"/>
        </w:rPr>
        <w:br/>
      </w:r>
      <w:r>
        <w:rPr>
          <w:lang w:eastAsia="zh-CN"/>
        </w:rPr>
        <w:t>　　抓基础。制定符合矿井实际情况的管理制度，建立健全全方位的安全管理监督检查体系。 20__年初，我矿把贯彻安全会议精神作为头等大事来抓，组织矿、科、队三级管理人员学习、讨论，并根据我矿的实际研究制定了具体的操作细则，建立了全方位的安全管理监督检查体系，重点做了以下五个方面的工作：</w:t>
      </w:r>
      <w:r>
        <w:rPr>
          <w:lang w:eastAsia="zh-CN"/>
        </w:rPr>
        <w:br/>
      </w:r>
      <w:r>
        <w:rPr>
          <w:lang w:eastAsia="zh-CN"/>
        </w:rPr>
        <w:t>　　一是，建立了矿对科队的安全质量绩效全方位考核制度，把队组当月总工资的一部分划为安全质量含量工资，每月初由矿安全部门牵头，组织相关部门对队组月度安全管理、工程质量、绩效进行公开考核，并严格兑现。</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二是，以开展班组建设竞赛为中心内容，以进一步完善矿对队安全评估、队对班组安全评估、队对个人安全考核三级考核制度为手段，形成质量验收相互监察体系和全方位的岗位监督体系及现场管理体系，牢牢掌握动态的现场安全质量和岗位操作质量，在集团公司安全检查中得到了肯定。</w:t>
      </w:r>
      <w:r>
        <w:rPr>
          <w:lang w:eastAsia="zh-CN"/>
        </w:rPr>
        <w:br/>
      </w:r>
      <w:r>
        <w:rPr>
          <w:lang w:eastAsia="zh-CN"/>
        </w:rPr>
        <w:t>　　三是，在安全监督检查上，一方面继续坚持验收制度，坚持现场存在的问题进行严肃追究处理，重点是管理责任的追究，做到了验收的公平、公正，考核严格兑现。 四是，开展了矿、科、队三级干部下坑在现场面对面对职工进行操作培训活动，建立坚持队组的理论培训与现场实际相结合的原则，收到了较好效果。</w:t>
      </w:r>
      <w:r>
        <w:rPr>
          <w:lang w:eastAsia="zh-CN"/>
        </w:rPr>
        <w:br/>
      </w:r>
      <w:r>
        <w:rPr>
          <w:lang w:eastAsia="zh-CN"/>
        </w:rPr>
        <w:t>　　五是，努力营造以“安全第一”为灵魂的矿区文化氛围。今年以来，配合政工宣传部门，组织了“安全知识竞赛”、“安全制度知识竞赛”等安全活动；丰富了职工文化生活；建立“三违”情况公示栏，实施三违人员通报亮相，进行反面教育；遵章光荣，违章耻辱已逐步成为职工群众的共识。</w:t>
      </w:r>
      <w:r>
        <w:rPr>
          <w:lang w:eastAsia="zh-CN"/>
        </w:rPr>
        <w:br/>
      </w:r>
      <w:r>
        <w:rPr>
          <w:lang w:eastAsia="zh-CN"/>
        </w:rPr>
        <w:t>　　抓关键。加强节日期间的安全管理工作。 针对五一、中秋、国庆等大节日，根据工作实际，对节日期间的安全工作做了详细的部署和安排，一是重点抓住了领导作风这一关键。二是加大动态检查力度，强化安全监督，实施了小分队动态检查及安全科小分队跟踪复查隐患整改的安全监督两条线。</w:t>
      </w:r>
      <w:r>
        <w:rPr>
          <w:lang w:eastAsia="zh-CN"/>
        </w:rPr>
        <w:br/>
      </w:r>
      <w:r>
        <w:rPr>
          <w:lang w:eastAsia="zh-CN"/>
        </w:rPr>
        <w:t>　　抓大事。抓环节，安全生产环境得到优化。</w:t>
      </w:r>
      <w:r>
        <w:rPr>
          <w:lang w:eastAsia="zh-CN"/>
        </w:rPr>
        <w:br/>
      </w:r>
      <w:r>
        <w:rPr>
          <w:lang w:eastAsia="zh-CN"/>
        </w:rPr>
        <w:t>　　坚持把优化安全生产环境作为我矿0_年安全工作的大事。</w:t>
      </w:r>
      <w:r>
        <w:rPr>
          <w:lang w:eastAsia="zh-CN"/>
        </w:rPr>
        <w:br/>
      </w:r>
      <w:r>
        <w:rPr>
          <w:lang w:eastAsia="zh-CN"/>
        </w:rPr>
        <w:t>　　一是完成了“灾害预防及应急处理预案”的编制工作。通过总结我矿安全工作的经验和教训，结合当前阶段的客观实际，积极组织生产、调度、地测、安全、供应等部门，先后经过会审修订，形成了我矿较为科学的安全管理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二是根据季节的`交替变化，狠抓了季节性重点区的安全管理。随着季节的变化，我矿认真把握其特点，对我矿“雨季三防”、消防防火、要害部位、公共场所进行了全面检查，以防范为重点，认真落实了领导责任和各项措施，特别是在雨季三防方面，重点作好了物资人员准备及时到位，保证安全度汛，杜绝意外事故的发生。</w:t>
      </w:r>
      <w:r>
        <w:rPr>
          <w:lang w:eastAsia="zh-CN"/>
        </w:rPr>
        <w:br/>
      </w:r>
      <w:r>
        <w:rPr>
          <w:lang w:eastAsia="zh-CN"/>
        </w:rPr>
        <w:t>　　回顾总结，今年以来安全工作最重要的是实现了安全生产形势的平稳发展，但工作上的差距也是不容忽视的：一是矿井现场安全管理的脆弱性与矿井规模发展、装备升级的不适应仍很突出；二是矿井质量标准化水平在内涵的深度上仍处于表面；三是双建双达工作没有深入职工心中，现场没有推行，效果没有体现出来；四是职工队伍稳定与职工素质的提高没有突破；五是安全重点工程重视力度不够。总之在我们看到成绩的同时，决不能忽视了问题的存在，必须认真分析总结，寻找突破口，找准切入点。</w:t>
      </w:r>
      <w:r>
        <w:rPr>
          <w:lang w:eastAsia="zh-CN"/>
        </w:rPr>
        <w:br/>
      </w:r>
      <w:r>
        <w:rPr>
          <w:lang w:eastAsia="zh-CN"/>
        </w:rPr>
        <w:t>　　抓重点。做到四个坚持、五个必须，实现一稳一升一提高。 四个坚持：</w:t>
      </w:r>
      <w:r>
        <w:rPr>
          <w:lang w:eastAsia="zh-CN"/>
        </w:rPr>
        <w:br/>
      </w:r>
      <w:r>
        <w:rPr>
          <w:lang w:eastAsia="zh-CN"/>
        </w:rPr>
        <w:t>　　坚持现行安全绩效考核体系，进一步细化标准，在考核效能发挥上寻找突破；</w:t>
      </w:r>
      <w:r>
        <w:rPr>
          <w:lang w:eastAsia="zh-CN"/>
        </w:rPr>
        <w:br/>
      </w:r>
      <w:r>
        <w:rPr>
          <w:lang w:eastAsia="zh-CN"/>
        </w:rPr>
        <w:t>　　坚持旬检月验和矿科小分队活动制度，进一步在检查评排名奖惩的科学性、公正性下功夫；</w:t>
      </w:r>
      <w:r>
        <w:rPr>
          <w:lang w:eastAsia="zh-CN"/>
        </w:rPr>
        <w:br/>
      </w:r>
      <w:r>
        <w:rPr>
          <w:lang w:eastAsia="zh-CN"/>
        </w:rPr>
        <w:t>　　坚持安全重点工程项目责任制度，进一步在责任履行过程监督上下功夫；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坚持职工直面培训制度，进一步细化直面培训实施细则，实行矿、科、队、技术人员、队组骨干结对子联责到人的培训办法。</w:t>
      </w:r>
      <w:r>
        <w:rPr>
          <w:lang w:eastAsia="zh-CN"/>
        </w:rPr>
        <w:br/>
      </w:r>
      <w:r>
        <w:rPr>
          <w:lang w:eastAsia="zh-CN"/>
        </w:rPr>
        <w:t>　　五个必须：</w:t>
      </w:r>
      <w:r>
        <w:rPr>
          <w:lang w:eastAsia="zh-CN"/>
        </w:rPr>
        <w:br/>
      </w:r>
      <w:r>
        <w:rPr>
          <w:lang w:eastAsia="zh-CN"/>
        </w:rPr>
        <w:t>　　必须在现场质量标准化上走创亮点，树名牌之路，建立质量建档联责体系；</w:t>
      </w:r>
      <w:r>
        <w:rPr>
          <w:lang w:eastAsia="zh-CN"/>
        </w:rPr>
        <w:br/>
      </w:r>
      <w:r>
        <w:rPr>
          <w:lang w:eastAsia="zh-CN"/>
        </w:rPr>
        <w:t>　　必须把双建双达在基层进行实实在在的推行，做到安全管理的过程监控；</w:t>
      </w:r>
      <w:r>
        <w:rPr>
          <w:lang w:eastAsia="zh-CN"/>
        </w:rPr>
        <w:br/>
      </w:r>
      <w:r>
        <w:rPr>
          <w:lang w:eastAsia="zh-CN"/>
        </w:rPr>
        <w:t>　　必须把三违人员的帮教与职工培训结合起来，提高培训的感性基础；</w:t>
      </w:r>
      <w:r>
        <w:rPr>
          <w:lang w:eastAsia="zh-CN"/>
        </w:rPr>
        <w:br/>
      </w:r>
      <w:r>
        <w:rPr>
          <w:lang w:eastAsia="zh-CN"/>
        </w:rPr>
        <w:t>　　必须把队组月度安全考核真正开展起来， 必须在重大隐患排查上推行矿办公会议制度，做到报告及时，研究处理及时。</w:t>
      </w:r>
      <w:r>
        <w:rPr>
          <w:lang w:eastAsia="zh-CN"/>
        </w:rPr>
        <w:br/>
      </w:r>
      <w:r>
        <w:rPr>
          <w:lang w:eastAsia="zh-CN"/>
        </w:rPr>
        <w:t>　　一稳一升一提高：</w:t>
      </w:r>
      <w:r>
        <w:rPr>
          <w:lang w:eastAsia="zh-CN"/>
        </w:rPr>
        <w:br/>
      </w:r>
      <w:r>
        <w:rPr>
          <w:lang w:eastAsia="zh-CN"/>
        </w:rPr>
        <w:t>　　一稳即安全生产形势平稳；</w:t>
      </w:r>
      <w:r>
        <w:rPr>
          <w:lang w:eastAsia="zh-CN"/>
        </w:rPr>
        <w:br/>
      </w:r>
      <w:r>
        <w:rPr>
          <w:lang w:eastAsia="zh-CN"/>
        </w:rPr>
        <w:t>　　一升即质量标准化水平上升；</w:t>
      </w:r>
      <w:r>
        <w:rPr>
          <w:lang w:eastAsia="zh-CN"/>
        </w:rPr>
        <w:br/>
      </w:r>
      <w:r>
        <w:rPr>
          <w:lang w:eastAsia="zh-CN"/>
        </w:rPr>
        <w:t>　　一提高即职工素质稳步提高。</w:t>
      </w:r>
      <w:r>
        <w:rPr>
          <w:lang w:eastAsia="zh-CN"/>
        </w:rPr>
        <w:br/>
      </w:r>
      <w:r>
        <w:rPr>
          <w:lang w:eastAsia="zh-CN"/>
        </w:rPr>
        <w:t xml:space="preserve">    安全工作计划范文合集 篇9 </w:t>
      </w:r>
      <w:r>
        <w:rPr>
          <w:lang w:eastAsia="zh-CN"/>
        </w:rPr>
        <w:br/>
      </w:r>
      <w:r>
        <w:rPr>
          <w:lang w:eastAsia="zh-CN"/>
        </w:rPr>
        <w:t>　　为了进一步落实安全生产工作会议精神，坚持“安全第一，预防为主、综合治理” 的安全生产方针，从提高认识入手，加强领导，完善制度，强化管理，深入开展安全检查，积极消除事故隐患。</w:t>
      </w:r>
      <w:r>
        <w:rPr>
          <w:lang w:eastAsia="zh-CN"/>
        </w:rPr>
        <w:br/>
      </w:r>
      <w:r>
        <w:rPr>
          <w:lang w:eastAsia="zh-CN"/>
        </w:rPr>
        <w:t>　　1、进一步强化领导责任意识，建立和完善安全生产工作制度。由安全生产领导小组，全面负责安全生产管理工作。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2、加大政策、法律、法规的宣传力度，使安全生产工作人人皆知，扩大员工安全生产工作的参与面，提高自我防范意识。形成安全生产事故应急预案体系。</w:t>
      </w:r>
      <w:r>
        <w:rPr>
          <w:lang w:eastAsia="zh-CN"/>
        </w:rPr>
        <w:br/>
      </w:r>
      <w:r>
        <w:rPr>
          <w:lang w:eastAsia="zh-CN"/>
        </w:rPr>
        <w:t>　　3、加强院内的安全学习、培训管理，每季度对全院员工开展一次法律安全教育，组织学习《中华人民共和国安全法》、《安全生产法》及其相关法律、法规，不断增强员工的法律安全意识。</w:t>
      </w:r>
      <w:r>
        <w:rPr>
          <w:lang w:eastAsia="zh-CN"/>
        </w:rPr>
        <w:br/>
      </w:r>
      <w:r>
        <w:rPr>
          <w:lang w:eastAsia="zh-CN"/>
        </w:rPr>
        <w:t>　　4、将医院安全生产纳入各科室的季度考核，并直接影响到当月的奖金，要求各科室每季度召开工作会议，分析查找不稳定、不安全因素，针对具体问题制定出相应的措施，及时消除隐患。</w:t>
      </w:r>
      <w:r>
        <w:rPr>
          <w:lang w:eastAsia="zh-CN"/>
        </w:rPr>
        <w:br/>
      </w:r>
      <w:r>
        <w:rPr>
          <w:lang w:eastAsia="zh-CN"/>
        </w:rPr>
        <w:t>　　5、切实把医疗安全生产主体责任落实到位。针对上一年度安全工作中暴露出的问题，进一步修订和完善各种规章制度，明确划分岗位职责同时细化各岗位、各部门的考核细则，严格考核，真正做到依法治院、科学管理。</w:t>
      </w:r>
      <w:r>
        <w:rPr>
          <w:lang w:eastAsia="zh-CN"/>
        </w:rPr>
        <w:br/>
      </w:r>
      <w:r>
        <w:rPr>
          <w:lang w:eastAsia="zh-CN"/>
        </w:rPr>
        <w:t>　　6、根据谁主管，谁负责的原则，抓好各类安全生产的检查工作。为了进一步落实安全生产责任制，层层落实责任，医院与各科室负责人要分别签订安全生产目标责任书，使职责明确，责任到人。</w:t>
      </w:r>
      <w:r>
        <w:rPr>
          <w:lang w:eastAsia="zh-CN"/>
        </w:rPr>
        <w:br/>
      </w:r>
      <w:r>
        <w:rPr>
          <w:lang w:eastAsia="zh-CN"/>
        </w:rPr>
        <w:t>　　7、组织一次预防火灾事故预案的演练。</w:t>
      </w:r>
      <w:r>
        <w:rPr>
          <w:lang w:eastAsia="zh-CN"/>
        </w:rPr>
        <w:br/>
      </w:r>
      <w:r>
        <w:rPr>
          <w:lang w:eastAsia="zh-CN"/>
        </w:rPr>
        <w:t>　　8、及时报告本单位发生的重、特大安全问题，不瞒报、漏报。</w:t>
      </w:r>
      <w:r>
        <w:rPr>
          <w:lang w:eastAsia="zh-CN"/>
        </w:rPr>
        <w:br/>
      </w:r>
      <w:r>
        <w:rPr>
          <w:lang w:eastAsia="zh-CN"/>
        </w:rPr>
        <w:t xml:space="preserve">    安全工作计划范文合集 篇10 </w:t>
      </w:r>
      <w:r>
        <w:rPr>
          <w:lang w:eastAsia="zh-CN"/>
        </w:rPr>
        <w:br/>
      </w:r>
      <w:r>
        <w:rPr>
          <w:lang w:eastAsia="zh-CN"/>
        </w:rPr>
        <w:t>　　一、管理地方：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加强对防疫工作的领导和管理。成立防疫工作组，卫生院院长赵光辉兼任防保组组长，防疫专干李海涛任副组长，各村卫生室承担责任人均为成员。防疫工作组参与各项防疫工作按时按量完成各项防疫工作任务。年终召开村医会议，布置防疫工作任务及年终召开村医防疫工作总结会议。</w:t>
      </w:r>
      <w:r>
        <w:rPr>
          <w:lang w:eastAsia="zh-CN"/>
        </w:rPr>
        <w:br/>
      </w:r>
      <w:r>
        <w:rPr>
          <w:lang w:eastAsia="zh-CN"/>
        </w:rPr>
        <w:t>　　二、计免工作：</w:t>
      </w:r>
      <w:r>
        <w:rPr>
          <w:lang w:eastAsia="zh-CN"/>
        </w:rPr>
        <w:br/>
      </w:r>
      <w:r>
        <w:rPr>
          <w:lang w:eastAsia="zh-CN"/>
        </w:rPr>
        <w:t>　　年内合理的完成12次常规冷链运转，以村为企业，做好往年来的漏卡漏种工作，以__年至__年为重点。每次运转力争“五苗”接种率均达90%以上。同时做好各种计免资料的上报及整理归档工作，管理好各种疫苗的存放和器材清洁。加强对村医计免工作的监督。</w:t>
      </w:r>
      <w:r>
        <w:rPr>
          <w:lang w:eastAsia="zh-CN"/>
        </w:rPr>
        <w:br/>
      </w:r>
      <w:r>
        <w:rPr>
          <w:lang w:eastAsia="zh-CN"/>
        </w:rPr>
        <w:t>　　三、传染病管理地方：</w:t>
      </w:r>
      <w:r>
        <w:rPr>
          <w:lang w:eastAsia="zh-CN"/>
        </w:rPr>
        <w:br/>
      </w:r>
      <w:r>
        <w:rPr>
          <w:lang w:eastAsia="zh-CN"/>
        </w:rPr>
        <w:t>　　提高疫情报告意识，完美疫情报告制度，按时上报，法定传染病漏报率争取为零。按时收集村级卫生所疫情情况。一旦发现严重疫情，立即采取对疫点开展隔离和消毒措施，配合院领导督促本院各科室做好消毒工作，杜绝医源传染病的发生；积极做好结核病人的归口管理工作。</w:t>
      </w:r>
      <w:r>
        <w:rPr>
          <w:lang w:eastAsia="zh-CN"/>
        </w:rPr>
        <w:br/>
      </w:r>
      <w:r>
        <w:rPr>
          <w:lang w:eastAsia="zh-CN"/>
        </w:rPr>
        <w:t>　　四、食品卫生地方：</w:t>
      </w:r>
      <w:r>
        <w:rPr>
          <w:lang w:eastAsia="zh-CN"/>
        </w:rPr>
        <w:br/>
      </w:r>
      <w:r>
        <w:rPr>
          <w:lang w:eastAsia="zh-CN"/>
        </w:rPr>
        <w:t>　　重点抓好本年食品经营，加工企业的办证和体检工作，争取食品从业人员体检率达100%，办证率达85%以上，食品从业人员“五病”调离率达100%，食品从业人员开展培训率为100%，每月开展食品卫生管理监督工作，做好食品样品送检工作，建立食品经营企业分户归档。</w:t>
      </w:r>
      <w:r>
        <w:rPr>
          <w:lang w:eastAsia="zh-CN"/>
        </w:rPr>
        <w:br/>
      </w:r>
      <w:r>
        <w:rPr>
          <w:lang w:eastAsia="zh-CN"/>
        </w:rPr>
        <w:t>　　五、皮肤病防治地方：</w:t>
      </w:r>
      <w:r>
        <w:rPr>
          <w:lang w:eastAsia="zh-CN"/>
        </w:rPr>
        <w:br/>
      </w:r>
      <w:r>
        <w:rPr>
          <w:lang w:eastAsia="zh-CN"/>
        </w:rPr>
        <w:t>　　加强皮肤病的防治知识宣传力度，多出墙报，做好发放和收集各村线索调查工作。协助县站做好公卫、食卫等从业人员及特殊人群的性病检查工作，同时做好资料的归档工作。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六、寄防地方：</w:t>
      </w:r>
      <w:r>
        <w:rPr>
          <w:lang w:eastAsia="zh-CN"/>
        </w:rPr>
        <w:br/>
      </w:r>
      <w:r>
        <w:rPr>
          <w:lang w:eastAsia="zh-CN"/>
        </w:rPr>
        <w:t>　　按时完成，按时上报各种统计表，积极开展碘缺乏病的完全工作。</w:t>
      </w:r>
      <w:r>
        <w:rPr>
          <w:lang w:eastAsia="zh-CN"/>
        </w:rPr>
        <w:br/>
      </w:r>
      <w:r>
        <w:rPr>
          <w:lang w:eastAsia="zh-CN"/>
        </w:rPr>
        <w:t>　　七、学校卫生工作：</w:t>
      </w:r>
      <w:r>
        <w:rPr>
          <w:lang w:eastAsia="zh-CN"/>
        </w:rPr>
        <w:br/>
      </w:r>
      <w:r>
        <w:rPr>
          <w:lang w:eastAsia="zh-CN"/>
        </w:rPr>
        <w:t>　　做好学校卫生监测和频繁性卫生宣传工作，掌握全乡学生数，校医健教数、教师名单，做好学生常见病的防治工作，开展中小学健康教育和体检及驱虫工作。</w:t>
      </w:r>
      <w:r>
        <w:rPr>
          <w:lang w:eastAsia="zh-CN"/>
        </w:rPr>
        <w:br/>
      </w:r>
      <w:r>
        <w:rPr>
          <w:lang w:eastAsia="zh-CN"/>
        </w:rPr>
        <w:t>　　八、劳动卫生地方：</w:t>
      </w:r>
      <w:r>
        <w:rPr>
          <w:lang w:eastAsia="zh-CN"/>
        </w:rPr>
        <w:br/>
      </w:r>
      <w:r>
        <w:rPr>
          <w:lang w:eastAsia="zh-CN"/>
        </w:rPr>
        <w:t>　　做好职业病报告工作及生产性农药中毒报告、发现病例在24小时内向上级部门报告。</w:t>
      </w:r>
      <w:r>
        <w:rPr>
          <w:lang w:eastAsia="zh-CN"/>
        </w:rPr>
        <w:br/>
      </w:r>
      <w:r>
        <w:rPr>
          <w:lang w:eastAsia="zh-CN"/>
        </w:rPr>
        <w:t>　　九、公卫地方：</w:t>
      </w:r>
      <w:r>
        <w:rPr>
          <w:lang w:eastAsia="zh-CN"/>
        </w:rPr>
        <w:br/>
      </w:r>
      <w:r>
        <w:rPr>
          <w:lang w:eastAsia="zh-CN"/>
        </w:rPr>
        <w:t>　　对公共场所从业人员每年体检一次，争取体检率达100%，规定年审换证率达100%，每季度做好一次监督检查工作。</w:t>
      </w:r>
      <w:r>
        <w:rPr>
          <w:lang w:eastAsia="zh-CN"/>
        </w:rPr>
        <w:br/>
      </w:r>
      <w:r>
        <w:rPr>
          <w:lang w:eastAsia="zh-CN"/>
        </w:rPr>
        <w:t>　　十、卫生宣传工作：</w:t>
      </w:r>
      <w:r>
        <w:rPr>
          <w:lang w:eastAsia="zh-CN"/>
        </w:rPr>
        <w:br/>
      </w:r>
      <w:r>
        <w:rPr>
          <w:lang w:eastAsia="zh-CN"/>
        </w:rPr>
        <w:t>　　积极做好年度宣传工作，发动村医也积极参加宣传，形式采取出板报、张贴标语、散发传单、挂横幅等，在特定卫生宣传日出版墙报，大力做好专题宣传工作。</w:t>
      </w:r>
      <w:r>
        <w:rPr>
          <w:lang w:eastAsia="zh-CN"/>
        </w:rPr>
        <w:br/>
      </w:r>
      <w:r>
        <w:rPr>
          <w:lang w:eastAsia="zh-CN"/>
        </w:rPr>
        <w:t xml:space="preserve">    安全工作计划范文合集 篇11 </w:t>
      </w:r>
      <w:r>
        <w:rPr>
          <w:lang w:eastAsia="zh-CN"/>
        </w:rPr>
        <w:br/>
      </w:r>
      <w:r>
        <w:rPr>
          <w:lang w:eastAsia="zh-CN"/>
        </w:rPr>
        <w:t>　　为切实加强食品卫生安全工作,确保社区广大居民群众身体健康和生命安全,加快推进和深入实施“放心食品工程”,确保辖区食品卫生安全,特制定20__新学年人民路北社区食品安全工作计划如下: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一、在辖区范围内进一步宣传贯彻《中华人民共和国食品卫生法》、《餐饮业食品卫生管理办法》,传达、贯彻并落实好桥头镇政府及有关县政府等有关部门的'文件精神。</w:t>
      </w:r>
      <w:r>
        <w:rPr>
          <w:lang w:eastAsia="zh-CN"/>
        </w:rPr>
        <w:br/>
      </w:r>
      <w:r>
        <w:rPr>
          <w:lang w:eastAsia="zh-CN"/>
        </w:rPr>
        <w:t>　　二、强化食品安全属地监管责任,居委会要对本辖区食品经营户进行摸底调查,加强联合执法和入场监管,进一步完善制度建设,各食品经营户对食品安全工作要设专人管理,签定食品安全工作责任书,落实岗位责任制,强化安全意识,确保食品安全问题及时解决。</w:t>
      </w:r>
      <w:r>
        <w:rPr>
          <w:lang w:eastAsia="zh-CN"/>
        </w:rPr>
        <w:br/>
      </w:r>
      <w:r>
        <w:rPr>
          <w:lang w:eastAsia="zh-CN"/>
        </w:rPr>
        <w:t>　　三、各食品经营户在重大节日前定期进行全面自检自查工作,发现问题及时解决。</w:t>
      </w:r>
      <w:r>
        <w:rPr>
          <w:lang w:eastAsia="zh-CN"/>
        </w:rPr>
        <w:br/>
      </w:r>
      <w:r>
        <w:rPr>
          <w:lang w:eastAsia="zh-CN"/>
        </w:rPr>
        <w:t>　　四、各食品经营户在重大节日前前期进行全面自检自查,杜绝传染病源,并不断向其宣传、传授食品卫生知识。</w:t>
      </w:r>
      <w:r>
        <w:rPr>
          <w:lang w:eastAsia="zh-CN"/>
        </w:rPr>
        <w:br/>
      </w:r>
      <w:r>
        <w:rPr>
          <w:lang w:eastAsia="zh-CN"/>
        </w:rPr>
        <w:t>　　五、各食品经营户要严格执行有关部门的管理规定,主动接受街道、居委会的检查监督。</w:t>
      </w:r>
      <w:r>
        <w:rPr>
          <w:lang w:eastAsia="zh-CN"/>
        </w:rPr>
        <w:br/>
      </w:r>
      <w:r>
        <w:rPr>
          <w:lang w:eastAsia="zh-CN"/>
        </w:rPr>
        <w:t>　　六、各食品经营户要严格执行食品准入制度,从源头把住食品安全关。</w:t>
      </w:r>
      <w:r>
        <w:rPr>
          <w:lang w:eastAsia="zh-CN"/>
        </w:rPr>
        <w:br/>
      </w:r>
      <w:r>
        <w:rPr>
          <w:lang w:eastAsia="zh-CN"/>
        </w:rPr>
        <w:t>　　七、聘请社区志愿者做食品卫生安全监督员,让关大居民参与食品安全管理,听取他们的意见,不断提高食品安全工作管理水平。</w:t>
      </w:r>
      <w:r>
        <w:rPr>
          <w:lang w:eastAsia="zh-CN"/>
        </w:rPr>
        <w:br/>
      </w:r>
      <w:r>
        <w:rPr>
          <w:lang w:eastAsia="zh-CN"/>
        </w:rPr>
        <w:t>　　八、在居民中开展食品卫生安全知识讲座和烹饪技能评比活动,使居民在参与食品卫生安全管理的同时也得到自身生活能力的提高。</w:t>
      </w:r>
      <w:r>
        <w:rPr>
          <w:lang w:eastAsia="zh-CN"/>
        </w:rPr>
        <w:br/>
      </w:r>
      <w:r>
        <w:rPr>
          <w:lang w:eastAsia="zh-CN"/>
        </w:rPr>
        <w:t>　　九、及时掌握各食品经营户的思想动态,以避免可能的事件的发生。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十、加强店铺的防火工作。各食品经营户的电器设备多、多使用明火,对电线老化问题、防火安全疏散问题必须高度重视,加强对员工防火和火灾处理的常识培训,避免火灾事故的发生。</w:t>
      </w:r>
      <w:r>
        <w:rPr>
          <w:lang w:eastAsia="zh-CN"/>
        </w:rPr>
        <w:br/>
      </w:r>
      <w:r>
        <w:rPr>
          <w:lang w:eastAsia="zh-CN"/>
        </w:rPr>
        <w:t>　　十一、各食品经营户的员工,上岗必须执上岗证,严格体检制度,做好自身卫生整洁。</w:t>
      </w:r>
      <w:r>
        <w:rPr>
          <w:lang w:eastAsia="zh-CN"/>
        </w:rPr>
        <w:br/>
      </w:r>
      <w:r>
        <w:rPr>
          <w:lang w:eastAsia="zh-CN"/>
        </w:rPr>
        <w:t>　　十二、要求各食品经营户经常开展自检自查工作,做到室内外及周边环境卫生,加大老鼠、蟑螂、蚊子、苍蝇和病霉生物的防治工作,发现问题立即整改。</w:t>
      </w:r>
      <w:r>
        <w:rPr>
          <w:lang w:eastAsia="zh-CN"/>
        </w:rPr>
        <w:br/>
      </w:r>
      <w:r>
        <w:rPr>
          <w:lang w:eastAsia="zh-CN"/>
        </w:rPr>
        <w:t>　　十三、加大食品卫生安全检查工作力度,做到食品卫生安全检查经常化、制度化,控制食物中毒和肠道传染病的发生,确保用餐者的身心健康。</w:t>
      </w:r>
      <w:r>
        <w:rPr>
          <w:lang w:eastAsia="zh-CN"/>
        </w:rPr>
        <w:br/>
      </w:r>
      <w:r>
        <w:rPr>
          <w:lang w:eastAsia="zh-CN"/>
        </w:rPr>
        <w:t>　　十四、加强民工的食品卫生安全管理工作,采取督促检查等有效措施,杜绝食品安全事故的发生。</w:t>
      </w:r>
      <w:r>
        <w:rPr>
          <w:lang w:eastAsia="zh-CN"/>
        </w:rPr>
        <w:br/>
      </w:r>
      <w:r>
        <w:rPr>
          <w:lang w:eastAsia="zh-CN"/>
        </w:rPr>
        <w:t>　　十五、加强对辖区内小副食店、小饭馆的食品卫生安全检查,发现问题整改,确保居民的食品安全。</w:t>
      </w:r>
      <w:r>
        <w:rPr>
          <w:lang w:eastAsia="zh-CN"/>
        </w:rPr>
        <w:br/>
      </w:r>
      <w:r>
        <w:rPr>
          <w:lang w:eastAsia="zh-CN"/>
        </w:rPr>
        <w:t>　　十六、各食品经营户在食品卫生检查中,一旦发现问题,要立即整改,并提交切实可行的整改措施。</w:t>
      </w:r>
      <w:r>
        <w:rPr>
          <w:lang w:eastAsia="zh-CN"/>
        </w:rPr>
        <w:br/>
      </w:r>
      <w:r>
        <w:rPr>
          <w:lang w:eastAsia="zh-CN"/>
        </w:rPr>
        <w:t>　　十七、居委会食品安全领导小组将不定期的对各食品经营户进行检查和抽查,对卫生不达标的单位将上报业务部门。</w:t>
      </w:r>
      <w:r>
        <w:rPr>
          <w:lang w:eastAsia="zh-CN"/>
        </w:rPr>
        <w:br/>
      </w:r>
      <w:r>
        <w:rPr>
          <w:lang w:eastAsia="zh-CN"/>
        </w:rPr>
        <w:t xml:space="preserve">    安全工作计划范文合集 篇12 </w:t>
      </w:r>
      <w:r>
        <w:rPr>
          <w:lang w:eastAsia="zh-CN"/>
        </w:rPr>
        <w:br/>
      </w:r>
      <w:r>
        <w:rPr>
          <w:lang w:eastAsia="zh-CN"/>
        </w:rPr>
        <w:t>　　各功能园区、各街道安委会、区机关各部门、各企事业单位、市有关单位驻区条线机构：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为了贯彻落实市政府安全生产工作会议精神，安委会决定在全区范围内立即开展夏季高温安全生产大检查，确保全区夏季高温期间安全生产形势持续稳定。现制定夏季高温安全生产大检查工作方案，具体工作要求如下：</w:t>
      </w:r>
      <w:r>
        <w:rPr>
          <w:lang w:eastAsia="zh-CN"/>
        </w:rPr>
        <w:br/>
      </w:r>
      <w:r>
        <w:rPr>
          <w:lang w:eastAsia="zh-CN"/>
        </w:rPr>
        <w:t>　　一、指导思想</w:t>
      </w:r>
      <w:r>
        <w:rPr>
          <w:lang w:eastAsia="zh-CN"/>
        </w:rPr>
        <w:br/>
      </w:r>
      <w:r>
        <w:rPr>
          <w:lang w:eastAsia="zh-CN"/>
        </w:rPr>
        <w:t>　　以科学发展观为统领，坚持“安全第一、预防为主、综合治理”的方针，落实夏季各项安全防护措施，进一步推动隐患排查治理和重点行业（领域）专项整治，严厉打击安全生产领域非法违法生产、经营、建设行为，保护从业人员的安全和健康，构筑上海世博会“环沪护城河”，有效遏制各类事故的发生，促进各级政府安全监管责任和企业安全生产主体责任的落实，确保“企业安全生产主体责任深化年”各项工作落到实处，确保全区安全生产形势的持续稳定好转。</w:t>
      </w:r>
      <w:r>
        <w:rPr>
          <w:lang w:eastAsia="zh-CN"/>
        </w:rPr>
        <w:br/>
      </w:r>
      <w:r>
        <w:rPr>
          <w:lang w:eastAsia="zh-CN"/>
        </w:rPr>
        <w:t>　　二、组织领导</w:t>
      </w:r>
      <w:r>
        <w:rPr>
          <w:lang w:eastAsia="zh-CN"/>
        </w:rPr>
        <w:br/>
      </w:r>
      <w:r>
        <w:rPr>
          <w:lang w:eastAsia="zh-CN"/>
        </w:rPr>
        <w:t>　　管委会成立以分管主任为组长，区安监局局长为副组长，各有关部门分管领导为成员的夏季高温安全生产大检查领导小组，办公室设在安监局，具体负责组织协调工作。各功能园区、各街道、各部门和各单位要成立相应的组织机构，组织好本地区、本行业（领域）、本单位的夏季高温安全生产大检查。</w:t>
      </w:r>
      <w:r>
        <w:rPr>
          <w:lang w:eastAsia="zh-CN"/>
        </w:rPr>
        <w:br/>
      </w:r>
      <w:r>
        <w:rPr>
          <w:lang w:eastAsia="zh-CN"/>
        </w:rPr>
        <w:t>　　三、时间安排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从现在起至7月20日期间，全区立即开展安全生产大检查。各功能园区、各街道、各有关部门和单位要结合本地区、本行业（领域）安全生产实际，组织对重点行业（领域）、重点企业和重点场所的督查工作。区安委会将于7月下旬对各地、各有关部门和单位组织督查。</w:t>
      </w:r>
      <w:r>
        <w:rPr>
          <w:lang w:eastAsia="zh-CN"/>
        </w:rPr>
        <w:br/>
      </w:r>
      <w:r>
        <w:rPr>
          <w:lang w:eastAsia="zh-CN"/>
        </w:rPr>
        <w:t>　　四、检查重点</w:t>
      </w:r>
      <w:r>
        <w:rPr>
          <w:lang w:eastAsia="zh-CN"/>
        </w:rPr>
        <w:br/>
      </w:r>
      <w:r>
        <w:rPr>
          <w:lang w:eastAsia="zh-CN"/>
        </w:rPr>
        <w:t>　　按照安全生产责任体系的职责分工，结合安全生产大检查的工作要求，各有关负有安全生产监管职能的部门迅速组织开展部门主要领导带队的安全生产大检查。具体要求为：</w:t>
      </w:r>
      <w:r>
        <w:rPr>
          <w:lang w:eastAsia="zh-CN"/>
        </w:rPr>
        <w:br/>
      </w:r>
      <w:r>
        <w:rPr>
          <w:lang w:eastAsia="zh-CN"/>
        </w:rPr>
        <w:t>　　1.公安交警大队负责开展对各类交通运输车辆（公交车辆、长途客运车辆、企业学校接送车等）的安全检查和对驾驶员的安全教育，强化路面管理控制。交通分局配合开展对交运企业和车辆、特别是危化品运输车辆的安全生产大检查；</w:t>
      </w:r>
      <w:r>
        <w:rPr>
          <w:lang w:eastAsia="zh-CN"/>
        </w:rPr>
        <w:br/>
      </w:r>
      <w:r>
        <w:rPr>
          <w:lang w:eastAsia="zh-CN"/>
        </w:rPr>
        <w:t>　　2.公安消防大队负责开展对人员密集场所和公众聚集场所防火安全等消防重点单位的防火安全大检查，确保消防设施、消防器材、应急疏散出口等正常好用、畅通无阻；</w:t>
      </w:r>
      <w:r>
        <w:rPr>
          <w:lang w:eastAsia="zh-CN"/>
        </w:rPr>
        <w:br/>
      </w:r>
      <w:r>
        <w:rPr>
          <w:lang w:eastAsia="zh-CN"/>
        </w:rPr>
        <w:t>　　3.建设局负责开展对建设工地的安全生产大检查；</w:t>
      </w:r>
      <w:r>
        <w:rPr>
          <w:lang w:eastAsia="zh-CN"/>
        </w:rPr>
        <w:br/>
      </w:r>
      <w:r>
        <w:rPr>
          <w:lang w:eastAsia="zh-CN"/>
        </w:rPr>
        <w:t>　　4.城-管局负责开展对市政、环卫、户外广告设施的安全生产大检查；</w:t>
      </w:r>
      <w:r>
        <w:rPr>
          <w:lang w:eastAsia="zh-CN"/>
        </w:rPr>
        <w:br/>
      </w:r>
      <w:r>
        <w:rPr>
          <w:lang w:eastAsia="zh-CN"/>
        </w:rPr>
        <w:t>　　5.社事局负责开展对辖区内文化经营单位、医院、敬老院等行业的安全生产大检查；</w:t>
      </w:r>
      <w:r>
        <w:rPr>
          <w:lang w:eastAsia="zh-CN"/>
        </w:rPr>
        <w:br/>
      </w:r>
      <w:r>
        <w:rPr>
          <w:lang w:eastAsia="zh-CN"/>
        </w:rPr>
        <w:t>　　6.地经局负责开展对辖区内农机、水利建设的安全生产大检查；</w:t>
      </w:r>
      <w:r>
        <w:rPr>
          <w:lang w:eastAsia="zh-CN"/>
        </w:rPr>
        <w:br/>
      </w:r>
      <w:r>
        <w:rPr>
          <w:lang w:eastAsia="zh-CN"/>
        </w:rPr>
        <w:t>　　7.服发局负责开展对辖区内三产行业的安全大检查；</w:t>
      </w:r>
      <w:r>
        <w:rPr>
          <w:lang w:eastAsia="zh-CN"/>
        </w:rPr>
        <w:br/>
      </w:r>
      <w:r>
        <w:rPr>
          <w:lang w:eastAsia="zh-CN"/>
        </w:rPr>
        <w:t>　　8.教育局负责开展对辖区内各类学校的安全大检查；</w:t>
      </w:r>
      <w:r>
        <w:rPr>
          <w:lang w:eastAsia="zh-CN"/>
        </w:rPr>
        <w:br/>
      </w:r>
      <w:r>
        <w:rPr>
          <w:lang w:eastAsia="zh-CN"/>
        </w:rPr>
        <w:t>　　9.安监局负责开展对危化品、冶金等重点生产经营单位的安全生产大检查；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10. 各功能园区、各街道、经发集团总公司、城投公司负责开展辖区内相关行业、领域的安全生产大检查。</w:t>
      </w:r>
      <w:r>
        <w:rPr>
          <w:lang w:eastAsia="zh-CN"/>
        </w:rPr>
        <w:br/>
      </w:r>
      <w:r>
        <w:rPr>
          <w:lang w:eastAsia="zh-CN"/>
        </w:rPr>
        <w:t>　　五、检查内容</w:t>
      </w:r>
      <w:r>
        <w:rPr>
          <w:lang w:eastAsia="zh-CN"/>
        </w:rPr>
        <w:br/>
      </w:r>
      <w:r>
        <w:rPr>
          <w:lang w:eastAsia="zh-CN"/>
        </w:rPr>
        <w:t>　　一是重点检查各生产经营单位负责人是否落实安全生产责任制，切实强化安全生产工作，加大了安全投入；二是查企业各项安全生产管理制度和安全操作规程的健全和落实情况；三是查职业安全健康防护措施和防暑降温措施的落实情况；四是查各类隐患排查整治和重大危险源监控措施的落实情况；五是查生产作业现场设备设施的完好状态；六是查全员安全教育，特别是特种作业人员持证操作情况；七是查应急救援体系的建立健全与演练的情况。</w:t>
      </w:r>
      <w:r>
        <w:rPr>
          <w:lang w:eastAsia="zh-CN"/>
        </w:rPr>
        <w:br/>
      </w:r>
      <w:r>
        <w:rPr>
          <w:lang w:eastAsia="zh-CN"/>
        </w:rPr>
        <w:t>　　六、工作要求</w:t>
      </w:r>
      <w:r>
        <w:rPr>
          <w:lang w:eastAsia="zh-CN"/>
        </w:rPr>
        <w:br/>
      </w:r>
      <w:r>
        <w:rPr>
          <w:lang w:eastAsia="zh-CN"/>
        </w:rPr>
        <w:t>　　（一）高度重视，加强领导。各功能园区、各街道、各有关部门要以对人民高度负责的精神，把这次夏季高温安全检查作为减少隐患、遏制事故的重要举措，作为当前安全生产的重要任务，切实抓紧抓好。主要负责同志要亲自研究部署，加强督促检查；分管负责同志要切实履行职责，亲自深入一线开展督查。有关部门要按照职责分工，密切配合，团结协作。各级安全生产委员会及办公室要及时总结分析督查工作中出现的新情况、新问题，加强综合协调和信息汇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二）周密部署，务求实效。各功能园区、各街道、各有关部门要根据本方案要求，结合本地区、本行业（领域）工作实际，制定夏季高温安全生产大检查具体实施计划，明确检查内容、要求和责任，并将有关情况报安委会办公室。要进一步强化监管监察，对检查中发现的隐患和问题，要责令立即整改；不能现场整改的，要提出防范措施，落实整改资金，明确整改期限和责任人，制订并落实应急预案；严重危及安全的，要立即责令停产整改。</w:t>
      </w:r>
      <w:r>
        <w:rPr>
          <w:lang w:eastAsia="zh-CN"/>
        </w:rPr>
        <w:br/>
      </w:r>
      <w:r>
        <w:rPr>
          <w:lang w:eastAsia="zh-CN"/>
        </w:rPr>
        <w:t>　　（三）突出重点，全面深入。检查工作要统筹兼顾，点面结合。既要全面发动，督促各生产经营单位彻底排查隐患和问题，做到排查不留死角、整治不留后患；要重点检查事故频发、隐患突出、安全生产形势严峻的地区、行业和企业，特别是建筑施工、危险化学品、交通运输、冶金、消防、特种设备等行业（领域），以及易由自然灾害引发事故灾难的'隐患点等，并与专项整治工作结合起来，确保各项安全措施落到实处，确保此次检查收到实效。</w:t>
      </w:r>
      <w:r>
        <w:rPr>
          <w:lang w:eastAsia="zh-CN"/>
        </w:rPr>
        <w:br/>
      </w:r>
      <w:r>
        <w:rPr>
          <w:lang w:eastAsia="zh-CN"/>
        </w:rPr>
        <w:t>　　（四）广泛宣传，形成声势。各功能园区、各街道、各有关部门要充分利用报纸、互联网等媒体，结合“夏季百日安全竞赛活动”，加大对夏季高温安全生产大检查的宣传力度，教育引导各生产经营单位和广大职工增强做好安全生产工作的主动性和自觉性。要充分发挥舆论监督和群众监督的作用，鼓励广大职工和人民群众积极举报弄虚作假行为，对自查不认真、走过场，隐患整改行动迟缓、整改不彻底或者督查不力的单位和部门，要予以公开曝光。</w:t>
      </w:r>
      <w:r>
        <w:rPr>
          <w:lang w:eastAsia="zh-CN"/>
        </w:rPr>
        <w:br/>
      </w:r>
      <w:r>
        <w:rPr>
          <w:lang w:eastAsia="zh-CN"/>
        </w:rPr>
        <w:t xml:space="preserve">    安全工作计划范文合集 篇13 </w:t>
      </w:r>
      <w:r>
        <w:rPr>
          <w:lang w:eastAsia="zh-CN"/>
        </w:rPr>
        <w:br/>
      </w:r>
      <w:r>
        <w:rPr>
          <w:lang w:eastAsia="zh-CN"/>
        </w:rPr>
        <w:t>　　一、开拓进取，进一步完善各项管理制度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每季度召开一次防范重特大消防安全事故的工作会议，由消防安全分管领导召集有关部门负责人和村（居）主任参加，分析、布置、督促、检查辖区内防范重特大消防安全事故的工作；严格落实重大消防安全事故应急处理预案；宣传贯彻消防安全的政策、法规，实行安全生产目标管理责任制，明确各相关人员的安全责任；每季度对辖区内重点社会单位及容易发生重大安全事故的单位、场所和设备、设施，进行严格管理和重点检查；积极参加消防安全教育培训，监督特种作业人员持证上岗，开展形式多样的消防安全宣传活动；建立健全消防安全责任制和安全管理制度，对各类重大安全事故的隐患进行查处，发现重大安全隐患的责令其立即排除。减少一般事故，杜绝较大及以上事故，确保全镇消防安全形势的持续稳定。</w:t>
      </w:r>
      <w:r>
        <w:rPr>
          <w:lang w:eastAsia="zh-CN"/>
        </w:rPr>
        <w:br/>
      </w:r>
      <w:r>
        <w:rPr>
          <w:lang w:eastAsia="zh-CN"/>
        </w:rPr>
        <w:t>　　二、深化消防专项整治，规范消防安全管理秩序</w:t>
      </w:r>
      <w:r>
        <w:rPr>
          <w:lang w:eastAsia="zh-CN"/>
        </w:rPr>
        <w:br/>
      </w:r>
      <w:r>
        <w:rPr>
          <w:lang w:eastAsia="zh-CN"/>
        </w:rPr>
        <w:t>　　1、深化完善主要领导负责制，各村（居）主干要切实履行“一岗双责”，加强对责任人、责任岗位的直接监督，严格落实责任追究制度，切实做到村（居）安全管理的全覆盖。</w:t>
      </w:r>
      <w:r>
        <w:rPr>
          <w:lang w:eastAsia="zh-CN"/>
        </w:rPr>
        <w:br/>
      </w:r>
      <w:r>
        <w:rPr>
          <w:lang w:eastAsia="zh-CN"/>
        </w:rPr>
        <w:t>　　2、“三合一”场所安全整治。对辖区内所有企业和生产加工单位严格落实国家的有关规定，配合上级消防部门加强对重大隐患的整治力度，建立完善生产经营单位重大危险源和重大隐患台帐，制定好相关的应急处置预案；完善消防安全网络化管理机制，加强全镇消防安全排查和整治力度，对“三合一”场所能够整改的责令和跟踪督促尽快整改，不能整改的坚决给予取缔，以杜绝较大火灾事故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3、沿街店铺消防安全整治。定期对辖区内沿街店铺进行检查，及时发现和制止沿街店铺存在的“三合一”现象，督促沿街店铺抓好火灾隐患整改，对于有隐患不排除，有问题不整改的，要采取断然措施，坚决予以查封、取缔和对当事人实施拘留等措施。</w:t>
      </w:r>
      <w:r>
        <w:rPr>
          <w:lang w:eastAsia="zh-CN"/>
        </w:rPr>
        <w:br/>
      </w:r>
      <w:r>
        <w:rPr>
          <w:lang w:eastAsia="zh-CN"/>
        </w:rPr>
        <w:t>　　4、进一步加强消防安全监管队伍建设，不断提高消防安全监管水平。各村（居）要切实建立消防安全义务救援队，切实做到平时巡回检查到位，及时督促隐患整改到位，关键时刻救援到位。不断提高消防监管队伍的综合素质，逐步形成高效务实、依法行政、规范有序的消防安全监管体系。</w:t>
      </w:r>
      <w:r>
        <w:rPr>
          <w:lang w:eastAsia="zh-CN"/>
        </w:rPr>
        <w:br/>
      </w:r>
      <w:r>
        <w:rPr>
          <w:lang w:eastAsia="zh-CN"/>
        </w:rPr>
        <w:t>　　三、加强应急管理，提高防范和处置事故能力</w:t>
      </w:r>
      <w:r>
        <w:rPr>
          <w:lang w:eastAsia="zh-CN"/>
        </w:rPr>
        <w:br/>
      </w:r>
      <w:r>
        <w:rPr>
          <w:lang w:eastAsia="zh-CN"/>
        </w:rPr>
        <w:t>　　进一步修订和完善消防安全应急救援预案，组织开展培训和演练，落实应急救援责任和防范措施。</w:t>
      </w:r>
      <w:r>
        <w:rPr>
          <w:lang w:eastAsia="zh-CN"/>
        </w:rPr>
        <w:br/>
      </w:r>
      <w:r>
        <w:rPr>
          <w:lang w:eastAsia="zh-CN"/>
        </w:rPr>
        <w:t>　　四、加强消防安全检查</w:t>
      </w:r>
      <w:r>
        <w:rPr>
          <w:lang w:eastAsia="zh-CN"/>
        </w:rPr>
        <w:br/>
      </w:r>
      <w:r>
        <w:rPr>
          <w:lang w:eastAsia="zh-CN"/>
        </w:rPr>
        <w:t>　　防范各类责任事故的发生结合本辖区实际，经常组织开展消防安全检查，及时发现和查处各类隐患，并督促相关场所和单位及时整改。建立和完善事故隐患台帐，落实整改措施。</w:t>
      </w:r>
      <w:r>
        <w:rPr>
          <w:lang w:eastAsia="zh-CN"/>
        </w:rPr>
        <w:br/>
      </w:r>
      <w:r>
        <w:rPr>
          <w:lang w:eastAsia="zh-CN"/>
        </w:rPr>
        <w:t>　　五、加强自身建设，提高业务能力</w:t>
      </w:r>
      <w:r>
        <w:rPr>
          <w:lang w:eastAsia="zh-CN"/>
        </w:rPr>
        <w:br/>
      </w:r>
      <w:r>
        <w:rPr>
          <w:lang w:eastAsia="zh-CN"/>
        </w:rPr>
        <w:t>　　1、加强业务学习，积极参加上级业务部门组织的培训，努力提高业务技能。</w:t>
      </w:r>
      <w:r>
        <w:rPr>
          <w:lang w:eastAsia="zh-CN"/>
        </w:rPr>
        <w:br/>
      </w:r>
      <w:r>
        <w:rPr>
          <w:lang w:eastAsia="zh-CN"/>
        </w:rPr>
        <w:t>　　2、加强消防安全宣传教育，以“治理隐患，防范事故”为主题，组织开展“安全生产月”活动，提升安全生产意识。</w:t>
      </w:r>
      <w:r>
        <w:rPr>
          <w:lang w:eastAsia="zh-CN"/>
        </w:rPr>
        <w:br/>
      </w:r>
      <w:r>
        <w:rPr>
          <w:lang w:eastAsia="zh-CN"/>
        </w:rPr>
        <w:t>　　3、加强消防装备建设，切实提升消防安全应急救援能力。</w:t>
      </w:r>
      <w:r>
        <w:rPr>
          <w:lang w:eastAsia="zh-CN"/>
        </w:rPr>
        <w:br/>
      </w:r>
      <w:r>
        <w:rPr>
          <w:lang w:eastAsia="zh-CN"/>
        </w:rPr>
        <w:t xml:space="preserve">    安全工作计划范文合集 篇14 </w:t>
      </w:r>
      <w:r>
        <w:rPr>
          <w:lang w:eastAsia="zh-CN"/>
        </w:rPr>
        <w:br/>
      </w:r>
      <w:r>
        <w:rPr>
          <w:lang w:eastAsia="zh-CN"/>
        </w:rPr>
        <w:t>　　一、指导思想：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认真贯彻实施国家安全生产法律法规、集团《印发年安全环保工作要点的通知》号文）以及上级部门相关安全生产规定，坚持安全为主、预防为主及综合治理的方针。强化监管，深化整治，夯实基础，细化责任，严格执行。以法制化、标准化、规范化、系统化的方式推进安全生产，进一步完善职业健康安全管理体系，不断提高企业本质安全水平，建立安全生产长效机制，确保企业长周期安全运行。</w:t>
      </w:r>
      <w:r>
        <w:rPr>
          <w:lang w:eastAsia="zh-CN"/>
        </w:rPr>
        <w:br/>
      </w:r>
      <w:r>
        <w:rPr>
          <w:lang w:eastAsia="zh-CN"/>
        </w:rPr>
        <w:t>　　二、控制目标：</w:t>
      </w:r>
      <w:r>
        <w:rPr>
          <w:lang w:eastAsia="zh-CN"/>
        </w:rPr>
        <w:br/>
      </w:r>
      <w:r>
        <w:rPr>
          <w:lang w:eastAsia="zh-CN"/>
        </w:rPr>
        <w:t>　　无因工死亡事故；无重大泄漏、中毒事故；无重大火灾或爆炸事故；无重大特种设备事故；无负主要责任的重大或公共安全事故；无重伤事故；</w:t>
      </w:r>
      <w:r>
        <w:rPr>
          <w:lang w:eastAsia="zh-CN"/>
        </w:rPr>
        <w:br/>
      </w:r>
      <w:r>
        <w:rPr>
          <w:lang w:eastAsia="zh-CN"/>
        </w:rPr>
        <w:t>　　一般事故造成的直接经济损失≤40元/百万元产值（现价）</w:t>
      </w:r>
      <w:r>
        <w:rPr>
          <w:lang w:eastAsia="zh-CN"/>
        </w:rPr>
        <w:br/>
      </w:r>
      <w:r>
        <w:rPr>
          <w:lang w:eastAsia="zh-CN"/>
        </w:rPr>
        <w:t>　　千人轻伤率控制在0。5‰（月均）以下。</w:t>
      </w:r>
      <w:r>
        <w:rPr>
          <w:lang w:eastAsia="zh-CN"/>
        </w:rPr>
        <w:br/>
      </w:r>
      <w:r>
        <w:rPr>
          <w:lang w:eastAsia="zh-CN"/>
        </w:rPr>
        <w:t>　　三、工作要点：</w:t>
      </w:r>
      <w:r>
        <w:rPr>
          <w:lang w:eastAsia="zh-CN"/>
        </w:rPr>
        <w:br/>
      </w:r>
      <w:r>
        <w:rPr>
          <w:lang w:eastAsia="zh-CN"/>
        </w:rPr>
        <w:t>　　㈠通过技术进步促进安全生产。提高本质安全水平。</w:t>
      </w:r>
      <w:r>
        <w:rPr>
          <w:lang w:eastAsia="zh-CN"/>
        </w:rPr>
        <w:br/>
      </w:r>
      <w:r>
        <w:rPr>
          <w:lang w:eastAsia="zh-CN"/>
        </w:rPr>
        <w:t>　　1、进一步完善工艺措施安全性以及极限操作的评估机制。抓好平稳操作，逐渐树立系统地平衡操作的观念，并系统地进行改进。</w:t>
      </w:r>
      <w:r>
        <w:rPr>
          <w:lang w:eastAsia="zh-CN"/>
        </w:rPr>
        <w:br/>
      </w:r>
      <w:r>
        <w:rPr>
          <w:lang w:eastAsia="zh-CN"/>
        </w:rPr>
        <w:t>　　2、继续探索化学反应模式的系统改进。提高化学反应的安全性，优化工艺过程，减少生产过程中的危险因素，不断提高本质安全水平。</w:t>
      </w:r>
      <w:r>
        <w:rPr>
          <w:lang w:eastAsia="zh-CN"/>
        </w:rPr>
        <w:br/>
      </w:r>
      <w:r>
        <w:rPr>
          <w:lang w:eastAsia="zh-CN"/>
        </w:rPr>
        <w:t>　　3、抓好苯胺、聚碳扩产等建设项目安全“三同时”工作。确保项目建设、运行安全。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4、继续深化以消灭危险源为目标。尽可能消除或减少危险源，实现化工过程放热过程和用热过程集成联动，将化学反应热和工艺余热回收利用，完善全厂热交换网络，进一步优化热量的梯级利用。</w:t>
      </w:r>
      <w:r>
        <w:rPr>
          <w:lang w:eastAsia="zh-CN"/>
        </w:rPr>
        <w:br/>
      </w:r>
      <w:r>
        <w:rPr>
          <w:lang w:eastAsia="zh-CN"/>
        </w:rPr>
        <w:t>　　5、设备管理部门对企业特种设备（锅炉、压力容器、压力管道、起重机械等）及其安全附件按期进行检验。对检验为有缺陷的设备要及时停用或降级监护使用，并有计划地更换相应的设备或管线。</w:t>
      </w:r>
      <w:r>
        <w:rPr>
          <w:lang w:eastAsia="zh-CN"/>
        </w:rPr>
        <w:br/>
      </w:r>
      <w:r>
        <w:rPr>
          <w:lang w:eastAsia="zh-CN"/>
        </w:rPr>
        <w:t>　　6、继续抓好危险化学品的管理。进一步完善重大危险源的监控措施。增设醒目的安全标识。加强厂区道路整治，确保危化品运输安全。</w:t>
      </w:r>
      <w:r>
        <w:rPr>
          <w:lang w:eastAsia="zh-CN"/>
        </w:rPr>
        <w:br/>
      </w:r>
      <w:r>
        <w:rPr>
          <w:lang w:eastAsia="zh-CN"/>
        </w:rPr>
        <w:t>　　7、加强现场围堰的完善及规范管理。</w:t>
      </w:r>
      <w:r>
        <w:rPr>
          <w:lang w:eastAsia="zh-CN"/>
        </w:rPr>
        <w:br/>
      </w:r>
      <w:r>
        <w:rPr>
          <w:lang w:eastAsia="zh-CN"/>
        </w:rPr>
        <w:t>　　㈡推进安全标准化工作。落实安全责任，强化安全管理，并保障有效实施。</w:t>
      </w:r>
      <w:r>
        <w:rPr>
          <w:lang w:eastAsia="zh-CN"/>
        </w:rPr>
        <w:br/>
      </w:r>
      <w:r>
        <w:rPr>
          <w:lang w:eastAsia="zh-CN"/>
        </w:rPr>
        <w:t>　　1、进一步完善安全生产的目标责任制管理。落实到每个岗位、每个人。</w:t>
      </w:r>
      <w:r>
        <w:rPr>
          <w:lang w:eastAsia="zh-CN"/>
        </w:rPr>
        <w:br/>
      </w:r>
      <w:r>
        <w:rPr>
          <w:lang w:eastAsia="zh-CN"/>
        </w:rPr>
        <w:t>　　2、实施全过程风险管理。完善风险评价组织。切实落实各项风险控制措施，对重大风险要制定风险削减计划并予以落实（过程改进）确保作业活动的风险在可承受范围内。组织职业健康安全管理体系的评审，实现管理承诺，保持体系持续合规、有效运行。</w:t>
      </w:r>
      <w:r>
        <w:rPr>
          <w:lang w:eastAsia="zh-CN"/>
        </w:rPr>
        <w:br/>
      </w:r>
      <w:r>
        <w:rPr>
          <w:lang w:eastAsia="zh-CN"/>
        </w:rPr>
        <w:t>　　3、认真开展安全标准化工作。按时完成、改进各项工作，争取在一季度实现达标验收。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4、认真贯彻企业《危险化学品安全管理制度》切实加强生产、经营、储存、使用、运输和处置废弃危险化学品等各个环节的安全管理工作。进一步完善危险化学品安全管理的长效机制。</w:t>
      </w:r>
      <w:r>
        <w:rPr>
          <w:lang w:eastAsia="zh-CN"/>
        </w:rPr>
        <w:br/>
      </w:r>
      <w:r>
        <w:rPr>
          <w:lang w:eastAsia="zh-CN"/>
        </w:rPr>
        <w:t>　　5、严格执行企业《重大危险源管理制度》强化各项监控措施。</w:t>
      </w:r>
      <w:r>
        <w:rPr>
          <w:lang w:eastAsia="zh-CN"/>
        </w:rPr>
        <w:br/>
      </w:r>
      <w:r>
        <w:rPr>
          <w:lang w:eastAsia="zh-CN"/>
        </w:rPr>
        <w:t>　　6、严格执行企业《安全生产责任制》落实安全责任。做到组织措施、管理措施、技术措施的认真落实。</w:t>
      </w:r>
      <w:r>
        <w:rPr>
          <w:lang w:eastAsia="zh-CN"/>
        </w:rPr>
        <w:br/>
      </w:r>
      <w:r>
        <w:rPr>
          <w:lang w:eastAsia="zh-CN"/>
        </w:rPr>
        <w:t>　　7、强化现场安全管理。严格审批程序，作业单位领导和相关管理部门要加强作业过程监控，加大监护力度，节假日和特殊时期作业单位领导必须坚守现场，确保作业安全。</w:t>
      </w:r>
      <w:r>
        <w:rPr>
          <w:lang w:eastAsia="zh-CN"/>
        </w:rPr>
        <w:br/>
      </w:r>
      <w:r>
        <w:rPr>
          <w:lang w:eastAsia="zh-CN"/>
        </w:rPr>
        <w:t>　　8、合理进行工作安排。抓好跨区域作业、交叉作业、工作变动时段的管理。</w:t>
      </w:r>
      <w:r>
        <w:rPr>
          <w:lang w:eastAsia="zh-CN"/>
        </w:rPr>
        <w:br/>
      </w:r>
      <w:r>
        <w:rPr>
          <w:lang w:eastAsia="zh-CN"/>
        </w:rPr>
        <w:t>　　9、严格执行企业各级人员驻厂制度。中、夜班原则上不安排检修，特殊情况如涉及安全而进行的检修，必须坚持六到场：工段长、车间安全员、车间领导、技安处领导、设备处领导、生产副厂长（厂长助理）现场，组织协调指挥检修工作。紧急情况下，检修单位值班领导应及时采取临时措施，并立即通知相关职能部门人员到场确定检修方案。</w:t>
      </w:r>
      <w:r>
        <w:rPr>
          <w:lang w:eastAsia="zh-CN"/>
        </w:rPr>
        <w:br/>
      </w:r>
      <w:r>
        <w:rPr>
          <w:lang w:eastAsia="zh-CN"/>
        </w:rPr>
        <w:t>　　10、严格按照企业《安全检查和隐患整改制度》组织开展综合、专业、节假日等各种安全检查活动。并将隐患整改情况书面报厂技安处备案，纳入年终考核。</w:t>
      </w:r>
      <w:r>
        <w:rPr>
          <w:lang w:eastAsia="zh-CN"/>
        </w:rPr>
        <w:br/>
      </w:r>
      <w:r>
        <w:rPr>
          <w:lang w:eastAsia="zh-CN"/>
        </w:rPr>
        <w:t>　　11、严格执行外单位来厂施工过程中的安全协管规定。并加强监督。</w:t>
      </w:r>
      <w:r>
        <w:rPr>
          <w:lang w:eastAsia="zh-CN"/>
        </w:rPr>
        <w:br/>
      </w:r>
      <w:r>
        <w:rPr>
          <w:lang w:eastAsia="zh-CN"/>
        </w:rPr>
        <w:t>　　㈢加强全员安全技能、意识的培养和企业安全文化建设。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1、加强新进厂职工（包括民工、协议工、租赁承包单位人员、参观实习人员以及来厂施工人员等）厂级安全教育。以及复工、换岗、转产职工和新设备、新工艺、新技术投产前的安全教育工作，使之掌握基本安全生产技能，合格上岗。</w:t>
      </w:r>
      <w:r>
        <w:rPr>
          <w:lang w:eastAsia="zh-CN"/>
        </w:rPr>
        <w:br/>
      </w:r>
      <w:r>
        <w:rPr>
          <w:lang w:eastAsia="zh-CN"/>
        </w:rPr>
        <w:t>　　2、抓好危化品从业人员的培训和管理。</w:t>
      </w:r>
      <w:r>
        <w:rPr>
          <w:lang w:eastAsia="zh-CN"/>
        </w:rPr>
        <w:br/>
      </w:r>
      <w:r>
        <w:rPr>
          <w:lang w:eastAsia="zh-CN"/>
        </w:rPr>
        <w:t>　　3、抓好特种作业人员的安全培训取证、复审。分别有77个压力容器作业人员的操作证到期该复审，与市质量技术监督局培训中心联系，争取在月份请培训中心老师到厂里进行复训；6月份，分别有37人、2人、15人的危化物品操作人员、电工、焊工作业证到期该复审，计划在月份进行复训，并对因工作变动和新进厂从事危化品作业的人员进行培训取证；月份有198个危化物品作业人员的操作证到期该复审，计划在月份进行复训。</w:t>
      </w:r>
      <w:r>
        <w:rPr>
          <w:lang w:eastAsia="zh-CN"/>
        </w:rPr>
        <w:br/>
      </w:r>
      <w:r>
        <w:rPr>
          <w:lang w:eastAsia="zh-CN"/>
        </w:rPr>
        <w:t>　　4、综合管理处汇同组织处、技安处。开展各级管理人员的安全培训工作。</w:t>
      </w:r>
      <w:r>
        <w:rPr>
          <w:lang w:eastAsia="zh-CN"/>
        </w:rPr>
        <w:br/>
      </w:r>
      <w:r>
        <w:rPr>
          <w:lang w:eastAsia="zh-CN"/>
        </w:rPr>
        <w:t>　　5、组织开展班组安全活动。明确各自安全职责，增强安全意识，提高安全技能，提升管理水平。</w:t>
      </w:r>
      <w:r>
        <w:rPr>
          <w:lang w:eastAsia="zh-CN"/>
        </w:rPr>
        <w:br/>
      </w:r>
      <w:r>
        <w:rPr>
          <w:lang w:eastAsia="zh-CN"/>
        </w:rPr>
        <w:t>　　6、组织开展“安全生产月”活动。通过“安全生产月”不断提高企业全员安全意识和安全技能。加大整改力度，提高企业本质安全水平，促进企业经济发展。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9"/>
          <w:cols w:space="425"/>
          <w:titlePg w:val="0"/>
          <w:docGrid w:type="lines" w:linePitch="312"/>
        </w:sectPr>
      </w:pPr>
      <w:r>
        <w:rPr>
          <w:lang w:eastAsia="zh-CN"/>
        </w:rPr>
        <w:t>　　7、开展“安全员业务竞赛”活动以及安康杯竞赛”活动。通过各种竞赛活动。增强做好安全工作的责任感和紧迫感。认真贯彻执行安全规章制度，杜绝各类违章作业和违章指挥，提高职工遵守劳动纪律、工艺纪律、安全纪律、环保纪律、提高操作技能的自觉性，总结和推广安全生产先进经验，确保企业长周期安全运行。</w:t>
      </w:r>
      <w:r>
        <w:rPr>
          <w:lang w:eastAsia="zh-CN"/>
        </w:rPr>
        <w:br/>
      </w:r>
      <w:r>
        <w:rPr>
          <w:lang w:eastAsia="zh-CN"/>
        </w:rPr>
        <w:t>　　8、继续开展好“三查三反”活动。</w:t>
      </w:r>
      <w:r>
        <w:rPr>
          <w:lang w:eastAsia="zh-CN"/>
        </w:rPr>
        <w:br/>
      </w:r>
      <w:r>
        <w:rPr>
          <w:lang w:eastAsia="zh-CN"/>
        </w:rPr>
        <w:t>　　㈣提高安全生产应急救援能力和环境安全水平。</w:t>
      </w:r>
      <w:r>
        <w:rPr>
          <w:lang w:eastAsia="zh-CN"/>
        </w:rPr>
        <w:br/>
      </w:r>
      <w:r>
        <w:rPr>
          <w:lang w:eastAsia="zh-CN"/>
        </w:rPr>
        <w:t>　　1、把防火、防爆炸、防泄漏、防污染作为危化品管理的重中之中来抓。加大生产过程监控力度，加强防溢堤、水封井和应急功能围堰以及流体化学品泡沫灭火系统和现场围堰泡沫覆盖系统的管理、维护并进一步完善。</w:t>
      </w:r>
      <w:r>
        <w:rPr>
          <w:lang w:eastAsia="zh-CN"/>
        </w:rPr>
        <w:br/>
      </w:r>
      <w:r>
        <w:rPr>
          <w:lang w:eastAsia="zh-CN"/>
        </w:rPr>
        <w:t>　　2、加强有害气体多级吸收系统和尾气多级破坏系统的运行监控。</w:t>
      </w:r>
      <w:r>
        <w:rPr>
          <w:lang w:eastAsia="zh-CN"/>
        </w:rPr>
        <w:br/>
      </w:r>
      <w:r>
        <w:rPr>
          <w:lang w:eastAsia="zh-CN"/>
        </w:rPr>
        <w:t>　　3、加强对现场应急喷淋装置、洗眼器、急救箱、氧气（空气）呼吸器等应急设备（施）维护保养。确保随时有效好用。</w:t>
      </w:r>
      <w:r>
        <w:rPr>
          <w:lang w:eastAsia="zh-CN"/>
        </w:rPr>
        <w:br/>
      </w:r>
      <w:r>
        <w:rPr>
          <w:lang w:eastAsia="zh-CN"/>
        </w:rPr>
        <w:t>　　4、完善应急救援保障体系。特别是二级单位关键装置和重点部位应急预，完善应急预案文件体系。除厂部组织有针对性的事故应急救援演练，各二级单位要对关键装置和重点部位每半年进行一次应急演练，提高各级组织和人员的应急处置及自救能力。</w:t>
      </w:r>
      <w:r>
        <w:rPr>
          <w:lang w:eastAsia="zh-CN"/>
        </w:rPr>
        <w:br/>
      </w:r>
      <w:r>
        <w:rPr>
          <w:lang w:eastAsia="zh-CN"/>
        </w:rPr>
        <w:t>　　㈤做好职业病防治、劳动保护工作。</w:t>
      </w:r>
      <w:r>
        <w:rPr>
          <w:lang w:eastAsia="zh-CN"/>
        </w:rPr>
        <w:br/>
      </w:r>
      <w:r>
        <w:rPr>
          <w:lang w:eastAsia="zh-CN"/>
        </w:rPr>
        <w:t>　　1、认真贯彻《职业病防治法》加强职业病防治工作。各单位在检修、技改、内部环境整治时。</w:t>
      </w:r>
      <w:r>
        <w:rPr>
          <w:lang w:eastAsia="zh-CN"/>
        </w:rPr>
        <w:br/>
      </w:r>
      <w:r>
        <w:rPr>
          <w:lang w:eastAsia="zh-CN"/>
        </w:rPr>
        <w:t>　　2、坚持定期对各尘毒监测点进行监测。杜绝跑、冒、滴、漏，确保尘毒监测达标率100%</w:t>
      </w:r>
      <w:r>
        <w:rPr>
          <w:lang w:eastAsia="zh-CN"/>
        </w:rPr>
        <w:br/>
      </w:r>
      <w:r>
        <w:rPr>
          <w:lang w:eastAsia="zh-CN"/>
        </w:rPr>
        <w:t>　　3、加强劳保用品的管理。并指导、督促职工按要求穿戴、使用。</w:t>
      </w:r>
      <w:r>
        <w:rPr>
          <w:lang w:eastAsia="zh-CN"/>
        </w:rPr>
        <w:br/>
      </w:r>
      <w:r>
        <w:rPr>
          <w:lang w:eastAsia="zh-CN"/>
        </w:rPr>
        <w:t>　　4、有计划地对职工进行职业健康检查。</w:t>
      </w:r>
      <w:r>
        <w:rPr>
          <w:lang w:eastAsia="zh-CN"/>
        </w:rPr>
        <w:br/>
      </w:r>
      <w:r>
        <w:rPr>
          <w:lang w:eastAsia="zh-CN"/>
        </w:rPr>
        <w:t xml:space="preserve">    安全工作计划范文合集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0"/>
          <w:cols w:space="425"/>
          <w:titlePg w:val="0"/>
          <w:docGrid w:type="lines" w:linePitch="312"/>
        </w:sectPr>
      </w:pPr>
      <w:r>
        <w:rPr>
          <w:lang w:eastAsia="zh-CN"/>
        </w:rPr>
        <w:t>　　20__年，我局食品药品监管工作全面贯彻落实党的__届三中全会精神，坚持以科学发展观统揽全局，深入实践科学监管理念，紧紧围绕保障食品药品安全这一中心任务，进一步健全监管责任体系，切实加强日常监管，巩固专项整治成果，大力推进实施监管创新，健全完善监管长效机制，着力解决食品药品领域群众最关心、最直接、最现实的利益问题，全力打造食品药品安全，努力提升全市食品药品安全保障水平，为确保广大人民群众饮食用药安全，提高全民健康水平，又好又快推进文明、富裕、和谐作出新的更大贡献。</w:t>
      </w:r>
      <w:r>
        <w:rPr>
          <w:lang w:eastAsia="zh-CN"/>
        </w:rPr>
        <w:br/>
      </w:r>
      <w:r>
        <w:rPr>
          <w:lang w:eastAsia="zh-CN"/>
        </w:rPr>
        <w:t>　　一、加强组织领导，建立健全食品药品安全监管机制。在市委、市政府和市食品药品安全委员会的正确领导下，加强全市食品药品安全工作的综合监督和组织协调，确保工作责任到位、政策落实到位、保障措施到位、资金投入到位和督促检查到位。进一步完善食品药品安全监管各项制度，创新食品药品安全监管方法，提长我市食品药品安全工作的制度化、规范化建设水平。</w:t>
      </w:r>
      <w:r>
        <w:rPr>
          <w:lang w:eastAsia="zh-CN"/>
        </w:rPr>
        <w:br/>
      </w:r>
      <w:r>
        <w:rPr>
          <w:lang w:eastAsia="zh-CN"/>
        </w:rPr>
        <w:t>　　二、落实部门职责，加强食品安全各环节监管。督促各相关职能部门按照市政府的统一部署和职责分工，加强各自职责范围内食品药品安全监管的有效途径和措施，提高各环节的食品安全监管水平。同时，协调各部门</w:t>
      </w:r>
      <w:r>
        <w:rPr>
          <w:lang w:eastAsia="zh-CN"/>
        </w:rPr>
        <w:br/>
      </w:r>
      <w:r>
        <w:rPr>
          <w:lang w:eastAsia="zh-CN"/>
        </w:rPr>
        <w:t>　　具体监管工作中出现的矛盾和问题，确保各部工作的顺利开展。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1"/>
          <w:cols w:space="425"/>
          <w:titlePg w:val="0"/>
          <w:docGrid w:type="lines" w:linePitch="312"/>
        </w:sectPr>
      </w:pPr>
      <w:r>
        <w:rPr>
          <w:lang w:eastAsia="zh-CN"/>
        </w:rPr>
        <w:t>　　三、突出监管重点，深入开展食品药品安全专项整治。在巩固现有成绩的基础上，继续保持打假治劣的高压态势，针对食品药品安全存在的突出问题开展专项整治，严厉打击食品药品领域的各类违法犯罪行为。加强与卫生、工商、质监、公安等有关部门执法行动，整合监管资源，确保专项整治取得良好成效。</w:t>
      </w:r>
      <w:r>
        <w:rPr>
          <w:lang w:eastAsia="zh-CN"/>
        </w:rPr>
        <w:br/>
      </w:r>
      <w:r>
        <w:rPr>
          <w:lang w:eastAsia="zh-CN"/>
        </w:rPr>
        <w:t>　　四、推进工作创新，扎实抓好食品药品安全示范创建。充分发挥示范创建在食品药品安全工作中的抓手作用，进一步扩大创建范围，提升创建质量，夯实食品药品安全工作基础。层层落实创建工作责任制，全面推动我市食品药品安全水平再上新台阶。同时，配合相关部门推进“放心消费城市”、“放心粮油工程”、“百城万店无假货”等创建活动，巩固创建成果，实现新的提升。</w:t>
      </w:r>
      <w:r>
        <w:rPr>
          <w:lang w:eastAsia="zh-CN"/>
        </w:rPr>
        <w:br/>
      </w:r>
      <w:r>
        <w:rPr>
          <w:lang w:eastAsia="zh-CN"/>
        </w:rPr>
        <w:t>　　五、加强条块结合，增强食品药品安全工作合力。认真落实政府统一领导、部门指导协调、各方联合行动的食品药品安全工作方针，加强各镇、各部门间的协同配合，把分散的力量集中起来，把具体的监管统一起来，真正形成统一、权威、高效的食品药品安全监管体制。</w:t>
      </w:r>
      <w:r>
        <w:rPr>
          <w:lang w:eastAsia="zh-CN"/>
        </w:rPr>
        <w:br/>
      </w:r>
      <w:r>
        <w:rPr>
          <w:lang w:eastAsia="zh-CN"/>
        </w:rPr>
        <w:t>　　六、坚持防范在先，增强食品药品安全应急处置能</w:t>
      </w:r>
      <w:r>
        <w:rPr>
          <w:lang w:eastAsia="zh-CN"/>
        </w:rPr>
        <w:br/>
      </w:r>
      <w:r>
        <w:rPr>
          <w:lang w:eastAsia="zh-CN"/>
        </w:rPr>
        <w:t>　　力。积极组织对重点食品药品以及重点时期的抽样检测，预报预警可能发生的食品药品安全事件，预测分析全市食品药品安全形势，做到早发现、早预防、早整治、早解决，形成统一科学的食品药品安全信息评估和预警体系，组织开展食品药品安全应急救援培训和演练，提高食品药品安全应急处置能力，做到一旦发生食品药品安全事故，协调相关部门按照职责分工迅速介入，快速处置，把损失和影响控制到最小程度。</w:t>
      </w:r>
      <w:r>
        <w:rPr>
          <w:lang w:eastAsia="zh-CN"/>
        </w:rPr>
        <w:br/>
      </w:r>
    </w:p>
    <w:p w:rsidR="001B1F19" w14:textId="27C3F48A">
      <w:pPr>
        <w:rPr>
          <w:rFonts w:hint="eastAsia"/>
          <w:lang w:eastAsia="zh-CN"/>
        </w:rPr>
      </w:pPr>
      <w:r>
        <w:rPr>
          <w:lang w:eastAsia="zh-CN"/>
        </w:rPr>
        <w:t>　　七、加强宣传工作，营造食品药品安全工作良好社会氛围。把宣传、普及食品药品安全知识作为加强食品药品安全工作的重要举措，采取多种形式、通过多种渠道予以推进。围绕食品药品安全工作的重点领域和薄弱环节，并结合食品药品安全社区和示范镇创建活动，利用新闻媒体、宣传手册、宣传栏、现场宣传等形式，针对农村、社区、学校、机关、民工等不同群众体，广泛开展宣传，引导群众安全、科学、健康消费，营造全社会关心、理解、支持食品药品安全工作的良好氛围。</w:t>
      </w:r>
      <w:r>
        <w:rPr>
          <w:lang w:eastAsia="zh-CN"/>
        </w:rPr>
        <w:br/>
      </w:r>
      <w:r>
        <w:rPr>
          <w:lang w:eastAsia="zh-CN"/>
        </w:rPr>
        <w:t>　　八、加强队伍建设，提升食品药品监管队伍素质。进一步健全基层食品药品监管网络，实现监管关口前移、重心下移，提高食品药品安全监管水平；进一步增强全局意识、为民意识，着力解决食品药品安全领域中损害群</w:t>
      </w:r>
      <w:r>
        <w:rPr>
          <w:lang w:eastAsia="zh-CN"/>
        </w:rPr>
        <w:br/>
      </w:r>
      <w:r>
        <w:rPr>
          <w:lang w:eastAsia="zh-CN"/>
        </w:rPr>
        <w:t>　　众利益的突出问题，逐步提高人民群众对食品药品安全工作的满意度；坚持依法行政、认真执行各项法律法规和政策，建立权责明确、行为规范、监督有力、运行高效的执法体系，做到严格执法、秉公办事、文明服务，树立食品药品监管部门的良好形象。</w:t>
      </w:r>
      <w:r>
        <w:rPr>
          <w:lang w:eastAsia="zh-CN"/>
        </w:rPr>
        <w:br/>
      </w:r>
      <w:r>
        <w:rPr>
          <w:lang w:eastAsia="zh-CN"/>
        </w:rPr>
        <w:t xml:space="preserve">    安全工作计划范文合集 篇16 </w:t>
      </w:r>
      <w:r>
        <w:rPr>
          <w:lang w:eastAsia="zh-CN"/>
        </w:rPr>
        <w:br/>
      </w:r>
      <w:r>
        <w:rPr>
          <w:lang w:eastAsia="zh-CN"/>
        </w:rPr>
        <w:t>　　全年工作总的要求是：坚持以习近平新时代中国特色社会主义思想为指引，以党的建设为保证，以安全稳定为基础，以依法治企和作风建设为依托，以精益化管理、严格指标考核为手段，以加强学习、强化执行力和严格执行制度为重点，深入开展“一统六型”企业建设，突出计划和“短板”管理，推动公司工作质量与效率向深层次、高水平迈进，推动公司发展再上新台阶。</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https://d.book118.com/507035160133006036</w:t>
        </w:r>
      </w:hyperlink>
    </w:p>
    <w:p w:rsidR="001B1F19">
      <w:pPr>
        <w:rPr>
          <w:rFonts w:hint="eastAsia"/>
          <w:lang w:eastAsia="zh-CN"/>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0703516013300603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