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客服工作总结范文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客服工作总结范文1</w:t>
      </w:r>
      <w:r>
        <w:rPr>
          <w:lang w:eastAsia="zh-CN"/>
        </w:rPr>
        <w:br/>
      </w:r>
      <w:r>
        <w:rPr>
          <w:lang w:eastAsia="zh-CN"/>
        </w:rPr>
        <w:t xml:space="preserve">    对于一个客服代表来说，做客服工作的感受就象是一个学会了吃辣椒的人，整个过程感受最多的只有一个字：辣。如果到有一天你已经习惯了这种味道，不再被这种味道呛得咳嗽或是摸鼻涕流眼泪的时候就说明你已经是一个十分有经验的老员工了。我是从一线员工上来的，所以深谙这种味道。作为一个班长，在接近两年的班长工作中，我就一向在不断地探索，企图能够找到另外一种味道，能够化解和消融前台因用户所产生的这种“辣”味，这就是话务员情绪管理。毕竟大多数的人需要对自我的情绪进行管理、控制和调节。 </w:t>
      </w:r>
      <w:r>
        <w:rPr>
          <w:lang w:eastAsia="zh-CN"/>
        </w:rPr>
        <w:br/>
      </w:r>
      <w:r>
        <w:rPr>
          <w:lang w:eastAsia="zh-CN"/>
        </w:rPr>
        <w:t>　　在每一个新员工上线之前，我会告诉她们，一个优秀的客服代表，仅有熟练的业务知识和高超的服务技巧还不够，要尝试着在以下两点的基础上不断地完善作为一个客服代表的职业心理素质，要学会把枯燥和单调的工作做得有声有色，学会把工作当成是一种享受。首先，对于用户要以诚相待，当成亲人或是朋友，真心为用户带给切实有效地咨询和帮忙，这是愉快工作的前提之一。然后，在为用户带给咨询时要认真倾听用户的问题而不是去关注用户的态度，这样才会持续冷静，细细为之分析引导，熄灭用户情绪上的怒火，防止因服务态度问题火上烧油引起用户更大的投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另外，在平常的话务管理中，我一向在人性化管理与制度化管理这两种管理模式之间寻找一种平衡。为了防止员工因违反规章制度而受到处罚时情绪波动，影响服务态度，一种比较有效的处理方式是在处罚前找员工沟通，最好的方式是推己及人，感觉自我就是在错误中不断成长起来的，一个人只要用必须的心胸和气魄勇敢应对和承担自我因错误而带来的后果，就没有过不去的关。俗语云：知错能改，善莫大焉。所以没有必要为自我所范下的错误长久的消沉和逃避，“风物长宜放眼量”，于工作于生活，这都是最理性的选取，同时这也是处理与员工关系最好的一种润滑剂，唯有这样，才会消除与前台的隔阂，营造一种简单的氛围，稳定员工情绪及持续良好的服务态度。</w:t>
      </w:r>
      <w:r>
        <w:rPr>
          <w:lang w:eastAsia="zh-CN"/>
        </w:rPr>
        <w:br/>
      </w:r>
      <w:r>
        <w:rPr>
          <w:lang w:eastAsia="zh-CN"/>
        </w:rPr>
        <w:t>　　当然，在不断地将自我以上的经验和想法得以实施并取得必须成效的同时，我们在这个举足轻重的位置上，更象是一颗螺丝钉，同本部门的前台、后台、组长、质检及部门经理之间作着有效的配合，同时也与其它各组或各部门之间作着较为和谐的沟通和交流，将话务管理工作进行得有条不紊。在我尽自我最大的努力去做好份内事情的过程当中，对团队二字体会个性深刻。</w:t>
      </w:r>
      <w:r>
        <w:rPr>
          <w:lang w:eastAsia="zh-CN"/>
        </w:rPr>
        <w:br/>
      </w:r>
      <w:r>
        <w:rPr>
          <w:lang w:eastAsia="zh-CN"/>
        </w:rPr>
        <w:t>　　以前被这样一个故事感动：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洪水暴虐的时候，聚在堤坝上的人们凝望着凶猛的波涛。突然有人惊呼；“看，那是什么？”一个好象人头的黑点顺着波浪漂过来，大家正准备再靠近些时营救。“那是蚁球。”一位老者说；“蚂蚁这东西，很有灵性。有一年发大水，我也见过一个蚁球，有篮球那么大。洪水到来时，蚂蚁迅速抱成团，随波漂流。蚁球外层的蚂蚁，有些会被波浪打入水中。但只要蚁球能上岸，或能碰到一个大的漂流物，蚂蚁就得救了。”不长时光，蚁球靠岸了，蚁群像靠岸登陆艇上的战士，一层一层地打开，迅速而井然地一排排冲上堤岸。岸边的水中留下了一团不小的蚁球。那是蚁球里层的英勇牺牲者。他们再也爬不上岸了，但他们的尸体仍然紧紧地抱在一齐。那么平静，那么悲壮。于是，我开始为此而努力：一个有凝聚力的团队，就应象在遇险境时能迅速抱成一团产生出惊人的力量而最终脱离险境的“蚁球”，在我们呼叫中心全体员工的互帮互助与精诚团结下，不惧用户的无理纠缠，不惊投诉者的古怪刁钻，嗬，一大堆骚扰用户又何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很幸运的是，我们呼叫中心本身就是一个充满了激情和活力的团队，而且每一个身处其中的人在“逆水行舟，不进则退”的动力支持中用心地参予着这个团队的建设。在与另外一位班长良好而默契的配合下，我们彼此取长补短，查漏补缺，再加上部门经理的大力支持和富有亲和力的微笑，不管遇到什么困难，我们都能团结一心，寻求到行之有效的处理办法，渡过难关，将话务管理工作日臻完善地进行下去。众所周知，公话业务历来是用户争议和投诉的焦点，公话及卡类用户每月因业务上的原因在呼叫中心的投诉率是最高的，班长工作中很大一部分压力就是来源于此，所以在处理此类投诉时总是如履薄冰，留意谨慎，唯恐因处理不好而引起越级投诉。而每每遇到难以决定或影响较大的投诉时总少不了上级领导的帮忙和引导，这在很大程度上为班长的工作减轻了压力，那是一种“天塌下来有人一齐扛着”的踏实感。记忆中有好几起这样的投诉，但都有惊无险，最终成为锻造我们潜力的.经历而不断丰富着我们的客服生涯。</w:t>
      </w:r>
      <w:r>
        <w:rPr>
          <w:lang w:eastAsia="zh-CN"/>
        </w:rPr>
        <w:br/>
      </w:r>
      <w:r>
        <w:rPr>
          <w:lang w:eastAsia="zh-CN"/>
        </w:rPr>
        <w:t>　　细细回忆这段时光以来的工作过程及目前公话组的整个状态，虽然在我们大家的共同努力下有了较大的变化，但是仍有许多的缺点和不足等着我们去规划和改观。首先在服务质量和服务意识方面离省局的要求还存在较大差距，不管成功与否，我们都将不断地摸索和尝试，如作大型的关于服务意识及情绪管理方面的培训来激发前台的工作积极性。或为了提高语音亲和力，作语音艺术培训及在公司工会的倡导和鼓励下号召全话务中心参与诗歌朗诵大赛等尝试，在培养声音魅力过程中，让电话交流的载体更加生动，由此而产生一批更加出色的客服代表。然后是在座席间工作纪律及员工思想动态上将进一步加大管理力度，由于公话组是呼叫中心人数最多的一个组，对于今后的工作可谓任重而道远。</w:t>
      </w:r>
      <w:r>
        <w:rPr>
          <w:lang w:eastAsia="zh-CN"/>
        </w:rPr>
        <w:br/>
      </w:r>
      <w:r>
        <w:rPr>
          <w:lang w:eastAsia="zh-CN"/>
        </w:rPr>
        <w:t>　　所以不管以后的工作将会发生什么样的变化，我都不敢有丝毫的松懈，并且将更加的认真地做好自我份内的事，努力克服个性和年龄的弱点，推开障碍和阻力，抛弃“小我”，简单上阵。我相信自我不管受岁月如何地磨砾而产生变化，但是追求完美、永不言败的个性永不会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我的信念是活到老，学到老，要自信一生，也许，只有用学习的心态来支撑自我，才能使我这个老员工以后在客服行业做得更有活力、更具创意和更加从容一些吧。</w:t>
      </w:r>
      <w:r>
        <w:rPr>
          <w:lang w:eastAsia="zh-CN"/>
        </w:rPr>
        <w:br/>
      </w:r>
      <w:r>
        <w:rPr>
          <w:lang w:eastAsia="zh-CN"/>
        </w:rPr>
        <w:t>客服工作总结范文2</w:t>
      </w:r>
      <w:r>
        <w:rPr>
          <w:lang w:eastAsia="zh-CN"/>
        </w:rPr>
        <w:br/>
      </w:r>
      <w:r>
        <w:rPr>
          <w:lang w:eastAsia="zh-CN"/>
        </w:rPr>
        <w:t xml:space="preserve">    日子过的很快，一眨眼的工夫，我似乎在不知不觉中已经慢慢习惯和喜欢上话务员这个工作了。以前的我对话务员的了解很薄弱，以为只要接听电话，声音甜美，做好上传下达的工作就OK。可是自从自己接触并入职这项工作以来,才发现所谓的话务员并不像我想象的样。 在话务员培训到正式上岗话务员这项工作期间，我对话务员又有了更深一层的了解。 </w:t>
      </w:r>
      <w:r>
        <w:rPr>
          <w:lang w:eastAsia="zh-CN"/>
        </w:rPr>
        <w:br/>
      </w:r>
      <w:r>
        <w:rPr>
          <w:lang w:eastAsia="zh-CN"/>
        </w:rPr>
        <w:t>　　我认为作为一名合格的话务员，首先应该有饱满的工作热情和认真的工作态度，只有热爱这一门事业，才能全身心地投入进去，所以这是一个合格的话务员的一个先决条件;其次，应该有熟练的业务知识，不断努力学习，只有熟练掌握了各方面的`业务知识，才能在工作中应付各种不同的客户的提问，做好客户的解释与回访工作，让客户在满意中得到更好的服务;再者，一名合格的话务员，她的主核心就是对客户的态度。在工作过程中，应保持热情诚恳的工作态度，在做好解释与回访工作的同时，要语气缓和，不骄不躁，如遇很难解释或很难处理的问题时，要保持耐心，悉心向客户说明原因，尽量博得客户们的谅解，直到客户满意为止，始终信守"把微笑溶入声音"，把真诚带给客户的诺言。这样，才能更好地让自己不断进取。</w:t>
      </w:r>
      <w:r>
        <w:rPr>
          <w:lang w:eastAsia="zh-CN"/>
        </w:rPr>
        <w:br/>
      </w:r>
      <w:r>
        <w:rPr>
          <w:lang w:eastAsia="zh-CN"/>
        </w:rPr>
        <w:t>　　作为一名话务员，首先是要有最热情的工作服务用语，在受理各项业务中尽量做到快捷而且准确的派单给相关部门尽快处理，竭尽所能直到客户满意为止。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总而言之，要做一名合格的话务员，应具备严谨的工作作风、热情的服务态度、熟练的业务知识、积极的学习态度，耐心地向客户解释，虚心地听取客户的意见。不断学习提高自己的心理素质，提高并熟练掌握自己的业务知识，遇到问题，冷静面对!以上是我入职以来的心得体会，现在的我还只是一名实习生，我认为自己做得还很不够，在很多方面还存在欠缺，因此，很多地方都需要不断改进。但我相信，只要不断努力学习，不断进取，总结经验教训，取长补短，就一定能做得更好!</w:t>
      </w:r>
      <w:r>
        <w:rPr>
          <w:lang w:eastAsia="zh-CN"/>
        </w:rPr>
        <w:br/>
      </w:r>
      <w:r>
        <w:rPr>
          <w:lang w:eastAsia="zh-CN"/>
        </w:rPr>
        <w:t>客服工作总结范文3</w:t>
      </w:r>
      <w:r>
        <w:rPr>
          <w:lang w:eastAsia="zh-CN"/>
        </w:rPr>
        <w:br/>
      </w:r>
      <w:r>
        <w:rPr>
          <w:lang w:eastAsia="zh-CN"/>
        </w:rPr>
        <w:t xml:space="preserve">    20__年8月底我来到捷乐自动门，经过了几天的培训，我对这份工作有了必须的了解和认识，此刻我将感想以及工作的认识总结如下： </w:t>
      </w:r>
      <w:r>
        <w:rPr>
          <w:lang w:eastAsia="zh-CN"/>
        </w:rPr>
        <w:br/>
      </w:r>
      <w:r>
        <w:rPr>
          <w:lang w:eastAsia="zh-CN"/>
        </w:rPr>
        <w:t>　　1、客服人员所需的基本技能及素质要求：客服人员所需的基本技能需要有良好的服务精神，具有良好的沟通潜力，工作认真细致，需要有良好的团队精神和工作协作意识，纪律意识及良好的心态。</w:t>
      </w:r>
      <w:r>
        <w:rPr>
          <w:lang w:eastAsia="zh-CN"/>
        </w:rPr>
        <w:br/>
      </w:r>
      <w:r>
        <w:rPr>
          <w:lang w:eastAsia="zh-CN"/>
        </w:rPr>
        <w:t>　　2、作为客服人员，需要必须的技能技巧；学会忍耐和宽容，忍耐与宽容是应对无理客户的法宝，是一种美德，需要包容和理解客户，3、对于公司经营的产品必须要了解、熟悉其功能。</w:t>
      </w:r>
      <w:r>
        <w:rPr>
          <w:lang w:eastAsia="zh-CN"/>
        </w:rPr>
        <w:br/>
      </w:r>
      <w:r>
        <w:rPr>
          <w:lang w:eastAsia="zh-CN"/>
        </w:rPr>
        <w:t>　　以下是我的一些感想：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算算，我来到公司已经将近两个多月了。回想一下，在这段时光里面我虽然感觉到了前所未有的压力，但是，我也一向在努力适应着这种压力，虽然以前有放下过，但是我深思过后，既然已经来了，就要做到最好，受一点委屈算什么，如果这一点委屈都受不了，那根本就不用出家门，直接呆在家里天天靠父母好了，虽然此刻还会犯错误，但是只要我每一天都努力了，每一天都有进步了。那就是收获。</w:t>
      </w:r>
      <w:r>
        <w:rPr>
          <w:lang w:eastAsia="zh-CN"/>
        </w:rPr>
        <w:br/>
      </w:r>
      <w:r>
        <w:rPr>
          <w:lang w:eastAsia="zh-CN"/>
        </w:rPr>
        <w:t>　　其实，可能还是我不太熟悉和了解吧，所以出现错误的机率就会比较多一些，而且以前一向没有接触过这个东西，但我始终相信只要我有用心去学去接触，真正的融入这行，总会有收获的。</w:t>
      </w:r>
      <w:r>
        <w:rPr>
          <w:lang w:eastAsia="zh-CN"/>
        </w:rPr>
        <w:br/>
      </w:r>
      <w:r>
        <w:rPr>
          <w:lang w:eastAsia="zh-CN"/>
        </w:rPr>
        <w:t>　　客服，其实是一个复杂而又简单的工作，简单的说，就是为客户服务，一切为客户着想，当然这得确保在不损公司利益的状况下，如果想做好一个客服，第一，就是要有良好的心态，就像前段时光，我一向以为我可能要被开除了。我这么差，还老是犯错误，没有一点信心，结果后面出错的机率越来越多，连最基本的服务都没有做好，导致技术员到工地无法施工，就是因我事先没有和客户沟通好。但是，俗话说：人非圣贤谁能无过其实最主要的还是心态没有放好，吃一堑长一智。错误出现一次就尽量不要出现第二次，反省一下为什么出错，错在哪里，为什么错了，下一回就会不会出现这样的错误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自接手派工岗位以来，自我不知犯了多少个错误，每一次犯错后都挨了不少骂，以前想过让自我放下，因觉得这样太受气太委屈了，慢慢的觉得压力好大，想想之前的同事的话，此刻真的应了他们的.话了，这个工作真的不好做。但也有同事赞过我说没有人带我都能做到此刻，真的不错的，可惜我还是会犯下不少的错。我不知接下的，将会发生怎样样的变化，既然我还在公司做，我就会很努务尽量让自动做到最好来。</w:t>
      </w:r>
      <w:r>
        <w:rPr>
          <w:lang w:eastAsia="zh-CN"/>
        </w:rPr>
        <w:br/>
      </w:r>
      <w:r>
        <w:rPr>
          <w:lang w:eastAsia="zh-CN"/>
        </w:rPr>
        <w:t>　　因为已经吸取教训了，犯第一错没有关系，第二次错如果还犯的话那就是自身的问题了，而且犯了错误就要及时提出来，不要私立自解决，之前就是因出现问题时自我没有及时反馈上去才导致发生那么的事。</w:t>
      </w:r>
      <w:r>
        <w:rPr>
          <w:lang w:eastAsia="zh-CN"/>
        </w:rPr>
        <w:br/>
      </w:r>
      <w:r>
        <w:rPr>
          <w:lang w:eastAsia="zh-CN"/>
        </w:rPr>
        <w:t>　　此刻，以后我会努力奋斗，努力学习，尽量做到不犯错误，认真对待每一个客户，努力做到每个客户都能满意，以及领导和同事的满意。</w:t>
      </w:r>
      <w:r>
        <w:rPr>
          <w:lang w:eastAsia="zh-CN"/>
        </w:rPr>
        <w:br/>
      </w:r>
      <w:r>
        <w:rPr>
          <w:lang w:eastAsia="zh-CN"/>
        </w:rPr>
        <w:t>客服工作总结范文4</w:t>
      </w:r>
      <w:r>
        <w:rPr>
          <w:lang w:eastAsia="zh-CN"/>
        </w:rPr>
        <w:br/>
      </w:r>
      <w:r>
        <w:rPr>
          <w:lang w:eastAsia="zh-CN"/>
        </w:rPr>
        <w:t xml:space="preserve">    时光如梭，转眼间20__年度工作即将结束，自入职__项目以来，在项目领导的指导下和各部门的支持和配合下，基本完成了年初预期工作目标及各项工作计划。一年以来，客服部围绕物业收费工作，加强了部门内部管理工作，强化了物业服务水平，增进与业主的沟通并妥善处理了与业主有关的纠纷、赔偿事件，部门各项工作有了明显的提高和改善，员工工作积极性得到大幅提高，业主满意率有了显著提高。现将本年度工作总结如下。 </w:t>
      </w:r>
      <w:r>
        <w:rPr>
          <w:lang w:eastAsia="zh-CN"/>
        </w:rPr>
        <w:br/>
      </w:r>
      <w:r>
        <w:rPr>
          <w:lang w:eastAsia="zh-CN"/>
        </w:rPr>
        <w:t>　　本年度物业收费__元（截止到20__年__月__日），收缴率80%，清缴上年度物业费__元；处理赔偿纠纷_起，达成率100%；协调处理大型物业保修维修__件，业主基本满意；接待业主上门投诉__件，处理及时率100%；受理日常报修__件，合格率100%；上门面访__人/次，受理意见、建议__余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一、本年度部门工作表现好的方面</w:t>
      </w:r>
      <w:r>
        <w:rPr>
          <w:lang w:eastAsia="zh-CN"/>
        </w:rPr>
        <w:br/>
      </w:r>
      <w:r>
        <w:rPr>
          <w:lang w:eastAsia="zh-CN"/>
        </w:rPr>
        <w:t>　　（一）规范内部管理，增强了员工责任心和工作效率。</w:t>
      </w:r>
      <w:r>
        <w:rPr>
          <w:lang w:eastAsia="zh-CN"/>
        </w:rPr>
        <w:br/>
      </w:r>
      <w:r>
        <w:rPr>
          <w:lang w:eastAsia="zh-CN"/>
        </w:rPr>
        <w:t>　　自加入__家园项目客服部后，发现部门内部管理比较薄弱，主要表现在员工责任心不强、工作主动性不够、工作效率较低、办事拖拉等方面。针对上述问题，本人进一步完善了部门责任制，明确了部门员工的责任及工作标准；加强与员工的沟通，有针对性的组织多项培训，定期对员工的工作进行点评，有力的激励了员工的工作责任心。目前，部门员工工作积极性较高，由原来的被动、有条件的工作转变成现在的主动、自愿的工作态度，从而促进了部门各项工作的开展。</w:t>
      </w:r>
      <w:r>
        <w:rPr>
          <w:lang w:eastAsia="zh-CN"/>
        </w:rPr>
        <w:br/>
      </w:r>
      <w:r>
        <w:rPr>
          <w:lang w:eastAsia="zh-CN"/>
        </w:rPr>
        <w:t>　　（二）采取多种形式和措施，巩固和提高了物业收费水平。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年度物业费累计收缴__元，收缴率同比去年增长7%（去年物业费收缴率60%），总体收费水平得到巩固和进一步提高。归纳起来重点做好了三项收费管理工作，第一，收费形式多样化，重点加强节假日上门收费。此前，客服部主要采取的是电话和贴通知的催缴方式，这两种催缴方式存在收费效率低和业主交费积极性差的问题，因此，增加了路遇和上门催费方式，并确保每周六、日全部客服员上门收费，通过巡视等时机加强与业主的沟通、攀谈借机催费，从而保证了收费的效率。第二，收费措施服务化，通过增进业主满意促进业主交费意愿。收费工作是物业服务水平的体现，物业服务水平是收费的基础，因此，服务是提高物业收费水平的根本。今年，我们将项目成立以来一直未解决的纠纷、赔偿问题进行了梳理，有重点、有步骤的＇解决了多数问题，利用项目现有资源，不管分内、分外，帮助解决业主装修、维修、居家等问题，相信，业主会因物业无微不至的感动服务，逐步提高自愿缴费的积极性。第三，收费工作绩效化，通过激励员工收费积极性提高收费水平。收费工作一直是客服部难度最大的工作，员工收费一直积极性不高，且会附带条件的加班收费。</w:t>
      </w:r>
      <w:r>
        <w:rPr>
          <w:lang w:eastAsia="zh-CN"/>
        </w:rPr>
        <w:br/>
      </w:r>
      <w:r>
        <w:rPr>
          <w:lang w:eastAsia="zh-CN"/>
        </w:rPr>
        <w:t>　　（三）严抓客服员服务素质和水平，塑造了良好的服务形象。</w:t>
      </w:r>
      <w:r>
        <w:rPr>
          <w:lang w:eastAsia="zh-CN"/>
        </w:rPr>
        <w:br/>
      </w:r>
      <w:r>
        <w:rPr>
          <w:lang w:eastAsia="zh-CN"/>
        </w:rPr>
        <w:t>　　客服部是管理处的桥梁和信息中枢，起着联系内外的作用，客服员的服务水平和服务素质直接影响着客服部整体工作。今年下半年以来，我部在做好收费工作的基础上重点做好了员工服务管理工作，每日上班前员工对着装、礼仪进行自检、互检，使客服员保持良好的服务形象，加强了客服员语言、礼节、沟通及处理问题的技巧培训，提高了客服员的服务素质。部门树立了“周到、耐心、热情、细致”的服务思想，并将该思想贯穿到了对业主的服务之中，在服务中切实的将业主的事情当成自己的事情去对待。</w:t>
      </w:r>
      <w:r>
        <w:rPr>
          <w:lang w:eastAsia="zh-CN"/>
        </w:rPr>
        <w:br/>
      </w:r>
      <w:r>
        <w:rPr>
          <w:lang w:eastAsia="zh-CN"/>
        </w:rPr>
        <w:t>　　（四）圆满完成了二期入住工作，为客服部总体工作奠定了基础。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_月底，项目接到了二期入住的任务，我部主要负责二期入住的资料发放、签约、处理业主纠纷等工作。累计办理入住手续852户，处理入住期间产生的纠纷__件，各项手续办理及时、准确，各种纠纷处理业主基本满意。入住工作正式办理前我部加班加点准备入住资料、合同等文件，制订了周密、详实的统一说辞，并组织多次入住演练工作。在办理手续期间，客服员通过与业主的接触，了解并掌握了业主的家庭特征、客户群类型、基本经济状况，为日后收费及服务工作奠定了基础。在办理手续和处理纠纷的过程中，客服员耐心为业主进行讲解、回答业主提出的疑问，向业主展示了良好的客服形象。</w:t>
      </w:r>
      <w:r>
        <w:rPr>
          <w:lang w:eastAsia="zh-CN"/>
        </w:rPr>
        <w:br/>
      </w:r>
      <w:r>
        <w:rPr>
          <w:lang w:eastAsia="zh-CN"/>
        </w:rPr>
        <w:t>　　（五）密切配合各部门，做好了管理处内、外联系、协调工作。</w:t>
      </w:r>
      <w:r>
        <w:rPr>
          <w:lang w:eastAsia="zh-CN"/>
        </w:rPr>
        <w:br/>
      </w:r>
      <w:r>
        <w:rPr>
          <w:lang w:eastAsia="zh-CN"/>
        </w:rPr>
        <w:t>　　客服部的重要职能是联系管理处内部与业主等外部工作，通过反馈信息及时为业主提供服务。本年度累计协调处理与工程有关的问题__件，与保安有关的问题__件，与保洁服务有关的问题__件，与开发商有关的问题__件。客服协调工作的重点是问题的跟进和处理策略，在处理问题的过程中，我部做到了有跟进、有反馈、有报告，使每件协调工作得到了很好的解决。</w:t>
      </w:r>
      <w:r>
        <w:rPr>
          <w:lang w:eastAsia="zh-CN"/>
        </w:rPr>
        <w:br/>
      </w:r>
      <w:r>
        <w:rPr>
          <w:lang w:eastAsia="zh-CN"/>
        </w:rPr>
        <w:t>　　二、尽管部门总体工作取得了良好的成绩，但仍存在一些问题。为进一步做好明年工作，现将本部门存在的问题总结如下</w:t>
      </w:r>
      <w:r>
        <w:rPr>
          <w:lang w:eastAsia="zh-CN"/>
        </w:rPr>
        <w:br/>
      </w:r>
      <w:r>
        <w:rPr>
          <w:lang w:eastAsia="zh-CN"/>
        </w:rPr>
        <w:t>　　（一）员工业务水平和服务素质偏低。</w:t>
      </w:r>
      <w:r>
        <w:rPr>
          <w:lang w:eastAsia="zh-CN"/>
        </w:rPr>
        <w:br/>
      </w:r>
      <w:r>
        <w:rPr>
          <w:lang w:eastAsia="zh-CN"/>
        </w:rPr>
        <w:t>　　通过部门半年的`工作和实践来看，客服员业务水平偏低，服务素质不是很高。主要表现在处理问题的技巧和方法不够成熟，应对突发事件的经验不足，在服务中的职业素养不是很高。</w:t>
      </w:r>
      <w:r>
        <w:rPr>
          <w:lang w:eastAsia="zh-CN"/>
        </w:rPr>
        <w:br/>
      </w:r>
      <w:r>
        <w:rPr>
          <w:lang w:eastAsia="zh-CN"/>
        </w:rPr>
        <w:t>　　（二）物业收费绩效增长水平不高。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从目前的收费水平来看，同比__市75%的平均水平还有一定差距，主要问题是催费的方式、方法不当、员工的积极性不高、前期和日常服务中遗留问题未及时解决以及项目总体服务水平偏低，其中员工收费积极性和催费方式、方法为主要因素。</w:t>
      </w:r>
      <w:r>
        <w:rPr>
          <w:lang w:eastAsia="zh-CN"/>
        </w:rPr>
        <w:br/>
      </w:r>
      <w:r>
        <w:rPr>
          <w:lang w:eastAsia="zh-CN"/>
        </w:rPr>
        <w:t>　　（三）部门管理制度、流程不够健全。</w:t>
      </w:r>
      <w:r>
        <w:rPr>
          <w:lang w:eastAsia="zh-CN"/>
        </w:rPr>
        <w:br/>
      </w:r>
      <w:r>
        <w:rPr>
          <w:lang w:eastAsia="zh-CN"/>
        </w:rPr>
        <w:t>　　由于部门在近半年的工作中，主要精力放在了收费和收楼的工作中，因而忽略了制度化建设，目前，员工管理方面、服务规范方面、操作流程方面的制度不是很健全，因此，使部门的工作效率、员工责任心和工作积极性受到一定影响。</w:t>
      </w:r>
      <w:r>
        <w:rPr>
          <w:lang w:eastAsia="zh-CN"/>
        </w:rPr>
        <w:br/>
      </w:r>
      <w:r>
        <w:rPr>
          <w:lang w:eastAsia="zh-CN"/>
        </w:rPr>
        <w:t>　　（四）协调、处理问题不够及时、妥善。</w:t>
      </w:r>
      <w:r>
        <w:rPr>
          <w:lang w:eastAsia="zh-CN"/>
        </w:rPr>
        <w:br/>
      </w:r>
      <w:r>
        <w:rPr>
          <w:lang w:eastAsia="zh-CN"/>
        </w:rPr>
        <w:t>　　在投诉处理、业主意见、建议、业主求助方面的信息反馈不够及时、全面，接到问题后未及时进行跟进和报告，处理问题的方式、方法欠妥</w:t>
      </w:r>
      <w:r>
        <w:rPr>
          <w:lang w:eastAsia="zh-CN"/>
        </w:rPr>
        <w:br/>
      </w:r>
      <w:r>
        <w:rPr>
          <w:lang w:eastAsia="zh-CN"/>
        </w:rPr>
        <w:t>　　三、20__年下半年工作计划要点</w:t>
      </w:r>
      <w:r>
        <w:rPr>
          <w:lang w:eastAsia="zh-CN"/>
        </w:rPr>
        <w:br/>
      </w:r>
      <w:r>
        <w:rPr>
          <w:lang w:eastAsia="zh-CN"/>
        </w:rPr>
        <w:t>　　20__年我部重点工作为进一步提高物业费收费水平，在__年基础上提高__个百分点；部门管理基本实行制度化，员工责任心和服务水平有显著提高；各项服务工作有序开展，业主满意率同比去年有显著提高。部门详细工作计划见附件一</w:t>
      </w:r>
      <w:r>
        <w:rPr>
          <w:lang w:eastAsia="zh-CN"/>
        </w:rPr>
        <w:br/>
      </w:r>
      <w:r>
        <w:rPr>
          <w:lang w:eastAsia="zh-CN"/>
        </w:rPr>
        <w:t>　　（一）继续加强客户服务水平和服务质量，业主满意率达到85%左右。</w:t>
      </w:r>
      <w:r>
        <w:rPr>
          <w:lang w:eastAsia="zh-CN"/>
        </w:rPr>
        <w:br/>
      </w:r>
      <w:r>
        <w:rPr>
          <w:lang w:eastAsia="zh-CN"/>
        </w:rPr>
        <w:t>　　（二）进一步提高物业收费水平，确保收费率达到80%左右。</w:t>
      </w:r>
      <w:r>
        <w:rPr>
          <w:lang w:eastAsia="zh-CN"/>
        </w:rPr>
        <w:br/>
      </w:r>
      <w:r>
        <w:rPr>
          <w:lang w:eastAsia="zh-CN"/>
        </w:rPr>
        <w:t>　　（三）加强部门培训工作，确保客服员业务水平有显著提高。</w:t>
      </w:r>
      <w:r>
        <w:rPr>
          <w:lang w:eastAsia="zh-CN"/>
        </w:rPr>
        <w:br/>
      </w:r>
      <w:r>
        <w:rPr>
          <w:lang w:eastAsia="zh-CN"/>
        </w:rPr>
        <w:t>　　（四）完善客服制度和流程，部门基本实现制度化管理。</w:t>
      </w:r>
      <w:r>
        <w:rPr>
          <w:lang w:eastAsia="zh-CN"/>
        </w:rPr>
        <w:br/>
      </w:r>
      <w:r>
        <w:rPr>
          <w:lang w:eastAsia="zh-CN"/>
        </w:rPr>
        <w:t>　　（五）密切配合各部门工作，及时、妥善处理业主纠纷和意见、建议。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（六）加强保洁外包管理工作，做到有检查、有考核，不断提高服务质量。</w:t>
      </w:r>
      <w:r>
        <w:rPr>
          <w:lang w:eastAsia="zh-CN"/>
        </w:rPr>
        <w:br/>
      </w:r>
      <w:r>
        <w:rPr>
          <w:lang w:eastAsia="zh-CN"/>
        </w:rPr>
        <w:t>　　回顾__年，工作中充满了艰辛与坎坷，却收获了成长与成绩，展望明年，迎接我们的是机遇和挑战。为此，客服部全体员工在明年的工作中将继续团结一致、齐心协力的去实现部门目标，为公司发展贡献一份力量。</w:t>
      </w:r>
      <w:r>
        <w:rPr>
          <w:lang w:eastAsia="zh-CN"/>
        </w:rPr>
        <w:br/>
      </w:r>
      <w:r>
        <w:rPr>
          <w:lang w:eastAsia="zh-CN"/>
        </w:rPr>
        <w:t>客服工作总结范文5</w:t>
      </w:r>
      <w:r>
        <w:rPr>
          <w:lang w:eastAsia="zh-CN"/>
        </w:rPr>
        <w:br/>
      </w:r>
      <w:r>
        <w:rPr>
          <w:lang w:eastAsia="zh-CN"/>
        </w:rPr>
        <w:t xml:space="preserve">    时光如梭，不知不觉中来到__物业工作已有一年了。在我看来，这是短暂而又漫长的一年。短暂的是我还来不及掌握的工作技巧与专业知识，时光已经流逝；漫长的是要成为一名优秀的客服人员今后的路必定很漫长。以下是我今年的工作总结。 </w:t>
      </w:r>
      <w:r>
        <w:rPr>
          <w:lang w:eastAsia="zh-CN"/>
        </w:rPr>
        <w:br/>
      </w:r>
      <w:r>
        <w:rPr>
          <w:lang w:eastAsia="zh-CN"/>
        </w:rPr>
        <w:t>　　1、日常工作</w:t>
      </w:r>
      <w:r>
        <w:rPr>
          <w:lang w:eastAsia="zh-CN"/>
        </w:rPr>
        <w:br/>
      </w:r>
      <w:r>
        <w:rPr>
          <w:lang w:eastAsia="zh-CN"/>
        </w:rPr>
        <w:t>　　客户收铺、装修等手续和证件的办理以及商户资料、档案、钥匙的归档，熟悉各方面信息，包括业主、装修单位、施工单位等信息，在做好记录的同时通知相关部门和人员进行处理，并对此过程进行跟踪，完成后进行回访。</w:t>
      </w:r>
      <w:r>
        <w:rPr>
          <w:lang w:eastAsia="zh-CN"/>
        </w:rPr>
        <w:br/>
      </w:r>
      <w:r>
        <w:rPr>
          <w:lang w:eastAsia="zh-CN"/>
        </w:rPr>
        <w:t>　　2、磨砺性格，提升素质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对于刚接触物业管理经验不丰富的人而言，工作中难免会遇到各种各样的阻碍和困难，在各位领导和同事们的帮助下，我遇到困难时勇于面对，敢于挑战，性格也进一步沉淀下来。我觉得在客户面前要保持好的精神面貌和工作状态，作为一名客服员要把职业精神和微笑服务放在第一。所谓职业精神就是当你在工作岗位时，无论你之前有多辛苦，都应把工作做到位，尽到自己的工作职责。</w:t>
      </w:r>
      <w:r>
        <w:rPr>
          <w:lang w:eastAsia="zh-CN"/>
        </w:rPr>
        <w:br/>
      </w:r>
      <w:r>
        <w:rPr>
          <w:lang w:eastAsia="zh-CN"/>
        </w:rPr>
        <w:t>　　所谓微笑服务就是当你面对客户时，无论你高兴与否，烦恼与否，都要以工作为重，始终保持微笑，因为你代表的不单是你个人的形象，更是公司的形象。尽量保持着微笑服务，在与少数难缠的客户沟通时也逐步变得无所畏惧，在接待礼仪、电话礼仪等礼仪工作也逐步完善。</w:t>
      </w:r>
      <w:r>
        <w:rPr>
          <w:lang w:eastAsia="zh-CN"/>
        </w:rPr>
        <w:br/>
      </w:r>
      <w:r>
        <w:rPr>
          <w:lang w:eastAsia="zh-CN"/>
        </w:rPr>
        <w:t>　　3、重视细节</w:t>
      </w:r>
      <w:r>
        <w:rPr>
          <w:lang w:eastAsia="zh-CN"/>
        </w:rPr>
        <w:br/>
      </w:r>
      <w:r>
        <w:rPr>
          <w:lang w:eastAsia="zh-CN"/>
        </w:rPr>
        <w:t>　　细节因其“小”，往往被人所轻视，甚至被忽视，也常常使人感到繁琐，无暇顾及。在__物业这里我深刻体会到细节疏忽不得，马虎不得。不论是批阅公文时的每一行文字，每一个标点，还是领导强调的服务做细化，卫生无死角等，都使我深刻的认识到，只有深入细节，才能从中获得回报。细节产生效益，细节带来成功。</w:t>
      </w:r>
      <w:r>
        <w:rPr>
          <w:lang w:eastAsia="zh-CN"/>
        </w:rPr>
        <w:br/>
      </w:r>
      <w:r>
        <w:rPr>
          <w:lang w:eastAsia="zh-CN"/>
        </w:rPr>
        <w:t>　　4、拓展才能</w:t>
      </w:r>
      <w:r>
        <w:rPr>
          <w:lang w:eastAsia="zh-CN"/>
        </w:rPr>
        <w:br/>
      </w:r>
      <w:r>
        <w:rPr>
          <w:lang w:eastAsia="zh-CN"/>
        </w:rPr>
        <w:t>　　为了把工作做好，我们客服部﹑工程部﹑保安部都在加班，把自己的分内事做好。虽然很累，但都是体现我们客服中心的`团结精神。这体现大家对工作都充满了激情，每份工作我都会认真负责的去对待，尽我所能的把所有工作一项一项地做得更好。</w:t>
      </w:r>
      <w:r>
        <w:rPr>
          <w:lang w:eastAsia="zh-CN"/>
        </w:rPr>
        <w:br/>
      </w:r>
      <w:r>
        <w:rPr>
          <w:lang w:eastAsia="zh-CN"/>
        </w:rPr>
        <w:t>　　5、提升方向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加强学习物业管理的基本知识，提高客户服务技巧与心理，完善客服接待流程及礼仪。加强文档的制作能力，拓展各项工作技能，如学习电脑一些新软件的操作，遇到客户的难题怎么去解答。进一步改善自己的性格，提高对工作耐心度，更加注重细节，加强工作责任心和培养工作积极性。多与各位领导、同事们沟通学习，取长补短，提升自己各方面能力，跟上公司前进的步伐。</w:t>
      </w:r>
      <w:r>
        <w:rPr>
          <w:lang w:eastAsia="zh-CN"/>
        </w:rPr>
        <w:br/>
      </w:r>
      <w:r>
        <w:rPr>
          <w:lang w:eastAsia="zh-CN"/>
        </w:rPr>
        <w:t>　　很高兴来到__物业这个大家庭，物业管理公司的文化理念与工作氛围都不自觉地感染着我、推动着我。让我可以在工作中学习，在学习中成长，也确定了自己努力的方向。此时此刻，我的目标就是在新一年工作中挑战自我、超越自我，取得更大的进步！</w:t>
      </w:r>
      <w:r>
        <w:rPr>
          <w:lang w:eastAsia="zh-CN"/>
        </w:rPr>
        <w:br/>
      </w:r>
      <w:r>
        <w:rPr>
          <w:lang w:eastAsia="zh-CN"/>
        </w:rPr>
        <w:t>客服工作总结范文6</w:t>
      </w:r>
      <w:r>
        <w:rPr>
          <w:lang w:eastAsia="zh-CN"/>
        </w:rPr>
        <w:br/>
      </w:r>
      <w:r>
        <w:rPr>
          <w:lang w:eastAsia="zh-CN"/>
        </w:rPr>
        <w:t xml:space="preserve">    不知不觉中一年又过去了，为了更好的促进工作，我现将这一年来我们组的工作总结汇报如下： </w:t>
      </w:r>
      <w:r>
        <w:rPr>
          <w:lang w:eastAsia="zh-CN"/>
        </w:rPr>
        <w:br/>
      </w:r>
      <w:r>
        <w:rPr>
          <w:lang w:eastAsia="zh-CN"/>
        </w:rPr>
        <w:t>　　首先我认为作为一名普通的话务员，除了要懂得一些简单的技术和专业知识外，更重要的是需要与客户进行沟通、交流，解答客户的咨询和疑问，</w:t>
      </w:r>
      <w:r>
        <w:rPr>
          <w:lang w:eastAsia="zh-CN"/>
        </w:rPr>
        <w:br/>
      </w:r>
      <w:r>
        <w:rPr>
          <w:lang w:eastAsia="zh-CN"/>
        </w:rPr>
        <w:t>　　话务员个人工作总结。因此，我们更需要具备的是掌握全面的业务知识和良好的服务、沟通技巧。在平时的工作中，对于新下发的各种新业务、新知识、新活动，我都认真学习，充分领会其精神，并且牢记;对于一些基础业务知识，要做到温故而知新，熟能生巧。如果说业务知识是做菜的原料的话，那么良好的服务、沟通技巧、就是技艺高超的`厨师，只有具备高超的厨艺，才做让原料展现出良好的品质和口味，服务也是同样的道理。如果没有良好的语言表达能力和沟通能力，知道的再多，掌握的再全面，也只能是茶壶里煮饺子——肚子里有倒不了来。所以我们要组织各种服务知识培训，通过学习相关服务、沟通技巧，并将其运用到服务工作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作为公司职员要遵守公司的规章制度，俗话说：“没有规矩不成方圆”。毋庸置疑，我们在日常工作中，必须遵守好公司的每一条规章制度，执行好每一个工作流程，牢记好每一个规范用语，这一年我们的工作纪律、工作的积极心和工作心态有所调整，都比前都进步了很多，我相信我们还会做得更好。</w:t>
      </w:r>
      <w:r>
        <w:rPr>
          <w:lang w:eastAsia="zh-CN"/>
        </w:rPr>
        <w:br/>
      </w:r>
      <w:r>
        <w:rPr>
          <w:lang w:eastAsia="zh-CN"/>
        </w:rPr>
        <w:t>　　二、表情、语气愉悦。话务员工作的一个基本特点就是与客户互不相见，通过声音来传达讯息，所以我们的面部表情和说话语气、声调就更加重要。上个月我们的行为规范有所提升，能够把行为规范的18条综合应用到外呼中，所以我们的总体成绩很不错，一个优秀的话务员必须做到面带微笑，语气平和，语调轻松，用词规范、得当，给客户愉悦的感受，让客户被我们的诚信、愉悦所感染，使服务深入人心。</w:t>
      </w:r>
      <w:r>
        <w:rPr>
          <w:lang w:eastAsia="zh-CN"/>
        </w:rPr>
        <w:br/>
      </w:r>
      <w:r>
        <w:rPr>
          <w:lang w:eastAsia="zh-CN"/>
        </w:rPr>
        <w:t>　　三、要学会调解心态，还会因为数据不好打、业务推不出而产生负面情绪，凡事只要调整好心态，没什么我们做不好的。</w:t>
      </w:r>
      <w:r>
        <w:rPr>
          <w:lang w:eastAsia="zh-CN"/>
        </w:rPr>
        <w:br/>
      </w:r>
      <w:r>
        <w:rPr>
          <w:lang w:eastAsia="zh-CN"/>
        </w:rPr>
        <w:t>　　四、外呼时间上的控制，现在是商品经济时代，时间就是金钱，所以我们更应该为客户、为自己节省宝贵的时间。现在我们外呼时间就没有得到很好的控制，我们现在外呼成功率提高了，那投诉率也提高了，所以还没有达到我们所外呼的目的。</w:t>
      </w:r>
      <w:r>
        <w:rPr>
          <w:lang w:eastAsia="zh-CN"/>
        </w:rPr>
        <w:br/>
      </w:r>
      <w:r>
        <w:rPr>
          <w:lang w:eastAsia="zh-CN"/>
        </w:rPr>
        <w:t>　　五、团结就是力量。团结就是力量，这句话至今是许多企业里的座右铭。</w:t>
      </w:r>
      <w:r>
        <w:rPr>
          <w:lang w:eastAsia="zh-CN"/>
        </w:rPr>
        <w:br/>
      </w:r>
      <w:r>
        <w:rPr>
          <w:lang w:eastAsia="zh-CN"/>
        </w:rPr>
        <w:t>客服工作总结范文7</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不知不觉间，一年的时间一晃而过。作为___公司客服部的主管，在这一年来的工作上，我始终都特殊的劳碌，甚至都遗忘了时间的在不断的消逝。如今，新年的钟声再次敲响，我才惊醒，20__年已经结束了。</w:t>
      </w:r>
      <w:r>
        <w:rPr>
          <w:lang w:eastAsia="zh-CN"/>
        </w:rPr>
        <w:t xml:space="preserve"> </w:t>
      </w:r>
      <w:r>
        <w:rPr>
          <w:lang w:eastAsia="zh-CN"/>
        </w:rPr>
        <w:br/>
      </w:r>
      <w:r>
        <w:rPr>
          <w:lang w:eastAsia="zh-CN"/>
        </w:rPr>
        <w:t>　　反思这一年，作为工，也作为管理者，在工作方面，我始终在主动的加强自己的熬炼，同时也在加强手下的管理。在提高了自身业务力气的同时也组建出了一支优秀的客服团队。为公司在20__年里的'前进道路上取得了特殊不错的成果。</w:t>
      </w:r>
      <w:r>
        <w:rPr>
          <w:lang w:eastAsia="zh-CN"/>
        </w:rPr>
        <w:br/>
      </w:r>
      <w:r>
        <w:rPr>
          <w:lang w:eastAsia="zh-CN"/>
        </w:rPr>
        <w:t>　　如今，布满__人努力和奋斗的20__年已经结束了，回顾自己作为主管，在这一年来的工作中，也算是有失也有得。在此我对自己在工作中的状况做如下的总结：</w:t>
      </w:r>
      <w:r>
        <w:rPr>
          <w:lang w:eastAsia="zh-CN"/>
        </w:rPr>
        <w:br/>
      </w:r>
      <w:r>
        <w:rPr>
          <w:lang w:eastAsia="zh-CN"/>
        </w:rPr>
        <w:t>　　一、加强自我反思和思想心态</w:t>
      </w:r>
      <w:r>
        <w:rPr>
          <w:lang w:eastAsia="zh-CN"/>
        </w:rPr>
        <w:br/>
      </w:r>
      <w:r>
        <w:rPr>
          <w:lang w:eastAsia="zh-CN"/>
        </w:rPr>
        <w:t>　　作为一名管理，我深知自身的重要性。我在工作中的力气和行为并非仅代表我一人，我的选择，更是会对我的团队和员工的努力方向造成极大的影响。为了能加强自身在工作中的榜样作用。在今年工作依靠中，我始终坚持做好自身总结和反省，准时的去熟识自身的问题。并切，还主动改进自己，让自己能在工作中保持学习性，先进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此外，思想和态度也同样是工作的重点。客服是一个服务性的岗位，为此，保持服务的思想和态度也是极其重要一点!我从，在团队的管理方面，我也始终特殊重视着在思想方面的要求。工作中，不仅通过培训和管理保持大家尽量能在工作保持态度和思想上的全都性，还能准时的调整自己，调整团队，紧跟公司的进展路线，主动的做法会作为客服主管的作用。</w:t>
      </w:r>
      <w:r>
        <w:rPr>
          <w:lang w:eastAsia="zh-CN"/>
        </w:rPr>
        <w:br/>
      </w:r>
      <w:r>
        <w:rPr>
          <w:lang w:eastAsia="zh-CN"/>
        </w:rPr>
        <w:t>　　二、工作状况</w:t>
      </w:r>
      <w:r>
        <w:rPr>
          <w:lang w:eastAsia="zh-CN"/>
        </w:rPr>
        <w:br/>
      </w:r>
      <w:r>
        <w:rPr>
          <w:lang w:eastAsia="zh-CN"/>
        </w:rPr>
        <w:t>　　在一年来的工作上，我严格依据公司进展的方案和方向，认真领导___公司客服团队去完成自身的工作和任务，在工作之中，有许多的改进，也遇上过许多问题。但在自身的任务上，我始终主动应对，引导客服员工们主动的更新自己，认真处理好客服的工作和业务。</w:t>
      </w:r>
      <w:r>
        <w:rPr>
          <w:lang w:eastAsia="zh-CN"/>
        </w:rPr>
        <w:br/>
      </w:r>
      <w:r>
        <w:rPr>
          <w:lang w:eastAsia="zh-CN"/>
        </w:rPr>
        <w:t>　　三、工作的反思</w:t>
      </w:r>
      <w:r>
        <w:rPr>
          <w:lang w:eastAsia="zh-CN"/>
        </w:rPr>
        <w:br/>
      </w:r>
      <w:r>
        <w:rPr>
          <w:lang w:eastAsia="zh-CN"/>
        </w:rPr>
        <w:t>　　回顾一年来的状况，在工作方面，我们的确都特殊的努力，也特殊的拼搏。但我在个人的工作种却还有许多不到位的事情。并且，回顾团队在这一年来的状况和表现。其实，还有许多可以加强和优化的地方!但我却没能准时的做好调整。对此，我很是惭愧。</w:t>
      </w:r>
      <w:r>
        <w:rPr>
          <w:lang w:eastAsia="zh-CN"/>
        </w:rPr>
        <w:br/>
      </w:r>
      <w:r>
        <w:rPr>
          <w:lang w:eastAsia="zh-CN"/>
        </w:rPr>
        <w:t>　　但总的来说，近年来的状况还是比较不错的，我也会认真的牢记这次的阅历，努力做好下一年的工作任务。</w:t>
      </w:r>
      <w:r>
        <w:rPr>
          <w:lang w:eastAsia="zh-CN"/>
        </w:rPr>
        <w:br/>
      </w:r>
      <w:r>
        <w:rPr>
          <w:lang w:eastAsia="zh-CN"/>
        </w:rPr>
        <w:t>客服工作总结范文8</w:t>
      </w:r>
      <w:r>
        <w:rPr>
          <w:lang w:eastAsia="zh-CN"/>
        </w:rPr>
        <w:br/>
      </w:r>
      <w:r>
        <w:rPr>
          <w:lang w:eastAsia="zh-CN"/>
        </w:rPr>
        <w:t xml:space="preserve">    从事电话客服工作是一份很须要耐性且极具挑战的工作，不管时间的长短，电话客服都可以给人很大的成长。转瞬间，一年来的客服工作即将结束，现将一年来的工作状况总结如下： </w:t>
      </w:r>
      <w:r>
        <w:rPr>
          <w:lang w:eastAsia="zh-CN"/>
        </w:rPr>
        <w:br/>
      </w:r>
      <w:r>
        <w:rPr>
          <w:lang w:eastAsia="zh-CN"/>
        </w:rPr>
        <w:t>　　一、立足本职，爱岗敬业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作为客服人员，我始终坚持“把简洁的事做好就是不简洁”。工作中细致对待每一件事，每当遇到繁杂琐事，总是主动、努力的去做；当同事遇到困难须要替班时，能毫无怨言地放弃休息时间，做好工作支配，坚决听从公司的支配，全身心的投入工作。</w:t>
      </w:r>
      <w:r>
        <w:rPr>
          <w:lang w:eastAsia="zh-CN"/>
        </w:rPr>
        <w:br/>
      </w:r>
      <w:r>
        <w:rPr>
          <w:lang w:eastAsia="zh-CN"/>
        </w:rPr>
        <w:t>　　二、勤奋学习，与时俱进</w:t>
      </w:r>
      <w:r>
        <w:rPr>
          <w:lang w:eastAsia="zh-CN"/>
        </w:rPr>
        <w:br/>
      </w:r>
      <w:r>
        <w:rPr>
          <w:lang w:eastAsia="zh-CN"/>
        </w:rPr>
        <w:t>　　记得石主任给我们新员工上过的一堂课的上有讲过这样一句话：“选择了建行就是选择了不断学习”。作为电话银行__中心的客服人员，我深刻体会到业务的学习不仅是任务，而且是一种责任，更是一种境界。这几个月以来我坚持勤奋学习，努力提高业务学问，强化思维实力，留意用理论联系实际，用实践来锻炼自己。</w:t>
      </w:r>
      <w:r>
        <w:rPr>
          <w:lang w:eastAsia="zh-CN"/>
        </w:rPr>
        <w:br/>
      </w:r>
      <w:r>
        <w:rPr>
          <w:lang w:eastAsia="zh-CN"/>
        </w:rPr>
        <w:t>　　1、留意理论联系实际。</w:t>
      </w:r>
      <w:r>
        <w:rPr>
          <w:lang w:eastAsia="zh-CN"/>
        </w:rPr>
        <w:br/>
      </w:r>
      <w:r>
        <w:rPr>
          <w:lang w:eastAsia="zh-CN"/>
        </w:rPr>
        <w:t>　　在工作中用理论来指导解决实践，学习目的在于应用，以理论的指导，不断提高了分析问题和解决问题的实力，增加了工作中的原则性、系统性、预见性和创建性。</w:t>
      </w:r>
      <w:r>
        <w:rPr>
          <w:lang w:eastAsia="zh-CN"/>
        </w:rPr>
        <w:br/>
      </w:r>
      <w:r>
        <w:rPr>
          <w:lang w:eastAsia="zh-CN"/>
        </w:rPr>
        <w:t>　　2、留意克服思想上的“惰”性。</w:t>
      </w:r>
      <w:r>
        <w:rPr>
          <w:lang w:eastAsia="zh-CN"/>
        </w:rPr>
        <w:br/>
      </w:r>
      <w:r>
        <w:rPr>
          <w:lang w:eastAsia="zh-CN"/>
        </w:rPr>
        <w:t>　　坚持按制度，按支配进行业务学问的学习。首先不将业务学问的学习视为额外负担，自觉学习更新的业务学问和建行的'企业文化；其次是按自己的学习支配，坚持个人自学，发扬“钉子”精神，挤时间学，正确处理工作与学习的冲突，不因工作忙而忽视学习，不因任务重而放松学习。</w:t>
      </w:r>
      <w:r>
        <w:rPr>
          <w:lang w:eastAsia="zh-CN"/>
        </w:rPr>
        <w:br/>
      </w:r>
      <w:r>
        <w:rPr>
          <w:lang w:eastAsia="zh-CN"/>
        </w:rPr>
        <w:t>　　在今后的工作中，我会努力的接着工作，在工作中保持好和客户之间的关系，用最好的服务来解决客户的困难，让我用最好的服务来化解客户的难题。制定如下支配：</w:t>
      </w:r>
      <w:r>
        <w:rPr>
          <w:lang w:eastAsia="zh-CN"/>
        </w:rPr>
        <w:br/>
      </w:r>
      <w:r>
        <w:rPr>
          <w:lang w:eastAsia="zh-CN"/>
        </w:rPr>
        <w:t>　　1、效完成外呼任务。</w:t>
      </w:r>
      <w:r>
        <w:rPr>
          <w:lang w:eastAsia="zh-CN"/>
        </w:rPr>
        <w:br/>
      </w:r>
    </w:p>
    <w:p w:rsidR="001B1F19" w14:textId="27C3F48A">
      <w:pPr>
        <w:rPr>
          <w:rFonts w:hint="eastAsia"/>
          <w:lang w:eastAsia="zh-CN"/>
        </w:rPr>
      </w:pPr>
      <w:r>
        <w:rPr>
          <w:lang w:eastAsia="zh-CN"/>
        </w:rPr>
        <w:t>　　在进行每天的___，学会总结各地方的特点，擅长发觉各地区客户的生活习惯和性格特征，高效的外呼。例如在进行__地区的个贷催收时，一般在下午的时间拨打接触率比较高，所以对于__的客户我们要多进行预约回拨；再例如__行的客户他们理解实力和反映实力偏慢，我们在进行外呼时须要放慢语速，做到与客户匹配。做到数量、质量、效率三者结合。</w:t>
      </w:r>
      <w:r>
        <w:rPr>
          <w:lang w:eastAsia="zh-CN"/>
        </w:rPr>
        <w:br/>
      </w:r>
      <w:r>
        <w:rPr>
          <w:lang w:eastAsia="zh-CN"/>
        </w:rPr>
        <w:t>　　2、加强自身学习，提高业务水平。</w:t>
      </w:r>
      <w:r>
        <w:rPr>
          <w:lang w:eastAsia="zh-CN"/>
        </w:rPr>
        <w:br/>
      </w:r>
      <w:r>
        <w:rPr>
          <w:lang w:eastAsia="zh-CN"/>
        </w:rPr>
        <w:t>　　娴熟驾驭“一口清”，在解决客户问题时能够脱口而出；加强学问库搜寻的练习，熟悉学问库的树形结构，帮助我们高效的利用学问库；不断巩固所学的业务学问，做到精确完整的答复客户的问题。</w:t>
      </w:r>
      <w:r>
        <w:rPr>
          <w:lang w:eastAsia="zh-CN"/>
        </w:rPr>
        <w:br/>
      </w:r>
      <w:r>
        <w:rPr>
          <w:lang w:eastAsia="zh-CN"/>
        </w:rPr>
        <w:t>　　3、不断完善自我。</w:t>
      </w:r>
      <w:r>
        <w:rPr>
          <w:lang w:eastAsia="zh-CN"/>
        </w:rPr>
        <w:br/>
      </w:r>
      <w:r>
        <w:rPr>
          <w:lang w:eastAsia="zh-CN"/>
        </w:rPr>
        <w:t>　　培育一个客服代表应具备的执业心理素养。要学会把枯燥和单调的工作做得绘声绘色，学会把工作当成是一种享受。</w:t>
      </w:r>
      <w:r>
        <w:rPr>
          <w:lang w:eastAsia="zh-CN"/>
        </w:rPr>
        <w:br/>
      </w:r>
      <w:r>
        <w:rPr>
          <w:lang w:eastAsia="zh-CN"/>
        </w:rPr>
        <w:t>客服工作总结范文9</w:t>
      </w:r>
      <w:r>
        <w:rPr>
          <w:lang w:eastAsia="zh-CN"/>
        </w:rPr>
        <w:br/>
      </w:r>
      <w:r>
        <w:rPr>
          <w:lang w:eastAsia="zh-CN"/>
        </w:rPr>
        <w:t xml:space="preserve">    转眼间我来到中国电信宽带维护部工作已经一年的时间了。在这一年的时间里，自己学习到了很多有关宽带的知识。 </w:t>
      </w:r>
      <w:r>
        <w:rPr>
          <w:lang w:eastAsia="zh-CN"/>
        </w:rPr>
        <w:br/>
      </w:r>
      <w:r>
        <w:rPr>
          <w:lang w:eastAsia="zh-CN"/>
        </w:rPr>
        <w:t>　　为了更好地完成工作，总结经验，扬长避短，提高自己的业务技能，现将工作情况总结如下：</w:t>
      </w:r>
      <w:r>
        <w:rPr>
          <w:lang w:eastAsia="zh-CN"/>
        </w:rPr>
        <w:br/>
      </w:r>
      <w:r>
        <w:rPr>
          <w:lang w:eastAsia="zh-CN"/>
        </w:rPr>
        <w:t>　　一、工作汇报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https://d.book118.com/507064056054006045</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7064056054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