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2024年12月优秀班主任工作总结范文（30篇）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2024年12月优秀班主任工作总结范文（精选30篇）</w:t>
      </w:r>
      <w:r>
        <w:rPr>
          <w:lang w:eastAsia="zh-CN"/>
        </w:rPr>
        <w:br/>
      </w:r>
      <w:r>
        <w:rPr>
          <w:lang w:eastAsia="zh-CN"/>
        </w:rPr>
        <w:t xml:space="preserve">    2024年12月优秀班主任工作总结范文 篇1 </w:t>
      </w:r>
      <w:r>
        <w:rPr>
          <w:lang w:eastAsia="zh-CN"/>
        </w:rPr>
        <w:br/>
      </w:r>
      <w:r>
        <w:rPr>
          <w:lang w:eastAsia="zh-CN"/>
        </w:rPr>
        <w:t>　　一学期的班主任工作在不知不觉中结束了。回想起这学期的班主任工作，有苦有累，有酸有甜。本学期我一直努力做一名幸福的班主任，有的时候，我觉得自己做到了，现将本学期的工作总结如下：</w:t>
      </w:r>
      <w:r>
        <w:rPr>
          <w:lang w:eastAsia="zh-CN"/>
        </w:rPr>
        <w:br/>
      </w:r>
      <w:r>
        <w:rPr>
          <w:lang w:eastAsia="zh-CN"/>
        </w:rPr>
        <w:t>　　一、 要想幸福，必须制定一份规章制度</w:t>
      </w:r>
      <w:r>
        <w:rPr>
          <w:lang w:eastAsia="zh-CN"/>
        </w:rPr>
        <w:br/>
      </w:r>
      <w:r>
        <w:rPr>
          <w:lang w:eastAsia="zh-CN"/>
        </w:rPr>
        <w:t>　　大家都知道，没有规矩，不成方圆。一个学校有一个学校的规章制度，这样才能吧学校管理好;同样，一个班级也应有一个规章制度，这样才能让学生去遵守。开学初，我就拟定了一个规章制度，并且结合同学们的意见或建议，把部分制度进行了修改，达成共识。并且认真按照制度中规定地执行下去。这样，使同学们无论是在课上还是在课下，都能保证不违反纪律，效果非常显著。</w:t>
      </w:r>
      <w:r>
        <w:rPr>
          <w:lang w:eastAsia="zh-CN"/>
        </w:rPr>
        <w:br/>
      </w:r>
      <w:r>
        <w:rPr>
          <w:lang w:eastAsia="zh-CN"/>
        </w:rPr>
        <w:t>　　二、 要想幸福，拉近和学生之间的距离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和学生关系最近的人成为“自己人”自己人会听自己的话，本学期主要采用了“自己人”效应，来拉近和学生之间的距离，从而使学生听我的话。例如：如果学生迟到，我放弃了原有的惩罚，而是让学生不喊报告就进教室，特别是在早读课上，这样既维护了这位学生的自尊心，也不会妨碍到其他学生进行早读。迟到的学生不会受到批评，这样你说得话，他才会更听。再如，如果某个同学犯了错，进了办公室，我会搬把椅子让他坐下，然后再进行交流，这样这位学生会更好的承认自己的错误，并保证以后不会犯错。</w:t>
      </w:r>
      <w:r>
        <w:rPr>
          <w:lang w:eastAsia="zh-CN"/>
        </w:rPr>
        <w:br/>
      </w:r>
      <w:r>
        <w:rPr>
          <w:lang w:eastAsia="zh-CN"/>
        </w:rPr>
        <w:t>　　三、想要幸福，真正的放权给学生</w:t>
      </w:r>
      <w:r>
        <w:rPr>
          <w:lang w:eastAsia="zh-CN"/>
        </w:rPr>
        <w:br/>
      </w:r>
      <w:r>
        <w:rPr>
          <w:lang w:eastAsia="zh-CN"/>
        </w:rPr>
        <w:t>　　不要小看孩子，不要低估他的能力，你要相信这样的一句话：你给它的权利有多大，他的能力就有多大。本学期，我们班换了好几次班长，都是从竞选中产生的，并且这几次产生的班长都是轮流执政，开始的时候，心上任的班长不怎么会管，我就会让先前的那个班长来辅助他的工作，这样既加深了同学之间的友谊，还有利于班级的管理工作，效果良好。</w:t>
      </w:r>
      <w:r>
        <w:rPr>
          <w:lang w:eastAsia="zh-CN"/>
        </w:rPr>
        <w:br/>
      </w:r>
      <w:r>
        <w:rPr>
          <w:lang w:eastAsia="zh-CN"/>
        </w:rPr>
        <w:t>　　三、 要想幸福，多给学生一点鼓励</w:t>
      </w:r>
      <w:r>
        <w:rPr>
          <w:lang w:eastAsia="zh-CN"/>
        </w:rPr>
        <w:br/>
      </w:r>
      <w:r>
        <w:rPr>
          <w:lang w:eastAsia="zh-CN"/>
        </w:rPr>
        <w:t>　　每个孩子都自己的闪光点，于永正老师就随时准备着一百顶高帽给自己的需核实过，这样学生听了夸奖，会非常的高兴，会更加的喜欢自己的老师，会更好的为班级体做贡献，我们何乐而不为呢?这学期，每当孩子有一点点的进步时，我都会毫不吝惜的给予我的夸奖，甚至有的学生帮别人拾起一本书，或者递支铅笔什么的，我都会夸奖一番。每个人都喜欢听好话，学生也不例外，这样一来，班级中的矛盾减少了，和谐团结增强了。整个班级的纪律就会好一些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其实，班主任的工作并不都是繁杂，忙碌的，我们完全可以让我们自己过得轻松些，快乐些，这样就必须让学生自主去管理，也就是刚才我提到的那几点，当然，这一切都需要我们不断去坚持，那就让我们一起为做幸福的班主任而努力吧!</w:t>
      </w:r>
      <w:r>
        <w:rPr>
          <w:lang w:eastAsia="zh-CN"/>
        </w:rPr>
        <w:br/>
      </w:r>
      <w:r>
        <w:rPr>
          <w:lang w:eastAsia="zh-CN"/>
        </w:rPr>
        <w:t xml:space="preserve">    2024年12月优秀班主任工作总结范文 篇2 </w:t>
      </w:r>
      <w:r>
        <w:rPr>
          <w:lang w:eastAsia="zh-CN"/>
        </w:rPr>
        <w:br/>
      </w:r>
      <w:r>
        <w:rPr>
          <w:lang w:eastAsia="zh-CN"/>
        </w:rPr>
        <w:t>　　在班级管理中，建立健全班委机构，正确选用班干部是一个非常重要的环节。正确选用班干部对班主任日后的班级管理工作有很大的帮助。在班干部们的引领和督促下，不仅可以让学生思想品德受到教育，好的学习风气得于养成，对学生的日常行为活动也有所监督和互相教育的作用。反之，就会对整个班级的管理目标相挬而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例如，我去年接的六年级的一个班，当我第一次走进教室时，教室内的场景真让我大吃一惊。同学们对我的出现不理不采，课桌和椅子零乱不堪，纸屑、果皮满地都是。再想想之前对他们各科成绩的了解，我的心不由自主的凉了半截。自问，我有能力把他们拉到积极向上的轨道上吗?但是最终坚强好胜的心不允许我退宿。我认为造成这样的消极局面是因为他们对学习没兴趣，学习成绩差。于是，我选了几个相对成绩好的当本班的班干部，想通过抓典型来影响他们，引领他们养成良好习惯。可两个星期过去了，这个局面不但没得到改观，反而比开学初更糟糕。迟到、旷课、不完成作业，练习等情况非常严重。经过观察了解，所选的班干部领导能力不够强，其他同学不服，所以我下定决心，改选班干部。由同学们自己选出他们心目中的领导人物。结果第二天马上就有见效，一早我推开教室的门，看到的场景让我欣喜若狂，课桌排得整整齐齐，地上干干净净，教室后门的角落里，扫把摆放得整整齐齐，同学们都在认真的读书。</w:t>
      </w:r>
      <w:r>
        <w:rPr>
          <w:lang w:eastAsia="zh-CN"/>
        </w:rPr>
        <w:br/>
      </w:r>
      <w:r>
        <w:rPr>
          <w:lang w:eastAsia="zh-CN"/>
        </w:rPr>
        <w:t>　　所以说，正确选用班干部对班主任班级管理有很大的帮助。</w:t>
      </w:r>
      <w:r>
        <w:rPr>
          <w:lang w:eastAsia="zh-CN"/>
        </w:rPr>
        <w:br/>
      </w:r>
      <w:r>
        <w:rPr>
          <w:lang w:eastAsia="zh-CN"/>
        </w:rPr>
        <w:t>　　二、教室布置</w:t>
      </w:r>
      <w:r>
        <w:rPr>
          <w:lang w:eastAsia="zh-CN"/>
        </w:rPr>
        <w:br/>
      </w:r>
      <w:r>
        <w:rPr>
          <w:lang w:eastAsia="zh-CN"/>
        </w:rPr>
        <w:t>　　环境作为人生活于其中，并能影响人的一切外部条件的综合，既包括人在社会生活中的条件和社会关系的综合，也包括人们赖以生存-------的自然条件的综合。我国古代墨子所谓：染于苍则苍，染于黄则黄，所入者变，其色亦变。所以说，教室布置也是非常重要的。</w:t>
      </w:r>
      <w:r>
        <w:rPr>
          <w:lang w:eastAsia="zh-CN"/>
        </w:rPr>
        <w:br/>
      </w:r>
      <w:r>
        <w:rPr>
          <w:lang w:eastAsia="zh-CN"/>
        </w:rPr>
        <w:t>　　利用环境育人，就要努力创设良好的育人环境，因此每次教室布置时，我都非常用心。例如：每月让学生们设计一次学习园地，来培养他们对艺术的兴趣，了解外界环境和课外知识;教室内放置一块小黑板，让学生们每天都写给同学们的寄语，来培养同学之间的感情，提高他们的素养;为了时刻提醒和增强班干部们的责任心，在教室内张贴了班委机构;为了鼓励同学们多做好事，培养同学们乐于助人的精神，我设计了一栏光荣榜;为了激发同学们的学习积极性，让他们时刻知道自己的成绩提高还是退步，我设计了成绩栏，栏内不显示实际分数，只要十?号表示增加多少分，用一?号表示减少了多少分等。在这样的环境下，同学们的思想改变了不少，同学们责任心强了，学习积极性有所提高，班内也形成团结、向上的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总之，一个好的环境可以造就一批品质好的人，可以使一个人在成长过程中得到好的教育，形成良好的道德习惯，习惯成自然，最终形成高尚的道德品质。</w:t>
      </w:r>
      <w:r>
        <w:rPr>
          <w:lang w:eastAsia="zh-CN"/>
        </w:rPr>
        <w:br/>
      </w:r>
      <w:r>
        <w:rPr>
          <w:lang w:eastAsia="zh-CN"/>
        </w:rPr>
        <w:t>　　三、制定班级管理制度</w:t>
      </w:r>
      <w:r>
        <w:rPr>
          <w:lang w:eastAsia="zh-CN"/>
        </w:rPr>
        <w:br/>
      </w:r>
      <w:r>
        <w:rPr>
          <w:lang w:eastAsia="zh-CN"/>
        </w:rPr>
        <w:t>　　俗话说得好，没有规矩，不成方圆。一个优秀的班集体，必然有良好的秩序，而井然有序的班级秩序是班级制度来保障的。因此，健全班级规范，完善班级制度文化，是班级文化建设的重要方面。</w:t>
      </w:r>
      <w:r>
        <w:rPr>
          <w:lang w:eastAsia="zh-CN"/>
        </w:rPr>
        <w:br/>
      </w:r>
      <w:r>
        <w:rPr>
          <w:lang w:eastAsia="zh-CN"/>
        </w:rPr>
        <w:t>　　班规的制定，我一直以来都认为是全班师生共同的事情。要由班级全体成员一起讨论，共同决定。首先让学生参照学校的规章制度，结合本班实际情况起草，然后小组讨论，拟出草案，再在班上通过，最后才定下来。学生自己制定班规，他们就会自觉地认真执行，把班规视为自己的行为准则。</w:t>
      </w:r>
      <w:r>
        <w:rPr>
          <w:lang w:eastAsia="zh-CN"/>
        </w:rPr>
        <w:br/>
      </w:r>
      <w:r>
        <w:rPr>
          <w:lang w:eastAsia="zh-CN"/>
        </w:rPr>
        <w:t>　　例如，迟到、旷课、早退、未佩戴红领巾等行为，不能超过多少次，如果超过规定的次数，应该怎样处罚，让大家讨论决定等。</w:t>
      </w:r>
      <w:r>
        <w:rPr>
          <w:lang w:eastAsia="zh-CN"/>
        </w:rPr>
        <w:br/>
      </w:r>
      <w:r>
        <w:rPr>
          <w:lang w:eastAsia="zh-CN"/>
        </w:rPr>
        <w:t>　　实践证明，这样的作法非常有效。学生们对自己共同所立之法，从始到终，心中都有他在，平日一举一动，都为大家自立的法律所影响。</w:t>
      </w:r>
      <w:r>
        <w:rPr>
          <w:lang w:eastAsia="zh-CN"/>
        </w:rPr>
        <w:br/>
      </w:r>
      <w:r>
        <w:rPr>
          <w:lang w:eastAsia="zh-CN"/>
        </w:rPr>
        <w:t>　　四、组织班级教师和家长共同管理班集体</w:t>
      </w:r>
      <w:r>
        <w:rPr>
          <w:lang w:eastAsia="zh-CN"/>
        </w:rPr>
        <w:br/>
      </w:r>
      <w:r>
        <w:rPr>
          <w:lang w:eastAsia="zh-CN"/>
        </w:rPr>
        <w:t>　　想搞好班级管理，单单依靠班主任个人力量是很难的，必须依靠集体的力量，其中班级教师集体的力量和班级家长的力量是不可缺少的，必须有他们的配合和协作。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例如，这个学期，我班的罗佳宁同学，由于迷上网络游戏，上课时心不在焉，成绩下降了不少，通过教师们孜孜不倦的教诲和家长的耐心开导与宽容，该同学慢慢地走出了这个困境。可见这种情况下，单靠班主任个人的力量是不够的，只有靠大家的共同努力，班级管理才能有成效。</w:t>
      </w:r>
      <w:r>
        <w:rPr>
          <w:lang w:eastAsia="zh-CN"/>
        </w:rPr>
        <w:br/>
      </w:r>
      <w:r>
        <w:rPr>
          <w:lang w:eastAsia="zh-CN"/>
        </w:rPr>
        <w:t>　　这是我高考后磨着父亲在同学录上写下的寄语。父亲虽过世了几年，但这条寄语时时鞭策着我，当我在生活中碰到困难时，总是激励我不要以伤残为借口。</w:t>
      </w:r>
      <w:r>
        <w:rPr>
          <w:lang w:eastAsia="zh-CN"/>
        </w:rPr>
        <w:br/>
      </w:r>
      <w:r>
        <w:rPr>
          <w:lang w:eastAsia="zh-CN"/>
        </w:rPr>
        <w:t>　　出生的那年冬天，一场小火让我的手脚落下了残疾，每一下地走路时便疼得直哭，母亲看着心疼不忍心让我学走路，一直到四岁我还是在摇蓝中成长。　　那年，父亲退伍回家，在度过自责的一段时间，父亲便着手以部队训练方式开始教我走路，每当我一迈步便疼得哇哇大哭，可无论我如何哭闹，母亲怎样劝阻、哥哥时时求情，父亲总是充耳不闻。在父亲近似残酷的训练下，我逐渐能像平常小孩一样走路了。在以后的生活中，只要是自己的事，无论如何困难，父亲都不允许母亲和哥哥给我帮助，并时刻叮咛我以后要学会自立，自己的事必须自己做，不要以伤残为借口，博取他人的同情及帮助。如今我在生活及工作中能完全自立，得益于父亲幼时严格的教导，每想起如山的父爱，便十分感动，禁不住潸然泪下。</w:t>
      </w:r>
      <w:r>
        <w:rPr>
          <w:lang w:eastAsia="zh-CN"/>
        </w:rPr>
        <w:br/>
      </w:r>
      <w:r>
        <w:rPr>
          <w:lang w:eastAsia="zh-CN"/>
        </w:rPr>
        <w:t>　　别人能做的你一定也能做到</w:t>
      </w:r>
      <w:r>
        <w:rPr>
          <w:lang w:eastAsia="zh-CN"/>
        </w:rPr>
        <w:br/>
      </w:r>
      <w:r>
        <w:rPr>
          <w:lang w:eastAsia="zh-CN"/>
        </w:rPr>
        <w:t>　　哥哥初中三年一直与我同班，这是初中毕业时哥哥写下的寄语，哥哥也是一直这样要求我面对学习和生活的。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小时候我只跟着哥哥玩。哥哥在家总是让着我，在外充当我的保护神，如有小伙伴欺负我，哥哥会有拳头教训对方，从不让我在外面受一点委屈。在读初一时，我虽然学习成绩很好，可体育成绩一团糟，也不参加任何户外活动。在期末宣布要体育考试时，老师考虑我的身体条件，通知我不用考试，我乐意地答应了，哥哥知道了跑到老师那里，说老师歧视学生，要求老师让我参加体育考试，并保证让弟弟一定通过，如不通过算他不及格。从此开始哥哥天天带着我跑步，全面制订锻炼计划，在哥哥严格的监管下，我身体素质逐渐变好，虽然第一个学期未通过考试，但在以后体育考试中，都能及格。哥哥总是对我说，相信自己，别人能做的只要你付出加倍努力，你就也能做到。</w:t>
      </w:r>
      <w:r>
        <w:rPr>
          <w:lang w:eastAsia="zh-CN"/>
        </w:rPr>
        <w:br/>
      </w:r>
      <w:r>
        <w:rPr>
          <w:lang w:eastAsia="zh-CN"/>
        </w:rPr>
        <w:t>　　做生活中的强者</w:t>
      </w:r>
      <w:r>
        <w:rPr>
          <w:lang w:eastAsia="zh-CN"/>
        </w:rPr>
        <w:br/>
      </w:r>
      <w:r>
        <w:rPr>
          <w:lang w:eastAsia="zh-CN"/>
        </w:rPr>
        <w:t>　　我很感激在我整个求学生涯中，一直都有很多优秀的老师给予我帮助和关爱，特别是小学班主任林老师。林老师与我母亲是同事，我读二年级那年，母亲去世了，林老师便一直如母亲般关爱着我成长。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高考那年，我因生病发挥失常，成绩不是很理想，本该录取重点大学却又因为身体缺陷调剂到较差的本科院校，专业又是我不喜欢且不适合我从事的机械制造与设计。在接到录取通知书那刻是我感到未来是一片黑暗，觉得天道不公，于是我开始自暴自弃，日日病酒。林老师得知消息，将我约到我就读的小学后面那条小溪旁，在一番安慰和鼓励后，指着小溪流水语重心长对我说：你看这溪水不管诸多阻挠，它始终不折不挠奔向大海，可正因有了途中的阻挠，它才会激起千层浪花，留下美丽的痕迹，其实生活也是如此。临走时，林老师送给我一个笔记本，本中留言：面对挫折，做生活中的强者。</w:t>
      </w:r>
      <w:r>
        <w:rPr>
          <w:lang w:eastAsia="zh-CN"/>
        </w:rPr>
        <w:br/>
      </w:r>
      <w:r>
        <w:rPr>
          <w:lang w:eastAsia="zh-CN"/>
        </w:rPr>
        <w:t>　　今知昨非</w:t>
      </w:r>
      <w:r>
        <w:rPr>
          <w:lang w:eastAsia="zh-CN"/>
        </w:rPr>
        <w:br/>
      </w:r>
      <w:r>
        <w:rPr>
          <w:lang w:eastAsia="zh-CN"/>
        </w:rPr>
        <w:t>　　正所谓自卑即自尊，强烈的自卑让我在以后的求学生涯和工作生活中变得十分自闭。当时自己最信奉的座右铭为已所不能为也，对同学和同事一些善意的帮助都拒之门外。然而去年参加公司青年团干培训班让我大有触动，记得参加野外拓展训练空中攀梯项目，要求两人一组同时攀至第五层，与我同组的王海波与我商量，让我站在他肩膀上攀梯，可我拒绝了，当我艰难地攀至第四层时，因左手不便从空中掉下，只得从头开始。王海波再次伸出善意的手，我们相互帮助很快就完成了任务。这个项目让我体会到团队精神主要内涵就是相互协助，发挥各自所长。我意识到原来自己许多想法太极端了，其实接受他人的帮助有时也是快乐的。从那时开始，我开始交往学会与他人交往，时不时接受他们的帮助，也发挥自己的长处，时不时帮助需要我帮助的朋友。正如一位可敬的领导对我的劝导：扬已所长，避已所短生活和工作着。</w:t>
      </w:r>
      <w:r>
        <w:rPr>
          <w:lang w:eastAsia="zh-CN"/>
        </w:rPr>
        <w:br/>
      </w:r>
      <w:r>
        <w:rPr>
          <w:lang w:eastAsia="zh-CN"/>
        </w:rPr>
        <w:t xml:space="preserve">    2024年12月优秀班主任工作总结范文 篇3 </w:t>
      </w:r>
      <w:r>
        <w:rPr>
          <w:lang w:eastAsia="zh-CN"/>
        </w:rPr>
        <w:br/>
      </w:r>
      <w:r>
        <w:rPr>
          <w:lang w:eastAsia="zh-CN"/>
        </w:rPr>
        <w:t>　　转眼之间，又是一个学期结束，班主任带班，有苦有乐，有酸有甜。回头想想，带班还是件幸福的事情。我似乎有一种“校园情结”，喜欢这种工作。我们工作要善于总结和反思，这样才能进步，对于本学期，我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一、统一思想，形成合力。</w:t>
      </w:r>
      <w:r>
        <w:rPr>
          <w:lang w:eastAsia="zh-CN"/>
        </w:rPr>
        <w:br/>
      </w:r>
      <w:r>
        <w:rPr>
          <w:lang w:eastAsia="zh-CN"/>
        </w:rPr>
        <w:t>　　学生的思想品德要靠教师去陶冶，良好的年段风气主要靠教师去营造。这其中最重要的就是教师在思想品质方面要做好表率，以自己的人格力量去影响教育学生。</w:t>
      </w:r>
      <w:r>
        <w:rPr>
          <w:lang w:eastAsia="zh-CN"/>
        </w:rPr>
        <w:br/>
      </w:r>
      <w:r>
        <w:rPr>
          <w:lang w:eastAsia="zh-CN"/>
        </w:rPr>
        <w:t>　　首先，我凡事身体力行，表里如一，言行一致，各方面尽量起模范带头作用：其次，每个月定期召开年段教师座谈会，采用集中学习讲座的方式，共同学习和探讨教育教学新理论、新形式，共同探讨本年段教育教学中顾在的新现象、新问题及其解决之道从而保证对学生的教育教学工作的科学性和实效性。再次，积极配合学校的工作要求，根据每一位教师的能力、兴趣等，尽可能地创造条件，发挥每位教师的聪明才智。</w:t>
      </w:r>
      <w:r>
        <w:rPr>
          <w:lang w:eastAsia="zh-CN"/>
        </w:rPr>
        <w:br/>
      </w:r>
      <w:r>
        <w:rPr>
          <w:lang w:eastAsia="zh-CN"/>
        </w:rPr>
        <w:t>　　第三，工作上的决策，通过各种民主方式，请教师参与，征求教师的建议和意见，努力创建宽松和谐的工作环境，让教师充分感受到自己是学校的主人，从而充分调动他们的积极性和创造性。</w:t>
      </w:r>
      <w:r>
        <w:rPr>
          <w:lang w:eastAsia="zh-CN"/>
        </w:rPr>
        <w:br/>
      </w:r>
      <w:r>
        <w:rPr>
          <w:lang w:eastAsia="zh-CN"/>
        </w:rPr>
        <w:t>　　第四，生活上，抓住各种细节和机会，真诚地关心和帮助每位教师生活中出现的各种困难，注意协调好教师间的各种关系，使年段形成互相关心、互相帮助的良好氛围。以上做法，使全年段同心协力，心往一处想，劲往一处使，成为一个有坚强战斗力的战斗集体。获得学校和社会的赞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当然，在应试教育的禁锢下，我们不得不顾及学生、老师、家长、社会都共同需要的那个考试分数。有的学生学习很认真，与老师同学相处也很好，可就是考试成绩总上不去。对于这种学生，作为班主任，我是喜欢的，因为我相信一种信念：这学生有正确的对人对事的态度!一旦抓住了机遇，他会发光!基于我的这种想法，在我的工作中，多了几分踏实和刻苦，少了几分浮躁与虚荣。</w:t>
      </w:r>
      <w:r>
        <w:rPr>
          <w:lang w:eastAsia="zh-CN"/>
        </w:rPr>
        <w:br/>
      </w:r>
      <w:r>
        <w:rPr>
          <w:lang w:eastAsia="zh-CN"/>
        </w:rPr>
        <w:t>　　二、确立以教学质量为年段工作中心的共识。</w:t>
      </w:r>
      <w:r>
        <w:rPr>
          <w:lang w:eastAsia="zh-CN"/>
        </w:rPr>
        <w:br/>
      </w:r>
      <w:r>
        <w:rPr>
          <w:lang w:eastAsia="zh-CN"/>
        </w:rPr>
        <w:t>　　期初即明确本学期的工作重心是：补缺补漏，杜绝偏科现象。为此，我们努力配合学校各教研室特别是本年段各教研组，定期、不定期地开展教研活动，特别是“月考、期中考试、期末考试”后，都要求及时进行商定对策，及时反馈学生的学习情况，并及时适当的调整原有的计划，及时补漏，以求取得最好的教学效果;鼓励积极钻研教学业务，进行课堂教学改革的尝试，寻求培养学生创新和实践能力的途径。</w:t>
      </w:r>
      <w:r>
        <w:rPr>
          <w:lang w:eastAsia="zh-CN"/>
        </w:rPr>
        <w:br/>
      </w:r>
      <w:r>
        <w:rPr>
          <w:lang w:eastAsia="zh-CN"/>
        </w:rPr>
        <w:t>　　经常深入课堂调查研究，了解各学科的教学教育情况，通过召开各类型学生会议来了解情况，掌握新动向，研究新问题，制定新方案，拿出新办法，及时有效地解决存在的各种问题，力争教育教学水平以及学生的学习成绩都能不断地更上一层楼。</w:t>
      </w:r>
      <w:r>
        <w:rPr>
          <w:lang w:eastAsia="zh-CN"/>
        </w:rPr>
        <w:br/>
      </w:r>
      <w:r>
        <w:rPr>
          <w:lang w:eastAsia="zh-CN"/>
        </w:rPr>
        <w:t>　　三、面向全体学生，进一步健全和完善“家校共教”网络体系。</w:t>
      </w:r>
      <w:r>
        <w:rPr>
          <w:lang w:eastAsia="zh-CN"/>
        </w:rPr>
        <w:br/>
      </w:r>
      <w:r>
        <w:rPr>
          <w:lang w:eastAsia="zh-CN"/>
        </w:rPr>
        <w:t>　　本学期更加强同各村小学校长发及老人会的联系，从而大大增强了社会教育的功能。在学生的管理教育方面，继续努力探索新时期青少年的新情况、新总是努力学习先进的教育教学方式，积极探索和实践“素质教育”的有效途径，不断总结经验教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本学期我们分别在期初、期中后、期末前召开年段全体或部分学生家长座谈会;每次“月考”后都召开了部分学生家长座谈会;班主任主动同家长优质经常性的联系。</w:t>
      </w:r>
      <w:r>
        <w:rPr>
          <w:lang w:eastAsia="zh-CN"/>
        </w:rPr>
        <w:br/>
      </w:r>
      <w:r>
        <w:rPr>
          <w:lang w:eastAsia="zh-CN"/>
        </w:rPr>
        <w:t>　　我们每月至少召开一次年段全体科任教师会议，商讨各科的教学与协调配合以及年段班级工作中存在的优点与不足;各科任教师对自己所负责的教学班中存在偏科现象的中、优生进行有针对性的加强课外辅导，并责任到人;年段或班级每月必分别召开一次优、中、差和座谈会;等等。以上措施的实行已见成效，年段学生的精神面貌和学习风气不断更上一层楼，获得学校和社会家长的好评。</w:t>
      </w:r>
      <w:r>
        <w:rPr>
          <w:lang w:eastAsia="zh-CN"/>
        </w:rPr>
        <w:br/>
      </w:r>
      <w:r>
        <w:rPr>
          <w:lang w:eastAsia="zh-CN"/>
        </w:rPr>
        <w:t>　　四、开展丰富多彩的第二课堂活动和社会实践活动。</w:t>
      </w:r>
      <w:r>
        <w:rPr>
          <w:lang w:eastAsia="zh-CN"/>
        </w:rPr>
        <w:br/>
      </w:r>
      <w:r>
        <w:rPr>
          <w:lang w:eastAsia="zh-CN"/>
        </w:rPr>
        <w:t>　　本学期成功地组织学生参加了学校第17届校动会、以及“纪念一二九爱国运动歌咏比赛”等活动，同时还配合各科备课级开展了许多小型即兴式比赛，寓教于乐;等等。采用“走出去”、“请进来”的方式开展第二课堂活动。</w:t>
      </w:r>
      <w:r>
        <w:rPr>
          <w:lang w:eastAsia="zh-CN"/>
        </w:rPr>
        <w:br/>
      </w:r>
      <w:r>
        <w:rPr>
          <w:lang w:eastAsia="zh-CN"/>
        </w:rPr>
        <w:t>　　这些活动的开展，既大大地丰富了学生的课余生活，使学生开阔了眼界，学以致用;同时也使学生得到了爱国主义教育、集体主义教育、革命教育、劳动教育以及科学世界观、人生观教育;使学生劳逸结合，取得良好的效果。</w:t>
      </w:r>
      <w:r>
        <w:rPr>
          <w:lang w:eastAsia="zh-CN"/>
        </w:rPr>
        <w:br/>
      </w:r>
      <w:r>
        <w:rPr>
          <w:lang w:eastAsia="zh-CN"/>
        </w:rPr>
        <w:t xml:space="preserve">    2024年12月优秀班主任工作总结范文 篇4 </w:t>
      </w:r>
      <w:r>
        <w:rPr>
          <w:lang w:eastAsia="zh-CN"/>
        </w:rPr>
        <w:br/>
      </w:r>
      <w:r>
        <w:rPr>
          <w:lang w:eastAsia="zh-CN"/>
        </w:rPr>
        <w:t>　　一个班级的班风、学风的好与坏，取决于班主任的工作方法是否得当，作为班主任，在班级的管理中，我始终坚持着一个信念：尊重学生，保护学生的合法权利；赏识学生，让每个学生在原有的基础上都有所提高；关心、爱护学生，让学生在一个充满爱的班集体里生活、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一、20__至20__学年度，我在乐业小学担任一年级班主任工作及一年级语文、数学的教学工作。</w:t>
      </w:r>
      <w:r>
        <w:rPr>
          <w:lang w:eastAsia="zh-CN"/>
        </w:rPr>
        <w:br/>
      </w:r>
      <w:r>
        <w:rPr>
          <w:lang w:eastAsia="zh-CN"/>
        </w:rPr>
        <w:t>　　一年级是基础教育的起始阶段，更是进行良好习惯培养的关键时期。习惯的好坏，不但影响生活、性格、行为等，还直接关系到今后的学习和工作，所以我就从以下几方面去开展工作：</w:t>
      </w:r>
      <w:r>
        <w:rPr>
          <w:lang w:eastAsia="zh-CN"/>
        </w:rPr>
        <w:br/>
      </w:r>
      <w:r>
        <w:rPr>
          <w:lang w:eastAsia="zh-CN"/>
        </w:rPr>
        <w:t>　　1、培养学生良好的习惯</w:t>
      </w:r>
      <w:r>
        <w:rPr>
          <w:lang w:eastAsia="zh-CN"/>
        </w:rPr>
        <w:br/>
      </w:r>
      <w:r>
        <w:rPr>
          <w:lang w:eastAsia="zh-CN"/>
        </w:rPr>
        <w:t>　　由于农村的孩子大都是留守儿童，平时不太注意个人卫生，我就经常教育学生勤洗澡、勤换衣服，女生还要勤洗头，做到饭前便后要洗手等等。</w:t>
      </w:r>
      <w:r>
        <w:rPr>
          <w:lang w:eastAsia="zh-CN"/>
        </w:rPr>
        <w:br/>
      </w:r>
      <w:r>
        <w:rPr>
          <w:lang w:eastAsia="zh-CN"/>
        </w:rPr>
        <w:t>　　一年级学生年纪小，自控能力差，所以我每节课都提前走进教室，提醒学生做好上课准备工作。上课主要采用趣味教学，尽量吸引学生的注意力。注意调动学生学习的积极性，培养学生认真听课、认真作业的好习惯。平时主意观察学生的行为，根据学生的表现在班中树立好的榜样。教育学生课间不做危险的游戏，讲文明、讲礼貌。</w:t>
      </w:r>
      <w:r>
        <w:rPr>
          <w:lang w:eastAsia="zh-CN"/>
        </w:rPr>
        <w:br/>
      </w:r>
      <w:r>
        <w:rPr>
          <w:lang w:eastAsia="zh-CN"/>
        </w:rPr>
        <w:t>　　2、给予学生慈母般的爱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爱是无声的语言，是教师沟通学生思想和感情最有效的手段，要想管理好班级，必须关心、了解每一位学生的性格特点。低年级的孩子对老师特别热情，经常会围着老师转。我也会把孩子叫到身边，和他们聊聊天，帮女孩子梳梳辫子，摸摸男孩子的头，在这种轻松的聊天氛围下，把握好时机，顺其自然的给孩子们提出一些要求，再鼓励鼓励鼓励鼓励他们，会收到意想不到的效果。留守儿童张曼宇的手指得了皮肤病，可能是痒的原因，他把手指抓得都出血了。我立即买来一支药膏给他擦上，没到一个星期就好了。由于我爱孩子们，所以孩子们跟我就特别亲，也特别愿意听我的课，20__年秋季学期期末考试期末考试，我任教的语文科获得了一等奖、数学科获得了二等奖；20__年春季学期期末考试，我任教的语文科、数学科都获得了一等奖。因为我的工作表现突出，还被授予二塘镇20__至20__年度优秀教师荣誉称号。</w:t>
      </w:r>
      <w:r>
        <w:rPr>
          <w:lang w:eastAsia="zh-CN"/>
        </w:rPr>
        <w:br/>
      </w:r>
      <w:r>
        <w:rPr>
          <w:lang w:eastAsia="zh-CN"/>
        </w:rPr>
        <w:t>　　二、20__至20__学年度，由于工作需要，我到二塘镇中心校担任六（7）班班主任及数学教学工作。</w:t>
      </w:r>
      <w:r>
        <w:rPr>
          <w:lang w:eastAsia="zh-CN"/>
        </w:rPr>
        <w:br/>
      </w:r>
      <w:r>
        <w:rPr>
          <w:lang w:eastAsia="zh-CN"/>
        </w:rPr>
        <w:t>　　该校是一所寄宿制学校，孩子们第一次离开父母到该校读书，生活上、学习上有诸多的不习惯。我主要从以下几方面开展班主任工作：</w:t>
      </w:r>
      <w:r>
        <w:rPr>
          <w:lang w:eastAsia="zh-CN"/>
        </w:rPr>
        <w:br/>
      </w:r>
      <w:r>
        <w:rPr>
          <w:lang w:eastAsia="zh-CN"/>
        </w:rPr>
        <w:t>　　1、充分发挥班干部的职能作用和模范带头作用。</w:t>
      </w:r>
      <w:r>
        <w:rPr>
          <w:lang w:eastAsia="zh-CN"/>
        </w:rPr>
        <w:br/>
      </w:r>
      <w:r>
        <w:rPr>
          <w:lang w:eastAsia="zh-CN"/>
        </w:rPr>
        <w:t>　　创设有利于自主管理的氛围，培养学生自己管理自己的能力，使学校的规章制度，转化为学生的自觉行动，形成良好的班风。及时教育和培养有责任心、能力强、可以信任的，并且有一定组织能力和管理能力的学生干部，对他们进行不同的分工。例如：学生甘晓智在学习、纪律、劳动方面特别自觉、积极，在师生中威信很高。我就选他为班。无论自习课还是早、晚读班里学习气氛都很浓，纪律都很好，很少有人捣乱。我也要求其他班干也像他那样要敢管、善管班级的同学。在班委的模范带头作用下，我班的班风好、学风浓，多次获得流动红旗，得到值日领导、生活老师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2、培养学生良好的日常行为习惯。</w:t>
      </w:r>
      <w:r>
        <w:rPr>
          <w:lang w:eastAsia="zh-CN"/>
        </w:rPr>
        <w:br/>
      </w:r>
      <w:r>
        <w:rPr>
          <w:lang w:eastAsia="zh-CN"/>
        </w:rPr>
        <w:t>　　秋季学期开学初，我先从学生的日常生活习惯抓起，每天天一亮就到学校，督促孩子们起床，教他们整理宿舍内务，督促他们进行早操锻炼；指导他们打扫教室、清洁区卫生；要排队打饭，并且把饭端到指定的餐厅就坐，要尽量把饭吃完；遵守午休和晚眠纪律等等。并且适时地对学生进行节约用水、用电、爱惜粮食以及文明礼仪的教育。通过三周的训练，学生就形成了良好的日常行为习惯。以后就由班干去督促、管理班级同学的日常行为。</w:t>
      </w:r>
      <w:r>
        <w:rPr>
          <w:lang w:eastAsia="zh-CN"/>
        </w:rPr>
        <w:br/>
      </w:r>
      <w:r>
        <w:rPr>
          <w:lang w:eastAsia="zh-CN"/>
        </w:rPr>
        <w:t>　　3、关心爱护每一位学生</w:t>
      </w:r>
      <w:r>
        <w:rPr>
          <w:lang w:eastAsia="zh-CN"/>
        </w:rPr>
        <w:br/>
      </w:r>
      <w:r>
        <w:rPr>
          <w:lang w:eastAsia="zh-CN"/>
        </w:rPr>
        <w:t>　　在上课之余，我还经常进到学生的宿舍，与他们促膝谈心，倾听他们的心声，切实解决他们学习、生活中存在的问题。如陆任聪同学的银行卡不见了，我得知后，立即来到101宿舍，对每一个同学都进行了谈话，但是一点效果都没有。我想，是不是拿卡的同学怕丢面子不敢在老师面前承认呢？于是我就对同学们说：“老师知道，一些同学只是一时的糊涂，现在一定后悔死了。等会我把一个只留一个小缝的纸箱放在洗漱间，每个同学都进洗漱间一次，如果是谁拿了卡的，就悄悄地把卡放进纸箱。结果我不仅帮陆任聪找回了银行卡，还维护了拿卡的同学的自尊心。又如双桂村的学生廖桂香生病了，我带她去医院看病，帮她垫付医药费；樟村的学生黄芳蕾持续高烧不退，我给她买来水果，陪她在医院打点滴直至家长到来；梁金生、覃翠没有三角板、圆规，我掏钱帮他们买。</w:t>
      </w:r>
      <w:r>
        <w:rPr>
          <w:lang w:eastAsia="zh-CN"/>
        </w:rPr>
        <w:br/>
      </w:r>
      <w:r>
        <w:rPr>
          <w:lang w:eastAsia="zh-CN"/>
        </w:rPr>
        <w:t>　　4、组织学生积极参加学校举行的各种活动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孩子的天性就是活泼、好动的，在学习之余，多参加一些有益的活动不仅不会影响到学习，反而会对学习起到一定的促进作用。我组织学生参加了学校举行红歌比赛；队列体操比赛；校运会、书画比赛以及文艺汇演等。学生在各项活动在表现的积极踊跃，均获得了好的名次。在活动的过程当中，学生不仅得到各种能力的锻炼，还丰富了自身的文化知识、拓宽自己的视野。</w:t>
      </w:r>
      <w:r>
        <w:rPr>
          <w:lang w:eastAsia="zh-CN"/>
        </w:rPr>
        <w:br/>
      </w:r>
      <w:r>
        <w:rPr>
          <w:lang w:eastAsia="zh-CN"/>
        </w:rPr>
        <w:t>　　5、努力上好每一节课，提高教学质量</w:t>
      </w:r>
      <w:r>
        <w:rPr>
          <w:lang w:eastAsia="zh-CN"/>
        </w:rPr>
        <w:br/>
      </w:r>
      <w:r>
        <w:rPr>
          <w:lang w:eastAsia="zh-CN"/>
        </w:rPr>
        <w:t>　　在教学工作中，我认真钻研教材，把握好教学重难点，结合学生的实际情况，编写适合自己和学生的教案。认真组织课堂教学，关注全体学生，充分利用各种教学方法调动学生学习积极性。合理布置学生作业，精心批改，及时讲评，坚持给学生写鼓励性评语。对学困生的辅导讲究方法，努力帮他们找回自信心。如我班学生熊思思、谭金瑞等，五年级的数学学成绩都是60多70分，小考都考得90多分。在师生共同努力下，20__年小考我所带的班级取得了较好的成绩，其中我所任教的数学科平均分81.43分及格率88.24%，优秀率43.14%。优良率78.43%。</w:t>
      </w:r>
      <w:r>
        <w:rPr>
          <w:lang w:eastAsia="zh-CN"/>
        </w:rPr>
        <w:br/>
      </w:r>
      <w:r>
        <w:rPr>
          <w:lang w:eastAsia="zh-CN"/>
        </w:rPr>
        <w:t>　　总之，班级的管理是一件既辛苦又充满乐趣的工作。工作方法有成千上万，没有一个固定的模式，但只要我们班主任讲究方法，从爱护他们的角度出发，采取学生乐于接受的教育方式，晓之以理，动之以情，循循善诱，勤于管理，一定能水到渠成。</w:t>
      </w:r>
      <w:r>
        <w:rPr>
          <w:lang w:eastAsia="zh-CN"/>
        </w:rPr>
        <w:br/>
      </w:r>
      <w:r>
        <w:rPr>
          <w:lang w:eastAsia="zh-CN"/>
        </w:rPr>
        <w:t xml:space="preserve">    2024年12月优秀班主任工作总结范文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下面是我针对当班主任过程中出现的问题边反思边实践的过一些想法：</w:t>
      </w:r>
      <w:r>
        <w:rPr>
          <w:lang w:eastAsia="zh-CN"/>
        </w:rPr>
        <w:br/>
      </w:r>
      <w:r>
        <w:rPr>
          <w:lang w:eastAsia="zh-CN"/>
        </w:rPr>
        <w:t>　　一、多一点从头开始，少一点亡羊补牢。</w:t>
      </w:r>
      <w:r>
        <w:rPr>
          <w:lang w:eastAsia="zh-CN"/>
        </w:rPr>
        <w:br/>
      </w:r>
      <w:r>
        <w:rPr>
          <w:lang w:eastAsia="zh-CN"/>
        </w:rPr>
        <w:t>　　因为我带的是一年级，一年级的小朋友刚入学，对什么都感到好奇，陌生而又新鲜，所以刚入学时适当地要求他们什么时候做什么、该怎么做，这是最有效的。比如刚入学时我要求小朋友一到校就要在班级里坐着要早读，可是刚入学那几天没什么可读的，那时我就请了会背古诗、三字经的小朋友在讲台上带读，让他们有个印象，早上到校就是要读书的，这样，刚入学的孩子认定早上来就是要赶快早读的。当然在执行的过程中需要不断的监督，矫正的。</w:t>
      </w:r>
      <w:r>
        <w:rPr>
          <w:lang w:eastAsia="zh-CN"/>
        </w:rPr>
        <w:br/>
      </w:r>
      <w:r>
        <w:rPr>
          <w:lang w:eastAsia="zh-CN"/>
        </w:rPr>
        <w:t>　　另外，对一年级小朋友来说，做卫生也要及早要求和落实他们每人要负责的工作的。可以说刚入学时很少有人会拿扫把的，要让他们会扫、会做，首先要教他们用扫把畚斗，这过程中，还有桌椅的摆放，工具的整理都要有明确的要求和监督，慢慢地才可能把习惯养成。</w:t>
      </w:r>
      <w:r>
        <w:rPr>
          <w:lang w:eastAsia="zh-CN"/>
        </w:rPr>
        <w:br/>
      </w:r>
      <w:r>
        <w:rPr>
          <w:lang w:eastAsia="zh-CN"/>
        </w:rPr>
        <w:t>　　二、多一点配合支持，少一点分工明确。</w:t>
      </w:r>
      <w:r>
        <w:rPr>
          <w:lang w:eastAsia="zh-CN"/>
        </w:rPr>
        <w:br/>
      </w:r>
      <w:r>
        <w:rPr>
          <w:lang w:eastAsia="zh-CN"/>
        </w:rPr>
        <w:t>　　班主任工作肯定离不开任课老师的支持，就象前面我讲的，我的搭档会主动处理一些突发事件，但在工作中也常会有不同的做法，拿早读说，刚开学我就指定了同学领读、带读，可后来语文可以读的内容多了，语文老师她就另外要求学生该怎么早读，而且效果也很好，为了让学生养成早读的习惯，我就按照语文老师的要求来监督学生遵守。如果我再要求学生按照我的要求去早读，那么，孩子一定会不知所措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三、多一点糊涂的爱，少一点爱憎分明。</w:t>
      </w:r>
      <w:r>
        <w:rPr>
          <w:lang w:eastAsia="zh-CN"/>
        </w:rPr>
        <w:br/>
      </w:r>
      <w:r>
        <w:rPr>
          <w:lang w:eastAsia="zh-CN"/>
        </w:rPr>
        <w:t>　　一个班级就象一个家庭，每个同学都是这个家庭的成员，老师和同学都应该多包容一点，那些调皮的孩子，是很令人生气，但他们同样或许更应该得到老师的关爱，赞赏、同学的友爱。让每个孩子的心都有所归属。</w:t>
      </w:r>
      <w:r>
        <w:rPr>
          <w:lang w:eastAsia="zh-CN"/>
        </w:rPr>
        <w:br/>
      </w:r>
      <w:r>
        <w:rPr>
          <w:lang w:eastAsia="zh-CN"/>
        </w:rPr>
        <w:t>　　四、多一点尊重，少一点强制。</w:t>
      </w:r>
      <w:r>
        <w:rPr>
          <w:lang w:eastAsia="zh-CN"/>
        </w:rPr>
        <w:br/>
      </w:r>
      <w:r>
        <w:rPr>
          <w:lang w:eastAsia="zh-CN"/>
        </w:rPr>
        <w:t>　　一年级的小朋友也是很讲道理的，比如能够及时订正作业的，辅差课时可以自由活动；集会、做操遵守纪律，动作快、静、齐的，体育课可以增加活动内容；不用继续练习集队等。复习阶段把音体美的课改语数英的课进行复习，就象工人加班，农民抢收一样。理解张驰有度等等。</w:t>
      </w:r>
      <w:r>
        <w:rPr>
          <w:lang w:eastAsia="zh-CN"/>
        </w:rPr>
        <w:br/>
      </w:r>
      <w:r>
        <w:rPr>
          <w:lang w:eastAsia="zh-CN"/>
        </w:rPr>
        <w:t xml:space="preserve">    2024年12月优秀班主任工作总结范文 篇6 </w:t>
      </w:r>
      <w:r>
        <w:rPr>
          <w:lang w:eastAsia="zh-CN"/>
        </w:rPr>
        <w:br/>
      </w:r>
      <w:r>
        <w:rPr>
          <w:lang w:eastAsia="zh-CN"/>
        </w:rPr>
        <w:t>　　在班级管理中，建立健全班委机构，正确选用班干部是一个非常重要的环节。正确选用班干部对班主任日后的班级管理工作有很大的帮助。在班干部们的引领和督促下，不仅可以让学生思想品德受到教育，好的学习风气得于养成，对学生的日常行为活动也有所监督和互相教育的作用。反之，就会对整个班级的管理目标相挬而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例如，我去年接的六年级的一个班，当我第一次走进教室时，教室内的场景真让我大吃一惊。同学们对我的出现不理不采，课桌和椅子零乱不堪，纸屑、果皮满地都是。再想想之前对他们各科成绩的了解，我的心不由自主的凉了半截。自问，我有能力把他们拉到积极向上的轨道上吗?但是最终坚强好胜的心不允许我退宿。我认为造成这样的消极局面是因为他们对学习没兴趣，学习成绩差。于是，我选了几个相对成绩好的当本班的班干部，想通过抓典型来影响他们，引领他们养成良好习惯。可两个星期过去了，这个局面不但没得到改观，反而比开学初更糟糕。迟到、旷课、不完成作业，练习等情况非常严重。经过观察了解，所选的班干部领导能力不够强，其他同学不服，所以我下定决心，改选班干部。由同学们自己选出他们心目中的领导人物。结果第二天马上就有见效，一早我推开教室的门，看到的场景让我欣喜若狂，课桌排得整整齐齐，地上干干净净，教室后门的角落里，扫把摆放得整整齐齐，同学们都在认真的读书。</w:t>
      </w:r>
      <w:r>
        <w:rPr>
          <w:lang w:eastAsia="zh-CN"/>
        </w:rPr>
        <w:br/>
      </w:r>
      <w:r>
        <w:rPr>
          <w:lang w:eastAsia="zh-CN"/>
        </w:rPr>
        <w:t>　　所以说，正确选用班干部对班主任班级管理有很大的帮助。</w:t>
      </w:r>
      <w:r>
        <w:rPr>
          <w:lang w:eastAsia="zh-CN"/>
        </w:rPr>
        <w:br/>
      </w:r>
      <w:r>
        <w:rPr>
          <w:lang w:eastAsia="zh-CN"/>
        </w:rPr>
        <w:t>　　二、教室布置</w:t>
      </w:r>
      <w:r>
        <w:rPr>
          <w:lang w:eastAsia="zh-CN"/>
        </w:rPr>
        <w:br/>
      </w:r>
      <w:r>
        <w:rPr>
          <w:lang w:eastAsia="zh-CN"/>
        </w:rPr>
        <w:t>　　环境作为人生活于其中，并能影响人的一切外部条件的综合，既包括人在社会生活中的条件和社会关系的综合，也包括人们赖以生存-------的自然条件的综合。我国古代墨子所谓：“染于苍则苍，染于黄则黄，所入者变，其色亦变”。所以说，教室布置也是非常重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利用环境育人，就要努力创设良好的育人环境，因此每次教室布置时，我都非常用心。例如：每月让学生们设计一次学习园地，来培养他们对艺术的兴趣，了解外界环境和课外知识;教室内放置一块小黑板，让学生们每天都写给同学们的寄语，来培养同学之间的感情，提高他们的素养;为了时刻提醒和增强班干部们的责任心，在教室内张贴了“班委机构”;为了鼓励同学们多做好事，培养同学们乐于助人的精神，我设计了一栏“光荣榜”;为了激发同学们的学习积极性，让他们时刻知道自己的成绩提高还是退步，我设计了“成绩栏”，栏内不显示实际分数，只要“十?”号表示增加多少分，用“一?”号表示减少了多少分等。在这样的环境下，同学们的思想改变了不少，同学们责任心强了，学习积极性有所提高，班内也形成团结、向上的氛围。</w:t>
      </w:r>
      <w:r>
        <w:rPr>
          <w:lang w:eastAsia="zh-CN"/>
        </w:rPr>
        <w:br/>
      </w:r>
      <w:r>
        <w:rPr>
          <w:lang w:eastAsia="zh-CN"/>
        </w:rPr>
        <w:t>　　总之，一个好的环境可以造就一批品质好的人，可以使一个人在成长过程中得到好的教育，形成良好的道德习惯，习惯成自然，最终形成高尚的道德品质。</w:t>
      </w:r>
      <w:r>
        <w:rPr>
          <w:lang w:eastAsia="zh-CN"/>
        </w:rPr>
        <w:br/>
      </w:r>
      <w:r>
        <w:rPr>
          <w:lang w:eastAsia="zh-CN"/>
        </w:rPr>
        <w:t>　　三、制定班级管理制度</w:t>
      </w:r>
      <w:r>
        <w:rPr>
          <w:lang w:eastAsia="zh-CN"/>
        </w:rPr>
        <w:br/>
      </w:r>
      <w:r>
        <w:rPr>
          <w:lang w:eastAsia="zh-CN"/>
        </w:rPr>
        <w:t>　　俗话说得好，“没有规矩，不成方圆。”一个优秀的班集体，必然有良好的秩序，而井然有序的班级秩序是班级制度来保障的。因此，健全班级规范，完善班级制度文化，是班级文化建设的重要方面。</w:t>
      </w:r>
      <w:r>
        <w:rPr>
          <w:lang w:eastAsia="zh-CN"/>
        </w:rPr>
        <w:br/>
      </w:r>
      <w:r>
        <w:rPr>
          <w:lang w:eastAsia="zh-CN"/>
        </w:rPr>
        <w:t>　　班规的制定，我一直以来都认为是全班师生共同的事情。要由班级全体成员一起讨论，共同决定。首先让学生参照学校的规章制度，结合本班实际情况起草，然后小组讨论，拟出草案，再在班上通过，最后才定下来。学生自己制定班规，他们就会自觉地认真执行，把班规视为自己的行为准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例如，迟到、旷课、早退、未佩戴红领巾等行为，不能超过多少次，如果超过规定的次数，应该怎样处罚，让大家讨论决定等。</w:t>
      </w:r>
      <w:r>
        <w:rPr>
          <w:lang w:eastAsia="zh-CN"/>
        </w:rPr>
        <w:br/>
      </w:r>
      <w:r>
        <w:rPr>
          <w:lang w:eastAsia="zh-CN"/>
        </w:rPr>
        <w:t>　　实践证明，这样的作法非常有效。学生们对自己共同所立之法，从始到终，心中都有他在，平日一举一动，都为大家自立的法律所影响。</w:t>
      </w:r>
      <w:r>
        <w:rPr>
          <w:lang w:eastAsia="zh-CN"/>
        </w:rPr>
        <w:br/>
      </w:r>
      <w:r>
        <w:rPr>
          <w:lang w:eastAsia="zh-CN"/>
        </w:rPr>
        <w:t>　　四、组织班级教师和家长共同管理班集体</w:t>
      </w:r>
      <w:r>
        <w:rPr>
          <w:lang w:eastAsia="zh-CN"/>
        </w:rPr>
        <w:br/>
      </w:r>
      <w:r>
        <w:rPr>
          <w:lang w:eastAsia="zh-CN"/>
        </w:rPr>
        <w:t>　　想搞好班级管理，单单依靠班主任个人力量是很难的，必须依靠集体的力量，其中班级教师集体的力量和班级家长的力量是不可缺少的，必须有他们的配合和协作。</w:t>
      </w:r>
      <w:r>
        <w:rPr>
          <w:lang w:eastAsia="zh-CN"/>
        </w:rPr>
        <w:br/>
      </w:r>
      <w:r>
        <w:rPr>
          <w:lang w:eastAsia="zh-CN"/>
        </w:rPr>
        <w:t>　　例如，这个学期，我班的罗佳宁同学，由于迷上网络游戏，上课时心不在焉，成绩下降了不少，通过教师们孜孜不倦的教诲和家长的耐心开导与宽容，该同学慢慢地走出了这个困境。可见这种情况下，单靠班主任个人的力量是不够的，只有靠大家的共同努力，班级管理才能有成效。</w:t>
      </w:r>
      <w:r>
        <w:rPr>
          <w:lang w:eastAsia="zh-CN"/>
        </w:rPr>
        <w:br/>
      </w:r>
      <w:r>
        <w:rPr>
          <w:lang w:eastAsia="zh-CN"/>
        </w:rPr>
        <w:t>　　这是我高考后磨着父亲在同学录上写下的寄语。父亲虽过世了几年，但这条寄语时时鞭策着我，当我在生活中碰到困难时，总是激励我不要以伤残为借口。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出生的那年冬天，一场小火让我的手脚落下了残疾，每一下地走路时便疼得直哭，母亲看着心疼不忍心让我学走路，一直到四岁我还是在摇蓝中成长。　　那年，父亲退伍回家，在度过自责的一段时间，父亲便着手以部队训练方式开始教我走路，每当我一迈步便疼得哇哇大哭，可无论我如何哭闹，母亲怎样劝阻、哥哥时时求情，父亲总是充耳不闻。在父亲近似残酷的训练下，我逐渐能像平常小孩一样走路了。在以后的生活中，只要是自己的事，无论如何困难，父亲都不允许母亲和哥哥给我帮助，并时刻叮咛我以后要学会自立，自己的事必须自己做，不要以伤残为借口，博取他人的同情及帮助。如今我在生活及工作中能完全自立，得益于父亲幼时严格的教导，每想起如山的父爱，便十分感动，禁不住潸然泪下。</w:t>
      </w:r>
      <w:r>
        <w:rPr>
          <w:lang w:eastAsia="zh-CN"/>
        </w:rPr>
        <w:br/>
      </w:r>
      <w:r>
        <w:rPr>
          <w:lang w:eastAsia="zh-CN"/>
        </w:rPr>
        <w:t>　　“别人能做的你一定也能做到”</w:t>
      </w:r>
      <w:r>
        <w:rPr>
          <w:lang w:eastAsia="zh-CN"/>
        </w:rPr>
        <w:br/>
      </w:r>
      <w:r>
        <w:rPr>
          <w:lang w:eastAsia="zh-CN"/>
        </w:rPr>
        <w:t>　　哥哥初中三年一直与我同班，这是初中毕业时哥哥写下的寄语，哥哥也是一直这样要求我面对学习和生活的。</w:t>
      </w:r>
      <w:r>
        <w:rPr>
          <w:lang w:eastAsia="zh-CN"/>
        </w:rPr>
        <w:br/>
      </w:r>
      <w:r>
        <w:rPr>
          <w:lang w:eastAsia="zh-CN"/>
        </w:rPr>
        <w:t>　　小时候我只跟着哥哥玩。哥哥在家总是让着我，在外充当我的保护神，如有小伙伴欺负我，哥哥会有拳头教训对方，从不让我在外面受一点委屈。在读初一时，我虽然学习成绩很好，可体育成绩一团糟，也不参加任何户外活动。在期末宣布要体育考试时，老师考虑我的身体条件，通知我不用考试，我乐意地答应了，哥哥知道了跑到老师那里，说老师歧视学生，要求老师让我参加体育考试，并保证让弟弟一定通过，如不通过算他不及格。从此开始哥哥天天带着我跑步，全面制订锻炼计划，在哥哥严格的监管下，我身体素质逐渐变好，虽然第一个学期未通过考试，但在以后体育考试中，都能及格。哥哥总是对我说，相信自己，别人能做的只要你付出加倍努力，你就也能做到。</w:t>
      </w:r>
      <w:r>
        <w:rPr>
          <w:lang w:eastAsia="zh-CN"/>
        </w:rPr>
        <w:br/>
      </w:r>
      <w:r>
        <w:rPr>
          <w:lang w:eastAsia="zh-CN"/>
        </w:rPr>
        <w:t>　　“做生活中的强者”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我很感激在我整个求学生涯中，一直都有很多优秀的老师给予我帮助和关爱，特别是小学班主任林老师。林老师与我母亲是同事，我读二年级那年，母亲去世了，林老师便一直如母亲般关爱着我成长。</w:t>
      </w:r>
      <w:r>
        <w:rPr>
          <w:lang w:eastAsia="zh-CN"/>
        </w:rPr>
        <w:br/>
      </w:r>
      <w:r>
        <w:rPr>
          <w:lang w:eastAsia="zh-CN"/>
        </w:rPr>
        <w:t>　　高考那年，我因生病发挥失常，成绩不是很理想，本该录取重点大学却又因为身体缺陷调剂到较差的本科院校，专业又是我不喜欢且不适合我从事的机械制造与设计。在接到录取通知书那刻是我感到未来是一片黑暗，觉得天道不公，于是我开始自暴自弃，日日病酒。林老师得知消息，将我约到我就读的小学后面那条小溪旁，在一番安慰和鼓励后，指着小溪流水语重心长对我说：“你看这溪水不管诸多阻挠，它始终不折不挠奔向大海，可正因有了途中的阻挠，它才会激起千层浪花，留下美丽的痕迹，其实生活也是如此。”临走时，林老师送给我一个笔记本，本中留言：“面对挫折，做生活中的强者。”</w:t>
      </w:r>
      <w:r>
        <w:rPr>
          <w:lang w:eastAsia="zh-CN"/>
        </w:rPr>
        <w:br/>
      </w:r>
      <w:r>
        <w:rPr>
          <w:lang w:eastAsia="zh-CN"/>
        </w:rPr>
        <w:t>　　“今知昨非”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正所谓自卑即自尊，强烈的自卑让我在以后的求学生涯和工作生活中变得十分自闭。当时自己最信奉的座右铭“为已所不能为也”，对同学和同事一些善意的帮助都拒之门外。然而去年参加公司青年团干培训班让我大有触动，记得参加野外拓展训练空中攀梯项目，要求两人一组同时攀至第五层，与我同组的王海波与我商量，让我站在他肩膀上攀梯，可我拒绝了，当我艰难地攀至第四层时，因左手不便从空中掉下，只得从头开始。王海波再次伸出善意的手，我们相互帮助很快就完成了任务。这个项目让我体会到团队精神主要内涵就是相互协助，发挥各自所长。我意识到原来自己许多想法太极端了，其实接受他人的帮助有时也是快乐的。从那时开始，我开始交往学会与他人交往，时不时接受他们的帮助，也发挥自己的长处，时不时帮助需要我帮助的朋友。正如一位可敬的领导对我的劝导：“扬已所长，避已所短”生活和工作着。</w:t>
      </w:r>
      <w:r>
        <w:rPr>
          <w:lang w:eastAsia="zh-CN"/>
        </w:rPr>
        <w:br/>
      </w:r>
      <w:r>
        <w:rPr>
          <w:lang w:eastAsia="zh-CN"/>
        </w:rPr>
        <w:t xml:space="preserve">    2024年12月优秀班主任工作总结范文 篇7 </w:t>
      </w:r>
      <w:r>
        <w:rPr>
          <w:lang w:eastAsia="zh-CN"/>
        </w:rPr>
        <w:br/>
      </w:r>
      <w:r>
        <w:rPr>
          <w:lang w:eastAsia="zh-CN"/>
        </w:rPr>
        <w:t>　　高三补课阶段纪律比较涣散，活动懒于参加，常规工作不甚理想，学生学习成绩参差不齐。部分学生上进心、自信心不强，缺少核心人物，集体缺少凝聚力，但潜在的进取意识是有的，表现在学校的、班级的制度都能尚遵守，但要经常督促和提醒，还不能形成自觉行为。居于这种现状，我做了如下工作：</w:t>
      </w:r>
      <w:r>
        <w:rPr>
          <w:lang w:eastAsia="zh-CN"/>
        </w:rPr>
        <w:br/>
      </w:r>
      <w:r>
        <w:rPr>
          <w:lang w:eastAsia="zh-CN"/>
        </w:rPr>
        <w:t>　　具体管理措施</w:t>
      </w:r>
      <w:r>
        <w:rPr>
          <w:lang w:eastAsia="zh-CN"/>
        </w:rPr>
        <w:br/>
      </w:r>
      <w:r>
        <w:rPr>
          <w:lang w:eastAsia="zh-CN"/>
        </w:rPr>
        <w:t>　　（一）抓常规管理规范学生的行为习惯</w:t>
      </w:r>
      <w:r>
        <w:rPr>
          <w:lang w:eastAsia="zh-CN"/>
        </w:rPr>
        <w:br/>
      </w:r>
      <w:r>
        <w:rPr>
          <w:lang w:eastAsia="zh-CN"/>
        </w:rPr>
        <w:t>　　早到校、两操、打扫除、校各项活动的参加都认真组织，严格要求，让学生感到做人就要严谨、认真、一丝不苟。至今学生以习惯成自然。例如眼操时间一到不用老师强调，都主动自觉去做，赢得任课老师的好评。</w:t>
      </w:r>
      <w:r>
        <w:rPr>
          <w:lang w:eastAsia="zh-CN"/>
        </w:rPr>
        <w:br/>
      </w:r>
      <w:r>
        <w:rPr>
          <w:lang w:eastAsia="zh-CN"/>
        </w:rPr>
        <w:t>　　（二）选拔班干部</w:t>
      </w:r>
      <w:r>
        <w:rPr>
          <w:lang w:eastAsia="zh-CN"/>
        </w:rPr>
        <w:br/>
      </w:r>
      <w:r>
        <w:rPr>
          <w:lang w:eastAsia="zh-CN"/>
        </w:rPr>
        <w:t>　　班干部是班级和学生联系的桥梁，是学生的精英，是教师的助手，是自我管理体现最明显的一部分。在选择班干时，我遵循两个原则，首选那些责任心强，办事公正；有较强的组织能力和活动能力，易与他人沟通的学生。</w:t>
      </w:r>
      <w:r>
        <w:rPr>
          <w:lang w:eastAsia="zh-CN"/>
        </w:rPr>
        <w:br/>
      </w:r>
      <w:r>
        <w:rPr>
          <w:lang w:eastAsia="zh-CN"/>
        </w:rPr>
        <w:t xml:space="preserve">    2024年12月优秀班主任工作总结范文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级治理过程中的得失，与原班级“老干部”商讨更加切合实际的，更具有可行性、操作性的班规班约。最后，在原《班级公约》基础上，通过班委会、班会修订补充，最终产生了新的《班级公约》、《班级日常行为规范评比实施细则》等，并依据《公约》、《细则》设计了新的量化管理方案。之后，利用一次班会课组织全体学生学习其中规章制度，使规章制度深入人心，起到防范为主的作用，而不是仅仅停留于惩的层次上。这样就使许多管理有规可依，逐步由班主任管理过渡到班干部管理，再由班干部管理过渡到学生自我管理。强化了学生遵规守纪的意识，浓厚了班级学习氛围，营造了一个良好的班风。</w:t>
      </w:r>
      <w:r>
        <w:rPr>
          <w:lang w:eastAsia="zh-CN"/>
        </w:rPr>
        <w:br/>
      </w:r>
      <w:r>
        <w:rPr>
          <w:lang w:eastAsia="zh-CN"/>
        </w:rPr>
        <w:t>　　之后在日常工作中体现“狠抓思想政治教育，为班风学风开路”的思想。把思想政治工作放在班级工作的首位，把教育教学质量作为班级工作的生命线。加强集体主义教育，强化学生的集体荣誉感。提出班级目标：“要形成一个团结友爱、秩序、进取的集体。在集体中每位学生都要实践两件事：</w:t>
      </w:r>
      <w:r>
        <w:rPr>
          <w:lang w:eastAsia="zh-CN"/>
        </w:rPr>
        <w:br/>
      </w:r>
      <w:r>
        <w:rPr>
          <w:lang w:eastAsia="zh-CN"/>
        </w:rPr>
        <w:t xml:space="preserve">    2024年12月优秀班主任工作总结范文 篇9 </w:t>
      </w:r>
      <w:r>
        <w:rPr>
          <w:lang w:eastAsia="zh-CN"/>
        </w:rPr>
        <w:br/>
      </w:r>
      <w:r>
        <w:rPr>
          <w:lang w:eastAsia="zh-CN"/>
        </w:rPr>
        <w:t>　　在即将过去的学期里，__班在学校领导的关怀下，在领导的支持与帮助下，各项工作顺利开展，并取得了预期管理效果。现将本学期班级各项管理工作总结如下：</w:t>
      </w:r>
      <w:r>
        <w:rPr>
          <w:lang w:eastAsia="zh-CN"/>
        </w:rPr>
        <w:br/>
      </w:r>
      <w:r>
        <w:rPr>
          <w:lang w:eastAsia="zh-CN"/>
        </w:rPr>
        <w:t>　　一、端学风，树正气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引导学生明确学生目的，制定专业学习计划，端正学习态度，遵守学习纪律，指导学生制定适合自己的学习方法，提高学生学习的自觉性，养成良好的学习习惯，不断提高学习成绩。在教育教学及生活各项活动中，根据一定的是非标准进行褒贬，该肯定的就肯定，并给予适当的表扬和奖励；该否定的就否定，并给予适合的批评和教育，在班形成一种能够扶持正气，伸张正义，制止错误思想，阻止不道德行为的班级良好风气和舆论氛围，借助集体的力量，不断从言语上激励学生，从行动上感化学生。此外，利用班会、座谈会等各种途径对学生进行思想政治教育，帮助他们树立起正确的人生观、价值观、荣辱观，从而不断提升班级班风学风质量。</w:t>
      </w:r>
      <w:r>
        <w:rPr>
          <w:lang w:eastAsia="zh-CN"/>
        </w:rPr>
        <w:br/>
      </w:r>
      <w:r>
        <w:rPr>
          <w:lang w:eastAsia="zh-CN"/>
        </w:rPr>
        <w:t>　　二、加强班干部队伍建设，做好学生自我管理工作</w:t>
      </w:r>
      <w:r>
        <w:rPr>
          <w:lang w:eastAsia="zh-CN"/>
        </w:rPr>
        <w:br/>
      </w:r>
      <w:r>
        <w:rPr>
          <w:lang w:eastAsia="zh-CN"/>
        </w:rPr>
        <w:t>　　班级干部是班主任的助手，干部队伍健全，工作得力，班主任工作就会得心应手。本学期在原有班干部的基础上，通过改选，任用了一批品学兼优的学生担任班干。一个学期以来，他们都能够各尽其责，充分发挥学生骨干作用，使班级各项工作有序进行。由于他们年龄还小，谈不上工作经验，为了让他们发挥主力和辐射作用，及时对他们的工作责任心和工作热情给予肯定，时时要求他们以身作则，学会塑自身良好班干部形象和威信，经常性的召开班委会，明确纪律，严格要求，并指导他们工作方法，引导他们与同学们打成一片，协调好各方面的关系，使他们在班级中树立较高威望，从而在学生自我管理中更具有说服力，经过不断的锻炼，逐步成为班级的骨干力量。</w:t>
      </w:r>
      <w:r>
        <w:rPr>
          <w:lang w:eastAsia="zh-CN"/>
        </w:rPr>
        <w:br/>
      </w:r>
      <w:r>
        <w:rPr>
          <w:lang w:eastAsia="zh-CN"/>
        </w:rPr>
        <w:t>　　三、引导学生开展职业规划，及早确立人生奋斗目标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进入二年级，学生将面临一个现实的问题那就是就业，而学生在面对就业这个问题时往往是不知所措的。为此，利用班会、团课及课外活动时间鼓励学生开展职业生涯规划设计，辅导学生制作个人简历，解答求职面试中遇到的难题等，使学生逐步对自己未来的职业定位和发展方向有了明确的自我认识，这也给来年的顶岗实习和后续的就业打好基础。</w:t>
      </w:r>
      <w:r>
        <w:rPr>
          <w:lang w:eastAsia="zh-CN"/>
        </w:rPr>
        <w:br/>
      </w:r>
      <w:r>
        <w:rPr>
          <w:lang w:eastAsia="zh-CN"/>
        </w:rPr>
        <w:t>　　四、层次分组，提高学生团队意识和竞争意识</w:t>
      </w:r>
      <w:r>
        <w:rPr>
          <w:lang w:eastAsia="zh-CN"/>
        </w:rPr>
        <w:br/>
      </w:r>
      <w:r>
        <w:rPr>
          <w:lang w:eastAsia="zh-CN"/>
        </w:rPr>
        <w:t>　　根据学生成绩，个性差异，思想品质等各方面因素，把不同层次的学生划分为一个小组，小组之间进行学习、卫生、纪律等方面的评比。为提高小组成绩，小组内部互相帮助、提醒，形成良好的学习氛围和班组氛围。小组内部实行组长和班干部负责制，培养了学生自我管理的能力，同时层次划分与竞争并存局面使得每个小组成员之间既相互约束，又相互提高，极大地增强了学生团队合作意识，以及集体荣誉感，较好地实现了学生综合素质在提高过程中的实践运用。</w:t>
      </w:r>
      <w:r>
        <w:rPr>
          <w:lang w:eastAsia="zh-CN"/>
        </w:rPr>
        <w:br/>
      </w:r>
      <w:r>
        <w:rPr>
          <w:lang w:eastAsia="zh-CN"/>
        </w:rPr>
        <w:t>　　五、严格考勤，实行学生量化考试管理</w:t>
      </w:r>
      <w:r>
        <w:rPr>
          <w:lang w:eastAsia="zh-CN"/>
        </w:rPr>
        <w:br/>
      </w:r>
      <w:r>
        <w:rPr>
          <w:lang w:eastAsia="zh-CN"/>
        </w:rPr>
        <w:t>　　为强化班级各项管理，建立健全了一整套严格的班级管理办法，包括考勤制度，学习纪律条例，以及卫生包干制度，由分管班委具体监督执行，做到有记录，有反馈，有改进，从而鼓励先进，督促后进，使学生们的学习生活有张有弛，井然有序，条理分明。六、注重师生沟通，培养稳定师生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重视与学生的思想交流，细心关爱每一位学生，具体了解每一个学生的家庭情况，做到心中有数，利用课余时间与学生促膝谈心，倾听学生的心声与困惑，及时换位思考，设身处地站在学生的立场上，审视遇到的问题与挫折，尽为他们排忧解难，同时用自己做人做事的态度与风格，以及教师良好的人格魅力去感染每一位学生，让学生从谈、断、悟、决中不断完善提高，从而找到新的发展方面，也正因如此，我得到了班里每一位学生的信任，也荣幸的成为他们心中的良师益友。</w:t>
      </w:r>
      <w:r>
        <w:rPr>
          <w:lang w:eastAsia="zh-CN"/>
        </w:rPr>
        <w:br/>
      </w:r>
      <w:r>
        <w:rPr>
          <w:lang w:eastAsia="zh-CN"/>
        </w:rPr>
        <w:t>　　班主任工作是我校教育和学生管理工作中的重要环节，既要有宏观的群体管理，又要有微观的个性发展；既要做到对学生管理工作有强烈的前瞻性；又要将工作细致的落实到位。总结这一年来所经历的班主任管理工作，虽然取得了一定的成绩，但查看自身工作环节中还在在很多不同程度的缺点与不足，我将在即将到来的__年里抓紧时间着力完善，力争在各项工作中取得更新更高的成绩。</w:t>
      </w:r>
      <w:r>
        <w:rPr>
          <w:lang w:eastAsia="zh-CN"/>
        </w:rPr>
        <w:br/>
      </w:r>
      <w:r>
        <w:rPr>
          <w:lang w:eastAsia="zh-CN"/>
        </w:rPr>
        <w:t xml:space="preserve">    2024年12月优秀班主任工作总结范文 篇10 </w:t>
      </w:r>
      <w:r>
        <w:rPr>
          <w:lang w:eastAsia="zh-CN"/>
        </w:rPr>
        <w:br/>
      </w:r>
      <w:r>
        <w:rPr>
          <w:lang w:eastAsia="zh-CN"/>
        </w:rPr>
        <w:t>　　一、基本情况</w:t>
      </w:r>
      <w:r>
        <w:rPr>
          <w:lang w:eastAsia="zh-CN"/>
        </w:rPr>
        <w:br/>
      </w:r>
      <w:r>
        <w:rPr>
          <w:lang w:eastAsia="zh-CN"/>
        </w:rPr>
        <w:t>　　本班共有学生57人，其中女生27人，少数民族35人，少先队员57人，大多数来自较边远的少数民族地区。由于基础掌握力度不够，对知识的接受能力和理解能力较差，但学生思想端正，学习的积极性很高，对知识的渴求十分强烈。</w:t>
      </w:r>
      <w:r>
        <w:rPr>
          <w:lang w:eastAsia="zh-CN"/>
        </w:rPr>
        <w:br/>
      </w:r>
      <w:r>
        <w:rPr>
          <w:lang w:eastAsia="zh-CN"/>
        </w:rPr>
        <w:t>　　二、工作总结</w:t>
      </w:r>
      <w:r>
        <w:rPr>
          <w:lang w:eastAsia="zh-CN"/>
        </w:rPr>
        <w:br/>
      </w:r>
      <w:r>
        <w:rPr>
          <w:lang w:eastAsia="zh-CN"/>
        </w:rPr>
        <w:t>　　(一)、教育教学工作</w:t>
      </w:r>
      <w:r>
        <w:rPr>
          <w:lang w:eastAsia="zh-CN"/>
        </w:rPr>
        <w:br/>
      </w:r>
      <w:r>
        <w:rPr>
          <w:lang w:eastAsia="zh-CN"/>
        </w:rPr>
        <w:t>　　1、认真学习了新课程标准的内容，严格执行素质教育新理念，并贯彻执行开学初制定的语文教学工作计划。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2、学习了语文教育教学新方法，新理念。在教育教学中做到了以学生为主，教师为辅观念的转变。</w:t>
      </w:r>
      <w:r>
        <w:rPr>
          <w:lang w:eastAsia="zh-CN"/>
        </w:rPr>
        <w:br/>
      </w:r>
      <w:r>
        <w:rPr>
          <w:lang w:eastAsia="zh-CN"/>
        </w:rPr>
        <w:t>　　3、加强学生的思想教育，转变学生的观念，在教育教学贯彻不热爱祖国、热爱家乡的思想教育，达到预期的教学效果。</w:t>
      </w:r>
      <w:r>
        <w:rPr>
          <w:lang w:eastAsia="zh-CN"/>
        </w:rPr>
        <w:br/>
      </w:r>
      <w:r>
        <w:rPr>
          <w:lang w:eastAsia="zh-CN"/>
        </w:rPr>
        <w:t>　　4、认真学习语文教师职责，认真备课，认真批改作业。学生的每次习作都写出符合自己实际的评议，做到学生自评、同学间互评、再到教师评。一期下来，同学们的作文进步很大。</w:t>
      </w:r>
      <w:r>
        <w:rPr>
          <w:lang w:eastAsia="zh-CN"/>
        </w:rPr>
        <w:br/>
      </w:r>
      <w:r>
        <w:rPr>
          <w:lang w:eastAsia="zh-CN"/>
        </w:rPr>
        <w:t>　　5、教学工作中做到从填鸭式教学向双边教学和启发式教学方法的转变。课堂上师生互动，学生积极大胆发言，不断提出新的问题，培养学生自主创新学习的新方法。</w:t>
      </w:r>
      <w:r>
        <w:rPr>
          <w:lang w:eastAsia="zh-CN"/>
        </w:rPr>
        <w:br/>
      </w:r>
      <w:r>
        <w:rPr>
          <w:lang w:eastAsia="zh-CN"/>
        </w:rPr>
        <w:t>　　(二)、培养班干部。</w:t>
      </w:r>
      <w:r>
        <w:rPr>
          <w:lang w:eastAsia="zh-CN"/>
        </w:rPr>
        <w:br/>
      </w:r>
      <w:r>
        <w:rPr>
          <w:lang w:eastAsia="zh-CN"/>
        </w:rPr>
        <w:t>　　班干部是班主任的得力助手，是同学们学习的榜样。因此，有必要选出得力的班干部。在这件事情上我首先考虑的是，班干部要服众，首先得有较好的自身条件，那就要求这些班干部要有管理能力和有责任心，于是在学生的推荐和我自己的权衡之下选出一群有能力的班干部。这些班干部不但有管理能力，而且自我约束能力也比较强，同学们也都服从他们管。一学期以来，事实表明，他们是个合格的班干部，管理同学比较尽心，同学们对他们的评价也很好。班级纪律和学习也有显著提高，这也是我这个做班主任的感到最欣慰的。</w:t>
      </w:r>
      <w:r>
        <w:rPr>
          <w:lang w:eastAsia="zh-CN"/>
        </w:rPr>
        <w:br/>
      </w:r>
      <w:r>
        <w:rPr>
          <w:lang w:eastAsia="zh-CN"/>
        </w:rPr>
        <w:t>　　(三)、加强思想教育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学生良好习惯的养成，是顺利开展班主任工作、形成良好班集体的基础。作为三年级的孩子自觉能力差，针对这点，我首先从他们自身的性格特点出发，加强对孩子们思想素质的教育，让学生明确自己除了学习以外要做的事情还很多，让他们懂得既要成材又要成人的重要。因此，在本学期的班主任工作开展过程中，我从学生的思想教育入手，重点培养学生各方面的良好习惯。</w:t>
      </w:r>
      <w:r>
        <w:rPr>
          <w:lang w:eastAsia="zh-CN"/>
        </w:rPr>
        <w:br/>
      </w:r>
      <w:r>
        <w:rPr>
          <w:lang w:eastAsia="zh-CN"/>
        </w:rPr>
        <w:t>　　1、树立榜样，在本期中，我将针对学生的学习能力较低这一实际情况，采取以阅读使其进步的方法，加强对学生的训练，使学生学习能力得到提高。</w:t>
      </w:r>
      <w:r>
        <w:rPr>
          <w:lang w:eastAsia="zh-CN"/>
        </w:rPr>
        <w:br/>
      </w:r>
      <w:r>
        <w:rPr>
          <w:lang w:eastAsia="zh-CN"/>
        </w:rPr>
        <w:t>　　2、加强了与学生的思想交流，激发了其上进心，进而取得了较好的教育教学效果，提高学生的学习成绩。</w:t>
      </w:r>
      <w:r>
        <w:rPr>
          <w:lang w:eastAsia="zh-CN"/>
        </w:rPr>
        <w:br/>
      </w:r>
      <w:r>
        <w:rPr>
          <w:lang w:eastAsia="zh-CN"/>
        </w:rPr>
        <w:t>　　3、实行了一对一的帮助措施，让学习较好的学生帮助学习较困难的学生，最终达到了共同进步的教育目的。</w:t>
      </w:r>
      <w:r>
        <w:rPr>
          <w:lang w:eastAsia="zh-CN"/>
        </w:rPr>
        <w:br/>
      </w:r>
      <w:r>
        <w:rPr>
          <w:lang w:eastAsia="zh-CN"/>
        </w:rPr>
        <w:t>　　4、采用了分层次管理的方法，把班上的学生根据不同的爱好和习惯，分成了不同的小组，重点分类辅导和发展其特长，做到了因材施教。</w:t>
      </w:r>
      <w:r>
        <w:rPr>
          <w:lang w:eastAsia="zh-CN"/>
        </w:rPr>
        <w:br/>
      </w:r>
      <w:r>
        <w:rPr>
          <w:lang w:eastAsia="zh-CN"/>
        </w:rPr>
        <w:t>　　(四)、积极开展丰富的文体活动</w:t>
      </w:r>
      <w:r>
        <w:rPr>
          <w:lang w:eastAsia="zh-CN"/>
        </w:rPr>
        <w:br/>
      </w:r>
      <w:r>
        <w:rPr>
          <w:lang w:eastAsia="zh-CN"/>
        </w:rPr>
        <w:t>　　1、通过学校开展的国旗下的讲话教育活动和本班开展的少先队活动，让同学们端正了思想，明白了少先队员是中国共产党的少年先锋队组织，是党的强大后备生力军。</w:t>
      </w:r>
      <w:r>
        <w:rPr>
          <w:lang w:eastAsia="zh-CN"/>
        </w:rPr>
        <w:br/>
      </w:r>
      <w:r>
        <w:rPr>
          <w:lang w:eastAsia="zh-CN"/>
        </w:rPr>
        <w:t>　　2、培养了他们的综合能力，培养爱国、爱党、爱集体的思想素质，处处树立先锋模范作用。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3、在开展少先队活动时，给同学讲解了少先队组织的优越性，特别是对于非少先队员，向他们宣传少先队组织的先进性，鼓励他们向少先队组织靠拢。</w:t>
      </w:r>
      <w:r>
        <w:rPr>
          <w:lang w:eastAsia="zh-CN"/>
        </w:rPr>
        <w:br/>
      </w:r>
      <w:r>
        <w:rPr>
          <w:lang w:eastAsia="zh-CN"/>
        </w:rPr>
        <w:t>　　4、本学期我班积极组织学生参加庆祝六&amp;一活动，丰富了学生的课余生活，增强的学生的参与意识，在活动中，学生敢于表现自己，积极投身于活动中，取得了较好的成绩。</w:t>
      </w:r>
      <w:r>
        <w:rPr>
          <w:lang w:eastAsia="zh-CN"/>
        </w:rPr>
        <w:br/>
      </w:r>
      <w:r>
        <w:rPr>
          <w:lang w:eastAsia="zh-CN"/>
        </w:rPr>
        <w:t>　　5、学生思想端正，品德较好，我班在学校每周组织评比的(课间操、眼保健操和卫生评比)班级中，多次获优秀班级称号，增强了学生荣誉感，提高了学生学习积极性。</w:t>
      </w:r>
      <w:r>
        <w:rPr>
          <w:lang w:eastAsia="zh-CN"/>
        </w:rPr>
        <w:br/>
      </w:r>
      <w:r>
        <w:rPr>
          <w:lang w:eastAsia="zh-CN"/>
        </w:rPr>
        <w:t>　　(五)、差生转化工作</w:t>
      </w:r>
      <w:r>
        <w:rPr>
          <w:lang w:eastAsia="zh-CN"/>
        </w:rPr>
        <w:br/>
      </w:r>
      <w:r>
        <w:rPr>
          <w:lang w:eastAsia="zh-CN"/>
        </w:rPr>
        <w:t>　　关心、鼓励差生，用好学生带动差生。本班优生少，学困生多，为了能更好地辅导学困生，我实行小老师责任制，组织一带一或一带多的学习小组，及时表扬平时有进步的学生，包括做好事、上课认真听讲、发言积极、书写工整正确等。让他们尝试表扬的滋味，感觉到同学们羡慕的眼光，以增强学习的自信心，正确地认识和评价自己。经常跟差生交流，让他不经意间说出自己的想法和做法，这时候就可以帮助他，形成一点点压力，好象老师在关注着他，他就会百倍的信心来完成自己的学习任务。</w:t>
      </w:r>
      <w:r>
        <w:rPr>
          <w:lang w:eastAsia="zh-CN"/>
        </w:rPr>
        <w:br/>
      </w:r>
      <w:r>
        <w:rPr>
          <w:lang w:eastAsia="zh-CN"/>
        </w:rPr>
        <w:t>　　(六)、做好家访工作。</w:t>
      </w:r>
      <w:r>
        <w:rPr>
          <w:lang w:eastAsia="zh-CN"/>
        </w:rPr>
        <w:br/>
      </w:r>
      <w:r>
        <w:rPr>
          <w:lang w:eastAsia="zh-CN"/>
        </w:rPr>
        <w:t>　　老师要教好学生，除了做好校内的教育、管理外，还要做好校外的工作，要与家长联系，取得家长协助，才能把学生教育好。平时我都注意做好这个工作，特别是那些顽皮、学习习惯不太好的同学，更要与家长共同管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三、存在的不足：</w:t>
      </w:r>
      <w:r>
        <w:rPr>
          <w:lang w:eastAsia="zh-CN"/>
        </w:rPr>
        <w:br/>
      </w:r>
      <w:r>
        <w:rPr>
          <w:lang w:eastAsia="zh-CN"/>
        </w:rPr>
        <w:t>　　我班的教育教学工作虽然取得了很好的成绩，但仍有很多不足之处需要改进，在工作中还有很多缺陷，本班将在以后的工作中，扬长避短，力争把工作做得更好。</w:t>
      </w:r>
      <w:r>
        <w:rPr>
          <w:lang w:eastAsia="zh-CN"/>
        </w:rPr>
        <w:br/>
      </w:r>
      <w:r>
        <w:rPr>
          <w:lang w:eastAsia="zh-CN"/>
        </w:rPr>
        <w:t xml:space="preserve">    2024年12月优秀班主任工作总结范文 篇11 </w:t>
      </w:r>
      <w:r>
        <w:rPr>
          <w:lang w:eastAsia="zh-CN"/>
        </w:rPr>
        <w:br/>
      </w:r>
      <w:r>
        <w:rPr>
          <w:lang w:eastAsia="zh-CN"/>
        </w:rPr>
        <w:t>　　刚踏上工作岗位并接任了二年三班的班主任工作，面临着学生向老师角色的转变，面对新的同事，新的学生，新的环境，我深感压力和责任之大。为了建立良好的班风，把学生培养成为全面发展的人特制定此计划来更好的完成班主任工作。</w:t>
      </w:r>
      <w:r>
        <w:rPr>
          <w:lang w:eastAsia="zh-CN"/>
        </w:rPr>
        <w:br/>
      </w:r>
      <w:r>
        <w:rPr>
          <w:lang w:eastAsia="zh-CN"/>
        </w:rPr>
        <w:t>　　一、指导思想</w:t>
      </w:r>
      <w:r>
        <w:rPr>
          <w:lang w:eastAsia="zh-CN"/>
        </w:rPr>
        <w:br/>
      </w:r>
      <w:r>
        <w:rPr>
          <w:lang w:eastAsia="zh-CN"/>
        </w:rPr>
        <w:t>　　德高为范。教师为人有其育人的特殊功效，古人云其身正，不令而行;其身不正，虽令不从教师要有这样做人的威望，人格的力量，令学生所敬佩。教师又要以自身最佳的思想境界、精神状态和行为表现，积极的影响和教育学生，使他们健康地成长，在学生面前树起一座做人的丰碑。</w:t>
      </w:r>
      <w:r>
        <w:rPr>
          <w:lang w:eastAsia="zh-CN"/>
        </w:rPr>
        <w:br/>
      </w:r>
      <w:r>
        <w:rPr>
          <w:lang w:eastAsia="zh-CN"/>
        </w:rPr>
        <w:t>　　二、班级概况</w:t>
      </w:r>
      <w:r>
        <w:rPr>
          <w:lang w:eastAsia="zh-CN"/>
        </w:rPr>
        <w:br/>
      </w:r>
      <w:r>
        <w:rPr>
          <w:lang w:eastAsia="zh-CN"/>
        </w:rPr>
        <w:t>　　本班学生由于年龄还小，思维能力和行为能力尚未完全成熟。在学习方面，不能做到自觉、自学，对学习的重要性缺乏认识，从而整个班级的学习成绩及学习氛围不够理想。个别成绩好的学生能主动求学好上进，可以成为全班的学习榜样。在其他方面基本上能做到遵守校纪校规，热爱劳动等。</w:t>
      </w:r>
      <w:r>
        <w:rPr>
          <w:lang w:eastAsia="zh-CN"/>
        </w:rPr>
        <w:br/>
      </w:r>
      <w:r>
        <w:rPr>
          <w:lang w:eastAsia="zh-CN"/>
        </w:rPr>
        <w:t>　　三、主要目标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1、织建立班集体，让学生有基本的集体荣誉感。</w:t>
      </w:r>
      <w:r>
        <w:rPr>
          <w:lang w:eastAsia="zh-CN"/>
        </w:rPr>
        <w:br/>
      </w:r>
      <w:r>
        <w:rPr>
          <w:lang w:eastAsia="zh-CN"/>
        </w:rPr>
        <w:t>　　这一阶段的主要标志是每个成员都能以班集体的奋斗目标为导向，向着自我实现的目标奋斗。引导学生正确地认识和处理个人与集体的关系，坚持集体利益高于个人利益的道德标准，自觉地为集体建设贡献自己的力量;要培养学生的自我组织、管理能力，用集体的纪律去约束自己，积极参加集体活动，与集体中的每一位成员平等交往、友好合作，在建设集体的过程中，不断完善自身，形成良好的个性品质。</w:t>
      </w:r>
      <w:r>
        <w:rPr>
          <w:lang w:eastAsia="zh-CN"/>
        </w:rPr>
        <w:br/>
      </w:r>
      <w:r>
        <w:rPr>
          <w:lang w:eastAsia="zh-CN"/>
        </w:rPr>
        <w:t>　　2、培养学生养成良好的学习习惯和学习态度。</w:t>
      </w:r>
      <w:r>
        <w:rPr>
          <w:lang w:eastAsia="zh-CN"/>
        </w:rPr>
        <w:br/>
      </w:r>
      <w:r>
        <w:rPr>
          <w:lang w:eastAsia="zh-CN"/>
        </w:rPr>
        <w:t>　　这学期要通过各种方式，端正学生的学习动机和态度，指导他们掌握科学的学习方法和良好的学习习惯。利用水果栏，心情树等内容抓好学习方法和学习习惯。关键要抓好班级的纪律，因为纪律是成绩的保证指导本班学生的课外阅读，组织学生多讲故事，多听故事，培养他们良好的文化底蕴。经常与各门学科的任课教师进行沟通，了解学情，做好协调工作。力争做好每位学生的思想工作，使他们提高认识，不断上进。成绩、表现好的学生要经常鼓励，既要肯定成绩，也要不断督促，使他们不断取得进步。积极参加学校组织的各项活动，使学生在活动中受到教育。</w:t>
      </w:r>
      <w:r>
        <w:rPr>
          <w:lang w:eastAsia="zh-CN"/>
        </w:rPr>
        <w:br/>
      </w:r>
      <w:r>
        <w:rPr>
          <w:lang w:eastAsia="zh-CN"/>
        </w:rPr>
        <w:t>　　四、具体工作措施</w:t>
      </w:r>
      <w:r>
        <w:rPr>
          <w:lang w:eastAsia="zh-CN"/>
        </w:rPr>
        <w:br/>
      </w:r>
      <w:r>
        <w:rPr>
          <w:lang w:eastAsia="zh-CN"/>
        </w:rPr>
        <w:t>　　1、文明行为教育：</w:t>
      </w:r>
      <w:r>
        <w:rPr>
          <w:lang w:eastAsia="zh-CN"/>
        </w:rPr>
        <w:br/>
      </w:r>
      <w:r>
        <w:rPr>
          <w:lang w:eastAsia="zh-CN"/>
        </w:rPr>
        <w:t>　　行动口号新学期,新挑战,三好我行动(即:好品德,好习惯,好孩子)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措施：</w:t>
      </w:r>
      <w:r>
        <w:rPr>
          <w:lang w:eastAsia="zh-CN"/>
        </w:rPr>
        <w:br/>
      </w:r>
      <w:r>
        <w:rPr>
          <w:lang w:eastAsia="zh-CN"/>
        </w:rPr>
        <w:t>　　(1)充分发挥学生的主体精神，结合学校实际，通过优化组建小队，讨论等多种活动形式，设立新一轮校级好习惯章。</w:t>
      </w:r>
      <w:r>
        <w:rPr>
          <w:lang w:eastAsia="zh-CN"/>
        </w:rPr>
        <w:br/>
      </w:r>
      <w:r>
        <w:rPr>
          <w:lang w:eastAsia="zh-CN"/>
        </w:rPr>
        <w:t>　　(2)切实抓好行为规范教育，有内容、有计划、有效果安排晨间早读，语文、成语积累、英、数交替进行，根据班级的特点，落实每周一次晨会，午会的行为规范训练，使行为规范经常化。</w:t>
      </w:r>
      <w:r>
        <w:rPr>
          <w:lang w:eastAsia="zh-CN"/>
        </w:rPr>
        <w:br/>
      </w:r>
      <w:r>
        <w:rPr>
          <w:lang w:eastAsia="zh-CN"/>
        </w:rPr>
        <w:t>　　(3)认真抓好二分钟预备铃，班干部轮流值日。</w:t>
      </w:r>
      <w:r>
        <w:rPr>
          <w:lang w:eastAsia="zh-CN"/>
        </w:rPr>
        <w:br/>
      </w:r>
      <w:r>
        <w:rPr>
          <w:lang w:eastAsia="zh-CN"/>
        </w:rPr>
        <w:t>　　(4)以学生发展为本，挖掘学生自我管理，自我教育意识，以班级日常行为规范为抓手，找出上课课间、保洁、作业等不足之处，进行自我、小队考核，争创星级文明班。</w:t>
      </w:r>
      <w:r>
        <w:rPr>
          <w:lang w:eastAsia="zh-CN"/>
        </w:rPr>
        <w:br/>
      </w:r>
      <w:r>
        <w:rPr>
          <w:lang w:eastAsia="zh-CN"/>
        </w:rPr>
        <w:t>　　礼貌教育</w:t>
      </w:r>
      <w:r>
        <w:rPr>
          <w:lang w:eastAsia="zh-CN"/>
        </w:rPr>
        <w:br/>
      </w:r>
      <w:r>
        <w:rPr>
          <w:lang w:eastAsia="zh-CN"/>
        </w:rPr>
        <w:t>　　A 见师长热情问好，上下楼梯学会礼让。</w:t>
      </w:r>
      <w:r>
        <w:rPr>
          <w:lang w:eastAsia="zh-CN"/>
        </w:rPr>
        <w:br/>
      </w:r>
      <w:r>
        <w:rPr>
          <w:lang w:eastAsia="zh-CN"/>
        </w:rPr>
        <w:t>　　B.学习待人接物的基本礼仪。</w:t>
      </w:r>
      <w:r>
        <w:rPr>
          <w:lang w:eastAsia="zh-CN"/>
        </w:rPr>
        <w:br/>
      </w:r>
      <w:r>
        <w:rPr>
          <w:lang w:eastAsia="zh-CN"/>
        </w:rPr>
        <w:t>　　C利用语文课学的道歉、解释、答谢等基本离异运用在生活中。</w:t>
      </w:r>
      <w:r>
        <w:rPr>
          <w:lang w:eastAsia="zh-CN"/>
        </w:rPr>
        <w:br/>
      </w:r>
      <w:r>
        <w:rPr>
          <w:lang w:eastAsia="zh-CN"/>
        </w:rPr>
        <w:t>　　D.在家尊敬长辈，不发脾气，校内家里一个样。</w:t>
      </w:r>
      <w:r>
        <w:rPr>
          <w:lang w:eastAsia="zh-CN"/>
        </w:rPr>
        <w:br/>
      </w:r>
      <w:r>
        <w:rPr>
          <w:lang w:eastAsia="zh-CN"/>
        </w:rPr>
        <w:t>　　2、少先队工作：</w:t>
      </w:r>
      <w:r>
        <w:rPr>
          <w:lang w:eastAsia="zh-CN"/>
        </w:rPr>
        <w:br/>
      </w:r>
      <w:r>
        <w:rPr>
          <w:lang w:eastAsia="zh-CN"/>
        </w:rPr>
        <w:t>　　少先队工作围绕行为规范教育和行动口号，有效开展新学期，新挑战， 三好我行动系列活动使学生真正成为各项教育活动的主人。</w:t>
      </w:r>
      <w:r>
        <w:rPr>
          <w:lang w:eastAsia="zh-CN"/>
        </w:rPr>
        <w:br/>
      </w:r>
      <w:r>
        <w:rPr>
          <w:lang w:eastAsia="zh-CN"/>
        </w:rPr>
        <w:t>　　3、家长联谊会</w:t>
      </w:r>
      <w:r>
        <w:rPr>
          <w:lang w:eastAsia="zh-CN"/>
        </w:rPr>
        <w:br/>
      </w:r>
      <w:r>
        <w:rPr>
          <w:lang w:eastAsia="zh-CN"/>
        </w:rPr>
        <w:t>　　1) 继续探索学习型家庭的研究，定期开好家长联谊会，进行家庭教育的经验交流和辅导，努力使其成为教育教学的有益补充和好助手。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 利用家长力量和社会力量，拓展教育阵地。</w:t>
      </w:r>
      <w:r>
        <w:rPr>
          <w:lang w:eastAsia="zh-CN"/>
        </w:rPr>
        <w:br/>
      </w:r>
      <w:r>
        <w:rPr>
          <w:lang w:eastAsia="zh-CN"/>
        </w:rPr>
        <w:t>　　3) 引导家长多关心子女的学习和心理健康，及时反馈学生学习习惯，以求双向了解。</w:t>
      </w:r>
      <w:r>
        <w:rPr>
          <w:lang w:eastAsia="zh-CN"/>
        </w:rPr>
        <w:br/>
      </w:r>
      <w:r>
        <w:rPr>
          <w:lang w:eastAsia="zh-CN"/>
        </w:rPr>
        <w:t>　　4) 充分发挥家长联谊会的作用，让他们为学校工作献计献策，形成合力促进内化。</w:t>
      </w:r>
      <w:r>
        <w:rPr>
          <w:lang w:eastAsia="zh-CN"/>
        </w:rPr>
        <w:br/>
      </w:r>
      <w:r>
        <w:rPr>
          <w:lang w:eastAsia="zh-CN"/>
        </w:rPr>
        <w:t>　　4、 体育卫生工作</w:t>
      </w:r>
      <w:r>
        <w:rPr>
          <w:lang w:eastAsia="zh-CN"/>
        </w:rPr>
        <w:br/>
      </w:r>
      <w:r>
        <w:rPr>
          <w:lang w:eastAsia="zh-CN"/>
        </w:rPr>
        <w:t>　　1) 注意做好防近工作，认真做好眼保健操，使本学期近视新发病率控制在零，并通过家校联系取得家长配合，使每位近视学生制定落实防近措施。</w:t>
      </w:r>
      <w:r>
        <w:rPr>
          <w:lang w:eastAsia="zh-CN"/>
        </w:rPr>
        <w:br/>
      </w:r>
      <w:r>
        <w:rPr>
          <w:lang w:eastAsia="zh-CN"/>
        </w:rPr>
        <w:t>　　2) 认真参加早锻炼，提高班级的体育达标优秀率。</w:t>
      </w:r>
      <w:r>
        <w:rPr>
          <w:lang w:eastAsia="zh-CN"/>
        </w:rPr>
        <w:br/>
      </w:r>
      <w:r>
        <w:rPr>
          <w:lang w:eastAsia="zh-CN"/>
        </w:rPr>
        <w:t xml:space="preserve">    2024年12月优秀班主任工作总结范文 篇12 </w:t>
      </w:r>
      <w:r>
        <w:rPr>
          <w:lang w:eastAsia="zh-CN"/>
        </w:rPr>
        <w:br/>
      </w:r>
      <w:r>
        <w:rPr>
          <w:lang w:eastAsia="zh-CN"/>
        </w:rPr>
        <w:t>　　开始三年没有做班主任。那年高考之后，我和范枫两个人充满热情地向学校提出申请，要求在07年的新高一担任班主任。8月学校的安排出来，我们都如愿地成为了班主任，虽然当时我们带的是__年新高一中分班成绩平均分最低的两个班级，但是我们依然是斗志昂扬。接手新的班级之前去书店买了好几本有关班主任工作的书，为即将开始的班主任工作作准备；记得新生军训前当时的宋校长还正儿八经地把我们两个找去校长室谈话，给我们鼓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20__学年的116班，20__学年的206班，20__学年的316班（、__学年还是一个班级，只是改了班号），20__学年的101班，20__学年的201班。五年下来，从一开始的满腔热情，到现在的渐渐沉稳；从一开始的埋头苦干，到现在的探索巧干。班主任工作是繁琐的，它不是要制造一个个标准的产品，二是要努力根据学生自身的特点帮助学生更好地成长。五年的班主任工作，我哭过，也笑过，我愤怒过，也感动过，我释然过，也多次失眠过……总之，我学到了很多，也更加清楚地看到了自己工作中存在的不足，更加清醒地认识到了我仍然需要努力地实践和学习。</w:t>
      </w:r>
      <w:r>
        <w:rPr>
          <w:lang w:eastAsia="zh-CN"/>
        </w:rPr>
        <w:br/>
      </w:r>
      <w:r>
        <w:rPr>
          <w:lang w:eastAsia="zh-CN"/>
        </w:rPr>
        <w:t>　　今天抽点时间，先对自己这五年的班主任工作作一个简单的总结吧。</w:t>
      </w:r>
      <w:r>
        <w:rPr>
          <w:lang w:eastAsia="zh-CN"/>
        </w:rPr>
        <w:br/>
      </w:r>
      <w:r>
        <w:rPr>
          <w:lang w:eastAsia="zh-CN"/>
        </w:rPr>
        <w:t>　　一、有待改进之处</w:t>
      </w:r>
      <w:r>
        <w:rPr>
          <w:lang w:eastAsia="zh-CN"/>
        </w:rPr>
        <w:br/>
      </w:r>
      <w:r>
        <w:rPr>
          <w:lang w:eastAsia="zh-CN"/>
        </w:rPr>
        <w:t>　　班主任工作是一门很深的艺术，五年的工作主要是让我从当年的满怀理想走向了面对现实，让我发现了自己班主任工作中存在的问题，找到了自己努力的方向，成熟的经验少之又少，更多的是失败的教训。对于五年班主任工作中有待改进之处，简而言之，就是：苦干有余，巧干不足。具体有很多，讲一下最主要的几个方面吧。</w:t>
      </w:r>
      <w:r>
        <w:rPr>
          <w:lang w:eastAsia="zh-CN"/>
        </w:rPr>
        <w:br/>
      </w:r>
      <w:r>
        <w:rPr>
          <w:lang w:eastAsia="zh-CN"/>
        </w:rPr>
        <w:t>　　1、心太软，有时很受伤。</w:t>
      </w:r>
      <w:r>
        <w:rPr>
          <w:lang w:eastAsia="zh-CN"/>
        </w:rPr>
        <w:br/>
      </w:r>
      <w:r>
        <w:rPr>
          <w:lang w:eastAsia="zh-CN"/>
        </w:rPr>
        <w:t>　　有时候总是过分体谅学生，太容易原谅学生，失去了原则，失去了对学生应有的惩罚，过分的宽容并没有真正帮助学生，反而不利于学生，过分宽容成了纵容，有时反而使学生一错再错，使自己很受伤。</w:t>
      </w:r>
      <w:r>
        <w:rPr>
          <w:lang w:eastAsia="zh-CN"/>
        </w:rPr>
        <w:br/>
      </w:r>
      <w:r>
        <w:rPr>
          <w:lang w:eastAsia="zh-CN"/>
        </w:rPr>
        <w:t>　　2、放心不下</w:t>
      </w:r>
      <w:r>
        <w:rPr>
          <w:lang w:eastAsia="zh-CN"/>
        </w:rPr>
        <w:br/>
      </w:r>
    </w:p>
    <w:p w:rsidR="001B1F19" w14:textId="27C3F48A">
      <w:pPr>
        <w:rPr>
          <w:rFonts w:hint="eastAsia"/>
          <w:lang w:eastAsia="zh-CN"/>
        </w:rPr>
      </w:pPr>
      <w:r>
        <w:rPr>
          <w:lang w:eastAsia="zh-CN"/>
        </w:rPr>
        <w:t>　　最有水平的班主任其实不是自己去管理和处理班级的具体事务的，而是培养一支有能力的班干部队伍，引导学生制定良好的班级制度。而做班主任的前四年，我总是对班级事务放心不下，对班干部的工作放心不下，事事过问，事无巨细，事必躬亲，这样即不利于班级制度的良好运行，也不利于班干部工作能力的提高。说起来是好听的，是认真的表现，但实际上这是一种最低水平的管理第五年接手的201班，我真正开始探索班级的自主管理质量，取得了一些成效，但仍在起点上。其中对于班级干部的培养方面做得还远远不够。</w:t>
      </w:r>
      <w:r>
        <w:rPr>
          <w:lang w:eastAsia="zh-CN"/>
        </w:rPr>
        <w:br/>
      </w:r>
      <w:r>
        <w:rPr>
          <w:lang w:eastAsia="zh-CN"/>
        </w:rPr>
        <w:t>　　3、学习和反思不够</w:t>
      </w:r>
      <w:r>
        <w:rPr>
          <w:lang w:eastAsia="zh-CN"/>
        </w:rPr>
        <w:br/>
      </w:r>
      <w:r>
        <w:rPr>
          <w:lang w:eastAsia="zh-CN"/>
        </w:rPr>
        <w:t>　　__年刚担任班主任的时候，每天都写一篇班主任工作的日志，记录下当天工作的情况与反思，那时也买了一些班主任工作方面的书来看。但是后来，日志写了渐渐少了，慢慢的变成了几天一篇，直至后来的很少写了；书看的也少了。缺少了学习，进步得也就慢了。</w:t>
      </w:r>
      <w:r>
        <w:rPr>
          <w:lang w:eastAsia="zh-CN"/>
        </w:rPr>
        <w:br/>
      </w:r>
      <w:r>
        <w:rPr>
          <w:lang w:eastAsia="zh-CN"/>
        </w:rPr>
        <w:t>　　4、对学生的能力培养还远远不够</w:t>
      </w:r>
      <w:r>
        <w:rPr>
          <w:lang w:eastAsia="zh-CN"/>
        </w:rPr>
        <w:br/>
      </w:r>
      <w:r>
        <w:rPr>
          <w:lang w:eastAsia="zh-CN"/>
        </w:rPr>
        <w:t>　　其实除了文化课的学习之外，很多学生都有自己的兴趣爱好和特长，班主任应该尽量创造条件让他们好好培养自身的兴趣和特长，一次来增强他们对自己的信心和对生活的热情。我曾经尝试过去建立一些途径让学生有这方面的发展，但是都没有成功，主要的原因还是因为我在这方面花的精力太少了吧。</w:t>
      </w:r>
      <w:r>
        <w:rPr>
          <w:lang w:eastAsia="zh-CN"/>
        </w:rPr>
        <w:br/>
      </w:r>
      <w:r>
        <w:rPr>
          <w:lang w:eastAsia="zh-CN"/>
        </w:rPr>
        <w:t>　　二、自己比较满意的地方</w:t>
      </w:r>
      <w:r>
        <w:rPr>
          <w:lang w:eastAsia="zh-CN"/>
        </w:rPr>
        <w:br/>
      </w:r>
      <w:r>
        <w:rPr>
          <w:lang w:eastAsia="zh-CN"/>
        </w:rPr>
        <w:t>　　1、学生的认同。</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https://d.book118.com/508020056036006042</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8020056036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