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活动免责协议书范文</w:t>
      </w:r>
    </w:p>
    <w:p>
      <w:pPr>
        <w:spacing w:before="100" w:after="200" w:line="360" w:lineRule="auto"/>
        <w:ind w:firstLine="576"/>
        <w:jc w:val="left"/>
      </w:pPr>
      <w:r>
        <w:rPr>
          <w:rFonts w:ascii="宋体" w:eastAsia="宋体" w:hAnsi="宋体"/>
          <w:sz w:val="28"/>
        </w:rPr>
        <w:t>加强同学友谊是聚会活动的主要目的，并且还是要在确保所有同学自身安全的前提下发起和举办的活动才具有更大的意义和价值，因此本次活动特制定活动免责协议。</w:t>
      </w:r>
    </w:p>
    <w:p>
      <w:pPr>
        <w:spacing w:before="100" w:after="200" w:line="360" w:lineRule="auto"/>
        <w:ind w:firstLine="576"/>
        <w:jc w:val="left"/>
      </w:pPr>
      <w:r>
        <w:rPr>
          <w:rFonts w:ascii="宋体" w:eastAsia="宋体" w:hAnsi="宋体"/>
          <w:sz w:val="28"/>
        </w:rPr>
        <w:t>1、该协议的目的是为了各聚会成员明确知晓聚会活动所存在的风险，提高参加人员的抗风险和自律能力，免除活动的筹备人员和同行成员在活动中出现的相关赔偿及法律连带等责任，让聚会活动更加安全、健康、快乐。</w:t>
      </w:r>
    </w:p>
    <w:p>
      <w:pPr>
        <w:spacing w:before="100" w:after="200" w:line="360" w:lineRule="auto"/>
        <w:ind w:firstLine="576"/>
        <w:jc w:val="left"/>
      </w:pPr>
      <w:r>
        <w:rPr>
          <w:rFonts w:ascii="宋体" w:eastAsia="宋体" w:hAnsi="宋体"/>
          <w:sz w:val="28"/>
        </w:rPr>
        <w:t>2、活动中，对于违犯国家相关法规、恶意侵犯他人或其它涉及犯罪行为的事件，则不在此协议范围内，必须由个人承担相应的法律责任。</w:t>
      </w:r>
    </w:p>
    <w:p>
      <w:pPr>
        <w:spacing w:before="100" w:after="200" w:line="360" w:lineRule="auto"/>
        <w:ind w:firstLine="576"/>
        <w:jc w:val="left"/>
      </w:pPr>
      <w:r>
        <w:rPr>
          <w:rFonts w:ascii="宋体" w:eastAsia="宋体" w:hAnsi="宋体"/>
          <w:sz w:val="28"/>
        </w:rPr>
        <w:t>3、凡报名参加活动的人员，均视为具有完全民事行为能力的人，均视为你已经仔细阅读和完全理解并同意接受以下《免责协议书》的全部条款，并要在参加本次活动前(集合时)承诺：“本人已经仔细阅读和完全理解并同意接受《活动免责协议书》的全部条款”，方可参加本次活动。</w:t>
      </w:r>
    </w:p>
    <w:p>
      <w:pPr>
        <w:spacing w:before="100" w:after="200" w:line="360" w:lineRule="auto"/>
        <w:ind w:firstLine="576"/>
        <w:jc w:val="left"/>
      </w:pPr>
      <w:r>
        <w:rPr>
          <w:rFonts w:ascii="宋体" w:eastAsia="宋体" w:hAnsi="宋体"/>
          <w:sz w:val="28"/>
        </w:rPr>
        <w:t>4、此协议为相关责任的豁免，权利的放弃，风险的承担和免赔的协议。你如果承诺：“本人已经仔细阅读和完全理解并同意接受《活动免责协议书》的全部条款”，你就已经完全知晓、理解和同意接受《活动免责协议书》全部条款，你就放弃了向活动协助者和其他参加成员提起诉讼的权利;永远免除此次活动的筹备人员和同行成员的赔偿及法律连带责任。</w:t>
      </w:r>
    </w:p>
    <w:p>
      <w:pPr>
        <w:spacing w:before="100" w:after="200" w:line="360" w:lineRule="auto"/>
        <w:jc w:val="left"/>
      </w:pPr>
      <w:r>
        <w:rPr>
          <w:rFonts w:ascii="宋体 (中文正文)" w:eastAsia="宋体" w:hAnsi="宋体 (中文正文)"/>
          <w:sz w:val="28"/>
        </w:rPr>
        <w:t>一、风险的承担：</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我参加此次活动是在完全自愿的基础上，依签署此有关豁免、权利放弃和风险自担的协议为前提要件的。我知晓他们并不能对我安全负责。</w:t>
      </w:r>
    </w:p>
    <w:p>
      <w:pPr>
        <w:spacing w:before="100" w:after="200" w:line="360" w:lineRule="auto"/>
        <w:jc w:val="left"/>
      </w:pPr>
      <w:r>
        <w:rPr>
          <w:rFonts w:ascii="宋体 (中文正文)" w:eastAsia="宋体" w:hAnsi="宋体 (中文正文)"/>
          <w:b/>
          <w:sz w:val="28"/>
        </w:rPr>
        <w:t>二、关于豁免责任，放弃权利和赔偿的协议内容：</w:t>
      </w:r>
    </w:p>
    <w:p>
      <w:pPr>
        <w:spacing w:before="100" w:after="200" w:line="360" w:lineRule="auto"/>
        <w:ind w:firstLine="576"/>
        <w:jc w:val="left"/>
      </w:pPr>
      <w:r>
        <w:rPr>
          <w:rFonts w:ascii="宋体" w:eastAsia="宋体" w:hAnsi="宋体"/>
          <w:sz w:val="28"/>
        </w:rPr>
        <w:t>1、本次活动仅限共同爱好者自愿参加、共同参与、风险自担、责任自负;全程遵循"自助，互助，AA，环保"的原则;协助者和其它参加活动人员一样，同样也是自愿参与者，对其他参加者没有绝对的管理和支配权力;对于活动中突发的一切足以影响到大家切身安全和利益的不可抗因素等重大事项尚需参加者共同商定;本次聚会活动为大家自发参与，活动中协助者仅有义务对全队活动进行组织协调，参加者也有义务服从活动的整体安排。</w:t>
      </w:r>
    </w:p>
    <w:p>
      <w:pPr>
        <w:spacing w:before="100" w:after="200" w:line="360" w:lineRule="auto"/>
        <w:ind w:firstLine="576"/>
        <w:jc w:val="left"/>
      </w:pPr>
      <w:r>
        <w:rPr>
          <w:rFonts w:ascii="宋体" w:eastAsia="宋体" w:hAnsi="宋体"/>
          <w:sz w:val="28"/>
        </w:rPr>
        <w:t>2、凡报名参加本次活动的人员均视为你已经仔细阅读、完全理解责任豁免、权利的放弃、风险的承担和赔偿的协议的全部条款内容!如果因为在参加本活动中受到伤害，我同意自行承担和接受任何和所有伤害的风险，同时我永远免除此次活动协助者和同行成员的赔偿及法律连带责任。</w:t>
      </w:r>
    </w:p>
    <w:p>
      <w:pPr>
        <w:spacing w:before="100" w:after="200" w:line="360" w:lineRule="auto"/>
        <w:ind w:firstLine="576"/>
        <w:jc w:val="left"/>
      </w:pPr>
      <w:r>
        <w:rPr>
          <w:rFonts w:ascii="宋体" w:eastAsia="宋体" w:hAnsi="宋体"/>
          <w:sz w:val="28"/>
        </w:rPr>
        <w:t>是报名参加者均视为已经阅读、理解，并完全接受该协议条款;该协议自集合报到后开始生效，至活动结束时终止。</w:t>
      </w:r>
    </w:p>
    <w:p>
      <w:pPr>
        <w:spacing w:before="100" w:after="200" w:line="360" w:lineRule="auto"/>
        <w:ind w:firstLine="576"/>
        <w:jc w:val="left"/>
      </w:pPr>
      <w:r>
        <w:rPr>
          <w:rFonts w:ascii="宋体" w:eastAsia="宋体" w:hAnsi="宋体"/>
          <w:sz w:val="28"/>
        </w:rPr>
        <w:t>甲方</w:t>
      </w:r>
    </w:p>
    <w:p>
      <w:pPr>
        <w:spacing w:before="100" w:after="200" w:line="360" w:lineRule="auto"/>
        <w:jc w:val="left"/>
      </w:pPr>
      <w:r>
        <w:rPr>
          <w:rFonts w:ascii="宋体 (中文正文)" w:eastAsia="宋体" w:hAnsi="宋体 (中文正文)"/>
          <w:sz w:val="28"/>
        </w:rPr>
        <w:t>乙方：</w:t>
      </w:r>
    </w:p>
    <w:p>
      <w:pPr>
        <w:spacing w:before="100" w:after="200" w:line="360" w:lineRule="auto"/>
        <w:ind w:firstLine="576"/>
        <w:jc w:val="left"/>
      </w:pPr>
      <w:r>
        <w:rPr>
          <w:rFonts w:ascii="宋体" w:eastAsia="宋体" w:hAnsi="宋体"/>
          <w:sz w:val="28"/>
        </w:rPr>
        <w:t>（商场组织顾客出游的团体名称）（以下简称乙方）</w:t>
      </w:r>
    </w:p>
    <w:p>
      <w:pPr>
        <w:spacing w:before="100" w:after="200" w:line="360" w:lineRule="auto"/>
        <w:ind w:firstLine="576"/>
        <w:jc w:val="left"/>
      </w:pPr>
      <w:r>
        <w:rPr>
          <w:rFonts w:ascii="宋体" w:eastAsia="宋体" w:hAnsi="宋体"/>
          <w:sz w:val="28"/>
        </w:rPr>
        <w:t>一、此次活动由商场组织顾客出游，成年人均采取自费制度，即出游个人产生的相关费用由其个人承担（儿童免费）。</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二、黄山一日游活动为非盈利性质活动，并有一定潜在的危险性，如出现意外事件、意外事故等，责任均由顾客本人承担。</w:t>
      </w:r>
    </w:p>
    <w:p>
      <w:pPr>
        <w:spacing w:before="100" w:after="200" w:line="360" w:lineRule="auto"/>
        <w:jc w:val="left"/>
      </w:pPr>
      <w:r>
        <w:rPr>
          <w:rFonts w:ascii="宋体 (中文正文)" w:eastAsia="宋体" w:hAnsi="宋体 (中文正文)"/>
          <w:b/>
          <w:sz w:val="28"/>
        </w:rPr>
        <w:t>三、黄山一日游活动是个人自愿参加的活动，建议顾客自行购买出游人身意外保险。钓</w:t>
      </w:r>
    </w:p>
    <w:p>
      <w:pPr>
        <w:spacing w:before="100" w:after="200" w:line="360" w:lineRule="auto"/>
        <w:ind w:firstLine="576"/>
        <w:jc w:val="left"/>
      </w:pPr>
      <w:r>
        <w:rPr>
          <w:rFonts w:ascii="宋体" w:eastAsia="宋体" w:hAnsi="宋体"/>
          <w:sz w:val="28"/>
        </w:rPr>
        <w:t>五、如活动前、中、后发生个人物品的坏损或丢失、与他人冲突、急性疾病、意外事故等，甲方及组织者亦不承担因意外伤亡或个人的经济损失而产生的任何法律责任和相关的费用。</w:t>
      </w:r>
    </w:p>
    <w:p>
      <w:pPr>
        <w:spacing w:before="100" w:after="200" w:line="360" w:lineRule="auto"/>
        <w:ind w:firstLine="576"/>
        <w:jc w:val="left"/>
      </w:pPr>
      <w:r>
        <w:rPr>
          <w:rFonts w:ascii="宋体" w:eastAsia="宋体" w:hAnsi="宋体"/>
          <w:sz w:val="28"/>
        </w:rPr>
        <w:t>六、参加活动的顾客如有特殊情况需要中途离开务必通知组织者，声明自愿离开，离队后的安全、经济及一切连带责任自负。</w:t>
      </w:r>
    </w:p>
    <w:p>
      <w:pPr>
        <w:spacing w:before="100" w:after="200" w:line="360" w:lineRule="auto"/>
        <w:ind w:firstLine="576"/>
        <w:jc w:val="left"/>
      </w:pPr>
      <w:r>
        <w:rPr>
          <w:rFonts w:ascii="宋体" w:eastAsia="宋体" w:hAnsi="宋体"/>
          <w:sz w:val="28"/>
        </w:rPr>
        <w:t>七、凡是共同出行的顾客必须签署《黄山一日游出游活动安全免责协议书》，如不能接受，后果自负。</w:t>
      </w:r>
    </w:p>
    <w:p>
      <w:pPr>
        <w:spacing w:before="100" w:after="200" w:line="360" w:lineRule="auto"/>
        <w:jc w:val="left"/>
      </w:pPr>
      <w:r>
        <w:rPr>
          <w:rFonts w:ascii="宋体 (中文正文)" w:eastAsia="宋体" w:hAnsi="宋体 (中文正文)"/>
          <w:b/>
          <w:sz w:val="28"/>
        </w:rPr>
        <w:t>八、该协议生效日期为双方签字日期，协议一经签署立即生效直至本次活动结束。</w:t>
      </w:r>
    </w:p>
    <w:p>
      <w:pPr>
        <w:spacing w:before="100" w:after="200" w:line="360" w:lineRule="auto"/>
        <w:jc w:val="left"/>
      </w:pPr>
      <w:r>
        <w:rPr>
          <w:rFonts w:ascii="宋体 (中文正文)" w:eastAsia="宋体" w:hAnsi="宋体 (中文正文)"/>
          <w:sz w:val="28"/>
        </w:rPr>
        <w:t>甲方（签字）：</w:t>
      </w:r>
    </w:p>
    <w:p>
      <w:pPr>
        <w:spacing w:before="100" w:after="200" w:line="360" w:lineRule="auto"/>
        <w:ind w:firstLine="576"/>
        <w:jc w:val="left"/>
      </w:pPr>
      <w:r>
        <w:rPr>
          <w:rFonts w:ascii="宋体" w:eastAsia="宋体" w:hAnsi="宋体"/>
          <w:sz w:val="28"/>
        </w:rPr>
        <w:t>旅行社</w:t>
      </w:r>
    </w:p>
    <w:p>
      <w:pPr>
        <w:spacing w:before="100" w:after="200" w:line="360" w:lineRule="auto"/>
        <w:jc w:val="left"/>
      </w:pPr>
      <w:r>
        <w:rPr>
          <w:rFonts w:ascii="宋体 (中文正文)" w:eastAsia="宋体" w:hAnsi="宋体 (中文正文)"/>
          <w:sz w:val="28"/>
        </w:rPr>
        <w:t>乙方（签字）：</w:t>
      </w:r>
    </w:p>
    <w:p>
      <w:pPr>
        <w:spacing w:before="100" w:after="200" w:line="360" w:lineRule="auto"/>
        <w:ind w:firstLine="576"/>
        <w:jc w:val="left"/>
      </w:pPr>
      <w:r>
        <w:rPr>
          <w:rFonts w:ascii="宋体" w:eastAsia="宋体" w:hAnsi="宋体"/>
          <w:sz w:val="28"/>
        </w:rPr>
        <w:t>（商场组织顾客出游的团体名称）</w:t>
      </w:r>
    </w:p>
    <w:p>
      <w:pPr>
        <w:spacing w:before="100" w:after="200" w:line="360" w:lineRule="auto"/>
        <w:ind w:firstLine="576"/>
        <w:jc w:val="left"/>
      </w:pPr>
      <w:r>
        <w:rPr>
          <w:rFonts w:ascii="宋体" w:eastAsia="宋体" w:hAnsi="宋体"/>
          <w:sz w:val="28"/>
        </w:rPr>
        <w:t>一、倡导自助户外活动和健康向上的生活方式，贴近自然，感受社会，交友联谊，热心参与公益活动，在活动中学习各种知识和技术，培养团队精神，共同提高个人素质。</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二、车友会的各项活动，由车友会成员自由、自愿参与进行，发起者将尽力协助所有参与者活动的顺利完成，但不对活动参与者人身及财产安全负责，活动的参与人应了解全部活动中可能的风险，这些风险需要参与者自行承担、责任自负。</w:t>
      </w:r>
    </w:p>
    <w:p>
      <w:pPr>
        <w:spacing w:before="100" w:after="200" w:line="360" w:lineRule="auto"/>
        <w:ind w:firstLine="576"/>
        <w:jc w:val="left"/>
      </w:pPr>
      <w:r>
        <w:rPr>
          <w:rFonts w:ascii="宋体" w:eastAsia="宋体" w:hAnsi="宋体"/>
          <w:sz w:val="28"/>
        </w:rPr>
        <w:t>三、车友会发起的活动的性质是自由结合、自愿参加、风险自担、责任自负，发起人仅起到倡议作用。发起人或组织方不承担任何形式的法律及连带责任。</w:t>
      </w:r>
    </w:p>
    <w:p>
      <w:pPr>
        <w:spacing w:before="100" w:after="200" w:line="360" w:lineRule="auto"/>
        <w:ind w:firstLine="576"/>
        <w:jc w:val="left"/>
      </w:pPr>
      <w:r>
        <w:rPr>
          <w:rFonts w:ascii="宋体" w:eastAsia="宋体" w:hAnsi="宋体"/>
          <w:sz w:val="28"/>
        </w:rPr>
        <w:t>四、活动应遵守国家相关法律、法规，符合积极向上的社会道德风尚。一切因参加活动者直接或间接引起的法律责任由参加活动者自行独自承担。</w:t>
      </w:r>
    </w:p>
    <w:p>
      <w:pPr>
        <w:spacing w:before="100" w:after="200" w:line="360" w:lineRule="auto"/>
        <w:ind w:firstLine="576"/>
        <w:jc w:val="left"/>
      </w:pPr>
      <w:r>
        <w:rPr>
          <w:rFonts w:ascii="宋体" w:eastAsia="宋体" w:hAnsi="宋体"/>
          <w:sz w:val="28"/>
        </w:rPr>
        <w:t>五、活动中自备的车辆设备以及有关装备属于参加者自己所有，所产生的一切风险及责任也由自己承担。</w:t>
      </w:r>
    </w:p>
    <w:p>
      <w:pPr>
        <w:spacing w:before="100" w:after="200" w:line="360" w:lineRule="auto"/>
        <w:ind w:firstLine="576"/>
        <w:jc w:val="left"/>
      </w:pPr>
      <w:r>
        <w:rPr>
          <w:rFonts w:ascii="宋体" w:eastAsia="宋体" w:hAnsi="宋体"/>
          <w:sz w:val="28"/>
        </w:rPr>
        <w:t>六、因为车辆驾驶和户外活动具有相当程度的危险性，在参加时请注意安全，并对由此产生的后果、责任和义务充分考虑。参与者的安全责任由参与者个人自负，自驾游活动发起人强烈建议您参加相关保险。活动发起人发布的活动计划和召集，属个人倡议行为，活动的发起人、其他参与人不承担参与人个人安全问题的连带责任。</w:t>
      </w:r>
    </w:p>
    <w:p>
      <w:pPr>
        <w:spacing w:before="100" w:after="200" w:line="360" w:lineRule="auto"/>
        <w:ind w:firstLine="576"/>
        <w:jc w:val="left"/>
      </w:pPr>
      <w:r>
        <w:rPr>
          <w:rFonts w:ascii="宋体" w:eastAsia="宋体" w:hAnsi="宋体"/>
          <w:sz w:val="28"/>
        </w:rPr>
        <w:t>七、有车辆参与的各种活动中，搭乘人不论是免费搭乘，还是分摊费用搭乘，发生意外事故时，搭车人除了从车辆保险或事故对方得到的相关赔偿外不得向车主索赔，车主不承担因事故造成搭车人人身财产损失的赔偿连带责任。同样，搭车人也不承担车主的车辆损失。如果车主把车辆交给搭乘人驾驶时发生的事故，由驾驶员和车主共同协商，因此，车主请谨慎选择驾驶员。</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八、活动的参与者应发扬团结互助的团队精神，在力所能及的范围内尽量给予他人便利和帮助。但任何便利和帮助的给予并不构成法律上的义务，更不构成对其他参与者的损失或责任法律上分担的根据。</w:t>
      </w:r>
    </w:p>
    <w:p>
      <w:pPr>
        <w:spacing w:before="100" w:after="200" w:line="360" w:lineRule="auto"/>
        <w:jc w:val="left"/>
      </w:pPr>
      <w:r>
        <w:rPr>
          <w:rFonts w:ascii="宋体 (中文正文)" w:eastAsia="宋体" w:hAnsi="宋体 (中文正文)"/>
          <w:b/>
          <w:sz w:val="28"/>
        </w:rPr>
        <w:t>九、申请人签字后即表示申请人已经完全阅读完毕并完全无条件同意本协议。</w:t>
      </w:r>
    </w:p>
    <w:p>
      <w:pPr>
        <w:spacing w:before="100" w:after="200" w:line="360" w:lineRule="auto"/>
        <w:ind w:firstLine="576"/>
        <w:jc w:val="left"/>
      </w:pPr>
      <w:r>
        <w:rPr>
          <w:rFonts w:ascii="宋体" w:eastAsia="宋体" w:hAnsi="宋体"/>
          <w:sz w:val="28"/>
        </w:rPr>
        <w:t>甲方：______</w:t>
      </w:r>
    </w:p>
    <w:p>
      <w:pPr>
        <w:spacing w:before="100" w:after="200" w:line="360" w:lineRule="auto"/>
        <w:ind w:firstLine="576"/>
        <w:jc w:val="left"/>
      </w:pPr>
      <w:r>
        <w:rPr>
          <w:rFonts w:ascii="宋体" w:eastAsia="宋体" w:hAnsi="宋体"/>
          <w:sz w:val="28"/>
        </w:rPr>
        <w:t>乙方：组织管理者______</w:t>
      </w:r>
    </w:p>
    <w:p>
      <w:pPr>
        <w:spacing w:before="100" w:after="200" w:line="360" w:lineRule="auto"/>
        <w:ind w:firstLine="576"/>
        <w:jc w:val="left"/>
      </w:pPr>
      <w:r>
        <w:rPr>
          <w:rFonts w:ascii="宋体" w:eastAsia="宋体" w:hAnsi="宋体"/>
          <w:sz w:val="28"/>
        </w:rPr>
        <w:t>本次同学会为自愿参加，为明确参加者的义务及责任，凡参加同学会的同学，请详细阅读以下条款后，与本次户外出游组织者签定协议备案，同学会活动中自行生效。</w:t>
      </w:r>
    </w:p>
    <w:p>
      <w:pPr>
        <w:spacing w:before="100" w:after="200" w:line="360" w:lineRule="auto"/>
        <w:ind w:firstLine="576"/>
        <w:jc w:val="left"/>
      </w:pPr>
      <w:r>
        <w:rPr>
          <w:rFonts w:ascii="宋体" w:eastAsia="宋体" w:hAnsi="宋体"/>
          <w:sz w:val="28"/>
        </w:rPr>
        <w:t>1.本次同学出游属于同学自愿参加的非赢利性活动，组织者仅有负责组织的义务。(即活动线路的安排，人员的组织，活动成本费用的核算及统一收取等工作。)</w:t>
      </w:r>
    </w:p>
    <w:p>
      <w:pPr>
        <w:spacing w:before="100" w:after="200" w:line="360" w:lineRule="auto"/>
        <w:ind w:firstLine="576"/>
        <w:jc w:val="left"/>
      </w:pPr>
      <w:r>
        <w:rPr>
          <w:rFonts w:ascii="宋体" w:eastAsia="宋体" w:hAnsi="宋体"/>
          <w:sz w:val="28"/>
        </w:rPr>
        <w:t>2.本次同学会有安排户外出游活动，户外出游是一项带有一定危险性的活动，任何不可预测的情况均可能发生，参加本次活动的同学须认同这点且完全自愿参加。</w:t>
      </w:r>
    </w:p>
    <w:p>
      <w:pPr>
        <w:spacing w:before="100" w:after="200" w:line="360" w:lineRule="auto"/>
        <w:ind w:firstLine="576"/>
        <w:jc w:val="left"/>
      </w:pPr>
      <w:r>
        <w:rPr>
          <w:rFonts w:ascii="宋体" w:eastAsia="宋体" w:hAnsi="宋体"/>
          <w:sz w:val="28"/>
        </w:rPr>
        <w:t>3.在同学会活动中发生的有关人身伤害，疾病及其他民事责任问题与组织者无关，参加者对自己的人身安全和健康状况负责。</w:t>
      </w:r>
    </w:p>
    <w:p>
      <w:pPr>
        <w:spacing w:before="100" w:after="200" w:line="360" w:lineRule="auto"/>
        <w:ind w:firstLine="576"/>
        <w:jc w:val="left"/>
      </w:pPr>
      <w:r>
        <w:rPr>
          <w:rFonts w:ascii="宋体" w:eastAsia="宋体" w:hAnsi="宋体"/>
          <w:sz w:val="28"/>
        </w:rPr>
        <w:t>4.凡参加本次同学会活动的同学必须互爱互助，要服从大局利益，听从组织者统一指挥，不准中途未经请示组织管理者私自离开。</w:t>
      </w:r>
    </w:p>
    <w:p>
      <w:pPr>
        <w:spacing w:before="100" w:after="200" w:line="360" w:lineRule="auto"/>
        <w:ind w:firstLine="576"/>
        <w:jc w:val="left"/>
      </w:pPr>
      <w:r>
        <w:rPr>
          <w:rFonts w:ascii="宋体" w:eastAsia="宋体" w:hAnsi="宋体"/>
          <w:sz w:val="28"/>
        </w:rPr>
        <w:t>5.凡参加本次同学会的同学须签订本协议。本协议一式两份，由活动组织者和参加者各持一份，本协议自活动开始前签字，活动开始自动升效，活动结束后自动解除。</w:t>
      </w:r>
    </w:p>
    <w:p>
      <w:pPr>
        <w:spacing w:before="100" w:after="200" w:line="360" w:lineRule="auto"/>
        <w:ind w:firstLine="576"/>
        <w:jc w:val="left"/>
      </w:pPr>
      <w:r>
        <w:rPr>
          <w:rFonts w:ascii="宋体" w:eastAsia="宋体" w:hAnsi="宋体"/>
          <w:sz w:val="28"/>
        </w:rPr>
        <w:t>6.本协议未尽事宜由双方协商补充解决。</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甲方：(签名)</w:t>
      </w:r>
    </w:p>
    <w:p>
      <w:pPr>
        <w:spacing w:before="100" w:after="200" w:line="360" w:lineRule="auto"/>
        <w:ind w:firstLine="576"/>
        <w:jc w:val="left"/>
      </w:pPr>
      <w:r>
        <w:rPr>
          <w:rFonts w:ascii="宋体" w:eastAsia="宋体" w:hAnsi="宋体"/>
          <w:sz w:val="28"/>
        </w:rPr>
        <w:t>乙方：组织管理者(签名)</w:t>
      </w:r>
    </w:p>
    <w:p>
      <w:pPr>
        <w:spacing w:before="100" w:after="200" w:line="360" w:lineRule="auto"/>
        <w:ind w:firstLine="576"/>
        <w:jc w:val="left"/>
      </w:pPr>
      <w:r>
        <w:rPr>
          <w:rFonts w:ascii="宋体" w:eastAsia="宋体" w:hAnsi="宋体"/>
          <w:sz w:val="28"/>
        </w:rPr>
        <w:t>__年__月__日</w:t>
      </w:r>
    </w:p>
    <w:p>
      <w:pPr>
        <w:spacing w:before="100" w:after="200" w:line="360" w:lineRule="auto"/>
        <w:ind w:firstLine="576"/>
        <w:jc w:val="left"/>
      </w:pPr>
      <w:r>
        <w:rPr>
          <w:rFonts w:ascii="宋体" w:eastAsia="宋体" w:hAnsi="宋体"/>
          <w:sz w:val="28"/>
        </w:rPr>
        <w:t>1、该协议的目的是为了活动发起人、组织者或领队（以下协议中简称：发起者）和同行成员明确知晓户外活动所存在的风险，提高参加人员的抗风险和自律能力，免除活动的发起人和同行成员在活动中出现的相关赔偿及法律连带等责任，让户外活动更加安全、健康、快乐、有意义。</w:t>
      </w:r>
    </w:p>
    <w:p>
      <w:pPr>
        <w:spacing w:before="100" w:after="200" w:line="360" w:lineRule="auto"/>
        <w:ind w:firstLine="576"/>
        <w:jc w:val="left"/>
      </w:pPr>
      <w:r>
        <w:rPr>
          <w:rFonts w:ascii="宋体" w:eastAsia="宋体" w:hAnsi="宋体"/>
          <w:sz w:val="28"/>
        </w:rPr>
        <w:t>2、活动中，对于违反国家相关法规、恶意侵犯他人或其它涉及犯罪行为的事件，则不在此协议范围内，必须由个人承担相应的法律责任。</w:t>
      </w:r>
    </w:p>
    <w:p>
      <w:pPr>
        <w:spacing w:before="100" w:after="200" w:line="360" w:lineRule="auto"/>
        <w:ind w:firstLine="576"/>
        <w:jc w:val="left"/>
      </w:pPr>
      <w:r>
        <w:rPr>
          <w:rFonts w:ascii="宋体" w:eastAsia="宋体" w:hAnsi="宋体"/>
          <w:sz w:val="28"/>
        </w:rPr>
        <w:t>3、凡报名参加活动的人员，均视为具有完全民事行为能力的人，均视为你已经仔细阅读和完全理解并同意接受《青春飞扬户外骑行俱乐部免责协议书》的全部条款，并要在注册成为会员时签字和在本协议上签字。</w:t>
      </w:r>
    </w:p>
    <w:p>
      <w:pPr>
        <w:spacing w:before="100" w:after="200" w:line="360" w:lineRule="auto"/>
        <w:ind w:firstLine="576"/>
        <w:jc w:val="left"/>
      </w:pPr>
      <w:r>
        <w:rPr>
          <w:rFonts w:ascii="宋体" w:eastAsia="宋体" w:hAnsi="宋体"/>
          <w:sz w:val="28"/>
        </w:rPr>
        <w:t>4、此协议为相关责任的豁免、权利的放弃、风险的承担和免赔的协议。你如果在此协议上签字，潜在代表你就已经完全知晓、理解和同意接受《青春飞扬户外骑行俱乐部免责协议书》全部条款，你就放弃了向活动发起者和其他成员提起诉讼的权利；永远免除活动的发起者和同行成员的赔偿及法律连带责任。</w:t>
      </w:r>
    </w:p>
    <w:p>
      <w:pPr>
        <w:spacing w:before="100" w:after="200" w:line="360" w:lineRule="auto"/>
        <w:jc w:val="left"/>
      </w:pPr>
      <w:r>
        <w:rPr>
          <w:rFonts w:ascii="宋体 (中文正文)" w:eastAsia="宋体" w:hAnsi="宋体 (中文正文)"/>
          <w:sz w:val="28"/>
        </w:rPr>
        <w:t>二、风险的承担：</w:t>
      </w:r>
    </w:p>
    <w:p>
      <w:pPr>
        <w:spacing w:before="100" w:after="200" w:line="360" w:lineRule="auto"/>
        <w:jc w:val="left"/>
      </w:pPr>
      <w:r>
        <w:rPr>
          <w:rFonts w:ascii="宋体 (中文正文)" w:eastAsia="宋体" w:hAnsi="宋体 (中文正文)"/>
          <w:b/>
          <w:sz w:val="28"/>
        </w:rPr>
        <w:t>三、关于豁免责任，放弃权利和赔偿的协议内容：</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1、本次活动非商业活动，非旅行社组团旅游，也非赢利性质自助游活动；是属于个人设计的出行日期及路线，活动性质仅限共同爱好者自愿参加、共同参与、风险自担、责任自负；全程遵循“自助，互助，低碳环保”的原则；发起者和其它参加活动人员一样，同样也是自愿参与者，对其他参加者没有绝对的管理和支配权力；对于活动中突发的一切足以影响到大家切身安全和利益的不可抗因素等重大事项尚需参加者共同商定；活动中发起者仅有义务对全队活动进行组织协调，参加者也有义务服从活动的整体安排。</w:t>
      </w:r>
    </w:p>
    <w:p>
      <w:pPr>
        <w:spacing w:before="100" w:after="200" w:line="360" w:lineRule="auto"/>
        <w:ind w:firstLine="576"/>
        <w:jc w:val="left"/>
      </w:pPr>
      <w:r>
        <w:rPr>
          <w:rFonts w:ascii="宋体" w:eastAsia="宋体" w:hAnsi="宋体"/>
          <w:sz w:val="28"/>
        </w:rPr>
        <w:t>2、凡报名参加本次活动的人员均视为你已经仔细阅读、完全理解责任豁免、权利的放弃、风险的承担和赔偿的协议的全部条款内容。代他人报名需告知被代报人《户外活动免责协议书》的全部条款，参加活动的被代报人也视同接受了本协议全部条款。同时，</w:t>
      </w:r>
    </w:p>
    <w:p>
      <w:pPr>
        <w:spacing w:before="100" w:after="200" w:line="360" w:lineRule="auto"/>
        <w:ind w:firstLine="576"/>
        <w:jc w:val="left"/>
      </w:pPr>
      <w:r>
        <w:rPr>
          <w:rFonts w:ascii="宋体" w:eastAsia="宋体" w:hAnsi="宋体"/>
          <w:sz w:val="28"/>
        </w:rPr>
        <w:t>我知晓报名前必须事先与自己的家属沟通，取得家属的理解和支持，知晓并同意接受本协议全部条款后，报名后视同其家属也已知情并同意。</w:t>
      </w:r>
    </w:p>
    <w:p>
      <w:pPr>
        <w:spacing w:before="100" w:after="200" w:line="360" w:lineRule="auto"/>
        <w:ind w:firstLine="576"/>
        <w:jc w:val="left"/>
      </w:pPr>
      <w:r>
        <w:rPr>
          <w:rFonts w:ascii="宋体" w:eastAsia="宋体" w:hAnsi="宋体"/>
          <w:sz w:val="28"/>
        </w:rPr>
        <w:t>3、户外运动不同于常规的旅游活动，采取的线路也不是一般的常规旅游线路，有时气象条件也非常规，而是具有一定的探险性质；该项运动本身最大的特点在于其具有一定的风险性；活动安排的时间是估算时间，实际活动时间可能出现较大的差异；报名前，我已阅读活动内容和《户外活动免责协议书》的全部条款，并经过合理判断，同意接受本活动计划和《户外活动免责协议书》全部条款，同意自行承担本次活动的所有的风险和后果；包括交通工具及其他第三方设施带来的风险；如果由于我的行为和我的参加而导致了第三方的财产损失或个人伤害，我同意免除所有其他人的赔偿连带责任。</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4、参加本次活动，包括登山、徒步、郊游、住宿（露营）、就餐以及活动和装备的使用等都存在有潜在危险，可能会受到身体损伤、瘫痪、甚至死亡的风险，我也知道健身和休闲等活动也存在突发病、心脏病等甚至死亡的风险；我自愿参加这些活动和使用活动的装备，如果因为在参加本活动中受到伤害，我同意自行承担和接受任何和所有伤害的风险，甚至死亡的风险，并且，放弃追究和要求赔偿的权利，同时我永远免除此次活动发起者和同行成员的赔偿及法律连带责任。</w:t>
      </w:r>
    </w:p>
    <w:p>
      <w:pPr>
        <w:spacing w:before="100" w:after="200" w:line="360" w:lineRule="auto"/>
        <w:ind w:firstLine="576"/>
        <w:jc w:val="left"/>
      </w:pPr>
      <w:r>
        <w:rPr>
          <w:rFonts w:ascii="宋体" w:eastAsia="宋体" w:hAnsi="宋体"/>
          <w:sz w:val="28"/>
        </w:rPr>
        <w:t>5、本次活动可能对身体和精神方面都有一定考验，可能遇到在恶劣天气中进行活动的可能，也可能远离救助和医疗服务地点，短时间（或24小时）内无法得到救援；我清楚的知晓活动发起者无法全面预见该活动中所有的风险和不利，我知道以上所列的风险并不完全包含本次活动中的所有可能的风险；当我万一遇到上述等伤害后，所有救援和医疗等全部费用我同意全部承担，活动的发起者和其它参加者不承担所发生的一切费用和法律连带责任；同时我永远免除此次活动的发起者和同行成员的`赔偿和法律责任，并不仅限于以上所列的风险中。</w:t>
      </w:r>
    </w:p>
    <w:p>
      <w:pPr>
        <w:spacing w:before="100" w:after="200" w:line="360" w:lineRule="auto"/>
        <w:ind w:firstLine="576"/>
        <w:jc w:val="left"/>
      </w:pPr>
      <w:r>
        <w:rPr>
          <w:rFonts w:ascii="宋体" w:eastAsia="宋体" w:hAnsi="宋体"/>
          <w:sz w:val="28"/>
        </w:rPr>
        <w:t>6、我清楚知道此次活动发起者不是保险公司，没有义务为我购买意外保险等险种，我知道自己购买保险的意义，以防万一；我知道发起者已在活动内容中提醒我本人，在活动开始前自己了解保险类别和购买保险；对于活动中可能出现的意外事故，可由投保的保险公司承担相应的责任。</w:t>
      </w:r>
    </w:p>
    <w:p>
      <w:pPr>
        <w:spacing w:before="100" w:after="200" w:line="360" w:lineRule="auto"/>
        <w:ind w:firstLine="576"/>
        <w:jc w:val="left"/>
      </w:pPr>
      <w:r>
        <w:rPr>
          <w:rFonts w:ascii="宋体" w:eastAsia="宋体" w:hAnsi="宋体"/>
          <w:sz w:val="28"/>
        </w:rPr>
        <w:t>8、在此我谨宣布我自己身体健康，适合参加户外骑行活动，没有那些会影响我参加户外骑行活动或使用装备的不适、损伤、病痛、心脏病、突发病历或其它疾病；我理解我能够通过以下措施来减少我的风险：注意环境，注意我的身体和精神状况，注意所有与安全相关的衣物和装备的适用状况，只参加那些自己精神和身体能力之内的活动；我清楚知道，我的安全是我个人的责任和取决于我的警惕和良好的判断；我同意和保证，如</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果任何时候我认为是不安全的，那么我会立刻中断活动的进行。如我在活动中发生各种疾病或伤害，甚至死亡，我同意放弃追究和要求赔偿的权利，同时我永远免除活动发起者和同行成员的赔偿及法律连带责任。</w:t>
      </w:r>
    </w:p>
    <w:p>
      <w:pPr>
        <w:spacing w:before="100" w:after="200" w:line="360" w:lineRule="auto"/>
        <w:ind w:firstLine="576"/>
        <w:jc w:val="left"/>
      </w:pPr>
      <w:r>
        <w:rPr>
          <w:rFonts w:ascii="宋体" w:eastAsia="宋体" w:hAnsi="宋体"/>
          <w:sz w:val="28"/>
        </w:rPr>
        <w:t>9、当由于出现各种意外事故、突发气候变化和急性疾病等不可预测因素造成身体损害时，发起者和同行成员有义务尽力救助，但如果造成了不可逆转的损害，我同意放弃追究和要求赔偿的权利，同时我永远免除此次活动发起者和同行成员的赔偿及法律连带责任；我完全理解，在同伴需要协助的时候，我将配合协助发起者及同行成员尽力协助我的同伴，但这只是在以下情况：在我的判断中，这是自己力所能及的范围内，并且不会给自己带来不合理的危险；我进一步理解到，我没有法律上的责任去协助别人，同时，发起者以及我的同伴或者其他成员也没有任何法律上的责任来协助我。</w:t>
      </w:r>
    </w:p>
    <w:p>
      <w:pPr>
        <w:spacing w:before="100" w:after="200" w:line="360" w:lineRule="auto"/>
        <w:ind w:firstLine="576"/>
        <w:jc w:val="left"/>
      </w:pPr>
      <w:r>
        <w:rPr>
          <w:rFonts w:ascii="宋体" w:eastAsia="宋体" w:hAnsi="宋体"/>
          <w:sz w:val="28"/>
        </w:rPr>
        <w:t>11、我知晓报名前必须事先与自己的家属沟通，取得家属的理解和支持，知道并同意接受本协议全部条款后，才能报名参加本次活动，报名后视同其家属也已知情并同意；我知晓，一旦签署，此协议将生效，也知晓本协议同样有效于我的继承人、近亲、执行人、管理人、个人代表和转让人。代为签名者视为已沟通并被授权，否则由代签人承担后果。</w:t>
      </w:r>
    </w:p>
    <w:p>
      <w:pPr>
        <w:spacing w:before="100" w:after="200" w:line="360" w:lineRule="auto"/>
        <w:ind w:firstLine="576"/>
        <w:jc w:val="left"/>
      </w:pPr>
      <w:r>
        <w:rPr>
          <w:rFonts w:ascii="宋体" w:eastAsia="宋体" w:hAnsi="宋体"/>
          <w:sz w:val="28"/>
        </w:rPr>
        <w:t>12、协议范围：凡是报名参加并注册成为会员者均视为已经阅读、理解，并完全接受该协议条款；该协议自注册成为会员签字后开始生效，至退出俱乐部成员时终止。（骑行至集合地点前和活动结束解散后的路途，已不属于活动范围内）。必须本人签字，方可有效；他人代签，视为无效。自签字后，以后举行活动无需再签，（协议中的本次活动指青春飞扬户外骑行俱乐部每次举行的活动）。所产生的效力直至本人退出俱乐部为止。</w:t>
      </w:r>
    </w:p>
    <w:p>
      <w:pPr>
        <w:spacing w:before="100" w:after="200" w:line="360" w:lineRule="auto"/>
        <w:ind w:firstLine="576"/>
        <w:jc w:val="left"/>
      </w:pPr>
      <w:r>
        <w:rPr>
          <w:rFonts w:ascii="宋体" w:eastAsia="宋体" w:hAnsi="宋体"/>
          <w:sz w:val="28"/>
        </w:rPr>
        <w:t>本人签名（盖章）：日期：</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1、该协议的目的是为了活动发起人、参与组织者、领队（以下简称：发起者）和报名参加活动的同行成员（以下简称：同行成员）明确知晓户外活动所存在的风险，提高参加活动人员的抗风险和自律能力，免除活动的发起人和同行成员在活动中出现的相关赔偿及法律连带等责任，让户外活动更加安全、健康、快乐。</w:t>
      </w:r>
    </w:p>
    <w:p>
      <w:pPr>
        <w:spacing w:before="100" w:after="200" w:line="360" w:lineRule="auto"/>
        <w:ind w:firstLine="576"/>
        <w:jc w:val="left"/>
      </w:pPr>
      <w:r>
        <w:rPr>
          <w:rFonts w:ascii="宋体" w:eastAsia="宋体" w:hAnsi="宋体"/>
          <w:sz w:val="28"/>
        </w:rPr>
        <w:t>2、活动中，对于违反国家相关法规、恶意侵犯他人合法权利或其它涉及犯罪行为的事实，不在本协议范围内，必须由行为相关人承担相应的法律责任。</w:t>
      </w:r>
    </w:p>
    <w:p>
      <w:pPr>
        <w:spacing w:before="100" w:after="200" w:line="360" w:lineRule="auto"/>
        <w:ind w:firstLine="576"/>
        <w:jc w:val="left"/>
      </w:pPr>
      <w:r>
        <w:rPr>
          <w:rFonts w:ascii="宋体" w:eastAsia="宋体" w:hAnsi="宋体"/>
          <w:sz w:val="28"/>
        </w:rPr>
        <w:t>3、凡报名参加活动的成年人，均承诺：自己是具有完全民事行为能力的人，均已经仔细阅读和完全理解并同意接受本《户外活动免责协议书》的全部条款，并需在参加每次活动前（集合时）在本协议上“活动参加人签名”处签属真实姓名后方可参加活动。</w:t>
      </w:r>
    </w:p>
    <w:p>
      <w:pPr>
        <w:spacing w:before="100" w:after="200" w:line="360" w:lineRule="auto"/>
        <w:ind w:firstLine="576"/>
        <w:jc w:val="left"/>
      </w:pPr>
      <w:r>
        <w:rPr>
          <w:rFonts w:ascii="宋体" w:eastAsia="宋体" w:hAnsi="宋体"/>
          <w:sz w:val="28"/>
        </w:rPr>
        <w:t>4、凡希望参加活动的未成年人，其法定监护人或该法定监护人委托的监护人员（以下简称：监护人）必须同意并陪伴该未成年人参加活动。监护人为其本人和其监护的未成年人报名参加活动，所有流程与第3条相同。监护人承诺：承担其监护的未成年人一切人身和财产的责任，对该未成年人的一切行为承担责任，保证该未成年人听从监护人的要求、按照相关的规范和安排行为。</w:t>
      </w:r>
    </w:p>
    <w:p>
      <w:pPr>
        <w:spacing w:before="100" w:after="200" w:line="360" w:lineRule="auto"/>
        <w:ind w:firstLine="576"/>
        <w:jc w:val="left"/>
      </w:pPr>
      <w:r>
        <w:rPr>
          <w:rFonts w:ascii="宋体" w:eastAsia="宋体" w:hAnsi="宋体"/>
          <w:sz w:val="28"/>
        </w:rPr>
        <w:t>在以下文字中，所有上述参加活动的人员包括但不限于成年人、监护人和未成年人，在本免责书项下共同被称为“我”和/或“你”。</w:t>
      </w:r>
    </w:p>
    <w:p>
      <w:pPr>
        <w:spacing w:before="100" w:after="200" w:line="360" w:lineRule="auto"/>
        <w:ind w:firstLine="576"/>
        <w:jc w:val="left"/>
      </w:pPr>
      <w:r>
        <w:rPr>
          <w:rFonts w:ascii="宋体" w:eastAsia="宋体" w:hAnsi="宋体"/>
          <w:sz w:val="28"/>
        </w:rPr>
        <w:t>5、本协议为相关责任的豁免、权利的放弃、风险的承担和免赔的协议。如果在本协议上签字，即表示：你已经完全知晓、理解和同意接受本《户外活动免责协议书》全部条款，你完全放弃向活动发起者请求赔偿和提起诉讼的权利；永远免除对每次活动发起者的赔偿及法律连带责任。</w:t>
      </w:r>
    </w:p>
    <w:p>
      <w:pPr>
        <w:spacing w:before="100" w:after="200" w:line="360" w:lineRule="auto"/>
        <w:jc w:val="left"/>
        <w:sectPr w:rsidSect="00034616">
          <w:type w:val="nextPage"/>
          <w:pgSz w:w="11906" w:h="16838"/>
          <w:pgMar w:top="1440" w:right="1440" w:bottom="1440" w:left="1440" w:header="720" w:footer="720" w:gutter="0"/>
          <w:pgNumType w:start="10"/>
          <w:cols w:space="720"/>
          <w:titlePg w:val="0"/>
          <w:docGrid w:linePitch="360"/>
        </w:sectPr>
      </w:pPr>
      <w:r>
        <w:rPr>
          <w:rFonts w:ascii="宋体 (中文正文)" w:eastAsia="宋体" w:hAnsi="宋体 (中文正文)"/>
          <w:sz w:val="28"/>
        </w:rPr>
        <w:t>二、活动情况：</w:t>
      </w:r>
    </w:p>
    <w:p>
      <w:pPr>
        <w:spacing w:before="100" w:after="200" w:line="360" w:lineRule="auto"/>
        <w:ind w:firstLine="576"/>
        <w:jc w:val="left"/>
      </w:pPr>
      <w:r>
        <w:rPr>
          <w:rFonts w:ascii="宋体" w:eastAsia="宋体" w:hAnsi="宋体"/>
          <w:sz w:val="28"/>
        </w:rPr>
        <w:t>活动计划时间：年月日至年月日</w:t>
      </w:r>
    </w:p>
    <w:p>
      <w:pPr>
        <w:spacing w:before="100" w:after="200" w:line="360" w:lineRule="auto"/>
        <w:ind w:firstLine="576"/>
        <w:jc w:val="left"/>
      </w:pPr>
      <w:r>
        <w:rPr>
          <w:rFonts w:ascii="宋体" w:eastAsia="宋体" w:hAnsi="宋体"/>
          <w:sz w:val="28"/>
        </w:rPr>
        <w:t>活动项目：（以下简称：本次活动）</w:t>
      </w:r>
    </w:p>
    <w:p>
      <w:pPr>
        <w:spacing w:before="100" w:after="200" w:line="360" w:lineRule="auto"/>
        <w:jc w:val="left"/>
      </w:pPr>
      <w:r>
        <w:rPr>
          <w:rFonts w:ascii="宋体 (中文正文)" w:eastAsia="宋体" w:hAnsi="宋体 (中文正文)"/>
          <w:sz w:val="28"/>
        </w:rPr>
        <w:t>三、风险的承担：</w:t>
      </w:r>
    </w:p>
    <w:p>
      <w:pPr>
        <w:spacing w:before="100" w:after="200" w:line="360" w:lineRule="auto"/>
        <w:ind w:firstLine="576"/>
        <w:jc w:val="left"/>
      </w:pPr>
      <w:r>
        <w:rPr>
          <w:rFonts w:ascii="宋体" w:eastAsia="宋体" w:hAnsi="宋体"/>
          <w:sz w:val="28"/>
        </w:rPr>
        <w:t>活动参加人承诺：我参加本次活动是完全自愿的，以签署本有关豁免、权利放弃和风险自担的协议为前提要件的；</w:t>
      </w:r>
    </w:p>
    <w:p>
      <w:pPr>
        <w:spacing w:before="100" w:after="200" w:line="360" w:lineRule="auto"/>
        <w:ind w:firstLine="576"/>
        <w:jc w:val="left"/>
      </w:pPr>
      <w:r>
        <w:rPr>
          <w:rFonts w:ascii="宋体" w:eastAsia="宋体" w:hAnsi="宋体"/>
          <w:sz w:val="28"/>
        </w:rPr>
        <w:t>我知晓：活动的发起者可能并没有参加过包括但不限于户外活动的课程或急救（包括野外）的培训，不具有处理此些事件经验；</w:t>
      </w:r>
    </w:p>
    <w:p>
      <w:pPr>
        <w:spacing w:before="100" w:after="200" w:line="360" w:lineRule="auto"/>
        <w:ind w:firstLine="576"/>
        <w:jc w:val="left"/>
      </w:pPr>
      <w:r>
        <w:rPr>
          <w:rFonts w:ascii="宋体" w:eastAsia="宋体" w:hAnsi="宋体"/>
          <w:sz w:val="28"/>
        </w:rPr>
        <w:t>我知晓：发起者没有任何义务也不能对我负任何责任。</w:t>
      </w:r>
    </w:p>
    <w:p>
      <w:pPr>
        <w:spacing w:before="100" w:after="200" w:line="360" w:lineRule="auto"/>
        <w:jc w:val="left"/>
      </w:pPr>
      <w:r>
        <w:rPr>
          <w:rFonts w:ascii="宋体 (中文正文)" w:eastAsia="宋体" w:hAnsi="宋体 (中文正文)"/>
          <w:b/>
          <w:sz w:val="28"/>
        </w:rPr>
        <w:t>四、关于豁免责任，放弃权利和赔偿的协议内容：</w:t>
      </w:r>
    </w:p>
    <w:p>
      <w:pPr>
        <w:spacing w:before="100" w:after="200" w:line="360" w:lineRule="auto"/>
        <w:jc w:val="left"/>
      </w:pPr>
      <w:r>
        <w:rPr>
          <w:rFonts w:ascii="宋体 (中文正文)" w:eastAsia="宋体" w:hAnsi="宋体 (中文正文)"/>
          <w:sz w:val="28"/>
        </w:rPr>
        <w:t>1、知悉和服从保证：</w:t>
      </w:r>
    </w:p>
    <w:p>
      <w:pPr>
        <w:spacing w:before="100" w:after="200" w:line="360" w:lineRule="auto"/>
        <w:ind w:firstLine="576"/>
        <w:jc w:val="left"/>
      </w:pPr>
      <w:r>
        <w:rPr>
          <w:rFonts w:ascii="宋体" w:eastAsia="宋体" w:hAnsi="宋体"/>
          <w:sz w:val="28"/>
        </w:rPr>
        <w:t>本次活动非商业活动，非旅行社组团旅游，也非赢利性质自助游活动；是属于个人设计的出行日期及路线，活动性质仅限共同爱好者自愿参加、共同参与、风险自担、责任自负；</w:t>
      </w:r>
    </w:p>
    <w:p>
      <w:pPr>
        <w:spacing w:before="100" w:after="200" w:line="360" w:lineRule="auto"/>
        <w:ind w:firstLine="576"/>
        <w:jc w:val="left"/>
      </w:pPr>
      <w:r>
        <w:rPr>
          <w:rFonts w:ascii="宋体" w:eastAsia="宋体" w:hAnsi="宋体"/>
          <w:sz w:val="28"/>
        </w:rPr>
        <w:t>全程遵循“自助、互助、费用AA分担、环保”的原则；发起者和同行成员一样，也是自愿参与者，对其他参加者没有绝对的管理和支配权力；</w:t>
      </w:r>
    </w:p>
    <w:p>
      <w:pPr>
        <w:spacing w:before="100" w:after="200" w:line="360" w:lineRule="auto"/>
        <w:ind w:firstLine="576"/>
        <w:jc w:val="left"/>
      </w:pPr>
      <w:r>
        <w:rPr>
          <w:rFonts w:ascii="宋体" w:eastAsia="宋体" w:hAnsi="宋体"/>
          <w:sz w:val="28"/>
        </w:rPr>
        <w:t>对于活动中突发的一切足以影响到大家切身安全和利益的因素等重大事项尚需同行成员共同商定；</w:t>
      </w:r>
    </w:p>
    <w:p>
      <w:pPr>
        <w:spacing w:before="100" w:after="200" w:line="360" w:lineRule="auto"/>
        <w:ind w:firstLine="576"/>
        <w:jc w:val="left"/>
      </w:pPr>
      <w:r>
        <w:rPr>
          <w:rFonts w:ascii="宋体" w:eastAsia="宋体" w:hAnsi="宋体"/>
          <w:sz w:val="28"/>
        </w:rPr>
        <w:t>活动中发起者仅有义务对全队活动进行组织协调，同行成员有义务服从活动的整体安排。</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2、风险承担和损害赔偿保证：</w:t>
      </w:r>
    </w:p>
    <w:p>
      <w:pPr>
        <w:spacing w:before="100" w:after="200" w:line="360" w:lineRule="auto"/>
        <w:ind w:firstLine="576"/>
        <w:jc w:val="left"/>
      </w:pPr>
      <w:r>
        <w:rPr>
          <w:rFonts w:ascii="宋体" w:eastAsia="宋体" w:hAnsi="宋体"/>
          <w:sz w:val="28"/>
        </w:rPr>
        <w:t>我清楚地知道：户外运动不同于常规的旅游活动，采取的线路也不是一般的常规旅游线路，有时气象条件也非常规，而是具有一定的探险性质；该项运动本身最大的特点在于其具有一定的风险性；活动安排的时间是估算时间，实际活动时间可能出现较大的差异；</w:t>
      </w:r>
    </w:p>
    <w:p>
      <w:pPr>
        <w:spacing w:before="100" w:after="200" w:line="360" w:lineRule="auto"/>
        <w:ind w:firstLine="576"/>
        <w:jc w:val="left"/>
      </w:pPr>
      <w:r>
        <w:rPr>
          <w:rFonts w:ascii="宋体" w:eastAsia="宋体" w:hAnsi="宋体"/>
          <w:sz w:val="28"/>
        </w:rPr>
        <w:t>报名前，我已详细阅读了包括但不限于本次活动的公告、计划、行程、注意事项等内容和本《户外活动免责协议书》的全部条款，并经过合理判断，同意接受本次活动的全部安排、计划和本《户外活动免责协议书》全部条款，同意自行承担本次活动的所有风险和后果；包括交通工具及其他第三方设施带来的风险；如果由于我的行为和我的参加而导致了第三方的财产损失或人身伤害，我同意在责任范围内就该等损失和伤害进行赔偿。</w:t>
      </w:r>
    </w:p>
    <w:p>
      <w:pPr>
        <w:spacing w:before="100" w:after="200" w:line="360" w:lineRule="auto"/>
        <w:jc w:val="left"/>
      </w:pPr>
      <w:r>
        <w:rPr>
          <w:rFonts w:ascii="宋体 (中文正文)" w:eastAsia="宋体" w:hAnsi="宋体 (中文正文)"/>
          <w:sz w:val="28"/>
        </w:rPr>
        <w:t>3、人身损害保证：</w:t>
      </w:r>
    </w:p>
    <w:p>
      <w:pPr>
        <w:spacing w:before="100" w:after="200" w:line="360" w:lineRule="auto"/>
        <w:ind w:firstLine="576"/>
        <w:jc w:val="left"/>
      </w:pPr>
      <w:r>
        <w:rPr>
          <w:rFonts w:ascii="宋体" w:eastAsia="宋体" w:hAnsi="宋体"/>
          <w:sz w:val="28"/>
        </w:rPr>
        <w:t>我知道：参加本次活动及该活动所涉装备的使用等等事项都有潜在危险，可能会受到身体损伤、瘫痪、甚至死亡的风险；我自愿参加本次活动、使用活动所涉的装备，如果因为在参加本次活动中受到伤害，我将自行承担和接受任何可能对我身体造成损害甚至死亡的风险，并且放弃追究和要求发起者赔偿的权利，同时我永远免除本次活动发起者和同行成员的赔偿及法律连带责任。</w:t>
      </w:r>
    </w:p>
    <w:p>
      <w:pPr>
        <w:spacing w:before="100" w:after="200" w:line="360" w:lineRule="auto"/>
        <w:jc w:val="left"/>
      </w:pPr>
      <w:r>
        <w:rPr>
          <w:rFonts w:ascii="宋体 (中文正文)" w:eastAsia="宋体" w:hAnsi="宋体 (中文正文)"/>
          <w:sz w:val="28"/>
        </w:rPr>
        <w:t>4、身体和精神保证：</w:t>
      </w:r>
    </w:p>
    <w:p>
      <w:pPr>
        <w:spacing w:before="100" w:after="200" w:line="360" w:lineRule="auto"/>
        <w:ind w:firstLine="576"/>
        <w:jc w:val="left"/>
      </w:pPr>
      <w:r>
        <w:rPr>
          <w:rFonts w:ascii="宋体" w:eastAsia="宋体" w:hAnsi="宋体"/>
          <w:sz w:val="28"/>
        </w:rPr>
        <w:t>本次活动可能对身体和精神方面都有一定考验，可能在拥堵的城市道路上、在恶劣天气中进行，也可能远离救助和医疗服务地点，短时间（或24小时）内无法得到救援，也有可能遇到包括但不限于跌坠、落石、冰崩、雪崩、闪电、过河、失温、冻伤、咬伤、刺伤、犬咬、野兽等袭击及各种意外伤害，甚至死亡；</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https://d.book118.com/508074110107006046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08074110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