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爱国演讲稿500字：祖国在我心中（33篇）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爱国演讲稿500字：祖国在我心中（精选33篇）</w:t>
      </w:r>
      <w:r>
        <w:rPr>
          <w:lang w:eastAsia="zh-CN"/>
        </w:rPr>
        <w:br/>
      </w:r>
      <w:r>
        <w:rPr>
          <w:lang w:eastAsia="zh-CN"/>
        </w:rPr>
        <w:t xml:space="preserve">    爱国演讲稿500字：祖国在我心中 篇1 </w:t>
      </w:r>
      <w:r>
        <w:rPr>
          <w:lang w:eastAsia="zh-CN"/>
        </w:rPr>
        <w:br/>
      </w:r>
      <w:r>
        <w:rPr>
          <w:lang w:eastAsia="zh-CN"/>
        </w:rPr>
        <w:t>　　同学们，当时间的车轮碾到今天的时候，当挂历上赫然显示12月9日的时候，身为青年的我们，我相信，我们中的每一个人都不会忘记这一天，十二月九日</w:t>
      </w:r>
      <w:r>
        <w:rPr>
          <w:lang w:eastAsia="zh-CN"/>
        </w:rPr>
        <w:br/>
      </w:r>
      <w:r>
        <w:rPr>
          <w:lang w:eastAsia="zh-CN"/>
        </w:rPr>
        <w:t>　　十二月九日，一个普通但不平凡的日子，时光倒流，回溯到一九三五年，阳光依然懒懒散散，冬日依旧寒冷凄清，但空气却急速地流动，因为在北平&amp;&amp;历史的故都发生了惊天动地的事件&amp;&amp;为反对投降和压迫、掀起了学生的总运动到处是挂满的标语，到处是飘舞的纸单，到处是舞动的小旗，到处是怒吼的口号，到处是浴血沸腾的青年。这一天，白云为之翻涌，大海为之咆哮，黄河长江为之怒吼，中华大地为之震颤。因为一个蹂躏不屈的民族在苏醒，一个多灾多难的国家在抗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我们不会忘记，不会忘记这一天，七十七年前的这一天;我们更不会忘记，更不会忘记那些在敌人的恐怖下高呼着口号、散发着传单而不惜抛头颅，撒热血的青年，可敬可爱的青年。是他们，在国家存亡的关头，振臂高呼，促使了反动派的妥协。</w:t>
      </w:r>
      <w:r>
        <w:rPr>
          <w:lang w:eastAsia="zh-CN"/>
        </w:rPr>
        <w:br/>
      </w:r>
      <w:r>
        <w:rPr>
          <w:lang w:eastAsia="zh-CN"/>
        </w:rPr>
        <w:t>　　是他们，在民族生死的毫发间，热血横洒，促使了民族的觉醒。他们，可敬可爱的青年们，以他们的实际行动，展示了青年的热血豪情，以他们大无畏的勇气，诠释了青年的含义。我们不会忘记他们，那些可敬可爱的青年们，他们是民族的拯救者，他们是中华民族的先驱。</w:t>
      </w:r>
      <w:r>
        <w:rPr>
          <w:lang w:eastAsia="zh-CN"/>
        </w:rPr>
        <w:br/>
      </w:r>
      <w:r>
        <w:rPr>
          <w:lang w:eastAsia="zh-CN"/>
        </w:rPr>
        <w:t>　　那么，同学们，正值青春年华的我们，该用这样怎样的行动诠释青年的含义呢?处于二十一世纪和平下的中国中学生们又该如何去展现青春的风采呢?对此，我只想说两个字爱国作为一名中学生，怎样做才是爱国呢?爱国绝不是空洞的口号，而应立足于我们身边的具体行为，从点点滴滴小事做起，从日常行为规范做起，把爱国化为具体的行动。爱国，就要爱父母、爱学校、爱班级。</w:t>
      </w:r>
      <w:r>
        <w:rPr>
          <w:lang w:eastAsia="zh-CN"/>
        </w:rPr>
        <w:br/>
      </w:r>
      <w:r>
        <w:rPr>
          <w:lang w:eastAsia="zh-CN"/>
        </w:rPr>
        <w:t>　　试想一个连对自己养育之恩的父母都不爱的人， 又怎会去爱自己的班集体，爱自己的学校?试想一个不爱集体，不爱学校 的人又怎么可能去爱自己的祖国呢?所以，爱国并不神秘、并不遥不可及，爱国，就在我们的身边。擦亮一块玻璃，拾起地上的一张废纸，认真完成每一次作业，学好每一门功课，爱护公共财物，遵守班纪校规，孝敬父母、尊老爱幼&amp;&amp;&amp;&amp;&amp;&amp;所以，爱国我能做到!爱国从我做起!大江东去，浪淘尽，千古风流人物。 同学们，让我们在国旗下庄严的承诺：爱国从我做起，爱国从身边的小事做起。</w:t>
      </w:r>
      <w:r>
        <w:rPr>
          <w:lang w:eastAsia="zh-CN"/>
        </w:rPr>
        <w:br/>
      </w:r>
      <w:r>
        <w:rPr>
          <w:lang w:eastAsia="zh-CN"/>
        </w:rPr>
        <w:t>　　同学们，让我们踏着先行者的脚步奋勇前进，让一二九运动这面爱国报国的旗帜在我们的心中高高飘扬。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我的演讲完毕</w:t>
      </w:r>
      <w:r>
        <w:rPr>
          <w:lang w:eastAsia="zh-CN"/>
        </w:rPr>
        <w:br/>
      </w:r>
      <w:r>
        <w:rPr>
          <w:lang w:eastAsia="zh-CN"/>
        </w:rPr>
        <w:t>　　谢谢大家!</w:t>
      </w:r>
      <w:r>
        <w:rPr>
          <w:lang w:eastAsia="zh-CN"/>
        </w:rPr>
        <w:br/>
      </w:r>
      <w:r>
        <w:rPr>
          <w:lang w:eastAsia="zh-CN"/>
        </w:rPr>
        <w:t xml:space="preserve">    爱国演讲稿500字：祖国在我心中 篇2 </w:t>
      </w:r>
      <w:r>
        <w:rPr>
          <w:lang w:eastAsia="zh-CN"/>
        </w:rPr>
        <w:br/>
      </w:r>
      <w:r>
        <w:rPr>
          <w:lang w:eastAsia="zh-CN"/>
        </w:rPr>
        <w:t>　　敬爱的老师，亲爱的同学们：</w:t>
      </w:r>
      <w:r>
        <w:rPr>
          <w:lang w:eastAsia="zh-CN"/>
        </w:rPr>
        <w:br/>
      </w:r>
      <w:r>
        <w:rPr>
          <w:lang w:eastAsia="zh-CN"/>
        </w:rPr>
        <w:t>　　大家好!今天我演讲的题目是《祖国在我心中》。</w:t>
      </w:r>
      <w:r>
        <w:rPr>
          <w:lang w:eastAsia="zh-CN"/>
        </w:rPr>
        <w:br/>
      </w:r>
      <w:r>
        <w:rPr>
          <w:lang w:eastAsia="zh-CN"/>
        </w:rPr>
        <w:t>　　祖国是一部永远也读不完的历史厚重的书。她历史灿烂，她孕育的文化博大精深，她哺育的儿女勤劳而充满智慧，她的国土美丽而富饶，她的山河雄伟而多姿……</w:t>
      </w:r>
      <w:r>
        <w:rPr>
          <w:lang w:eastAsia="zh-CN"/>
        </w:rPr>
        <w:br/>
      </w:r>
      <w:r>
        <w:rPr>
          <w:lang w:eastAsia="zh-CN"/>
        </w:rPr>
        <w:t>　　在祖国悠悠五千年、源远流长的历史中，有多少的辉煌成就为世人赞叹不已。但是在一百多年前，随着西方资产阶级的繁荣，许多国家都走向生产发展的快车道，可我们的祖国却还在清王朝腐朽的统治中无力挣扎。</w:t>
      </w:r>
      <w:r>
        <w:rPr>
          <w:lang w:eastAsia="zh-CN"/>
        </w:rPr>
        <w:br/>
      </w:r>
      <w:r>
        <w:rPr>
          <w:lang w:eastAsia="zh-CN"/>
        </w:rPr>
        <w:t>　　轰隆的炮响声打破了国人所谓的平静，鸦片战争拉开了序幕，_能的清政府签下了中国近代历第一个不平等条约——中英《南京条约》。从此，其他一些不平等条约接踵而至，使中国人民生活在水深火热之中。</w:t>
      </w:r>
      <w:r>
        <w:rPr>
          <w:lang w:eastAsia="zh-CN"/>
        </w:rPr>
        <w:br/>
      </w:r>
      <w:r>
        <w:rPr>
          <w:lang w:eastAsia="zh-CN"/>
        </w:rPr>
        <w:t>　　圆明园是闻名世界的_有万园之园的美誉，而它却毁于1860年英法侵略者的暴行之中。被破坏的圆明园到处是断壁残垣，让人们清楚的记得侵略者的野蛮和残忍，这段耻辱也从此烙在了每一个中国人的心里。</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1937年12月，五万多名日本兵冲进古都南京，古老的南京沦陷了。在短短六个星期里，日军制造了惨绝人性的_30余万人啊，望着累累白骨，有谁不难过，不痛心，不愤怒呢?</w:t>
      </w:r>
      <w:r>
        <w:rPr>
          <w:lang w:eastAsia="zh-CN"/>
        </w:rPr>
        <w:br/>
      </w:r>
      <w:r>
        <w:rPr>
          <w:lang w:eastAsia="zh-CN"/>
        </w:rPr>
        <w:t>　　而现在，中国人民站起来了!正在向全世界展示中国的发展，我们的明天会更好!随着改革开放三十年来，我们国家的经济实现了快速增长，综合国力进一步提高，统计表明，从1978年至20__年的28年间，中国的GDP年均增长9.67%,远高于同期世界经济3.3%左右的年均增长速度，而20__年中国加入世界贸易组织，标志着中国对外开放进入一个新的阶段。截止到去年，中国经济总量已超过日本，位居世界第二，外贸总额位居全球第三，这是一个了不起的成就。</w:t>
      </w:r>
      <w:r>
        <w:rPr>
          <w:lang w:eastAsia="zh-CN"/>
        </w:rPr>
        <w:br/>
      </w:r>
      <w:r>
        <w:rPr>
          <w:lang w:eastAsia="zh-CN"/>
        </w:rPr>
        <w:t>　　现代科技和经济的快速发展给我们生活带来的变化是巨大的，但发展中的中国仍有许多不尽如人意的地方。所以我们要好好学习，让我们的祖国与其他发达国家的差距越来越小，我相信，我们国家的人民生活会越来越好。</w:t>
      </w:r>
      <w:r>
        <w:rPr>
          <w:lang w:eastAsia="zh-CN"/>
        </w:rPr>
        <w:br/>
      </w:r>
      <w:r>
        <w:rPr>
          <w:lang w:eastAsia="zh-CN"/>
        </w:rPr>
        <w:t xml:space="preserve">    爱国演讲稿500字：祖国在我心中 篇3 </w:t>
      </w:r>
      <w:r>
        <w:rPr>
          <w:lang w:eastAsia="zh-CN"/>
        </w:rPr>
        <w:br/>
      </w:r>
      <w:r>
        <w:rPr>
          <w:lang w:eastAsia="zh-CN"/>
        </w:rPr>
        <w:t>　　祖国在我心中留下了深刻的印象。祖国伟大、壮丽、壮丽。</w:t>
      </w:r>
      <w:r>
        <w:rPr>
          <w:lang w:eastAsia="zh-CN"/>
        </w:rPr>
        <w:br/>
      </w:r>
      <w:r>
        <w:rPr>
          <w:lang w:eastAsia="zh-CN"/>
        </w:rPr>
        <w:t>　　每周一早上，当我穿着校服，戴着鲜艳的红领巾，整齐地排队，站在场地中央参加升旗仪式的时候，每当我唱国歌的时候，作为学校的少先队员之一，我感到无比的兴奋，无比的自豪，无比的高兴，这让我觉得我的祖国很伟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祖国的红旗，染上了许多革命先烈留下的鲜红血液，他们在战场上艰苦奋斗，英勇牺牲。他们让我们快乐，今天为我们牺牲了宝贵的生命。所以，我们要珍惜每一天的生活，努力学习，成长为祖国有用的人才！</w:t>
      </w:r>
      <w:r>
        <w:rPr>
          <w:lang w:eastAsia="zh-CN"/>
        </w:rPr>
        <w:br/>
      </w:r>
      <w:r>
        <w:rPr>
          <w:lang w:eastAsia="zh-CN"/>
        </w:rPr>
        <w:t>　　我们的幸福生活来之不易。生活在这个美丽的祖国，我为自己感到骄傲。</w:t>
      </w:r>
      <w:r>
        <w:rPr>
          <w:lang w:eastAsia="zh-CN"/>
        </w:rPr>
        <w:br/>
      </w:r>
      <w:r>
        <w:rPr>
          <w:lang w:eastAsia="zh-CN"/>
        </w:rPr>
        <w:t>　　祖国永远在我心中，我爱你！</w:t>
      </w:r>
      <w:r>
        <w:rPr>
          <w:lang w:eastAsia="zh-CN"/>
        </w:rPr>
        <w:br/>
      </w:r>
      <w:r>
        <w:rPr>
          <w:lang w:eastAsia="zh-CN"/>
        </w:rPr>
        <w:t xml:space="preserve">    爱国演讲稿500字：祖国在我心中 篇4 </w:t>
      </w:r>
      <w:r>
        <w:rPr>
          <w:lang w:eastAsia="zh-CN"/>
        </w:rPr>
        <w:br/>
      </w:r>
      <w:r>
        <w:rPr>
          <w:lang w:eastAsia="zh-CN"/>
        </w:rPr>
        <w:t>　　尊敬的老师亲爱的同学们：</w:t>
      </w:r>
      <w:r>
        <w:rPr>
          <w:lang w:eastAsia="zh-CN"/>
        </w:rPr>
        <w:br/>
      </w:r>
      <w:r>
        <w:rPr>
          <w:lang w:eastAsia="zh-CN"/>
        </w:rPr>
        <w:t>　　大家好，今天我演讲的题目是祖国在我心中。</w:t>
      </w:r>
      <w:r>
        <w:rPr>
          <w:lang w:eastAsia="zh-CN"/>
        </w:rPr>
        <w:br/>
      </w:r>
      <w:r>
        <w:rPr>
          <w:lang w:eastAsia="zh-CN"/>
        </w:rPr>
        <w:t>　　我们伟大的祖国，有锦绣的山川，悠久的历史，灿烂的文化。祖国日新月异的变化令华夏儿女思潮万千，祖国灿烂的未来让炎黄子孙豪情满怀。但是是不管时代怎样进步世界怎样发展。我们，中华的儿女，永远都忘不了，那古往今来，英雄儿女们的显赫事例。</w:t>
      </w:r>
      <w:r>
        <w:rPr>
          <w:lang w:eastAsia="zh-CN"/>
        </w:rPr>
        <w:br/>
      </w:r>
      <w:r>
        <w:rPr>
          <w:lang w:eastAsia="zh-CN"/>
        </w:rPr>
        <w:t>　　岳飞精忠报国，屈原为国自刎，尽显古代人民为国捐躯的感慨事例，长征路上，老战士为了能让大家打败长征，走出草地，不惜付出自己宝贵的生命。这一切的一切，都是他们从心底里发出的爱国的表现，如果没有人像他们一样爱国，就没有我们的今天，就没有祖国美好的未来!现在请问一问自己的内心自己真的很爱国，那些历史人物可以为了祖国抛头颅，洒热血，可我们呢?连简简单单的人人为我，我为人人都做不到，更别提什么抛头颅，洒热血了!</w:t>
      </w:r>
      <w:r>
        <w:rPr>
          <w:lang w:eastAsia="zh-CN"/>
        </w:rPr>
        <w:br/>
      </w:r>
      <w:r>
        <w:rPr>
          <w:lang w:eastAsia="zh-CN"/>
        </w:rPr>
        <w:t>　　虽然我看到了祖国的孱弱，但是我也看到了祖国的美丽!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我看到了祖国的长江，滚滚河水带着中华人民的雄心流向远方：我看到了中华人民引以为傲的万里长城，它的一砖一瓦都代表着中华人民的汗水与智慧：我看到了中华人民自豪的颐和园，它那精妙绝伦的雕刻都代表着中国雕刻师技术的精湛</w:t>
      </w:r>
      <w:r>
        <w:rPr>
          <w:lang w:eastAsia="zh-CN"/>
        </w:rPr>
        <w:br/>
      </w:r>
      <w:r>
        <w:rPr>
          <w:lang w:eastAsia="zh-CN"/>
        </w:rPr>
        <w:t>　　邓小平爷爷曾说过我是中国人民的儿子，我深情地爱着我的祖国和人民。邓爷爷为了爱国，宁愿当中华人民的儿子，来贬低自己的身份，可是我们能做到吗?</w:t>
      </w:r>
      <w:r>
        <w:rPr>
          <w:lang w:eastAsia="zh-CN"/>
        </w:rPr>
        <w:br/>
      </w:r>
      <w:r>
        <w:rPr>
          <w:lang w:eastAsia="zh-CN"/>
        </w:rPr>
        <w:t>　　所以从今天开始，让我们怀着一颗爱国的心，努力，不要让别人瞧不起我们中国!要让别人知道我们中国不再只是所谓的东亚病夫!要让别人知道东方雄狮已经从噩梦中惊醒!东方雄狮要怒吼了!</w:t>
      </w:r>
      <w:r>
        <w:rPr>
          <w:lang w:eastAsia="zh-CN"/>
        </w:rPr>
        <w:br/>
      </w:r>
      <w:r>
        <w:rPr>
          <w:lang w:eastAsia="zh-CN"/>
        </w:rPr>
        <w:t>　　我的演讲完毕，谢谢大家!</w:t>
      </w:r>
      <w:r>
        <w:rPr>
          <w:lang w:eastAsia="zh-CN"/>
        </w:rPr>
        <w:br/>
      </w:r>
      <w:r>
        <w:rPr>
          <w:lang w:eastAsia="zh-CN"/>
        </w:rPr>
        <w:t xml:space="preserve">    爱国演讲稿500字：祖国在我心中 篇5 </w:t>
      </w:r>
      <w:r>
        <w:rPr>
          <w:lang w:eastAsia="zh-CN"/>
        </w:rPr>
        <w:br/>
      </w:r>
      <w:r>
        <w:rPr>
          <w:lang w:eastAsia="zh-CN"/>
        </w:rPr>
        <w:t>　　敬爱的老师，亲爱的同学们：</w:t>
      </w:r>
      <w:r>
        <w:rPr>
          <w:lang w:eastAsia="zh-CN"/>
        </w:rPr>
        <w:br/>
      </w:r>
      <w:r>
        <w:rPr>
          <w:lang w:eastAsia="zh-CN"/>
        </w:rPr>
        <w:t>　　大家上午好!</w:t>
      </w:r>
      <w:r>
        <w:rPr>
          <w:lang w:eastAsia="zh-CN"/>
        </w:rPr>
        <w:br/>
      </w:r>
      <w:r>
        <w:rPr>
          <w:lang w:eastAsia="zh-CN"/>
        </w:rPr>
        <w:t>　　我演讲的题目是“祖国在我心中”。</w:t>
      </w:r>
      <w:r>
        <w:rPr>
          <w:lang w:eastAsia="zh-CN"/>
        </w:rPr>
        <w:br/>
      </w:r>
      <w:r>
        <w:rPr>
          <w:lang w:eastAsia="zh-CN"/>
        </w:rPr>
        <w:t>　　每个人的心里都有两个温暖的家—一个是绚丽多彩的祖国，一个是给予我们生命的家乡。在我们的心中!祖国是我们神圣的使命，她赐予我们跳动的生命，给了我，们焊接祖国的未来之光和不容更改的黑眼睛、黄皮肤。由此，请为中华民族的祖祖辈辈，英雄好汉，为她们大声呼号：“中华人民共和国万岁!”</w:t>
      </w:r>
      <w:r>
        <w:rPr>
          <w:lang w:eastAsia="zh-CN"/>
        </w:rPr>
        <w:br/>
      </w:r>
      <w:r>
        <w:rPr>
          <w:lang w:eastAsia="zh-CN"/>
        </w:rPr>
        <w:t>　　翻开了昨天的历史，风云莫测，乌云遮日，俯瞰江山，我们经历了多少风风雨雨，才得到这样优异的成绩。在黑暗的藐视下，帝国主义者…不!是令人毛骨悚然的外国侵略者。他们伸出乌黑、肮脏的双手，向我们发起进攻…邓世昌、杨靖宇、方女士…他们如钢铁一样的意志打败了肆意踩踏中国人民的魔鬼。</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在未来的今天，我们不仅打败了外国侵略者伸出的黑手，还成为历史书上强悍的国家：我们用利剑把贫穷斩断;我们坐火箭去推动飞船;我们用实力来展示自己;我们用和谐来拯救世界…</w:t>
      </w:r>
      <w:r>
        <w:rPr>
          <w:lang w:eastAsia="zh-CN"/>
        </w:rPr>
        <w:br/>
      </w:r>
      <w:r>
        <w:rPr>
          <w:lang w:eastAsia="zh-CN"/>
        </w:rPr>
        <w:t>　　祖国在我心中，五十六个民族载歌载舞，鼓励鼓励中华人民共和国抬起胸膛!祖国!向世界拼搏前进吧!让我们再一次创造新的辉煌!</w:t>
      </w:r>
      <w:r>
        <w:rPr>
          <w:lang w:eastAsia="zh-CN"/>
        </w:rPr>
        <w:br/>
      </w:r>
      <w:r>
        <w:rPr>
          <w:lang w:eastAsia="zh-CN"/>
        </w:rPr>
        <w:t xml:space="preserve">    爱国演讲稿500字：祖国在我心中 篇6 </w:t>
      </w:r>
      <w:r>
        <w:rPr>
          <w:lang w:eastAsia="zh-CN"/>
        </w:rPr>
        <w:br/>
      </w:r>
      <w:r>
        <w:rPr>
          <w:lang w:eastAsia="zh-CN"/>
        </w:rPr>
        <w:t>　　尊敬的老师，亲爱的同学们：</w:t>
      </w:r>
      <w:r>
        <w:rPr>
          <w:lang w:eastAsia="zh-CN"/>
        </w:rPr>
        <w:br/>
      </w:r>
      <w:r>
        <w:rPr>
          <w:lang w:eastAsia="zh-CN"/>
        </w:rPr>
        <w:t>　　大家好!</w:t>
      </w:r>
      <w:r>
        <w:rPr>
          <w:lang w:eastAsia="zh-CN"/>
        </w:rPr>
        <w:br/>
      </w:r>
      <w:r>
        <w:rPr>
          <w:lang w:eastAsia="zh-CN"/>
        </w:rPr>
        <w:t>　　今天我要演讲的题目是《祖国在我心中》。</w:t>
      </w:r>
      <w:r>
        <w:rPr>
          <w:lang w:eastAsia="zh-CN"/>
        </w:rPr>
        <w:br/>
      </w:r>
      <w:r>
        <w:rPr>
          <w:lang w:eastAsia="zh-CN"/>
        </w:rPr>
        <w:t>　　我的祖国，是一个美丽、富饶的大国家，也是一个由56个民族组合起来的大国家，有人说，我们有一个小家，也有一个大家。小时候的我，没有听懂，直到长大后我在明白，原来那个“大家”就是我们的国家!当我戴上那鲜艳的红领巾时，我也明白了，我们是少先队员，我们要为自己的国家做出奉献!</w:t>
      </w:r>
      <w:r>
        <w:rPr>
          <w:lang w:eastAsia="zh-CN"/>
        </w:rPr>
        <w:br/>
      </w:r>
      <w:r>
        <w:rPr>
          <w:lang w:eastAsia="zh-CN"/>
        </w:rPr>
        <w:t>　　如果有人问我，你的国家会不会令你骄傲?那么我一定会回答“：我的国家让我感到感到十分骄傲!”是啊，祖国是令我骄傲、令我自豪的，长白山天池和三角龙湾可以让我们感觉到自然的气息，故宫和长城能让我们了解到古人们的生活习惯。这些都是祖国带给我们的，难道这些还不能让我们为祖国而骄傲吗?</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虽然祖国现在如此的强大，但是在历史上，我们的国家也曾被别的国家所践踏过，人们永不能忘记外国人在我国土地上犯下的滔天罪行，偷盗圆明园、南京大屠杀……在这些灾难当中，我的的祖国终于崛起了，是的，我们中国这一条长龙发怒了，势必要反抗，要崛起。终于，我们把属于我们中国人的土地抢了回来。</w:t>
      </w:r>
      <w:r>
        <w:rPr>
          <w:lang w:eastAsia="zh-CN"/>
        </w:rPr>
        <w:br/>
      </w:r>
      <w:r>
        <w:rPr>
          <w:lang w:eastAsia="zh-CN"/>
        </w:rPr>
        <w:t>　　周总理曾说过“为中华之崛起而读书”我们作为新时代的小学生，长大一定要为国家做出贡献，现在的我们还太小，只要好好读书，认真的学习，听老师与家长的话，把学习搞好，等长大后，好好地报效祖国!我们要把祖国放在心上，时时刻刻心系祖国，祖国会一直在大家的心中!</w:t>
      </w:r>
      <w:r>
        <w:rPr>
          <w:lang w:eastAsia="zh-CN"/>
        </w:rPr>
        <w:br/>
      </w:r>
      <w:r>
        <w:rPr>
          <w:lang w:eastAsia="zh-CN"/>
        </w:rPr>
        <w:t>　　我的演讲完毕，谢谢大家!</w:t>
      </w:r>
      <w:r>
        <w:rPr>
          <w:lang w:eastAsia="zh-CN"/>
        </w:rPr>
        <w:br/>
      </w:r>
      <w:r>
        <w:rPr>
          <w:lang w:eastAsia="zh-CN"/>
        </w:rPr>
        <w:t xml:space="preserve">    爱国演讲稿500字：祖国在我心中 篇7 </w:t>
      </w:r>
      <w:r>
        <w:rPr>
          <w:lang w:eastAsia="zh-CN"/>
        </w:rPr>
        <w:br/>
      </w:r>
      <w:r>
        <w:rPr>
          <w:lang w:eastAsia="zh-CN"/>
        </w:rPr>
        <w:t>　　亲爱的老师，敬爱的同学们：</w:t>
      </w:r>
      <w:r>
        <w:rPr>
          <w:lang w:eastAsia="zh-CN"/>
        </w:rPr>
        <w:br/>
      </w:r>
      <w:r>
        <w:rPr>
          <w:lang w:eastAsia="zh-CN"/>
        </w:rPr>
        <w:t>　　今天我演讲的题目是“祖国在我心中”。</w:t>
      </w:r>
      <w:r>
        <w:rPr>
          <w:lang w:eastAsia="zh-CN"/>
        </w:rPr>
        <w:br/>
      </w:r>
      <w:r>
        <w:rPr>
          <w:lang w:eastAsia="zh-CN"/>
        </w:rPr>
        <w:t>　　我们的祖国，拥有五千年的历史，在这五千年中，我们祖国的汉字不断地演变，科技不断地发展，环境不断地变好……在这5000年中我们的祖国一刻也不停地变化着。既有好的，也有坏的。</w:t>
      </w:r>
      <w:r>
        <w:rPr>
          <w:lang w:eastAsia="zh-CN"/>
        </w:rPr>
        <w:br/>
      </w:r>
      <w:r>
        <w:rPr>
          <w:lang w:eastAsia="zh-CN"/>
        </w:rPr>
        <w:t>　　爱国是什么呢？爱国是在祖国有着大地震的时候伸出自己的这一双手，去帮助别人，救济同胞；爱国是为祖国献出自己的一份力；爱国是在祖国面临危机的时候去帮忙尽力……</w:t>
      </w:r>
      <w:r>
        <w:rPr>
          <w:lang w:eastAsia="zh-CN"/>
        </w:rPr>
        <w:br/>
      </w:r>
      <w:r>
        <w:rPr>
          <w:lang w:eastAsia="zh-CN"/>
        </w:rPr>
        <w:t>　　可是在这些当中，也许我们并不能做到每一项，因为我们还只是小学生，我们的力量还不够，我们只能做一点力所能及的小事。</w:t>
      </w:r>
      <w:r>
        <w:rPr>
          <w:lang w:eastAsia="zh-CN"/>
        </w:rPr>
        <w:br/>
      </w:r>
      <w:r>
        <w:rPr>
          <w:lang w:eastAsia="zh-CN"/>
        </w:rPr>
        <w:t>　　这次，机会终于来了。</w:t>
      </w:r>
      <w:r>
        <w:rPr>
          <w:lang w:eastAsia="zh-CN"/>
        </w:rPr>
        <w:br/>
      </w:r>
      <w:r>
        <w:rPr>
          <w:lang w:eastAsia="zh-CN"/>
        </w:rPr>
        <w:t>　　祖国要办60年大庆，中小学的学生们都可以参加。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听到这个振奋人心的消息，谁能不兴奋？我们争先恐后的报名参与，欢乐的气氛洋溢在校园之中。</w:t>
      </w:r>
      <w:r>
        <w:rPr>
          <w:lang w:eastAsia="zh-CN"/>
        </w:rPr>
        <w:br/>
      </w:r>
      <w:r>
        <w:rPr>
          <w:lang w:eastAsia="zh-CN"/>
        </w:rPr>
        <w:t>　　转眼间到了暑假了，我们的训练也随着烈日炎炎的夏天的到来开始。</w:t>
      </w:r>
      <w:r>
        <w:rPr>
          <w:lang w:eastAsia="zh-CN"/>
        </w:rPr>
        <w:br/>
      </w:r>
      <w:r>
        <w:rPr>
          <w:lang w:eastAsia="zh-CN"/>
        </w:rPr>
        <w:t>　　大地被太阳烤的成了火炉，物体是扭曲的，一会儿弯一会儿直。可越是烈阳我们站的就越久，大家叫苦的叫苦，喊累的喊累，报名参加时的那股兴奋劲儿造不知飘到什么地方去了。</w:t>
      </w:r>
      <w:r>
        <w:rPr>
          <w:lang w:eastAsia="zh-CN"/>
        </w:rPr>
        <w:br/>
      </w:r>
      <w:r>
        <w:rPr>
          <w:lang w:eastAsia="zh-CN"/>
        </w:rPr>
        <w:t>　　我的'体质从小就弱得很，只不过是个外强中干的“绣花枕头”罢了。别说是占三个小时了，就连站个十分钟都得头犯晕眼发花！因此，我很快就被冠上了“替补”这项“罪名”。得到这个对我来说不压与晴天霹雳的“恐怖”消息后，我便如同遭到了五雷轰顶一般，提出要退出训练队——要当就要当正的，当个“替补”算什么？而且，大家都是一样辛苦的，凭什么他们当正我就当副？</w:t>
      </w:r>
      <w:r>
        <w:rPr>
          <w:lang w:eastAsia="zh-CN"/>
        </w:rPr>
        <w:br/>
      </w:r>
      <w:r>
        <w:rPr>
          <w:lang w:eastAsia="zh-CN"/>
        </w:rPr>
        <w:t>　　第二天，我便随着妈妈去怀柔散心。不想半途中突然打来一个电话——是训练队老师打来的。她叫我别放弃，一定要坚持下去，还能锻炼身体呢！</w:t>
      </w:r>
      <w:r>
        <w:rPr>
          <w:lang w:eastAsia="zh-CN"/>
        </w:rPr>
        <w:br/>
      </w:r>
      <w:r>
        <w:rPr>
          <w:lang w:eastAsia="zh-CN"/>
        </w:rPr>
        <w:t>　　妈妈听了，认为确有其理，便把我送回了训练队。</w:t>
      </w:r>
      <w:r>
        <w:rPr>
          <w:lang w:eastAsia="zh-CN"/>
        </w:rPr>
        <w:br/>
      </w:r>
      <w:r>
        <w:rPr>
          <w:lang w:eastAsia="zh-CN"/>
        </w:rPr>
        <w:t>　　就这样，我随着大队辛辛苦苦训练了一个暑假，终于熬到了国庆那天！</w:t>
      </w:r>
      <w:r>
        <w:rPr>
          <w:lang w:eastAsia="zh-CN"/>
        </w:rPr>
        <w:br/>
      </w:r>
      <w:r>
        <w:rPr>
          <w:lang w:eastAsia="zh-CN"/>
        </w:rPr>
        <w:t>　　当我们走进国庆典礼当场时，心中不约而同的升起一股自豪感，笑容仿若一朵花一样开放在每个人的脸上，当然，也包括我。</w:t>
      </w:r>
      <w:r>
        <w:rPr>
          <w:lang w:eastAsia="zh-CN"/>
        </w:rPr>
        <w:br/>
      </w:r>
      <w:r>
        <w:rPr>
          <w:lang w:eastAsia="zh-CN"/>
        </w:rPr>
        <w:t>　　当我看着眼前整齐的方阵时，在心中默默发誓：我一定要好好学习，为国效力！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xml:space="preserve">    爱国演讲稿500字：祖国在我心中 篇8 </w:t>
      </w:r>
      <w:r>
        <w:rPr>
          <w:lang w:eastAsia="zh-CN"/>
        </w:rPr>
        <w:br/>
      </w:r>
      <w:r>
        <w:rPr>
          <w:lang w:eastAsia="zh-CN"/>
        </w:rPr>
        <w:t>　　敬爱的老师，亲爱的同学们：</w:t>
      </w:r>
      <w:r>
        <w:rPr>
          <w:lang w:eastAsia="zh-CN"/>
        </w:rPr>
        <w:br/>
      </w:r>
      <w:r>
        <w:rPr>
          <w:lang w:eastAsia="zh-CN"/>
        </w:rPr>
        <w:t>　　大家好！今天，我演讲的题目是“祖国在我心中”。</w:t>
      </w:r>
      <w:r>
        <w:rPr>
          <w:lang w:eastAsia="zh-CN"/>
        </w:rPr>
        <w:br/>
      </w:r>
      <w:r>
        <w:rPr>
          <w:lang w:eastAsia="zh-CN"/>
        </w:rPr>
        <w:t>　　梁启超说过：“少年智则国智，少年强则国强！”我们是祖国的未来，是祖国的希望。我们都是为了祖国的繁荣富强而努力学习。</w:t>
      </w:r>
      <w:r>
        <w:rPr>
          <w:lang w:eastAsia="zh-CN"/>
        </w:rPr>
        <w:br/>
      </w:r>
      <w:r>
        <w:rPr>
          <w:lang w:eastAsia="zh-CN"/>
        </w:rPr>
        <w:t>　　中华民族是世界上最古老的民族之一，它具有五千年生生不息的历史，有五千年的辉煌文明，他也经历了屈辱和创伤。为什么它具有强大的生命力？是因为祖国和人民在一起！</w:t>
      </w:r>
      <w:r>
        <w:rPr>
          <w:lang w:eastAsia="zh-CN"/>
        </w:rPr>
        <w:br/>
      </w:r>
      <w:r>
        <w:rPr>
          <w:lang w:eastAsia="zh-CN"/>
        </w:rPr>
        <w:t>　　古往今来，有多少人为了祖国太平，而抛头颅，洒热血，不惜牺牲自己的生命。“捐躯为国难，视死忽如归。”战士们为什么会不惧艰险，大义凛然，从容面对帝国主义？是因为祖国在他们心中，他们的心和祖国是在一起的！</w:t>
      </w:r>
      <w:r>
        <w:rPr>
          <w:lang w:eastAsia="zh-CN"/>
        </w:rPr>
        <w:br/>
      </w:r>
      <w:r>
        <w:rPr>
          <w:lang w:eastAsia="zh-CN"/>
        </w:rPr>
        <w:t>　　直到今天，有多少先辈为了振兴中华，造福人民，而奋发图强！周恩来少年时就许下“为中华之崛起而读书”的誓言，最后成为了国家总理；钱学森学习优异，当他知道新中国成立时，冲破阻挠而回国做贡献。他们为什么勤奋努力？是因为他们与祖国骨肉相连，祖国人民永远会记住他们！</w:t>
      </w:r>
      <w:r>
        <w:rPr>
          <w:lang w:eastAsia="zh-CN"/>
        </w:rPr>
        <w:br/>
      </w:r>
      <w:r>
        <w:rPr>
          <w:lang w:eastAsia="zh-CN"/>
        </w:rPr>
        <w:t>　　现在，一些同学的行为让祖国惭愧：风华正茂的学生穿着奇装异服，还烫发、染发；一些同学沉迷在虚拟世界里，抽烟酗酒，甚至犯上了毒瘾，抓进了戒毒所里……不知道他们心里有没有想着亲人和祖国，但我知道他们的未来必定一片荒芜，就如白纸上没有一个文字！这不仅不能为祖国做奉献，还成为祖国的包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还有一些人，他们对日本动漫了如指掌，比如：《网球王子》、《中华小当家》、《灌篮高手》、《樱桃小丸子》等；也对韩国明星有所了解，比如：金钟国、李光洙、宋智孝等，不计其数。当问概念公式时，他们却一问三不知，至于唐诗宋词、鸦片战争、“九一八”事变，他们哪儿记得呀！这样的人能算祖国的未来吗？</w:t>
      </w:r>
      <w:r>
        <w:rPr>
          <w:lang w:eastAsia="zh-CN"/>
        </w:rPr>
        <w:br/>
      </w:r>
      <w:r>
        <w:rPr>
          <w:lang w:eastAsia="zh-CN"/>
        </w:rPr>
        <w:t>　　当然，大部分学生也都在努力学习，不过每个人的想法不同，有的人想在未来赚钱，有的人想实现理想，有的人想在未来找一份好工作……但我们应从小事做起，树立伟大的理想，为祖国的繁荣昌盛而学习。</w:t>
      </w:r>
      <w:r>
        <w:rPr>
          <w:lang w:eastAsia="zh-CN"/>
        </w:rPr>
        <w:br/>
      </w:r>
      <w:r>
        <w:rPr>
          <w:lang w:eastAsia="zh-CN"/>
        </w:rPr>
        <w:t>　　让我们把祖国放在心中，勤奋学习，报效祖国吧！祖国永远和你在一起，我们的未来才越来越美好。</w:t>
      </w:r>
      <w:r>
        <w:rPr>
          <w:lang w:eastAsia="zh-CN"/>
        </w:rPr>
        <w:br/>
      </w:r>
      <w:r>
        <w:rPr>
          <w:lang w:eastAsia="zh-CN"/>
        </w:rPr>
        <w:t>　　我的演讲完毕，谢谢大家！</w:t>
      </w:r>
      <w:r>
        <w:rPr>
          <w:lang w:eastAsia="zh-CN"/>
        </w:rPr>
        <w:br/>
      </w:r>
      <w:r>
        <w:rPr>
          <w:lang w:eastAsia="zh-CN"/>
        </w:rPr>
        <w:t xml:space="preserve">    爱国演讲稿500字：祖国在我心中 篇9 </w:t>
      </w:r>
      <w:r>
        <w:rPr>
          <w:lang w:eastAsia="zh-CN"/>
        </w:rPr>
        <w:br/>
      </w:r>
      <w:r>
        <w:rPr>
          <w:lang w:eastAsia="zh-CN"/>
        </w:rPr>
        <w:t>　　尊敬的老师，敬爱的同学们：</w:t>
      </w:r>
      <w:r>
        <w:rPr>
          <w:lang w:eastAsia="zh-CN"/>
        </w:rPr>
        <w:br/>
      </w:r>
      <w:r>
        <w:rPr>
          <w:lang w:eastAsia="zh-CN"/>
        </w:rPr>
        <w:t>　　大家好！</w:t>
      </w:r>
      <w:r>
        <w:rPr>
          <w:lang w:eastAsia="zh-CN"/>
        </w:rPr>
        <w:br/>
      </w:r>
      <w:r>
        <w:rPr>
          <w:lang w:eastAsia="zh-CN"/>
        </w:rPr>
        <w:t>　　今天我要演讲的主题是“祖国在我心中”</w:t>
      </w:r>
      <w:r>
        <w:rPr>
          <w:lang w:eastAsia="zh-CN"/>
        </w:rPr>
        <w:br/>
      </w:r>
      <w:r>
        <w:rPr>
          <w:lang w:eastAsia="zh-CN"/>
        </w:rPr>
        <w:t>　　祖国，一个多么伟大的名字，这两个字是我们从一年级的语文课本中学到的。祖国，是刘翔在比赛后欢庆的喜悦；是神舟七号发射成功后人们发出的欢呼；更是京张铁路修筑成功人们激动的泪水。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祖国，有人说是一位无私、宽广的母亲。少年强则中国强，少年智则中国智；当祖国贫困时，人们挨寒受冻；当祖国强大时，人们扬眉吐气，抬头挺胸。屈辱的历史是这句话的见证。日本鬼子侵略中国时，“南京大屠杀”“九一八事变”多少个血淋淋的名字？然而我们，强大的中国，强大的中国人民并无屈服。终于，1949年，新中国成立了。</w:t>
      </w:r>
      <w:r>
        <w:rPr>
          <w:lang w:eastAsia="zh-CN"/>
        </w:rPr>
        <w:br/>
      </w:r>
      <w:r>
        <w:rPr>
          <w:lang w:eastAsia="zh-CN"/>
        </w:rPr>
        <w:t>　　我们在后面的一段时间里，我们证明了一切：当今原子弹研制成功，当神舟七号成功往返；当香港澳门回归时，当青铁修成时，当我们20__年成功深奥时，我们证明了一切，向世界证明了一切。</w:t>
      </w:r>
      <w:r>
        <w:rPr>
          <w:lang w:eastAsia="zh-CN"/>
        </w:rPr>
        <w:br/>
      </w:r>
      <w:r>
        <w:rPr>
          <w:lang w:eastAsia="zh-CN"/>
        </w:rPr>
        <w:t>　　祖国在我心中，祖国在你心中，祖国在中华儿女心中。同学们，让我们携起手，好好读书，回报伟大的祖国母亲！</w:t>
      </w:r>
      <w:r>
        <w:rPr>
          <w:lang w:eastAsia="zh-CN"/>
        </w:rPr>
        <w:br/>
      </w:r>
      <w:r>
        <w:rPr>
          <w:lang w:eastAsia="zh-CN"/>
        </w:rPr>
        <w:t>　　我的演讲结束了，谢谢大家！</w:t>
      </w:r>
      <w:r>
        <w:rPr>
          <w:lang w:eastAsia="zh-CN"/>
        </w:rPr>
        <w:br/>
      </w:r>
      <w:r>
        <w:rPr>
          <w:lang w:eastAsia="zh-CN"/>
        </w:rPr>
        <w:t xml:space="preserve">    爱国演讲稿500字：祖国在我心中 篇10 </w:t>
      </w:r>
      <w:r>
        <w:rPr>
          <w:lang w:eastAsia="zh-CN"/>
        </w:rPr>
        <w:br/>
      </w:r>
      <w:r>
        <w:rPr>
          <w:lang w:eastAsia="zh-CN"/>
        </w:rPr>
        <w:t>　　尊敬的老师们、亲爱的同学们：</w:t>
      </w:r>
      <w:r>
        <w:rPr>
          <w:lang w:eastAsia="zh-CN"/>
        </w:rPr>
        <w:br/>
      </w:r>
      <w:r>
        <w:rPr>
          <w:lang w:eastAsia="zh-CN"/>
        </w:rPr>
        <w:t>　　大家好!我是六四班的贾子楠，今天我要演讲的题目是：祖国在我心中。</w:t>
      </w:r>
      <w:r>
        <w:rPr>
          <w:lang w:eastAsia="zh-CN"/>
        </w:rPr>
        <w:br/>
      </w:r>
      <w:r>
        <w:rPr>
          <w:lang w:eastAsia="zh-CN"/>
        </w:rPr>
        <w:t>　　长江，长城，黄山，黄河，在我心中重千斤，不论何时，不论何地，心中一样亲每当听到《我的中国心》这首歌时，我总为自己是中国人而感到骄傲。</w:t>
      </w:r>
      <w:r>
        <w:rPr>
          <w:lang w:eastAsia="zh-CN"/>
        </w:rPr>
        <w:br/>
      </w:r>
      <w:r>
        <w:rPr>
          <w:lang w:eastAsia="zh-CN"/>
        </w:rPr>
        <w:t>　　我们的祖国，有着广阔的大地、丰富的矿产资源，更有五千年的历史文化：干劲端庄的方块字教我端正做人;一个个令我深受感动的神话故事;一部部扣人心弦的历史名着五千年的历史文化滋养着我们，熏陶着我们，让我们了解祖先的辉煌事迹。我们的祖国，不仅有悠久的历史文化，还有壮丽的河山：波涛汹涌的长江黄河;高大挺拔的珠穆朗玛峰;天下第一美的桂林山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我爱我的祖国，爱高高飘扬的五星红旗。同学们，看着冉冉升起的国旗，你是否感到从未有过的激动?是否会想起那些为国家而壮烈牺牲的烈士们?是否会想到那些为国家做出贡献的人?我敢说有些同学不会的。当我们对国旗行注目礼时，有的同学在做小动作;当庄严的国歌奏响时，我们嘴里发出的声音却像蚊子似的无病呻吟。这一切难道是爱国的表现吗?别忘了，那国旗里的眼睛在看着你呢!谁在做小动作?谁在低着头窃窃私语?高高飘扬的国旗全都看得一清二楚。别认为升旗仪式是一件小事，它的意义大于一切!</w:t>
      </w:r>
      <w:r>
        <w:rPr>
          <w:lang w:eastAsia="zh-CN"/>
        </w:rPr>
        <w:br/>
      </w:r>
      <w:r>
        <w:rPr>
          <w:lang w:eastAsia="zh-CN"/>
        </w:rPr>
        <w:t>　　同学们，我相信大家都和我一样有一颗爱国的心。让我们一起努力学习吧!长大后成为祖国的栋梁，为祖国做出最大的贡献!</w:t>
      </w:r>
      <w:r>
        <w:rPr>
          <w:lang w:eastAsia="zh-CN"/>
        </w:rPr>
        <w:br/>
      </w:r>
      <w:r>
        <w:rPr>
          <w:lang w:eastAsia="zh-CN"/>
        </w:rPr>
        <w:t xml:space="preserve">    爱国演讲稿500字：祖国在我心中 篇11 </w:t>
      </w:r>
      <w:r>
        <w:rPr>
          <w:lang w:eastAsia="zh-CN"/>
        </w:rPr>
        <w:br/>
      </w:r>
      <w:r>
        <w:rPr>
          <w:lang w:eastAsia="zh-CN"/>
        </w:rPr>
        <w:t>　　在我演讲之前，我想问大家一个问题，中国有多大?有人会说960万平方公里，然而，在我心中，祖国之大无法用数据来衡量,区区960万，在祖国的博大精深面前只是凤毛麟角.</w:t>
      </w:r>
      <w:r>
        <w:rPr>
          <w:lang w:eastAsia="zh-CN"/>
        </w:rPr>
        <w:br/>
      </w:r>
      <w:r>
        <w:rPr>
          <w:lang w:eastAsia="zh-CN"/>
        </w:rPr>
        <w:t>　　大家请跟着我,沿着黄河与长江的源头,漂流而下,从中”坎坎代擅”的江边,到里”金戈铁马”的楚河汉界;从郦道元的,到苏东坡的;</w:t>
      </w:r>
      <w:r>
        <w:rPr>
          <w:lang w:eastAsia="zh-CN"/>
        </w:rPr>
        <w:br/>
      </w:r>
      <w:r>
        <w:rPr>
          <w:lang w:eastAsia="zh-CN"/>
        </w:rPr>
        <w:t>　　我们看青藏高原脉动的祖国,看黄土高坡跳跃的祖国,</w:t>
      </w:r>
      <w:r>
        <w:rPr>
          <w:lang w:eastAsia="zh-CN"/>
        </w:rPr>
        <w:br/>
      </w:r>
      <w:r>
        <w:rPr>
          <w:lang w:eastAsia="zh-CN"/>
        </w:rPr>
        <w:t>　　看烟花苍茫,百舸争流的祖国,看平原奔驰,长河扬鞭的祖国,</w:t>
      </w:r>
      <w:r>
        <w:rPr>
          <w:lang w:eastAsia="zh-CN"/>
        </w:rPr>
        <w:br/>
      </w:r>
      <w:r>
        <w:rPr>
          <w:lang w:eastAsia="zh-CN"/>
        </w:rPr>
        <w:t>　　在刻满甲骨文的钟鼎上,读祖国童年的灵性;</w:t>
      </w:r>
      <w:r>
        <w:rPr>
          <w:lang w:eastAsia="zh-CN"/>
        </w:rPr>
        <w:br/>
      </w:r>
      <w:r>
        <w:rPr>
          <w:lang w:eastAsia="zh-CN"/>
        </w:rPr>
        <w:t>　　在布满烽火的长城上,读祖国青春的豪放;</w:t>
      </w:r>
      <w:r>
        <w:rPr>
          <w:lang w:eastAsia="zh-CN"/>
        </w:rPr>
        <w:br/>
      </w:r>
      <w:r>
        <w:rPr>
          <w:lang w:eastAsia="zh-CN"/>
        </w:rPr>
        <w:t>　　在缀满诗歌与科学的大地上,读祖国壮年的成熟.</w:t>
      </w:r>
      <w:r>
        <w:rPr>
          <w:lang w:eastAsia="zh-CN"/>
        </w:rPr>
        <w:br/>
      </w:r>
      <w:r>
        <w:rPr>
          <w:lang w:eastAsia="zh-CN"/>
        </w:rPr>
        <w:t>　　然而,我想说但又不愿说，我也曾看到祖国的孱弱,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在圆明园烧焦的废墟之上,我看祖国是一摊鲜血;</w:t>
      </w:r>
      <w:r>
        <w:rPr>
          <w:lang w:eastAsia="zh-CN"/>
        </w:rPr>
        <w:br/>
      </w:r>
      <w:r>
        <w:rPr>
          <w:lang w:eastAsia="zh-CN"/>
        </w:rPr>
        <w:t>　　在邓世昌勇猛的”致远舰”上,我看祖国是一团怒火;</w:t>
      </w:r>
      <w:r>
        <w:rPr>
          <w:lang w:eastAsia="zh-CN"/>
        </w:rPr>
        <w:br/>
      </w:r>
      <w:r>
        <w:rPr>
          <w:lang w:eastAsia="zh-CN"/>
        </w:rPr>
        <w:t>　　在一二九凝聚的华北大地上，我看祖国是一面大旗;</w:t>
      </w:r>
      <w:r>
        <w:rPr>
          <w:lang w:eastAsia="zh-CN"/>
        </w:rPr>
        <w:br/>
      </w:r>
      <w:r>
        <w:rPr>
          <w:lang w:eastAsia="zh-CN"/>
        </w:rPr>
        <w:t>　　虽然,我们的祖国曾像一艘搁浅的大船,尽管沉重,尽管缓慢,但,她没有沉没,在亚细亚的东部,用宽厚的肩膀,挽起高山大海，依然坚挺着前进的风帆,将炎黄子孙带进了繁荣昌盛.</w:t>
      </w:r>
      <w:r>
        <w:rPr>
          <w:lang w:eastAsia="zh-CN"/>
        </w:rPr>
        <w:br/>
      </w:r>
      <w:r>
        <w:rPr>
          <w:lang w:eastAsia="zh-CN"/>
        </w:rPr>
        <w:t>　　我们,是生在红旗下,长在春风里的一代,在幸福的生活里打滚,在和平的年代里自由自在.但是我们明白,曾经,有一段悲痛的历史摆在我们的面前，我们不能忘怀,人世间最大的悲愤也莫过于此,如果要让这段历史再次重演的话,我们,绝不允许.</w:t>
      </w:r>
      <w:r>
        <w:rPr>
          <w:lang w:eastAsia="zh-CN"/>
        </w:rPr>
        <w:br/>
      </w:r>
      <w:r>
        <w:rPr>
          <w:lang w:eastAsia="zh-CN"/>
        </w:rPr>
        <w:t>　　永远铭记那冰雪覆盖的1935年,日本帝国主义对我华北大地,大肆张开了魔爪,烧杀掠夺,无所不为.然而,七十年后的今天,日本人又篡改教科书,参拜神社,占我岛,这些种种劣迹,不得不另人愤慨和遗憾,作为新世纪的大学生,我们为他们不尊重历史的表现而悲哀,为他们不尊重自己的行为而心寒。</w:t>
      </w:r>
      <w:r>
        <w:rPr>
          <w:lang w:eastAsia="zh-CN"/>
        </w:rPr>
        <w:br/>
      </w:r>
      <w:r>
        <w:rPr>
          <w:lang w:eastAsia="zh-CN"/>
        </w:rPr>
        <w:t>　　为他们这些幼稚的举动而愤怒,但是,同学们,切莫以为只有生于乱世才能为国分忧,欲报国何须生于乱世,又何止在沙场拼杀,别忘了,我们最最坚韧和最最锋利的武器,就是我们的知识，我们的战场就是这足下的土地,同学们,用我们百倍的努力,去学习丰富的知识,学得全面的能力,然后用自己强健的双手,开创自己辉煌的篇章,这,便是对我们安工大的热爱,对我们伟大祖国的最大的热爱!</w:t>
      </w:r>
      <w:r>
        <w:rPr>
          <w:lang w:eastAsia="zh-CN"/>
        </w:rPr>
        <w:br/>
      </w:r>
      <w:r>
        <w:rPr>
          <w:lang w:eastAsia="zh-CN"/>
        </w:rPr>
        <w:t>　　同学们,当你立足于雄伟蜿蜒的长城之上,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当你止步于滚滚东去的黄河之边,</w:t>
      </w:r>
      <w:r>
        <w:rPr>
          <w:lang w:eastAsia="zh-CN"/>
        </w:rPr>
        <w:br/>
      </w:r>
      <w:r>
        <w:rPr>
          <w:lang w:eastAsia="zh-CN"/>
        </w:rPr>
        <w:t>　　当你静立于烟波浩淼的渤海之滨,</w:t>
      </w:r>
      <w:r>
        <w:rPr>
          <w:lang w:eastAsia="zh-CN"/>
        </w:rPr>
        <w:br/>
      </w:r>
      <w:r>
        <w:rPr>
          <w:lang w:eastAsia="zh-CN"/>
        </w:rPr>
        <w:t>　　难道你就不为拥有如此温馨的归宿而感慨万千?</w:t>
      </w:r>
      <w:r>
        <w:rPr>
          <w:lang w:eastAsia="zh-CN"/>
        </w:rPr>
        <w:br/>
      </w:r>
      <w:r>
        <w:rPr>
          <w:lang w:eastAsia="zh-CN"/>
        </w:rPr>
        <w:t>　　难道不为拥有如此美丽的母亲而热情奔放?</w:t>
      </w:r>
      <w:r>
        <w:rPr>
          <w:lang w:eastAsia="zh-CN"/>
        </w:rPr>
        <w:br/>
      </w:r>
      <w:r>
        <w:rPr>
          <w:lang w:eastAsia="zh-CN"/>
        </w:rPr>
        <w:t>　　难道不为拥有如此壮丽的祖国而激情飞扬?</w:t>
      </w:r>
      <w:r>
        <w:rPr>
          <w:lang w:eastAsia="zh-CN"/>
        </w:rPr>
        <w:br/>
      </w:r>
      <w:r>
        <w:rPr>
          <w:lang w:eastAsia="zh-CN"/>
        </w:rPr>
        <w:t xml:space="preserve">    爱国演讲稿500字：祖国在我心中 篇12 </w:t>
      </w:r>
      <w:r>
        <w:rPr>
          <w:lang w:eastAsia="zh-CN"/>
        </w:rPr>
        <w:br/>
      </w:r>
      <w:r>
        <w:rPr>
          <w:lang w:eastAsia="zh-CN"/>
        </w:rPr>
        <w:t>　　亲爱的同学们，老师们：</w:t>
      </w:r>
      <w:r>
        <w:rPr>
          <w:lang w:eastAsia="zh-CN"/>
        </w:rPr>
        <w:br/>
      </w:r>
      <w:r>
        <w:rPr>
          <w:lang w:eastAsia="zh-CN"/>
        </w:rPr>
        <w:t>　　你们好!今天我演讲的题目是：祖国在我心中。</w:t>
      </w:r>
      <w:r>
        <w:rPr>
          <w:lang w:eastAsia="zh-CN"/>
        </w:rPr>
        <w:br/>
      </w:r>
      <w:r>
        <w:rPr>
          <w:lang w:eastAsia="zh-CN"/>
        </w:rPr>
        <w:t>　　中国有着五千多年悠久的历史与文化，有着壮丽的河山。但是同学们你们想过吗，这一切都是祖国母亲用自己的血肉之躯换来的。当我们坐在明亮的教室里时是否想过祖国母亲曾经受到的耻辱与伤害。</w:t>
      </w:r>
      <w:r>
        <w:rPr>
          <w:lang w:eastAsia="zh-CN"/>
        </w:rPr>
        <w:br/>
      </w:r>
      <w:r>
        <w:rPr>
          <w:lang w:eastAsia="zh-CN"/>
        </w:rPr>
        <w:t>　　西汉遭匈奴入侵，唐遭突厥入侵，明遭日本入侵，清遭英、法、俄、日入侵。一次次的入侵，一次次的耻辱，让中国这个曾经辉煌一时的国家从此陷入困境，使一个东方大国沦为一个被列强瓜分的国家，也使一代代的中国人抬不起头来。</w:t>
      </w:r>
      <w:r>
        <w:rPr>
          <w:lang w:eastAsia="zh-CN"/>
        </w:rPr>
        <w:br/>
      </w:r>
      <w:r>
        <w:rPr>
          <w:lang w:eastAsia="zh-CN"/>
        </w:rPr>
        <w:t>　　让我们回亿60年前那个令人激动的时刻，在那一天，伟大领袖毛主席站在天安门城楼上，向世人宣布，向世界选布，中华人民共和国在今天成立，中国人民从此站起来了。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今年国庆阅兵那天，我坐在电视机前，当看到受阅的三军勇士迈着矫健的步伐，雄赳赳、气昂昂地通过天安门时，国防武器已接踵而来地展现在我们的眼前：新型主战坦克、火炮、核武器以及各种战略导弹。</w:t>
      </w:r>
      <w:r>
        <w:rPr>
          <w:lang w:eastAsia="zh-CN"/>
        </w:rPr>
        <w:br/>
      </w:r>
      <w:r>
        <w:rPr>
          <w:lang w:eastAsia="zh-CN"/>
        </w:rPr>
        <w:t>　　我们的幸福来自祖国，只有国家富强，才能使我们的生活更加美好。我们应该热爱祖国，好好学习，争当四好少年，用最优异的成绩，用最出色的成就回报伟大的祖国!我为祖国歌唱，我为祖国奉献!祖国永远在我心中!</w:t>
      </w:r>
      <w:r>
        <w:rPr>
          <w:lang w:eastAsia="zh-CN"/>
        </w:rPr>
        <w:br/>
      </w:r>
      <w:r>
        <w:rPr>
          <w:lang w:eastAsia="zh-CN"/>
        </w:rPr>
        <w:t>　　这个令人激动的时刻，是祖国母亲百年奋战的结果，这一刻，无数的中国人流下眼泪，无数的中国人为之欢呼雀跃。是的，应该落泪，应该欢呼。因为，一个东方大国，就此成立，世代中国人为之自豪。</w:t>
      </w:r>
      <w:r>
        <w:rPr>
          <w:lang w:eastAsia="zh-CN"/>
        </w:rPr>
        <w:br/>
      </w:r>
      <w:r>
        <w:rPr>
          <w:lang w:eastAsia="zh-CN"/>
        </w:rPr>
        <w:t>　　现在，共和国即将迎来它的60华诞。回头望一路虽然坎坷，但一个超级大国也即将崛起，祖国母亲的荣誉也即将迎回。</w:t>
      </w:r>
      <w:r>
        <w:rPr>
          <w:lang w:eastAsia="zh-CN"/>
        </w:rPr>
        <w:br/>
      </w:r>
      <w:r>
        <w:rPr>
          <w:lang w:eastAsia="zh-CN"/>
        </w:rPr>
        <w:t>　　神七飞天，圆百年飞天梦。08奥运，圆梦中国。金牌第一，中国辉煌。金融危机，中国屹立不倒</w:t>
      </w:r>
      <w:r>
        <w:rPr>
          <w:lang w:eastAsia="zh-CN"/>
        </w:rPr>
        <w:br/>
      </w:r>
      <w:r>
        <w:rPr>
          <w:lang w:eastAsia="zh-CN"/>
        </w:rPr>
        <w:t>　　面对日益强大的祖国，千言万语，汇成一句：母亲，生日快乐!</w:t>
      </w:r>
      <w:r>
        <w:rPr>
          <w:lang w:eastAsia="zh-CN"/>
        </w:rPr>
        <w:br/>
      </w:r>
      <w:r>
        <w:rPr>
          <w:lang w:eastAsia="zh-CN"/>
        </w:rPr>
        <w:t xml:space="preserve">    爱国演讲稿500字：祖国在我心中 篇13 </w:t>
      </w:r>
      <w:r>
        <w:rPr>
          <w:lang w:eastAsia="zh-CN"/>
        </w:rPr>
        <w:br/>
      </w:r>
      <w:r>
        <w:rPr>
          <w:lang w:eastAsia="zh-CN"/>
        </w:rPr>
        <w:t>　　亲爱的同学们，敬爱的老师们：</w:t>
      </w:r>
      <w:r>
        <w:rPr>
          <w:lang w:eastAsia="zh-CN"/>
        </w:rPr>
        <w:br/>
      </w:r>
      <w:r>
        <w:rPr>
          <w:lang w:eastAsia="zh-CN"/>
        </w:rPr>
        <w:t>　　大家好!</w:t>
      </w:r>
      <w:r>
        <w:rPr>
          <w:lang w:eastAsia="zh-CN"/>
        </w:rPr>
        <w:br/>
      </w:r>
      <w:r>
        <w:rPr>
          <w:lang w:eastAsia="zh-CN"/>
        </w:rPr>
        <w:t>　　我们的祖国有着五千多年的历史和灿烂的文化，我们有美丽的河山，有世界最雄伟的长城，有先进的武器这一切证明了我们祖国是个强大的祖国。</w:t>
      </w:r>
      <w:r>
        <w:rPr>
          <w:lang w:eastAsia="zh-CN"/>
        </w:rPr>
        <w:br/>
      </w:r>
    </w:p>
    <w:p w:rsidR="001B1F19" w14:textId="27C3F48A">
      <w:pPr>
        <w:rPr>
          <w:rFonts w:hint="eastAsia"/>
          <w:lang w:eastAsia="zh-CN"/>
        </w:rPr>
      </w:pPr>
      <w:r>
        <w:rPr>
          <w:lang w:eastAsia="zh-CN"/>
        </w:rPr>
        <w:t>　　我们有文化史上著名的诗人、作家。是我们的祖先仓颉发明了汉字。我们有一个历史悠久、历经沧桑的文明古国，是先驱者的热血，洒满了整个大地才有我们辉煌和平的今天。</w:t>
      </w:r>
      <w:r>
        <w:rPr>
          <w:lang w:eastAsia="zh-CN"/>
        </w:rPr>
        <w:br/>
      </w:r>
      <w:r>
        <w:rPr>
          <w:lang w:eastAsia="zh-CN"/>
        </w:rPr>
        <w:t>　　37年时，日本帝国主义者来侵犯中国，我们伟大的先驱者拼命抵抗，甚至有的与敌人同归于尽，抗日八年，终于把那哭的小鬼子赶出了中国;49年以后，是毛泽东等领导共同建设我们祖国的美好未来;紧着，我们的中国的大地上又升起了一串美丽的彩虹。1978年东方之珠&amp;&amp;香港回归了;1997年澳门的人们也唱着国歌回到了自己期望以久的故土中;20__年我们的祖国光荣的申奥成功从此走向了世界之巅;即20__年，我国出现了一位航天英雄，太空中也出现了中国人的身影;20__年我国北京奥运会举办成功;20__年上海世博会那样壮观的场面</w:t>
      </w:r>
      <w:r>
        <w:rPr>
          <w:lang w:eastAsia="zh-CN"/>
        </w:rPr>
        <w:br/>
      </w:r>
      <w:r>
        <w:rPr>
          <w:lang w:eastAsia="zh-CN"/>
        </w:rPr>
        <w:t>　　祖国两字是我在儿歌我们的祖国是花园&amp;中听到的;是我在刘翔冲刺的那一刻，是从他胜利时那充满快乐的脸上看到的;是在幼儿园的课本上学到的这也证明了我国是一条腾飞的巨龙。</w:t>
      </w:r>
      <w:r>
        <w:rPr>
          <w:lang w:eastAsia="zh-CN"/>
        </w:rPr>
        <w:br/>
      </w:r>
      <w:r>
        <w:rPr>
          <w:lang w:eastAsia="zh-CN"/>
        </w:rPr>
        <w:t>　　同学们，为了这些，我们应该更加好好学习，应该更加好好报效祖国。让我们努力吧!</w:t>
      </w:r>
      <w:r>
        <w:rPr>
          <w:lang w:eastAsia="zh-CN"/>
        </w:rPr>
        <w:br/>
      </w:r>
      <w:r>
        <w:rPr>
          <w:lang w:eastAsia="zh-CN"/>
        </w:rPr>
        <w:t xml:space="preserve">    爱国演讲稿500字：祖国在我心中 篇14 </w:t>
      </w:r>
      <w:r>
        <w:rPr>
          <w:lang w:eastAsia="zh-CN"/>
        </w:rPr>
        <w:br/>
      </w:r>
      <w:r>
        <w:rPr>
          <w:lang w:eastAsia="zh-CN"/>
        </w:rPr>
        <w:t>　　敬爱的老师亲爱的同学们：</w:t>
      </w:r>
      <w:r>
        <w:rPr>
          <w:lang w:eastAsia="zh-CN"/>
        </w:rPr>
        <w:br/>
      </w:r>
      <w:r>
        <w:rPr>
          <w:lang w:eastAsia="zh-CN"/>
        </w:rPr>
        <w:t>　　大家好！今天我的演讲题目是《祖国在我心中》。</w:t>
      </w:r>
      <w:r>
        <w:rPr>
          <w:lang w:eastAsia="zh-CN"/>
        </w:rPr>
        <w:br/>
      </w:r>
      <w:r>
        <w:rPr>
          <w:lang w:eastAsia="zh-CN"/>
        </w:rPr>
        <w:t>　　每个人都有自己的祖国，可是我的祖国不同于别的国家，我为有我这样的一个祖国而感到自豪！我是炎黄子孙！我是龙的传人！</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https://d.book118.com/508102136013006040</w:t>
        </w:r>
      </w:hyperlink>
    </w:p>
    <w:p w:rsidR="001B1F19">
      <w:pPr>
        <w:rPr>
          <w:rFonts w:hint="eastAsia"/>
          <w:lang w:eastAsia="zh-CN"/>
        </w:rPr>
      </w:pPr>
    </w:p>
    <w:sectPr>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508102136013006040"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