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2024学生会学习部个人总结（33篇）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2024学生会学习部个人总结（通用33篇）</w:t>
      </w:r>
      <w:r>
        <w:rPr>
          <w:lang w:eastAsia="zh-CN"/>
        </w:rPr>
        <w:br/>
      </w:r>
      <w:r>
        <w:rPr>
          <w:lang w:eastAsia="zh-CN"/>
        </w:rPr>
        <w:t xml:space="preserve">    2024学生会学习部个人总结 篇1 </w:t>
      </w:r>
      <w:r>
        <w:rPr>
          <w:lang w:eastAsia="zh-CN"/>
        </w:rPr>
        <w:br/>
      </w:r>
      <w:r>
        <w:rPr>
          <w:lang w:eastAsia="zh-CN"/>
        </w:rPr>
        <w:t>　　学习部上个学期主要就是助班的奋斗这个活动，那我就主要总结一下这个活动以及从中收获到的东西。活动从宏观上来说分为三大部分，</w:t>
      </w:r>
      <w:r>
        <w:rPr>
          <w:lang w:eastAsia="zh-CN"/>
        </w:rPr>
        <w:br/>
      </w:r>
      <w:r>
        <w:rPr>
          <w:lang w:eastAsia="zh-CN"/>
        </w:rPr>
        <w:t>　　一：征文部分。</w:t>
      </w:r>
      <w:r>
        <w:rPr>
          <w:lang w:eastAsia="zh-CN"/>
        </w:rPr>
        <w:br/>
      </w:r>
      <w:r>
        <w:rPr>
          <w:lang w:eastAsia="zh-CN"/>
        </w:rPr>
        <w:t>　　这部分当初学习部在开小会的时候没有花费太大的精力，但是宣传当天却是遇到了不小的问题，可以说第一天的宣传根本就没有达到效果，问题有</w:t>
      </w:r>
      <w:r>
        <w:rPr>
          <w:lang w:eastAsia="zh-CN"/>
        </w:rPr>
        <w:br/>
      </w:r>
      <w:r>
        <w:rPr>
          <w:lang w:eastAsia="zh-CN"/>
        </w:rPr>
        <w:t>　　1、气场问题。第一天的宣传场面简陋的可怜，只有几张桌子以及几块砖头摆在桌子上，从气势上就代表不了一个大的活动。</w:t>
      </w:r>
      <w:r>
        <w:rPr>
          <w:lang w:eastAsia="zh-CN"/>
        </w:rPr>
        <w:br/>
      </w:r>
      <w:r>
        <w:rPr>
          <w:lang w:eastAsia="zh-CN"/>
        </w:rPr>
        <w:t>　　2、宣传问题。当天的宣传单完全就是把我们的策划给打印了出来，导致一份宣传单就有3页之多，直接影响了宣传效果及效率。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3、学习部3人相互之间沟通问题。这是最根本的问题，不单单是对助班的奋斗这个活动，对以后所有的活动都是一样。活动的进行确实是需要分工，但问题就出在分工之后内部成员之间是否能够做到相互监督进度以及相互补充思想。各司其职就难免会达不到一个集体所期盼的效果，活动细节出现问题的同时就会产生个人抱怨，其实这也是一个集体出现的问题，而不单单是个人。</w:t>
      </w:r>
      <w:r>
        <w:rPr>
          <w:lang w:eastAsia="zh-CN"/>
        </w:rPr>
        <w:br/>
      </w:r>
      <w:r>
        <w:rPr>
          <w:lang w:eastAsia="zh-CN"/>
        </w:rPr>
        <w:t>　　二：助班的奋斗mv以及助班访谈室的制作。</w:t>
      </w:r>
      <w:r>
        <w:rPr>
          <w:lang w:eastAsia="zh-CN"/>
        </w:rPr>
        <w:br/>
      </w:r>
      <w:r>
        <w:rPr>
          <w:lang w:eastAsia="zh-CN"/>
        </w:rPr>
        <w:t>　　助班的奋斗mv以及助班访谈室的制作过程更是举步维艰。</w:t>
      </w:r>
      <w:r>
        <w:rPr>
          <w:lang w:eastAsia="zh-CN"/>
        </w:rPr>
        <w:br/>
      </w:r>
      <w:r>
        <w:rPr>
          <w:lang w:eastAsia="zh-CN"/>
        </w:rPr>
        <w:t>　　外因有</w:t>
      </w:r>
      <w:r>
        <w:rPr>
          <w:lang w:eastAsia="zh-CN"/>
        </w:rPr>
        <w:br/>
      </w:r>
      <w:r>
        <w:rPr>
          <w:lang w:eastAsia="zh-CN"/>
        </w:rPr>
        <w:t>　　1助班们的时间问题。男助班的时间安排是我一个个打电话商议的，女助班的时间安排是小曹打电话商议的，总的时间协调是由谢浩负责。助班们确实都很忙，这为此活动的开展制造了不小的麻烦。</w:t>
      </w:r>
      <w:r>
        <w:rPr>
          <w:lang w:eastAsia="zh-CN"/>
        </w:rPr>
        <w:br/>
      </w:r>
      <w:r>
        <w:rPr>
          <w:lang w:eastAsia="zh-CN"/>
        </w:rPr>
        <w:t>　　2天气问题。表面上是个外因，其实也有内因问题里面，这就要求我们要事先考虑一下一旦天气状况有问题，我们应该怎样处理以及能不能利用不好的天气来拍出更具影响力的画面。</w:t>
      </w:r>
      <w:r>
        <w:rPr>
          <w:lang w:eastAsia="zh-CN"/>
        </w:rPr>
        <w:br/>
      </w:r>
      <w:r>
        <w:rPr>
          <w:lang w:eastAsia="zh-CN"/>
        </w:rPr>
        <w:t>　　内因有</w:t>
      </w:r>
      <w:r>
        <w:rPr>
          <w:lang w:eastAsia="zh-CN"/>
        </w:rPr>
        <w:br/>
      </w:r>
      <w:r>
        <w:rPr>
          <w:lang w:eastAsia="zh-CN"/>
        </w:rPr>
        <w:t>　　1器材准备。dv的准备不充分，给这次视频的拍摄制造了不小的麻烦，主要体现在dv没电。</w:t>
      </w:r>
      <w:r>
        <w:rPr>
          <w:lang w:eastAsia="zh-CN"/>
        </w:rPr>
        <w:br/>
      </w:r>
      <w:r>
        <w:rPr>
          <w:lang w:eastAsia="zh-CN"/>
        </w:rPr>
        <w:t>　　2部分画面考虑不周到，以致现场设计画面浪费时间。</w:t>
      </w:r>
      <w:r>
        <w:rPr>
          <w:lang w:eastAsia="zh-CN"/>
        </w:rPr>
        <w:br/>
      </w:r>
      <w:r>
        <w:rPr>
          <w:lang w:eastAsia="zh-CN"/>
        </w:rPr>
        <w:t>　　3个人准备问题。mv的策划主要由我来负责，上述的画面考虑不周到也正是因为我个人准备阶段不够充分所导致的。助班的访谈室期间小曹的台词部分前期准备也不够充分，可能是因为把其想的太过于简单了，这也为以后积累了宝贵的经验。</w:t>
      </w:r>
      <w:r>
        <w:rPr>
          <w:lang w:eastAsia="zh-CN"/>
        </w:rPr>
        <w:br/>
      </w:r>
      <w:r>
        <w:rPr>
          <w:lang w:eastAsia="zh-CN"/>
        </w:rPr>
        <w:t>　　三：助班的奋斗颁奖典礼</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此次颁奖典礼经过2次彩排应该说进展的效果还可以，但也不是说没有问题，1是助班访谈室过于冗长，访谈室开场视频画面与音乐不衔接。2是教室安排的'有点小，导致很多的同学站在了后面没位置坐。</w:t>
      </w:r>
      <w:r>
        <w:rPr>
          <w:lang w:eastAsia="zh-CN"/>
        </w:rPr>
        <w:br/>
      </w:r>
      <w:r>
        <w:rPr>
          <w:lang w:eastAsia="zh-CN"/>
        </w:rPr>
        <w:t>　　此次活动从策划到展开进行再到最后的颁奖典礼，我真的是从中学到了不少的东西，活动的策划与宣传，mv剧本的编写，mv的拍摄，对活动细节的考虑等等，其中最主要的，就是让我切身感受到了集体的力量是强大的。别的学院可以花钱直接买到视频，但绝对买不到我们制作视频过程中所收获的点点滴滴，绝对买不到自己看到自己制作出的视频的那份喜悦与感动。宣传部为助班的奋斗这个活动真的是付出了很多，加之临近考试，活动的一些部分不得不加工赶做，t恤设计大赛也是同时进行中，就在这种情况下，承龙那几天要整天跟着我们到处进行拍摄，完后还要进行mv剪辑；叶俊在忙活t恤设计大赛的同时还要负责两个活动的摄影工作；陈坤要制作多个开场画面的视频；郭姐要设计制作两个活动的多张宣传海报等等，大家确实是非常辛苦。生活部那边世新为这个活动真的是忙里忙外，鑫爷也是和世新两人把宣传板子扛来扛去，为的就是这个活动能有个好的宣传效果。文艺部那边也很负责的布置设计了晚会的场地，体育部也给予了足够的支持，保证了宣传的顺利开展。主席团那边邓佩给予了我们足够的经验与细节方面应该注意的问题；凤华与文钊在会议上能直接指出我们的问题所在，为活动前期宣传不利指明原因与改进方案；黄健则给予了我们足够的动力，让我们有这个信心有这个勇气去放手干，他其实很相信我们这个集体，给予了我们充分的信任。我在这里对大家表示衷心的感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上个学期过去了，也是通过这个学期感觉到自身还有很大的不足，下个学期新生即将到来，活动也会，我也会铭记上学期的教训总结经验，拿出三院的精神面貌为10级的新生留下点东西。大家一起加油！</w:t>
      </w:r>
      <w:r>
        <w:rPr>
          <w:lang w:eastAsia="zh-CN"/>
        </w:rPr>
        <w:br/>
      </w:r>
      <w:r>
        <w:rPr>
          <w:lang w:eastAsia="zh-CN"/>
        </w:rPr>
        <w:t>　　不知不觉，在系学生会学习部工作已经一学期了，这学期充实而富有挑战的工作已经接近尾声了，在学习部的这段时间里，让我真的收益匪浅。学生会就像是一个大家庭，而我们都是其中的家庭成员，在这里，我不仅感受到了温暖，看到了团结，更重...</w:t>
      </w:r>
      <w:r>
        <w:rPr>
          <w:lang w:eastAsia="zh-CN"/>
        </w:rPr>
        <w:br/>
      </w:r>
      <w:r>
        <w:rPr>
          <w:lang w:eastAsia="zh-CN"/>
        </w:rPr>
        <w:t>　　这学期是我加入党建小组外联部的第一年，而一个学期即将过去了，我们的工作也随着我们活动的结束即将告一段落了。在这里，让我来总结一下这学期以来的工作，希望能在以后的工作中扬长避短，做的更好。</w:t>
      </w:r>
      <w:r>
        <w:rPr>
          <w:lang w:eastAsia="zh-CN"/>
        </w:rPr>
        <w:br/>
      </w:r>
      <w:r>
        <w:rPr>
          <w:lang w:eastAsia="zh-CN"/>
        </w:rPr>
        <w:t xml:space="preserve">    2024学生会学习部个人总结 篇2 </w:t>
      </w:r>
      <w:r>
        <w:rPr>
          <w:lang w:eastAsia="zh-CN"/>
        </w:rPr>
        <w:br/>
      </w:r>
      <w:r>
        <w:rPr>
          <w:lang w:eastAsia="zh-CN"/>
        </w:rPr>
        <w:t>　　首先学生会的工作虽然有时候繁琐，我也有过抱怨，但是归根到底，它成为我大学生活的一部分，让我铭记于心。我会一直记得学长学姐的教导，用它来勉励自己，弥补自己的水平和经验的不足之处，同时我会继续的.努力，争取把份内的事做得更好。</w:t>
      </w:r>
      <w:r>
        <w:rPr>
          <w:lang w:eastAsia="zh-CN"/>
        </w:rPr>
        <w:br/>
      </w:r>
      <w:r>
        <w:rPr>
          <w:lang w:eastAsia="zh-CN"/>
        </w:rPr>
        <w:t>　　组织活动方面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我部举办的的各种活动都参与并融入其中，虽有苦有笑，但着实令人开心向往。在我们互相帮助的同时，增加了同学之间的友谊还有学习，我们会不断的努力。接着就是我们部的考勤情况，我认为这个不只是一个形式，应该着实下手，壮我大众传媒之风。望学习们都积极配合。</w:t>
      </w:r>
      <w:r>
        <w:rPr>
          <w:lang w:eastAsia="zh-CN"/>
        </w:rPr>
        <w:br/>
      </w:r>
      <w:r>
        <w:rPr>
          <w:lang w:eastAsia="zh-CN"/>
        </w:rPr>
        <w:t>　　为人做事方面</w:t>
      </w:r>
      <w:r>
        <w:rPr>
          <w:lang w:eastAsia="zh-CN"/>
        </w:rPr>
        <w:br/>
      </w:r>
      <w:r>
        <w:rPr>
          <w:lang w:eastAsia="zh-CN"/>
        </w:rPr>
        <w:t>　　在这几个月的工作中我从学姐和学长的身上看到了微笑的魅力。第一次面试时融洽的气氛就让我喜欢上这些学姐学长以及这个组织。从实践中和学姐学长的指导下我懂得在工作中要有主人翁精神，要热情待人，要低调处事，要谦和细心。虽然我离这些标准还有差距，但我会朝这个目标努力。在日常的生活中学长和学姐则通过言传身教告诉了我团结的力量，在组织和集体中，只有一个人的力量是远远不够的，只有团结一心，只有的加一起努力才会成功，才会更加优秀。</w:t>
      </w:r>
      <w:r>
        <w:rPr>
          <w:lang w:eastAsia="zh-CN"/>
        </w:rPr>
        <w:br/>
      </w:r>
      <w:r>
        <w:rPr>
          <w:lang w:eastAsia="zh-CN"/>
        </w:rPr>
        <w:t xml:space="preserve">    2024学生会学习部个人总结 篇3 </w:t>
      </w:r>
      <w:r>
        <w:rPr>
          <w:lang w:eastAsia="zh-CN"/>
        </w:rPr>
        <w:br/>
      </w:r>
      <w:r>
        <w:rPr>
          <w:lang w:eastAsia="zh-CN"/>
        </w:rPr>
        <w:t>　　在学生会又一个学期的工作也即将结束。一个学期以来经历了太多的事情，也让我在这一学期成长了很多。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回眸这一学期：这学期是我升入大二第一个学期。首先是学生会的纳新工作在如火如荼的展开。我作为一名学生会的老成员，参加了这次工作。一张张渴望进入学生会的面孔，一份份填满字迹的简历，无不感受到学弟学妹对大学生活，对学生好工作的热情。而越是这样，作为学长的我就越要拿出十分精神，对他们进入学生会，进入建工系学习部负责。在面试忠，我学到了作为一名学长，一名“小应聘员”应该具备的素质，以及怎样和学弟学妹们进行沟通，通过我的语言让她们了解学生会各部门的职责和能在其中学到什么。我更是在学生会换届的这段时间里感受到什么叫“有能者居上”。老师和学长学姐的谆谆教诲，让我明白“我能行”很重要。我很荣幸自己能被任命为建工系学习班干部，尽着我的所能，带领部门成员，配合其他部门完成这学期的工作。这学期我们学习部取得的所有成绩，都凝聚了我们学习部每一位成员的辛劳付出，每一位成功活动的背后都有大家辛勤的汗水。</w:t>
      </w:r>
      <w:r>
        <w:rPr>
          <w:lang w:eastAsia="zh-CN"/>
        </w:rPr>
        <w:br/>
      </w:r>
      <w:r>
        <w:rPr>
          <w:lang w:eastAsia="zh-CN"/>
        </w:rPr>
        <w:t>　　第一份接受的工作当然是运动会召开，在运动会上我们负责的是加油搞这块。给我系运动员写加油稿助威是我们学习部的事情，在这过程中就发现了许多的漏洞。由于事先的疏忽班级分区的管理也没有到位，在现场也难得找到各项负责人，都比较混乱，建议在以后的活动中要全方位的考虑详尽，大型活动可以与上一届的同学多讨论。但是总体而言，运动会是我们建工系学生会的第一次对外亮相，我们都尽着最大的努力，反映也还不错。</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紧接着就是我们的日常工作，收取考勤日报表，旁听，考勤，差班会记录本，打扫卫生等等，而就这些日常工作而言，本部门部员做的还算到位。但毕竟是新接触的工作，难免会有疏忽。尤其是在旁听和考勤这俩大方面，很重要的一个原因是班级里的同学对本部门的工作不积极配合。而针对部员对工作的不可了解之处，我们三个部长在平时也经常给本部成员讲解在日常工作中的注意事项。当然也多次邀请各班学委和班长开会，就学习部进班考勤和旁听方面展开过讨论。就针对这些日常工作中国出现的问题，我部会积极去尽快针对性的解决平时多与各班学位和班长沟通，希望在今后的日常工作中能真正起到学习部应起的作用：在平时的考勤，旁听对同学们的学习能起到真正的督促作用。</w:t>
      </w:r>
      <w:r>
        <w:rPr>
          <w:lang w:eastAsia="zh-CN"/>
        </w:rPr>
        <w:br/>
      </w:r>
      <w:r>
        <w:rPr>
          <w:lang w:eastAsia="zh-CN"/>
        </w:rPr>
        <w:t>　　在我校的60年校庆到偶来之际，我部与社团部联合举办了“英语口语大赛”的演讲比赛，首先我们在各班选出了代表，然后举办复赛，从中筛选出了更加优秀的选手进行决赛。在决赛前，我们作了详细周密的策划。对于工作的各个细节方面均落实到位。比如比赛流程，比赛形式，记分员，计时员，评委的安排以及现场互动等等。这个活动提高了我们部醒来部位的热情，也给他们积累了经验，锻炼了他们处理工作的能力。这次活动整体来说举办得十分顺利，但由于是第一次举办活动，还存在着经验上的不足和工作上的缺陷。相信经过一次次的活动之后，我们部的.所有成员都能够从工作中得到锻炼，提高自己处理事情的能力，提高自己的人际交往能力。</w:t>
      </w:r>
      <w:r>
        <w:rPr>
          <w:lang w:eastAsia="zh-CN"/>
        </w:rPr>
        <w:br/>
      </w:r>
      <w:r>
        <w:rPr>
          <w:lang w:eastAsia="zh-CN"/>
        </w:rPr>
        <w:t>　　而在临近学期末额时候，学习部又迎来了“期末教师测评”的活动。这是我部成员第一次亲自与各班学生就各科老师的授课质量与意见的一项活动。在将近一周的准备，忙绿中，各班也顺利完成了此项活动，基本取得了较为满意的成绩。但是，通过这次测评，也发现了一些很重要的问题。譬如：给本部成员安排的通知不能及时的通知给各班；在部门活动中忙碌的永远是那几个人等等。这些都是暴露出啦的问题，当然我相信还有其他问题未暴露出来。通过这件事，本部也会采用赏罚分明的办事原则，争取让每一位部员都能参与到每次活动在。真正的从中有所收获，有所锻炼，有所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学习部又顺利地走过一学年，通过组织开展多种形式的活动，不断创新活动内容，改进活动方式，做出了许多新的尝试。在全校倡导和营造一种浓厚的学习氛围，为同学们提供快捷准确的学习资讯，打造自我展示的舞台。逐渐形成了学习部独特鲜明的工作特色和工作风格。</w:t>
      </w:r>
      <w:r>
        <w:rPr>
          <w:lang w:eastAsia="zh-CN"/>
        </w:rPr>
        <w:br/>
      </w:r>
      <w:r>
        <w:rPr>
          <w:lang w:eastAsia="zh-CN"/>
        </w:rPr>
        <w:t>　　首先，本学期学习部的活动围绕学习，更强调贴近同学们的实际生活，“想大家之所想”，了解同学们的需求，以服务同学为本位，使大家切实体会到学习部的服务实干本色。</w:t>
      </w:r>
      <w:r>
        <w:rPr>
          <w:lang w:eastAsia="zh-CN"/>
        </w:rPr>
        <w:br/>
      </w:r>
      <w:r>
        <w:rPr>
          <w:lang w:eastAsia="zh-CN"/>
        </w:rPr>
        <w:t>　　其次，学习部着眼发展和创新，做出了许多新的尝试。积极与外校建立联系，开展校外活动，拓展学习部发展空间和潜力。因此，本学期积累了新的经验，更多的发展可能性为本部自身的发展注入了新的活力。同时，部内进一步加强了管理，分工明确，人尽其才。大家在工作中能力得到了充分的锻炼，也体验到了集体工作的团结和愉快。学习部的整体氛围更加严谨、高效、融洽！部员们对今后学习部的工作和发展也充满了信心！</w:t>
      </w:r>
      <w:r>
        <w:rPr>
          <w:lang w:eastAsia="zh-CN"/>
        </w:rPr>
        <w:br/>
      </w:r>
      <w:r>
        <w:rPr>
          <w:lang w:eastAsia="zh-CN"/>
        </w:rPr>
        <w:t>　　学习部在前进和发展过程中同样遇到许多问题，这是我们面临的挑战和机遇。每解决一个问题，就是我们在前进的路上又迈出了一步。反思我们的个别活动，在策划阶段因过于乐观，而使得对有可能出现的困难考虑不够全面，影响了活动实施阶段的进度和效果，甚至是不得不放弃一个项目。这样的经历使我们明确，在今后要加强活动准备阶段的工作。</w:t>
      </w:r>
      <w:r>
        <w:rPr>
          <w:lang w:eastAsia="zh-CN"/>
        </w:rPr>
        <w:br/>
      </w:r>
      <w:r>
        <w:rPr>
          <w:lang w:eastAsia="zh-CN"/>
        </w:rPr>
        <w:t>　　另外，与外校的联系和活动刚处于起步阶段，需要进一步加强，推出更多更成熟的活动项目，加强彼此交流和学习。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总之，相信在团委老师亲切关怀和院学生会的大力支持下，通过全体部员的不懈努力，学习部的各项工作定会更上一层楼，取得更大的进步和发展。</w:t>
      </w:r>
      <w:r>
        <w:rPr>
          <w:lang w:eastAsia="zh-CN"/>
        </w:rPr>
        <w:br/>
      </w:r>
      <w:r>
        <w:rPr>
          <w:lang w:eastAsia="zh-CN"/>
        </w:rPr>
        <w:t xml:space="preserve">    2024学生会学习部个人总结 篇4 </w:t>
      </w:r>
      <w:r>
        <w:rPr>
          <w:lang w:eastAsia="zh-CN"/>
        </w:rPr>
        <w:br/>
      </w:r>
      <w:r>
        <w:rPr>
          <w:lang w:eastAsia="zh-CN"/>
        </w:rPr>
        <w:t>　　我于20__年6月就任我系学生会学习部部长，至今已经一个多学期。半年下来，在院领导和各位老师的正确领导下，在学习部成员的共同努力下，学习部认真贯彻落实系有关学生工作的各项指导思想，部门工作取得了丰硕的成果。下面我将从以下几个方面进行有关工作汇报：</w:t>
      </w:r>
      <w:r>
        <w:rPr>
          <w:lang w:eastAsia="zh-CN"/>
        </w:rPr>
        <w:br/>
      </w:r>
      <w:r>
        <w:rPr>
          <w:lang w:eastAsia="zh-CN"/>
        </w:rPr>
        <w:t>　　几个月以来，学习部根据学院的要求，举办了“讲课比赛”、运动会稿件工作、协助其他部门的元旦晚会、积极筹备和参与了“第四届院学生会辩论赛”等一系列活动，任务繁多且艰巨。但是在我们各成员的共同努力下圆满的完成了任务。</w:t>
      </w:r>
      <w:r>
        <w:rPr>
          <w:lang w:eastAsia="zh-CN"/>
        </w:rPr>
        <w:br/>
      </w:r>
      <w:r>
        <w:rPr>
          <w:lang w:eastAsia="zh-CN"/>
        </w:rPr>
        <w:t>　　1、讲课比赛：为提高同学学习的积极性和主动性，丰富同学们的课余生活，为大学生提供一个学习和交流的平台，共同进步，我部特此举办了讲课比赛。通过此活动，为同学们提供一个相互交流和沟通学习方法技巧的机会。在活动中，同学们踊跃参加，用一个人民教师的要求规范自己，绘声绘色的在三尺讲台上为同学们讲述一个个精彩的话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2、运动会写稿工作：我校运动会的开展，学习部全体成员都积极投入到运动会写稿的行列中，我部组织我系各班学习委员为运动会编写稿件，为运动员们加油鼓劲。通过各成员的辛苦的的写作下，我系的稿件不论在数量还是质量上都占据了优势，为我系最终在运动会上取得圆满的成绩添砖加瓦。</w:t>
      </w:r>
      <w:r>
        <w:rPr>
          <w:lang w:eastAsia="zh-CN"/>
        </w:rPr>
        <w:br/>
      </w:r>
      <w:r>
        <w:rPr>
          <w:lang w:eastAsia="zh-CN"/>
        </w:rPr>
        <w:t>　　3、元旦晚会的积极配合：20__元旦晚会是我系的一个亮点，我系各部门的积极筹办，同学们精彩的演出，充分的展示了食品系的风采。学习部也毫不懈怠，全面配合其他部门做好晚会的筹划，维护秩序的工作，以助晚会井然有序的展开。</w:t>
      </w:r>
      <w:r>
        <w:rPr>
          <w:lang w:eastAsia="zh-CN"/>
        </w:rPr>
        <w:br/>
      </w:r>
      <w:r>
        <w:rPr>
          <w:lang w:eastAsia="zh-CN"/>
        </w:rPr>
        <w:t>　　4、第四届院学生会辩论赛：辩论赛的主要目的在于加强学风建设，提高逻辑思维能力，心理应变能力以及口头表达能力，丰富大家的课余生活，增进他们对社会的了解和认识。经过与水利系激烈的角逐，我系首战告捷，取得了初赛的胜利。</w:t>
      </w:r>
      <w:r>
        <w:rPr>
          <w:lang w:eastAsia="zh-CN"/>
        </w:rPr>
        <w:br/>
      </w:r>
      <w:r>
        <w:rPr>
          <w:lang w:eastAsia="zh-CN"/>
        </w:rPr>
        <w:t>　　经过一系列活动的组织开展，回答了学习部做什么、为何做、如何做的问题，基本完成了学习部活动定位和自身定位!而我在举办各次活动过程中经过不懈努力和艰辛探索所积累的各种工作理念和操作方式、操作手段等基本经验也将对学习部今后一段时期的工作有重要的借鉴作用。</w:t>
      </w:r>
      <w:r>
        <w:rPr>
          <w:lang w:eastAsia="zh-CN"/>
        </w:rPr>
        <w:br/>
      </w:r>
      <w:r>
        <w:rPr>
          <w:lang w:eastAsia="zh-CN"/>
        </w:rPr>
        <w:t xml:space="preserve">    2024学生会学习部个人总结 篇5 </w:t>
      </w:r>
      <w:r>
        <w:rPr>
          <w:lang w:eastAsia="zh-CN"/>
        </w:rPr>
        <w:br/>
      </w:r>
      <w:r>
        <w:rPr>
          <w:lang w:eastAsia="zh-CN"/>
        </w:rPr>
        <w:t>　　随着期末临近，学生会本学年的各项工作也已接近尾声。学习部作为管院学生会的重要分支机构，一年来在院团委和学生会主席团的领导下，在学习部各位部长委员的齐心努力下，在其他各兄弟部门的大力支持下，各项工作顺利进行，部门建设进一步完善，人员素质进一步提高，但是由于时间﹑精力和组织成员个人能力等各方面因素的制约，学习部本学年的各项工作中依然存在诸多问题。现将学习部本学年工作总结如下，以期服务于学习部今后发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一。全年工作概况</w:t>
      </w:r>
      <w:r>
        <w:rPr>
          <w:lang w:eastAsia="zh-CN"/>
        </w:rPr>
        <w:br/>
      </w:r>
      <w:r>
        <w:rPr>
          <w:lang w:eastAsia="zh-CN"/>
        </w:rPr>
        <w:t>　　(一).工作开展</w:t>
      </w:r>
      <w:r>
        <w:rPr>
          <w:lang w:eastAsia="zh-CN"/>
        </w:rPr>
        <w:br/>
      </w:r>
      <w:r>
        <w:rPr>
          <w:lang w:eastAsia="zh-CN"/>
        </w:rPr>
        <w:t>　　1。__级新生入学之初，为活跃文化氛围﹑彰显管院特色，我部举办了管理学院第二节专业辩论赛，活动分为海选﹑初赛﹑复赛和决赛。经过一个月的角逐，涌现出营销﹑国贸等优秀代表队及一大批优秀辩手。</w:t>
      </w:r>
      <w:r>
        <w:rPr>
          <w:lang w:eastAsia="zh-CN"/>
        </w:rPr>
        <w:br/>
      </w:r>
      <w:r>
        <w:rPr>
          <w:lang w:eastAsia="zh-CN"/>
        </w:rPr>
        <w:t>　　2。院辩论队的组建与培训。在新生辩论赛的基础上，以大一优秀辩手为主体组建了院辩论队。随后，邀请历届优秀辩手对院队进行各种形式的培训，并在随后与生命﹑电信﹑设艺等学院辩论队进行了友谊赛以增加交流﹑锻炼队伍。</w:t>
      </w:r>
      <w:r>
        <w:rPr>
          <w:lang w:eastAsia="zh-CN"/>
        </w:rPr>
        <w:br/>
      </w:r>
      <w:r>
        <w:rPr>
          <w:lang w:eastAsia="zh-CN"/>
        </w:rPr>
        <w:t>　　3。挑战杯创业计划大赛协办工作。在校团委的统一安排下，协助校科协举办了挑战杯大学生创业计划大赛，在为期半年多的比赛中我部负责管理学院参赛的组织宣传、报名、团队组建、协调沟通等工作。</w:t>
      </w:r>
      <w:r>
        <w:rPr>
          <w:lang w:eastAsia="zh-CN"/>
        </w:rPr>
        <w:br/>
      </w:r>
      <w:r>
        <w:rPr>
          <w:lang w:eastAsia="zh-CN"/>
        </w:rPr>
        <w:t>　　4。__级学生英语四级模拟考试。__年10月，举办了旨在提高我院大二学生英语四级备考热情服务于英语四级考试的英语四级模拟考试活动，受到一致好评。</w:t>
      </w:r>
      <w:r>
        <w:rPr>
          <w:lang w:eastAsia="zh-CN"/>
        </w:rPr>
        <w:br/>
      </w:r>
      <w:r>
        <w:rPr>
          <w:lang w:eastAsia="zh-CN"/>
        </w:rPr>
        <w:t>　　5。图书推荐活动。今年4月，由学习部委员自主策划实施的图书推荐活动正式开始，通过在学生会会议室开设专栏推荐图书并定期更新以提高人文内涵，倡导组织文化。</w:t>
      </w:r>
      <w:r>
        <w:rPr>
          <w:lang w:eastAsia="zh-CN"/>
        </w:rPr>
        <w:br/>
      </w:r>
      <w:r>
        <w:rPr>
          <w:lang w:eastAsia="zh-CN"/>
        </w:rPr>
        <w:t>　　6。组织院辩论队参加第六届至博杯大学生辩论赛。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7。大四临别赠言活动。由委员提出创意，并由委员策划组织实施。将在近期开展。</w:t>
      </w:r>
      <w:r>
        <w:rPr>
          <w:lang w:eastAsia="zh-CN"/>
        </w:rPr>
        <w:br/>
      </w:r>
      <w:r>
        <w:rPr>
          <w:lang w:eastAsia="zh-CN"/>
        </w:rPr>
        <w:t>　　8。协助其他部门开展大型活动。在校园红歌会﹑校运动会﹑风筝节和各类体育比赛中，学习部按照统一安排积极投入到协助工作中。</w:t>
      </w:r>
      <w:r>
        <w:rPr>
          <w:lang w:eastAsia="zh-CN"/>
        </w:rPr>
        <w:br/>
      </w:r>
      <w:r>
        <w:rPr>
          <w:lang w:eastAsia="zh-CN"/>
        </w:rPr>
        <w:t>　　(二).部门建设</w:t>
      </w:r>
      <w:r>
        <w:rPr>
          <w:lang w:eastAsia="zh-CN"/>
        </w:rPr>
        <w:br/>
      </w:r>
      <w:r>
        <w:rPr>
          <w:lang w:eastAsia="zh-CN"/>
        </w:rPr>
        <w:t>　　1。圆满完成纳新。新生入学初，在统一安排下开展纳新，共吸收新委员13人。男生3人，女生10人，组建了组织基础。</w:t>
      </w:r>
      <w:r>
        <w:rPr>
          <w:lang w:eastAsia="zh-CN"/>
        </w:rPr>
        <w:br/>
      </w:r>
      <w:r>
        <w:rPr>
          <w:lang w:eastAsia="zh-CN"/>
        </w:rPr>
        <w:t>　　2。建立完善部门例会制度，在学生会的统一要求下建立了学习部的例会制度，每两周举行一次学习部例会，时间为隔周的周三晚七点半，并进行详细的会议记录。</w:t>
      </w:r>
      <w:r>
        <w:rPr>
          <w:lang w:eastAsia="zh-CN"/>
        </w:rPr>
        <w:br/>
      </w:r>
      <w:r>
        <w:rPr>
          <w:lang w:eastAsia="zh-CN"/>
        </w:rPr>
        <w:t>　　3。建立委员考评制度，以评分制为主要形式建立了委员考核表，(随后被秘书处制定的考核制度取代)</w:t>
      </w:r>
      <w:r>
        <w:rPr>
          <w:lang w:eastAsia="zh-CN"/>
        </w:rPr>
        <w:br/>
      </w:r>
      <w:r>
        <w:rPr>
          <w:lang w:eastAsia="zh-CN"/>
        </w:rPr>
        <w:t>　　(三).人员发展</w:t>
      </w:r>
      <w:r>
        <w:rPr>
          <w:lang w:eastAsia="zh-CN"/>
        </w:rPr>
        <w:br/>
      </w:r>
      <w:r>
        <w:rPr>
          <w:lang w:eastAsia="zh-CN"/>
        </w:rPr>
        <w:t>　　1。从公文书写开始培养委员工作能力。学习部每项活动的策划﹑总结均有委员参与撰写，并由部长指导完善，是委员公文书写能力有长足进步。</w:t>
      </w:r>
      <w:r>
        <w:rPr>
          <w:lang w:eastAsia="zh-CN"/>
        </w:rPr>
        <w:br/>
      </w:r>
      <w:r>
        <w:rPr>
          <w:lang w:eastAsia="zh-CN"/>
        </w:rPr>
        <w:t>　　2。以辩论赛为契机培养主持人。管院辩论赛主持人均由学习部委员担任，旨在为管院学生会建立相关人才储备。</w:t>
      </w:r>
      <w:r>
        <w:rPr>
          <w:lang w:eastAsia="zh-CN"/>
        </w:rPr>
        <w:br/>
      </w:r>
      <w:r>
        <w:rPr>
          <w:lang w:eastAsia="zh-CN"/>
        </w:rPr>
        <w:t>　　3。学生会干部培养。在中后期的学习部工作中逐渐的涌现出一批责任心强、工作热情高、工作能力强的委员，我们予以重点培养，以期更好地为管院学生会储备干部人才。</w:t>
      </w:r>
      <w:r>
        <w:rPr>
          <w:lang w:eastAsia="zh-CN"/>
        </w:rPr>
        <w:br/>
      </w:r>
      <w:r>
        <w:rPr>
          <w:lang w:eastAsia="zh-CN"/>
        </w:rPr>
        <w:t>　　二。全年工作反思</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回顾学习部全年工作，基本上完成了期初的工作计划和总体的目标要求，部分工作中有不少亮点和好的工作思想﹑方法。但总体来看依然存在很多突出的问题有待解决。谨列举如下:</w:t>
      </w:r>
      <w:r>
        <w:rPr>
          <w:lang w:eastAsia="zh-CN"/>
        </w:rPr>
        <w:br/>
      </w:r>
      <w:r>
        <w:rPr>
          <w:lang w:eastAsia="zh-CN"/>
        </w:rPr>
        <w:t>　　(一)。工作开展方面</w:t>
      </w:r>
      <w:r>
        <w:rPr>
          <w:lang w:eastAsia="zh-CN"/>
        </w:rPr>
        <w:br/>
      </w:r>
      <w:r>
        <w:rPr>
          <w:lang w:eastAsia="zh-CN"/>
        </w:rPr>
        <w:t>　　1。活动内容单一，过多精力集中于辩论赛。</w:t>
      </w:r>
      <w:r>
        <w:rPr>
          <w:lang w:eastAsia="zh-CN"/>
        </w:rPr>
        <w:br/>
      </w:r>
      <w:r>
        <w:rPr>
          <w:lang w:eastAsia="zh-CN"/>
        </w:rPr>
        <w:t>　　纵观本年度学习部工作，真正谈得上品质和影响力的只有辩论赛，其他活动则或因精力不足，或因时间不够，或因重视不够在数量和质量上皆差强人意。这一点已成学习部工作的硬伤，亟待解决。2。活动缺乏创意，没能走出去</w:t>
      </w:r>
      <w:r>
        <w:rPr>
          <w:lang w:eastAsia="zh-CN"/>
        </w:rPr>
        <w:br/>
      </w:r>
      <w:r>
        <w:rPr>
          <w:lang w:eastAsia="zh-CN"/>
        </w:rPr>
        <w:t>　　今年学习部的主要活动大多是承袭上届的活动，虽在其基础上有所改进但也只是炒好了冷饭。创新活动内容烹出新的美味佳肴仍是当务之急。此外各项活动影响力还是过于有限，没能与其他院系甚至校外组织产生必要交流。3。部门观念浓重，部门间协调困难。</w:t>
      </w:r>
      <w:r>
        <w:rPr>
          <w:lang w:eastAsia="zh-CN"/>
        </w:rPr>
        <w:br/>
      </w:r>
      <w:r>
        <w:rPr>
          <w:lang w:eastAsia="zh-CN"/>
        </w:rPr>
        <w:t>　　委员对自己部门工作积极参与认真对待，但对其他部门主要负责的工作却缺乏积极性和责任感。其主要原因还是来自各部门干部的门户之见。这种门户之见稍有外露便会改变委员的工作观念。从而加重各部门之间的工作协调难度和不信任感。这一点不仅在学习不出现其他部门也普遍存在。4。对其他部门工作缺少了解和认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在校园红歌会中学习部曾负责后台组织工作，但因对工作缺乏了解曾手忙脚乱屡出差错;在运动会中学习部负责筛选和上报稿件，但因没有相关经验，筛选过细导致送交稿件数量较少?各部门之间缺少应有了解已经成为影响各部门之间协作质量的重要瓶颈，应予以足够重视。㈡。部门建设方面</w:t>
      </w:r>
      <w:r>
        <w:rPr>
          <w:lang w:eastAsia="zh-CN"/>
        </w:rPr>
        <w:br/>
      </w:r>
      <w:r>
        <w:rPr>
          <w:lang w:eastAsia="zh-CN"/>
        </w:rPr>
        <w:t>　　2。委员性别和专业结构不合理。</w:t>
      </w:r>
      <w:r>
        <w:rPr>
          <w:lang w:eastAsia="zh-CN"/>
        </w:rPr>
        <w:br/>
      </w:r>
      <w:r>
        <w:rPr>
          <w:lang w:eastAsia="zh-CN"/>
        </w:rPr>
        <w:t>　　纳新时没有充分考虑到委员性别和专业分部的问题，致使男委员只有三人，而且委员多集中在会计和国贸两个专业，给随后的工作带来了很多困难。</w:t>
      </w:r>
      <w:r>
        <w:rPr>
          <w:lang w:eastAsia="zh-CN"/>
        </w:rPr>
        <w:br/>
      </w:r>
      <w:r>
        <w:rPr>
          <w:lang w:eastAsia="zh-CN"/>
        </w:rPr>
        <w:t>　　3。例会制度实施不到位，例会效率不够高。</w:t>
      </w:r>
      <w:r>
        <w:rPr>
          <w:lang w:eastAsia="zh-CN"/>
        </w:rPr>
        <w:br/>
      </w:r>
      <w:r>
        <w:rPr>
          <w:lang w:eastAsia="zh-CN"/>
        </w:rPr>
        <w:t>　　在每学期后期，随着部门工作减少例会次数也被大量压缩，原有的例会制度在一定程度上被破坏，这必然在一定程度上降低了部门的凝聚力。另一方面虽然每次例会前我们都做了相对认真的准备，但部分例会的议事效率仍有待提高。3。委员考评制度没有真正落实。</w:t>
      </w:r>
      <w:r>
        <w:rPr>
          <w:lang w:eastAsia="zh-CN"/>
        </w:rPr>
        <w:br/>
      </w:r>
      <w:r>
        <w:rPr>
          <w:lang w:eastAsia="zh-CN"/>
        </w:rPr>
        <w:t>　　委员考评制度对于提高委员凝聚力和工作积极性、规范委员行为具有不可替代的作用，但之所以没有真正实行一方面是因为制度本身可实施性太差，另一方面是因为部门干部缺少足够的重视和实践的胆魄。</w:t>
      </w:r>
      <w:r>
        <w:rPr>
          <w:lang w:eastAsia="zh-CN"/>
        </w:rPr>
        <w:br/>
      </w:r>
      <w:r>
        <w:rPr>
          <w:lang w:eastAsia="zh-CN"/>
        </w:rPr>
        <w:t>　　4。没能建立起组织文化，没能有效地激发委员的工作热情。我们一直试图在学习部建立一种谦虚谨慎、踏实进取的文化氛围，虽然从委员的作风来看取得了一定成效，但最终没能形成相应的组织文化。第二学期，随着委员工作热情的下降部门风气开始有了浮躁的苗头，组织凝聚力进一步下降，而作为部长，我们没有及时有效的解决这一问题重新激发委员工作热情。</w:t>
      </w:r>
      <w:r>
        <w:rPr>
          <w:lang w:eastAsia="zh-CN"/>
        </w:rPr>
        <w:br/>
      </w:r>
      <w:r>
        <w:rPr>
          <w:lang w:eastAsia="zh-CN"/>
        </w:rPr>
        <w:t>　　(二)。人员发展方面</w:t>
      </w:r>
      <w:r>
        <w:rPr>
          <w:lang w:eastAsia="zh-CN"/>
        </w:rPr>
        <w:br/>
      </w:r>
      <w:r>
        <w:rPr>
          <w:lang w:eastAsia="zh-CN"/>
        </w:rPr>
        <w:t>　　1。对委员的重点培养过于盲目。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毋庸讳言，人才培养的重点就是为下一届学生会培养学生干部。然而就学习部自身而言，选择培养对象过于盲目。起初仅凭部分委员在某件事情中不错的表现就将其列为培养对象，难免有失片面，以至于后期难以确定重点培养对象。给学习部今后发展带来了一些不必要的风险。</w:t>
      </w:r>
      <w:r>
        <w:rPr>
          <w:lang w:eastAsia="zh-CN"/>
        </w:rPr>
        <w:br/>
      </w:r>
      <w:r>
        <w:rPr>
          <w:lang w:eastAsia="zh-CN"/>
        </w:rPr>
        <w:t>　　2。很多计划中的委员培训计划未能实施。</w:t>
      </w:r>
      <w:r>
        <w:rPr>
          <w:lang w:eastAsia="zh-CN"/>
        </w:rPr>
        <w:br/>
      </w:r>
      <w:r>
        <w:rPr>
          <w:lang w:eastAsia="zh-CN"/>
        </w:rPr>
        <w:t>　　后期的一系列要求委员发挥自主工作能力的活动已经告诉我们，委员的全面培养极其关键，而我们恰恰没有做好这一点。</w:t>
      </w:r>
      <w:r>
        <w:rPr>
          <w:lang w:eastAsia="zh-CN"/>
        </w:rPr>
        <w:br/>
      </w:r>
      <w:r>
        <w:rPr>
          <w:lang w:eastAsia="zh-CN"/>
        </w:rPr>
        <w:t>　　3。第二学期在发挥委员自主工作能力方面依然有欠缺。</w:t>
      </w:r>
      <w:r>
        <w:rPr>
          <w:lang w:eastAsia="zh-CN"/>
        </w:rPr>
        <w:br/>
      </w:r>
      <w:r>
        <w:rPr>
          <w:lang w:eastAsia="zh-CN"/>
        </w:rPr>
        <w:t>　　对部分活动过问太细，限制了委员发挥的余地。在辩论队负责人等工作安排上有没有充分考虑委员能力特点，总体上也没有形成重点培养的局面。</w:t>
      </w:r>
      <w:r>
        <w:rPr>
          <w:lang w:eastAsia="zh-CN"/>
        </w:rPr>
        <w:br/>
      </w:r>
      <w:r>
        <w:rPr>
          <w:lang w:eastAsia="zh-CN"/>
        </w:rPr>
        <w:t>　　三.部门发展设想</w:t>
      </w:r>
      <w:r>
        <w:rPr>
          <w:lang w:eastAsia="zh-CN"/>
        </w:rPr>
        <w:br/>
      </w:r>
      <w:r>
        <w:rPr>
          <w:lang w:eastAsia="zh-CN"/>
        </w:rPr>
        <w:t>　　通过在学习部一年的工作、思考和总结，对学习部以后的发展提出以下设想，希望有助于下一届学习部的更好发展和管院学生会的蒸蒸日上。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1。寻求学习部工作、职能的准确定位，从观念上摒弃因循守旧。学习部准确的工作职能应从学生会整体和学院的大环境着眼、充分借鉴其他学院学习部优秀经验来进行定位和思考。以往以辩论赛为中心、附带开展其它活动的工作定位已经曝露出巨大不足，必须另辟蹊径。下学年学习部工作可尝试从宣扬国学、文学等方面寻找切入点。循序渐进的实现职能重新定位。此外培养演讲、主持方面的人才也应成为学习部的重要工作目标。</w:t>
      </w:r>
      <w:r>
        <w:rPr>
          <w:lang w:eastAsia="zh-CN"/>
        </w:rPr>
        <w:br/>
      </w:r>
      <w:r>
        <w:rPr>
          <w:lang w:eastAsia="zh-CN"/>
        </w:rPr>
        <w:t>　　2。从组织文化入手，建立部门精神。建设有魂的学习部。一个组织单位无论大小，都应该具有一种在组织内被普遍认同的并被成员主动用以规范自己行为的价值标准、行为风格、为事态度和精神状态。这种组织精神将会对激励委员工作积极性、提高工作效率、增强部门凝聚力起到巨大的作用。本学年学习部上到部长下到委员，始终体现一种谦虚、踏实、严谨、负责的工作作风，这对学习部本学年工作起到了巨大的推动作用。然而这种良好的氛围却没有在第二学期得到很好的维持和深化。下学年学习部应从纳新开始，通过例会、私下交流、部门联谊等一系列交流途径从委员踏进学习部起就努力去灌输一种符合长远发展要求的部门精神。只有建设有魂的学习部才能谈得上后续的一切工作</w:t>
      </w:r>
      <w:r>
        <w:rPr>
          <w:lang w:eastAsia="zh-CN"/>
        </w:rPr>
        <w:br/>
      </w:r>
      <w:r>
        <w:rPr>
          <w:lang w:eastAsia="zh-CN"/>
        </w:rPr>
        <w:t>　　3。从自身做起，从部长做起，摒弃门户之见，充分利用学生会整体资源。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部门观念过重、部门间缺少真正意义上的协作、难以形成合力，已经成为削弱本学年管院学生会工作能力的一个重要原因。对其他部活动漠不关心、部长护犊子、等这些现象将是学生会发展的巨大隐患。解决这一问题必须从各个部门入手。从学习部讲，首先要从部长入手，毋庸置疑，委员的部门观念、单扫门前雪的作风来自部长。部长一贯都是一边说着管院是一家一边说着这事是咱部的那事是别的部的。试想这样怎能让管院学生会各部形成合力?部门间的协作绝对不是你干多我干少的计较，缺少了其他部门，任何一个部门都只能一事无成，所以部长必须把摒弃部门隔阂作为一项重要工作来做，从委员进入学习部起给委员做好榜样。宁要学生会整体合格的螺丝钉，也不要学习部桀骜的发动机。</w:t>
      </w:r>
      <w:r>
        <w:rPr>
          <w:lang w:eastAsia="zh-CN"/>
        </w:rPr>
        <w:br/>
      </w:r>
      <w:r>
        <w:rPr>
          <w:lang w:eastAsia="zh-CN"/>
        </w:rPr>
        <w:t>　　4。选人、育人、留人、用人。</w:t>
      </w:r>
      <w:r>
        <w:rPr>
          <w:lang w:eastAsia="zh-CN"/>
        </w:rPr>
        <w:br/>
      </w:r>
      <w:r>
        <w:rPr>
          <w:lang w:eastAsia="zh-CN"/>
        </w:rPr>
        <w:t>　　这句话是从校学生会办公室看到的，现在到处都在强调以人为本，而就学习部本身而言做得并不够，首先是对委员的尊重不够，办活动确定时间从来没有认真考虑过委员诉求，安排任务也只是强硬下达，不在乎委员感受，更不要说偶尔对委员颐指气使，甚至无端指责，不能在感情上感召委员、凝聚委员，我们谈何留人、用人?</w:t>
      </w:r>
      <w:r>
        <w:rPr>
          <w:lang w:eastAsia="zh-CN"/>
        </w:rPr>
        <w:br/>
      </w:r>
      <w:r>
        <w:rPr>
          <w:lang w:eastAsia="zh-CN"/>
        </w:rPr>
        <w:t>　　其次是对委员的培养不够，部门战斗力不是由部长的能力决定的，反而是取决于委员的工作表现。一方面只有提高委员能力才能提高整个部门的工作质量。另一方面，只有使委员切实感受到自身的进步才能激发他们的工作积极性。无论是学生会整体还是学习部这个小分支，主人永远都是委员，近百名委员永远大于十几个部长和五个主席!</w:t>
      </w:r>
      <w:r>
        <w:rPr>
          <w:lang w:eastAsia="zh-CN"/>
        </w:rPr>
        <w:br/>
      </w:r>
      <w:r>
        <w:rPr>
          <w:lang w:eastAsia="zh-CN"/>
        </w:rPr>
        <w:t>　　回顾学习部整年工作，感慨万千。既有自豪之处也有遗憾之事。真理总是在实践总结中发现的，而进步总是在反思改进中产生的。在此总结管理学院学生会学习部20__-20__学年度工作，谨希望总结经验，发现问题，找出方法，助管院学生会蒸蒸日上。</w:t>
      </w:r>
      <w:r>
        <w:rPr>
          <w:lang w:eastAsia="zh-CN"/>
        </w:rPr>
        <w:br/>
      </w:r>
      <w:r>
        <w:rPr>
          <w:lang w:eastAsia="zh-CN"/>
        </w:rPr>
        <w:t xml:space="preserve">    2024学生会学习部个人总结 篇6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九、十月份，校学习部在学工处老师、校学生主席团及其他部门的大力支持和协助下，在我部全体成员的共同努力下，学习部的工作有条不紊的进行着。两个月以来，校学习部主要开展了三项大的工作，一是日常的考勤工作，二是进行了全校范围内的学风调研工作，三是策划科研宣传月活动，现将工作总结如下：</w:t>
      </w:r>
      <w:r>
        <w:rPr>
          <w:lang w:eastAsia="zh-CN"/>
        </w:rPr>
        <w:br/>
      </w:r>
      <w:r>
        <w:rPr>
          <w:lang w:eastAsia="zh-CN"/>
        </w:rPr>
        <w:t>　　第一、日常考勤检查：</w:t>
      </w:r>
      <w:r>
        <w:rPr>
          <w:lang w:eastAsia="zh-CN"/>
        </w:rPr>
        <w:br/>
      </w:r>
      <w:r>
        <w:rPr>
          <w:lang w:eastAsia="zh-CN"/>
        </w:rPr>
        <w:t>　　九、十月，学习学术部在对全校各二级学院考勤抽查中，抽查人数总计应到7399人次，实到7148人次，全校平均出勤率为96.61%，其中外国语学院、化学工程与食品科学学院表现优异，值得其它各二级学院学习。招干之前，主要针对大二和大三的考勤，招干之后，抽查对象主要是大一和大二。通过两周的部长带领干事查考勤之后，现在考勤交由干事负责。为保证学风建设年能够圆满完成任务，提高课堂考勤出勤率，下阶段将加大考勤力度，每周每院抽查两个年级，每个年级抽查一个班。</w:t>
      </w:r>
      <w:r>
        <w:rPr>
          <w:lang w:eastAsia="zh-CN"/>
        </w:rPr>
        <w:br/>
      </w:r>
      <w:r>
        <w:rPr>
          <w:lang w:eastAsia="zh-CN"/>
        </w:rPr>
        <w:t>　　第二、学风调研</w:t>
      </w:r>
      <w:r>
        <w:rPr>
          <w:lang w:eastAsia="zh-CN"/>
        </w:rPr>
        <w:br/>
      </w:r>
      <w:r>
        <w:rPr>
          <w:lang w:eastAsia="zh-CN"/>
        </w:rPr>
        <w:t>　　为全面了解我校不同学院、不同专业的学风情况，校学习部根据我校具体情况，编写了两套学风调研问卷，一套是针对全校学生，另一套针对我校各院的辅导员。目前两套问卷都已下发，带收回问卷之后，校学习部将根据调研问卷情况，作出一份调研分析报告，然后再就有关问题进行解决。</w:t>
      </w:r>
      <w:r>
        <w:rPr>
          <w:lang w:eastAsia="zh-CN"/>
        </w:rPr>
        <w:br/>
      </w:r>
      <w:r>
        <w:rPr>
          <w:lang w:eastAsia="zh-CN"/>
        </w:rPr>
        <w:t>　　第三、科研宣传月活动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为促进我校大学生科研队伍建设，增强在校大学生的科研兴趣，校学习部策划了襄樊学院09年科研宣传活动，策划书交由科研处之后，具体工作尚需待议，校学习部将尽快完成策划书有关问题，尽快将此活动开展。</w:t>
      </w:r>
      <w:r>
        <w:rPr>
          <w:lang w:eastAsia="zh-CN"/>
        </w:rPr>
        <w:br/>
      </w:r>
      <w:r>
        <w:rPr>
          <w:lang w:eastAsia="zh-CN"/>
        </w:rPr>
        <w:t>　　近两个月以来，学习部在许多方面都出现了一些问题，现部分问题进行说明：</w:t>
      </w:r>
      <w:r>
        <w:rPr>
          <w:lang w:eastAsia="zh-CN"/>
        </w:rPr>
        <w:br/>
      </w:r>
      <w:r>
        <w:rPr>
          <w:lang w:eastAsia="zh-CN"/>
        </w:rPr>
        <w:t>　　一、刚开学时同学们对时间的把握上出现了问题，这与各二级学院学习部没有及时传达有关系，每次学习部例会时，我部都会强调院学习部查考勤的时间，反复强调之后，现在考勤已步入正规化。</w:t>
      </w:r>
      <w:r>
        <w:rPr>
          <w:lang w:eastAsia="zh-CN"/>
        </w:rPr>
        <w:br/>
      </w:r>
      <w:r>
        <w:rPr>
          <w:lang w:eastAsia="zh-CN"/>
        </w:rPr>
        <w:t>　　二、我部干事查考勤出现拖延的情况，这一直是查考勤时最难处理的事情。有些班级的班委希望本班的考勤好一些，就利用很多的方法和我部干事拖延时间，这样的情况有但是还不太严重，我部会采取措施，将这样的情况尽快的压下去，真正的让各二级学院的考勤都是公平、公正的。当然，这与我部干事的检查力度还是有一些关系的，我们会加强对干事的管理，让他们在思想上知道这样做的严重后果，彻底的改善这样的情况。针对以上的情况，我部会在下一学期进行工作方法的改进，让日常考勤工作真正的规范化、制度化，我相信只要我们共同的努力，大家真正的意识到考勤的重要性，我院的学风就一定能够做的更好。</w:t>
      </w:r>
      <w:r>
        <w:rPr>
          <w:lang w:eastAsia="zh-CN"/>
        </w:rPr>
        <w:br/>
      </w:r>
      <w:r>
        <w:rPr>
          <w:lang w:eastAsia="zh-CN"/>
        </w:rPr>
        <w:t>　　以上就是校学习部对九、十月份的工作总结，对本月出现的不足之处，校学习部在以后的工作中加以改善，更好的做好本部的基础工作，并在现有的条件下，不断的完善、创新，将整个学习学术部的学生工作做的更出色，我们有信心也有能力做好，为学校的发展贡献自己应有的一份责任。</w:t>
      </w:r>
      <w:r>
        <w:rPr>
          <w:lang w:eastAsia="zh-CN"/>
        </w:rPr>
        <w:br/>
      </w:r>
      <w:r>
        <w:rPr>
          <w:lang w:eastAsia="zh-CN"/>
        </w:rPr>
        <w:t xml:space="preserve">    2024学生会学习部个人总结 篇7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随着__年已经接近尾声，我们学习部的工作也即将告一段落了。在这一年里，学习部在不断成长，学习部把团总支下达的每一项任务都完成得认真&amp;到位。并得到全系同学的肯定。由此可见，我们学习部的每位成员都在以极高的热情投入到工作中，非常积极，负责地做好每件事，为园林系全体同学竭诚服务。</w:t>
      </w:r>
      <w:r>
        <w:rPr>
          <w:lang w:eastAsia="zh-CN"/>
        </w:rPr>
        <w:br/>
      </w:r>
      <w:r>
        <w:rPr>
          <w:lang w:eastAsia="zh-CN"/>
        </w:rPr>
        <w:t>　　回顾这半学期工作的点点滴滴，我们过得忙碌而充实，疲惫而快乐。</w:t>
      </w:r>
      <w:r>
        <w:rPr>
          <w:lang w:eastAsia="zh-CN"/>
        </w:rPr>
        <w:br/>
      </w:r>
      <w:r>
        <w:rPr>
          <w:lang w:eastAsia="zh-CN"/>
        </w:rPr>
        <w:t>　　九月份，学习部积极参加体育部组织的篮球赛，并负责篮球赛的计分工作。在比赛过程中，篮球场旁观众的秩序有点混乱，挡住了计分人员的视线，导致计分人员无法正常统计。这是一个不足之处，但我们相信在下次活动中不会出现类似的问题，更好地进行正常的工作。这是开学以来举办的第一次活动，我们学习部积极参与，热情高涨，认真学习关于计分规则的相关事宜，伴随着篮球赛的圆满成功，我们学习部也顺利地完成了自己的工作。通过篮球赛，学习部在完成各项工作任务时认真负责，使每项任务都顺利完成。期间也没有出现意外情况。篮球赛的工作是我们学习部培养默契，塑造团队的开始，为今后的各项工作奠定了基础，具有十分重要的积极意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十月份，学习部组织策划了一场看电影活动。在迎接金秋国庆的日子里，学习部组织全系学生进行《建党伟业》电影的观看，学习老一辈革命者的永不放弃的精神，丰富了我系同学的课余生活。学习继承革命者优良的作风，促使全学生会及全系同学在团总支的带领下更加积极上进。树立良好的作风，让全系同学都参与到爱国的活动中来，体验丰富多彩的大学生活。此次活动从策划到成功举办，我们总结到许多，例如：看电影过程中突然断电如何应对;没有提前批到教室，拿到钥匙;观众没有来怎么应对等。这一系列状况都是我们没有准备到得。虽然有不完美之处，但是对于第一次举办这样的活动，我们会吸取本次活动中的缺点，发扬我学习部的团结之风，把工作做到尽善尽美，面对突发状况，保持冷静头脑，积极应对突发的事件，我部会更加严谨认真的对待工作。</w:t>
      </w:r>
      <w:r>
        <w:rPr>
          <w:lang w:eastAsia="zh-CN"/>
        </w:rPr>
        <w:br/>
      </w:r>
      <w:r>
        <w:rPr>
          <w:lang w:eastAsia="zh-CN"/>
        </w:rPr>
        <w:t>　　十月份，我系积极参加学院的运动会，我们学习部更是活跃参与，在运动会中，我们学习部为运动员呼喊加油，替运动员拿衣送水。在运动会期间，我们学习部与其他兄弟们建立了良好的友谊。我部的各项工作也得到了其他兄弟部门的肯定与支持。这次运动会至始至终体现出一种集体的凝聚力和向心力，本届运动会不仅圆满完成任务，而且将有力地推动我系今后的体育工作。运动会圆满落下帷幕，离不开我们学习部的努力，更离不开学生会这个坚强的后盾，此项活动丰富了同学们的校园生活，让大家无时无刻感觉着自己身边的成长，鼓舞了同学们奋发向上的决心，为同学们在紧张学习的氛围中谱写了辉煌的一笔。</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十一月份，在领略过运动员的飒爽英姿后，迎来了激烈又紧张的辩论赛，作为辩论赛的组织策划者，我们学习部做了充分的准备。从辩论赛策划书的撰写到辩论赛的举办，我们学习部每个成员积极参与，终于圆满结束，良好的准备是成功的一半，只有在每次活动开始前，做好充分准备，才能确保各项工作井然有序的进行，使辩论赛完成的彻底。在辩论赛举办的期间，出现了一些突发状况，以至于辩论赛加赛。通过辩论赛，我们也学到，要沉着冷静面对突发状况，不抛弃不放弃。让有能力的同学从辩论赛中脱颖而出，展示我系同学超常的应变能力和思维表达能力。这次辩论赛体现了当代大学生的团结，竞争，进取的素质，增强了同学们的集体荣誉感。有了这次活动的经验和教训，我们相信，下次活动一定会举办的更好，更完美!</w:t>
      </w:r>
      <w:r>
        <w:rPr>
          <w:lang w:eastAsia="zh-CN"/>
        </w:rPr>
        <w:br/>
      </w:r>
      <w:r>
        <w:rPr>
          <w:lang w:eastAsia="zh-CN"/>
        </w:rPr>
        <w:t xml:space="preserve">    2024学生会学习部个人总结 篇8 </w:t>
      </w:r>
      <w:r>
        <w:rPr>
          <w:lang w:eastAsia="zh-CN"/>
        </w:rPr>
        <w:br/>
      </w:r>
      <w:r>
        <w:rPr>
          <w:lang w:eastAsia="zh-CN"/>
        </w:rPr>
        <w:t>　　时间如轮滚斜坡般的流逝，转眼间，即将和充满好奇、青涩、懵懂的大一生活说拜拜，作为学习部的一员，那些刻骨铭心的过往，值得让我再此做一盘点、总结。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说句心里话，来到学生会，我深感我的选择非常正确。我发现我学到了许多从书本上无法学到的东西。譬如勇气，我觉得自己的胆量提高了不少，对我来说，在这一年里，给我印象最深的是这几个活动：迎新晚会、秋季运动会、元旦晚会、第七届科技文化艺术节，这几个活动让我学会很多，譬如说，我以前很怕在公共场合说话，总觉得那样的场合就是一个令人窒息的的大牢，因此总是一次又一次避开这交友的好机会，我也说不出原因到底出在哪儿，只是一种莫名的惧怕。难道是我喜欢安静的环境，因而对喧嚣的场所“敬而远之”?具体答案我说不清道不明。而现在，好像与以前的我“判若两人”。那些所谓的公众场所也不过如此而已。现在的我在公众场所与他人交流如行云流水般流畅，不经意间发现自己的朋友圈扩大了许多，与以前那个区区可数的朋友圈相比，说是“天壤之别”一点也不为过。然而这些都要归功于学生会。如果没有这个组织，我想我不知还要“沉默”多久。</w:t>
      </w:r>
      <w:r>
        <w:rPr>
          <w:lang w:eastAsia="zh-CN"/>
        </w:rPr>
        <w:br/>
      </w:r>
      <w:r>
        <w:rPr>
          <w:lang w:eastAsia="zh-CN"/>
        </w:rPr>
        <w:t>　　第七届科技文化艺术节，我们学习部举行了很多活动，有“12。4法制宣传”征文、“建团90周年”征文、“诗词原创”、“诗词朗诵”、“诗词文化团队大比拼”、“铁齿瞳崖”大比拼等活动，在“诗词文化团队大比拼”活动中，我通过对参赛选手的了解和培训受益匪浅，我记得这个活动首先在系里进行比赛，选出两名知识储备比较多的进入院里比赛，我们部长首先让我们在网上搜题，然后分配人手培训这两个选手，经过我们共同的努力以及参加参赛选手的配合，我发现自己提高了不少。懂得一场比赛怎么开展会使它有声有色;懂得作为一个学习部成员怎样才能把这个活动做得尽善尽美;身为学生会的一员使我对谨慎、负责、认真的认识更加透彻了。我认为我们部内部成员有时工作积极性不高，在工作中缺乏一定的创新思维。赛前的准备工作不是很充分，各项用品不够周全，没有全面思考问题，在以后的工作中我们会坚决杜绝这一点以便更好的为大家服务。</w:t>
      </w:r>
      <w:r>
        <w:rPr>
          <w:lang w:eastAsia="zh-CN"/>
        </w:rPr>
        <w:br/>
      </w:r>
      <w:r>
        <w:rPr>
          <w:lang w:eastAsia="zh-CN"/>
        </w:rPr>
        <w:t>　　以上这些是我在学生会的感想，这些都该归功于我进入了学生会，在这里我参加了许多学生会的工作，也使我对时间的分配更加趋于“完美”了。我想，这些“知识”或多或少会使我的人生之路更加平坦宽阔。我感谢学生会，是我的能力有所提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xml:space="preserve">    2024学生会学习部个人总结 篇9 </w:t>
      </w:r>
      <w:r>
        <w:rPr>
          <w:lang w:eastAsia="zh-CN"/>
        </w:rPr>
        <w:br/>
      </w:r>
      <w:r>
        <w:rPr>
          <w:lang w:eastAsia="zh-CN"/>
        </w:rPr>
        <w:t>　　时间的脚步再次走到了学期末，这几个月的时间就在弹指一挥间，而在本学期中除了学习之外，我还担任学习部的部长，所以这一学期对我来说在这一方面也有着非常多的收获，部员到部长的过渡也让我在工作上有了相应的调整，现在就就对本学期的工作进行总结。</w:t>
      </w:r>
      <w:r>
        <w:rPr>
          <w:lang w:eastAsia="zh-CN"/>
        </w:rPr>
        <w:br/>
      </w:r>
      <w:r>
        <w:rPr>
          <w:lang w:eastAsia="zh-CN"/>
        </w:rPr>
        <w:t>　　在本学期换届后，我们便协同学生会各部门开展了一系列的活动，在每一次的活动中，我都总结好相应的经验，方便后续工作的进行，同时，在本学期中比较重要的一项活动就是纳新工作，新成员的加入也让我们这个大家庭增添了新的活力。</w:t>
      </w:r>
      <w:r>
        <w:rPr>
          <w:lang w:eastAsia="zh-CN"/>
        </w:rPr>
        <w:br/>
      </w:r>
      <w:r>
        <w:rPr>
          <w:lang w:eastAsia="zh-CN"/>
        </w:rPr>
        <w:t>　　一、迎新工作</w:t>
      </w:r>
      <w:r>
        <w:rPr>
          <w:lang w:eastAsia="zh-CN"/>
        </w:rPr>
        <w:br/>
      </w:r>
      <w:r>
        <w:rPr>
          <w:lang w:eastAsia="zh-CN"/>
        </w:rPr>
        <w:t>　　这也是新学期的第一次大型的活动，在曾经还是部员的时候，我们只是跟随着部长的步伐，做好自己相应的工作，但在本学期中，在接任学习部部长这一职位后，我才体会到这个位置并不是我想的那么轻松。首先我们要与学生会各部门分配好各自的任务，为了确保活动当天的万无一失，我们在各个细节方面都做了相应的记录，为了能够保证活动的完成效果，我们也总结了往届的经验，因此在活动的过程中并未出现大的差错，而我们学习部在精神文明的宣传上也完成得较好。</w:t>
      </w:r>
      <w:r>
        <w:rPr>
          <w:lang w:eastAsia="zh-CN"/>
        </w:rPr>
        <w:br/>
      </w:r>
      <w:r>
        <w:rPr>
          <w:lang w:eastAsia="zh-CN"/>
        </w:rPr>
        <w:t>　　二、纳新活动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学期之初，我们便要进行学生会新一届的纳新活动，我们部门在招入新成员的时候主要从其精神面貌、谈吐举止和自身能力三方面进行考察，并结合学习部的实际需要，进行人员的选拔，让我惊喜的是，这一届的学弟学妹们都非常的优秀，所以已经进入学习部的各位成员，我也希望他们能够在这里有所收获，我也很期待和大家一起为了学生会、学生会学习部的发展而努力。</w:t>
      </w:r>
      <w:r>
        <w:rPr>
          <w:lang w:eastAsia="zh-CN"/>
        </w:rPr>
        <w:br/>
      </w:r>
      <w:r>
        <w:rPr>
          <w:lang w:eastAsia="zh-CN"/>
        </w:rPr>
        <w:t>　　三、工作考核</w:t>
      </w:r>
      <w:r>
        <w:rPr>
          <w:lang w:eastAsia="zh-CN"/>
        </w:rPr>
        <w:br/>
      </w:r>
      <w:r>
        <w:rPr>
          <w:lang w:eastAsia="zh-CN"/>
        </w:rPr>
        <w:t>　　继承我们学院学生会的一贯传统，定期进行部长和部员的考核，其目的就是为了让我们能够及时的发现自身存在的问题，并有针对性的进行改正，那么在几次的考核中，我也对自己和__位部员存在的问题进行记录，同时我们学习部内部也会进行定时的开会，能够更好地增强部门凝聚力。</w:t>
      </w:r>
      <w:r>
        <w:rPr>
          <w:lang w:eastAsia="zh-CN"/>
        </w:rPr>
        <w:br/>
      </w:r>
      <w:r>
        <w:rPr>
          <w:lang w:eastAsia="zh-CN"/>
        </w:rPr>
        <w:t>　　四、下学期计划</w:t>
      </w:r>
      <w:r>
        <w:rPr>
          <w:lang w:eastAsia="zh-CN"/>
        </w:rPr>
        <w:br/>
      </w:r>
      <w:r>
        <w:rPr>
          <w:lang w:eastAsia="zh-CN"/>
        </w:rPr>
        <w:t>　　针对本学期存在的问题，列出记录，那么在下学期的工作中也会格外的关注，而且在下学期有几场比较重要的活动，为了能够保证最终的效果，也会提前做好准备。同时也会关注各部员的发展情况。</w:t>
      </w:r>
      <w:r>
        <w:rPr>
          <w:lang w:eastAsia="zh-CN"/>
        </w:rPr>
        <w:br/>
      </w:r>
      <w:r>
        <w:rPr>
          <w:lang w:eastAsia="zh-CN"/>
        </w:rPr>
        <w:t>　　本学期学习部的工作基本结束了，有长处也有不足，我也会始终保持认真工作的态度，为学生会的发展助力。</w:t>
      </w:r>
      <w:r>
        <w:rPr>
          <w:lang w:eastAsia="zh-CN"/>
        </w:rPr>
        <w:br/>
      </w:r>
      <w:r>
        <w:rPr>
          <w:lang w:eastAsia="zh-CN"/>
        </w:rPr>
        <w:t xml:space="preserve">    2024学生会学习部个人总结 篇10 </w:t>
      </w:r>
      <w:r>
        <w:rPr>
          <w:lang w:eastAsia="zh-CN"/>
        </w:rPr>
        <w:br/>
      </w:r>
      <w:r>
        <w:rPr>
          <w:lang w:eastAsia="zh-CN"/>
        </w:rPr>
        <w:t>　　大二已经接近尾声，回首过去的半年，无疑是值得回味的;作为学习部的一员，我历经了从干事到副部再到部长的转变，学习工作经验是留给我的一笔宝贵的财富。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学习部的工作与同学们学习生活密切相关的，任务较多,比较琐碎，主要有以下几个方面:</w:t>
      </w:r>
      <w:r>
        <w:rPr>
          <w:lang w:eastAsia="zh-CN"/>
        </w:rPr>
        <w:br/>
      </w:r>
      <w:r>
        <w:rPr>
          <w:lang w:eastAsia="zh-CN"/>
        </w:rPr>
        <w:t>　　一、例行工作</w:t>
      </w:r>
      <w:r>
        <w:rPr>
          <w:lang w:eastAsia="zh-CN"/>
        </w:rPr>
        <w:br/>
      </w:r>
      <w:r>
        <w:rPr>
          <w:lang w:eastAsia="zh-CN"/>
        </w:rPr>
        <w:t>　　学习部每周例行工作：对各年级上课情况进行抽查，整理各年级的考勤表。</w:t>
      </w:r>
      <w:r>
        <w:rPr>
          <w:lang w:eastAsia="zh-CN"/>
        </w:rPr>
        <w:br/>
      </w:r>
      <w:r>
        <w:rPr>
          <w:lang w:eastAsia="zh-CN"/>
        </w:rPr>
        <w:t>　　第一至二周：</w:t>
      </w:r>
      <w:r>
        <w:rPr>
          <w:lang w:eastAsia="zh-CN"/>
        </w:rPr>
        <w:br/>
      </w:r>
      <w:r>
        <w:rPr>
          <w:lang w:eastAsia="zh-CN"/>
        </w:rPr>
        <w:t>　　1、3.2号、3号负责我院学生的签到注册工作;</w:t>
      </w:r>
      <w:r>
        <w:rPr>
          <w:lang w:eastAsia="zh-CN"/>
        </w:rPr>
        <w:br/>
      </w:r>
      <w:r>
        <w:rPr>
          <w:lang w:eastAsia="zh-CN"/>
        </w:rPr>
        <w:t>　　2、全国大学生英语竞赛，英语四六级的报名通知，四六级报名信息核对，整理错误报名信息，费用的收取，在第三周周一交予教务处;</w:t>
      </w:r>
      <w:r>
        <w:rPr>
          <w:lang w:eastAsia="zh-CN"/>
        </w:rPr>
        <w:br/>
      </w:r>
      <w:r>
        <w:rPr>
          <w:lang w:eastAsia="zh-CN"/>
        </w:rPr>
        <w:t>　　3、对我院补考学生信息的核对、整理，并通知各班补考时间地点;</w:t>
      </w:r>
      <w:r>
        <w:rPr>
          <w:lang w:eastAsia="zh-CN"/>
        </w:rPr>
        <w:br/>
      </w:r>
      <w:r>
        <w:rPr>
          <w:lang w:eastAsia="zh-CN"/>
        </w:rPr>
        <w:t>　　4、配合校学生会对我院的上课情况进行了抽查考勤;</w:t>
      </w:r>
      <w:r>
        <w:rPr>
          <w:lang w:eastAsia="zh-CN"/>
        </w:rPr>
        <w:br/>
      </w:r>
      <w:r>
        <w:rPr>
          <w:lang w:eastAsia="zh-CN"/>
        </w:rPr>
        <w:t>　　5、分发我院20--年9月份考过的计算机证书，20--年10月份考过的普通话证书;</w:t>
      </w:r>
      <w:r>
        <w:rPr>
          <w:lang w:eastAsia="zh-CN"/>
        </w:rPr>
        <w:br/>
      </w:r>
      <w:r>
        <w:rPr>
          <w:lang w:eastAsia="zh-CN"/>
        </w:rPr>
        <w:t>　　6、20--年网上选课的通知并指导12级学生进行网上选课;</w:t>
      </w:r>
      <w:r>
        <w:rPr>
          <w:lang w:eastAsia="zh-CN"/>
        </w:rPr>
        <w:br/>
      </w:r>
      <w:r>
        <w:rPr>
          <w:lang w:eastAsia="zh-CN"/>
        </w:rPr>
        <w:t>　　7、20--年上半年普通话报名的通知，在3月25日左右进行核对整理报名信息及费用的收取;</w:t>
      </w:r>
      <w:r>
        <w:rPr>
          <w:lang w:eastAsia="zh-CN"/>
        </w:rPr>
        <w:br/>
      </w:r>
      <w:r>
        <w:rPr>
          <w:lang w:eastAsia="zh-CN"/>
        </w:rPr>
        <w:t>　　8、配合三月软件小组李学勇老师通知11级，12级进行校外的免费实训的通知，各班级名单的整理并负责押金的收取;</w:t>
      </w:r>
      <w:r>
        <w:rPr>
          <w:lang w:eastAsia="zh-CN"/>
        </w:rPr>
        <w:br/>
      </w:r>
      <w:r>
        <w:rPr>
          <w:lang w:eastAsia="zh-CN"/>
        </w:rPr>
        <w:t>　　9、“第四届蓝桥杯软件大赛”的通知;</w:t>
      </w:r>
      <w:r>
        <w:rPr>
          <w:lang w:eastAsia="zh-CN"/>
        </w:rPr>
        <w:br/>
      </w:r>
      <w:r>
        <w:rPr>
          <w:lang w:eastAsia="zh-CN"/>
        </w:rPr>
        <w:t>　　10、学习部20--——20--年第一学期积分整理。</w:t>
      </w:r>
      <w:r>
        <w:rPr>
          <w:lang w:eastAsia="zh-CN"/>
        </w:rPr>
        <w:br/>
      </w:r>
      <w:r>
        <w:rPr>
          <w:lang w:eastAsia="zh-CN"/>
        </w:rPr>
        <w:t>　　第四周：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1、20--届毕业生清考名单及清考科目信息的核对;</w:t>
      </w:r>
      <w:r>
        <w:rPr>
          <w:lang w:eastAsia="zh-CN"/>
        </w:rPr>
        <w:br/>
      </w:r>
      <w:r>
        <w:rPr>
          <w:lang w:eastAsia="zh-CN"/>
        </w:rPr>
        <w:t>　　2、20--年四月份普通话水平测费用的收取;</w:t>
      </w:r>
      <w:r>
        <w:rPr>
          <w:lang w:eastAsia="zh-CN"/>
        </w:rPr>
        <w:br/>
      </w:r>
      <w:r>
        <w:rPr>
          <w:lang w:eastAsia="zh-CN"/>
        </w:rPr>
        <w:t>　　3、全国大学生英语竞赛费用的收取;</w:t>
      </w:r>
      <w:r>
        <w:rPr>
          <w:lang w:eastAsia="zh-CN"/>
        </w:rPr>
        <w:br/>
      </w:r>
      <w:r>
        <w:rPr>
          <w:lang w:eastAsia="zh-CN"/>
        </w:rPr>
        <w:t>　　4、各年级20--年六月份英语四六级信息核对表;</w:t>
      </w:r>
      <w:r>
        <w:rPr>
          <w:lang w:eastAsia="zh-CN"/>
        </w:rPr>
        <w:br/>
      </w:r>
      <w:r>
        <w:rPr>
          <w:lang w:eastAsia="zh-CN"/>
        </w:rPr>
        <w:t>　　5、各年级20--年三月份计算机等级考试准考证的发放;</w:t>
      </w:r>
      <w:r>
        <w:rPr>
          <w:lang w:eastAsia="zh-CN"/>
        </w:rPr>
        <w:br/>
      </w:r>
      <w:r>
        <w:rPr>
          <w:lang w:eastAsia="zh-CN"/>
        </w:rPr>
        <w:t>　　第七周：</w:t>
      </w:r>
      <w:r>
        <w:rPr>
          <w:lang w:eastAsia="zh-CN"/>
        </w:rPr>
        <w:br/>
      </w:r>
      <w:r>
        <w:rPr>
          <w:lang w:eastAsia="zh-CN"/>
        </w:rPr>
        <w:t>　　1、春运会期间负责我院学生的签到;</w:t>
      </w:r>
      <w:r>
        <w:rPr>
          <w:lang w:eastAsia="zh-CN"/>
        </w:rPr>
        <w:br/>
      </w:r>
      <w:r>
        <w:rPr>
          <w:lang w:eastAsia="zh-CN"/>
        </w:rPr>
        <w:t>　　2、20__届毕业生照片信息的核对;</w:t>
      </w:r>
      <w:r>
        <w:rPr>
          <w:lang w:eastAsia="zh-CN"/>
        </w:rPr>
        <w:br/>
      </w:r>
      <w:r>
        <w:rPr>
          <w:lang w:eastAsia="zh-CN"/>
        </w:rPr>
        <w:t>　　3、第二届宿舍文化节征文比赛征文稿的征集及筛选;</w:t>
      </w:r>
      <w:r>
        <w:rPr>
          <w:lang w:eastAsia="zh-CN"/>
        </w:rPr>
        <w:br/>
      </w:r>
      <w:r>
        <w:rPr>
          <w:lang w:eastAsia="zh-CN"/>
        </w:rPr>
        <w:t>　　第九至十周：</w:t>
      </w:r>
      <w:r>
        <w:rPr>
          <w:lang w:eastAsia="zh-CN"/>
        </w:rPr>
        <w:br/>
      </w:r>
      <w:r>
        <w:rPr>
          <w:lang w:eastAsia="zh-CN"/>
        </w:rPr>
        <w:t>　　1、分发本院各年级20--年12月份英语四、六级证书;</w:t>
      </w:r>
      <w:r>
        <w:rPr>
          <w:lang w:eastAsia="zh-CN"/>
        </w:rPr>
        <w:br/>
      </w:r>
      <w:r>
        <w:rPr>
          <w:lang w:eastAsia="zh-CN"/>
        </w:rPr>
        <w:t>　　2、组织我院12级学生参加由人文学院法律协会举办的“模拟法庭”院系pk大赛。</w:t>
      </w:r>
      <w:r>
        <w:rPr>
          <w:lang w:eastAsia="zh-CN"/>
        </w:rPr>
        <w:br/>
      </w:r>
      <w:r>
        <w:rPr>
          <w:lang w:eastAsia="zh-CN"/>
        </w:rPr>
        <w:t>　　第十二周、第十三周：</w:t>
      </w:r>
      <w:r>
        <w:rPr>
          <w:lang w:eastAsia="zh-CN"/>
        </w:rPr>
        <w:br/>
      </w:r>
      <w:r>
        <w:rPr>
          <w:lang w:eastAsia="zh-CN"/>
        </w:rPr>
        <w:t>　　1、全国计算机等级考试我院报名同学信息的核对及报名费的收取;</w:t>
      </w:r>
      <w:r>
        <w:rPr>
          <w:lang w:eastAsia="zh-CN"/>
        </w:rPr>
        <w:br/>
      </w:r>
      <w:r>
        <w:rPr>
          <w:lang w:eastAsia="zh-CN"/>
        </w:rPr>
        <w:t>　　2、发放20--年下半学期普通话水平测试报名通知;</w:t>
      </w:r>
      <w:r>
        <w:rPr>
          <w:lang w:eastAsia="zh-CN"/>
        </w:rPr>
        <w:br/>
      </w:r>
      <w:r>
        <w:rPr>
          <w:lang w:eastAsia="zh-CN"/>
        </w:rPr>
        <w:t>　　3、英语四六级模拟考试报名信息的整理以及考务费的收取;</w:t>
      </w:r>
      <w:r>
        <w:rPr>
          <w:lang w:eastAsia="zh-CN"/>
        </w:rPr>
        <w:br/>
      </w:r>
      <w:r>
        <w:rPr>
          <w:lang w:eastAsia="zh-CN"/>
        </w:rPr>
        <w:t>　　4、20--年信工学院实训同学信息的统计以及相关费用的收取;</w:t>
      </w:r>
      <w:r>
        <w:rPr>
          <w:lang w:eastAsia="zh-CN"/>
        </w:rPr>
        <w:br/>
      </w:r>
      <w:r>
        <w:rPr>
          <w:lang w:eastAsia="zh-CN"/>
        </w:rPr>
        <w:t>　　5、整理我院各年级的考勤表并进行汇总;</w:t>
      </w:r>
      <w:r>
        <w:rPr>
          <w:lang w:eastAsia="zh-CN"/>
        </w:rPr>
        <w:br/>
      </w:r>
      <w:r>
        <w:rPr>
          <w:lang w:eastAsia="zh-CN"/>
        </w:rPr>
        <w:t>　　6、整理我部负责的各年级同学日常积分;</w:t>
      </w:r>
      <w:r>
        <w:rPr>
          <w:lang w:eastAsia="zh-CN"/>
        </w:rPr>
        <w:br/>
      </w:r>
      <w:r>
        <w:rPr>
          <w:lang w:eastAsia="zh-CN"/>
        </w:rPr>
        <w:t>　　第十四至十五周：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1、模拟四六级监考人员安排;</w:t>
      </w:r>
      <w:r>
        <w:rPr>
          <w:lang w:eastAsia="zh-CN"/>
        </w:rPr>
        <w:br/>
      </w:r>
      <w:r>
        <w:rPr>
          <w:lang w:eastAsia="zh-CN"/>
        </w:rPr>
        <w:t>　　2、全国英语四六级准考证的发放;</w:t>
      </w:r>
      <w:r>
        <w:rPr>
          <w:lang w:eastAsia="zh-CN"/>
        </w:rPr>
        <w:br/>
      </w:r>
      <w:r>
        <w:rPr>
          <w:lang w:eastAsia="zh-CN"/>
        </w:rPr>
        <w:t>　　3、数学建模大赛培训通知及组织报名。</w:t>
      </w:r>
      <w:r>
        <w:rPr>
          <w:lang w:eastAsia="zh-CN"/>
        </w:rPr>
        <w:br/>
      </w:r>
      <w:r>
        <w:rPr>
          <w:lang w:eastAsia="zh-CN"/>
        </w:rPr>
        <w:t>　　第十六至十七周：</w:t>
      </w:r>
      <w:r>
        <w:rPr>
          <w:lang w:eastAsia="zh-CN"/>
        </w:rPr>
        <w:br/>
      </w:r>
      <w:r>
        <w:rPr>
          <w:lang w:eastAsia="zh-CN"/>
        </w:rPr>
        <w:t>　　1、全国电子设计大赛报名通知及组织报名;</w:t>
      </w:r>
      <w:r>
        <w:rPr>
          <w:lang w:eastAsia="zh-CN"/>
        </w:rPr>
        <w:br/>
      </w:r>
      <w:r>
        <w:rPr>
          <w:lang w:eastAsia="zh-CN"/>
        </w:rPr>
        <w:t>　　2、在教务处领取毕业生教师资格证;</w:t>
      </w:r>
      <w:r>
        <w:rPr>
          <w:lang w:eastAsia="zh-CN"/>
        </w:rPr>
        <w:br/>
      </w:r>
      <w:r>
        <w:rPr>
          <w:lang w:eastAsia="zh-CN"/>
        </w:rPr>
        <w:t>　　3、20--年9月计算机等级考试报名登记表的领取及发放。</w:t>
      </w:r>
      <w:r>
        <w:rPr>
          <w:lang w:eastAsia="zh-CN"/>
        </w:rPr>
        <w:br/>
      </w:r>
      <w:r>
        <w:rPr>
          <w:lang w:eastAsia="zh-CN"/>
        </w:rPr>
        <w:t>　　第十八周：</w:t>
      </w:r>
      <w:r>
        <w:rPr>
          <w:lang w:eastAsia="zh-CN"/>
        </w:rPr>
        <w:br/>
      </w:r>
      <w:r>
        <w:rPr>
          <w:lang w:eastAsia="zh-CN"/>
        </w:rPr>
        <w:t>　　1、全国电子设计大赛暑期培训的通知。</w:t>
      </w:r>
      <w:r>
        <w:rPr>
          <w:lang w:eastAsia="zh-CN"/>
        </w:rPr>
        <w:br/>
      </w:r>
      <w:r>
        <w:rPr>
          <w:lang w:eastAsia="zh-CN"/>
        </w:rPr>
        <w:t>　　二、重要工作</w:t>
      </w:r>
      <w:r>
        <w:rPr>
          <w:lang w:eastAsia="zh-CN"/>
        </w:rPr>
        <w:br/>
      </w:r>
      <w:r>
        <w:rPr>
          <w:lang w:eastAsia="zh-CN"/>
        </w:rPr>
        <w:t>　　第二周：</w:t>
      </w:r>
      <w:r>
        <w:rPr>
          <w:lang w:eastAsia="zh-CN"/>
        </w:rPr>
        <w:br/>
      </w:r>
      <w:r>
        <w:rPr>
          <w:lang w:eastAsia="zh-CN"/>
        </w:rPr>
        <w:t>　　1、与生活部主办了本次的女生节活动。</w:t>
      </w:r>
      <w:r>
        <w:rPr>
          <w:lang w:eastAsia="zh-CN"/>
        </w:rPr>
        <w:br/>
      </w:r>
      <w:r>
        <w:rPr>
          <w:lang w:eastAsia="zh-CN"/>
        </w:rPr>
        <w:t>　　第七周：</w:t>
      </w:r>
      <w:r>
        <w:rPr>
          <w:lang w:eastAsia="zh-CN"/>
        </w:rPr>
        <w:br/>
      </w:r>
      <w:r>
        <w:rPr>
          <w:lang w:eastAsia="zh-CN"/>
        </w:rPr>
        <w:t>　　1、“我的中国梦”演讲比赛，对我院参赛选手进行了选拔。</w:t>
      </w:r>
      <w:r>
        <w:rPr>
          <w:lang w:eastAsia="zh-CN"/>
        </w:rPr>
        <w:br/>
      </w:r>
      <w:r>
        <w:rPr>
          <w:lang w:eastAsia="zh-CN"/>
        </w:rPr>
        <w:t>　　三、工作中出现的问题：</w:t>
      </w:r>
      <w:r>
        <w:rPr>
          <w:lang w:eastAsia="zh-CN"/>
        </w:rPr>
        <w:br/>
      </w:r>
      <w:r>
        <w:rPr>
          <w:lang w:eastAsia="zh-CN"/>
        </w:rPr>
        <w:t>　　在这些活动、工作的的进行中我们也发现了一些问题。</w:t>
      </w:r>
      <w:r>
        <w:rPr>
          <w:lang w:eastAsia="zh-CN"/>
        </w:rPr>
        <w:br/>
      </w:r>
      <w:r>
        <w:rPr>
          <w:lang w:eastAsia="zh-CN"/>
        </w:rPr>
        <w:t>　　在上课考勤方面：我们部主要是查12,11还有10级，在查课过程中我们发现高年级的缺勤情况比较严重，对于这个情况，我们改变查课计划，增大了对高年级的上课抽查力度，情况有所好转。另外在个别班级也发现有替答到的现象，对于这种现象，我们计划下学期改进查课方法，完善考勤制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在活动的举办方面：在这学期我们部和生活部一起举办过女生节活动。在活动举办过程中，我们也发现了一些问题。比如：举办活动没经验，活动之前的准备工作不够充分，场地布置物品不齐，而且由于天气原因到场人员少。</w:t>
      </w:r>
      <w:r>
        <w:rPr>
          <w:lang w:eastAsia="zh-CN"/>
        </w:rPr>
        <w:br/>
      </w:r>
      <w:r>
        <w:rPr>
          <w:lang w:eastAsia="zh-CN"/>
        </w:rPr>
        <w:t>　　在发飞信通知方面：学习部的大部分工作都是需要飞信通知各班班委，我们遇到的问题就是在飞信通知之后，一些班委并不给我们一个反馈，以至于我们不清楚是否通知到位。我们的工作需要大家的配合，加强与班委的沟通。</w:t>
      </w:r>
      <w:r>
        <w:rPr>
          <w:lang w:eastAsia="zh-CN"/>
        </w:rPr>
        <w:br/>
      </w:r>
      <w:r>
        <w:rPr>
          <w:lang w:eastAsia="zh-CN"/>
        </w:rPr>
        <w:t>　　四、总结</w:t>
      </w:r>
      <w:r>
        <w:rPr>
          <w:lang w:eastAsia="zh-CN"/>
        </w:rPr>
        <w:br/>
      </w:r>
      <w:r>
        <w:rPr>
          <w:lang w:eastAsia="zh-CN"/>
        </w:rPr>
        <w:t>　　我们会完善上课考勤制度，有针对性的进行点名工作，而不再大面积撒网，对缺勤率高的班级和课程进行重点考查。</w:t>
      </w:r>
      <w:r>
        <w:rPr>
          <w:lang w:eastAsia="zh-CN"/>
        </w:rPr>
        <w:br/>
      </w:r>
      <w:r>
        <w:rPr>
          <w:lang w:eastAsia="zh-CN"/>
        </w:rPr>
        <w:t>　　认真做好每一次活动中分配给我部的工作，并积极配合其他部室的工作。做好每次的工作记录、总结、反思，对于工作中遇到的问题要及时发现并解决。</w:t>
      </w:r>
      <w:r>
        <w:rPr>
          <w:lang w:eastAsia="zh-CN"/>
        </w:rPr>
        <w:br/>
      </w:r>
      <w:r>
        <w:rPr>
          <w:lang w:eastAsia="zh-CN"/>
        </w:rPr>
        <w:t>　　对工作的了解和经验不足，要多主动向前辈们请教，在今后的工作中，要全面了解和计划，并虚心听取他人意见，努力提高自己。</w:t>
      </w:r>
      <w:r>
        <w:rPr>
          <w:lang w:eastAsia="zh-CN"/>
        </w:rPr>
        <w:br/>
      </w:r>
      <w:r>
        <w:rPr>
          <w:lang w:eastAsia="zh-CN"/>
        </w:rPr>
        <w:t>　　在工作中要求本部成员要格外细心，尤其是对各种考试报名费的收取。此外做好本部成员的思想工作，始终保持高昂的工作热情和积极性，提高工作效率。</w:t>
      </w:r>
      <w:r>
        <w:rPr>
          <w:lang w:eastAsia="zh-CN"/>
        </w:rPr>
        <w:br/>
      </w:r>
      <w:r>
        <w:rPr>
          <w:lang w:eastAsia="zh-CN"/>
        </w:rPr>
        <w:t>　　将各班学习委员拉进本部室，通知，证书等发放由他们配合完成，改变发放通知的流程，提高工作效率。</w:t>
      </w:r>
      <w:r>
        <w:rPr>
          <w:lang w:eastAsia="zh-CN"/>
        </w:rPr>
        <w:br/>
      </w:r>
      <w:r>
        <w:rPr>
          <w:lang w:eastAsia="zh-CN"/>
        </w:rPr>
        <w:t>　　下学期我们会吸取在以上工作中得到的经验和教训，努力完成各项工作。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xml:space="preserve">    2024学生会学习部个人总结 篇11 </w:t>
      </w:r>
      <w:r>
        <w:rPr>
          <w:lang w:eastAsia="zh-CN"/>
        </w:rPr>
        <w:br/>
      </w:r>
      <w:r>
        <w:rPr>
          <w:lang w:eastAsia="zh-CN"/>
        </w:rPr>
        <w:t>　　我于20__年6月就任我系学生会学习部部长，至今已经一个多学期。半年下来，在院领导和各位老师的正确领导下，在学习部成员的共同努力下，学习部认真贯彻落实系有关学生工作的各项指导思想，部门工作取得了丰硕的成果。下面我将从以下几个方面进行有关工作汇报：</w:t>
      </w:r>
      <w:r>
        <w:rPr>
          <w:lang w:eastAsia="zh-CN"/>
        </w:rPr>
        <w:br/>
      </w:r>
      <w:r>
        <w:rPr>
          <w:lang w:eastAsia="zh-CN"/>
        </w:rPr>
        <w:t>　　一、部门活动</w:t>
      </w:r>
      <w:r>
        <w:rPr>
          <w:lang w:eastAsia="zh-CN"/>
        </w:rPr>
        <w:br/>
      </w:r>
      <w:r>
        <w:rPr>
          <w:lang w:eastAsia="zh-CN"/>
        </w:rPr>
        <w:t>　　几个月以来，学习部根据学院的要求，举办了讲课比赛、运动会稿件工作、协助其他部门的元旦晚会、积极筹备和参与了第四届院学生会辩论赛等一系列活动，任务繁多且艰巨。但是在我们各成员的共同努力下圆满的完成了任务。</w:t>
      </w:r>
      <w:r>
        <w:rPr>
          <w:lang w:eastAsia="zh-CN"/>
        </w:rPr>
        <w:br/>
      </w:r>
      <w:r>
        <w:rPr>
          <w:lang w:eastAsia="zh-CN"/>
        </w:rPr>
        <w:t>　　1、讲课比赛：为提高同学学习的积极性和主动性，丰富同学们的课余生活，为大学生提供一个学习和交流的平台，共同进步，我部特此举办了讲课比赛。通过此活动，为同学们提供一个相互交流和沟通学习方法技巧的机会。在活动中，同学们踊跃参加，用一个人民教师的要求规范自己，绘声绘色的在三尺讲台上为同学们讲述一个个精彩的话题。</w:t>
      </w:r>
      <w:r>
        <w:rPr>
          <w:lang w:eastAsia="zh-CN"/>
        </w:rPr>
        <w:br/>
      </w:r>
      <w:r>
        <w:rPr>
          <w:lang w:eastAsia="zh-CN"/>
        </w:rPr>
        <w:t>　　2、运动会写稿工作：我校运动会的开展，学习部全体成员都积极投入到运动会写稿的行列中，我部组织我系各班学习委员为运动会编写稿件，为运动员们加油鼓劲。通过各成员的辛苦的的写作下，我系的稿件不论在数量还是质量上都占据了优势，为我系最终在运动会上取得圆满的成绩添砖加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3、元旦晚会的积极配合：20__元旦晚会是我系的一个亮点，我系各部门的积极筹办，同学们精彩的演出，充分的展示了食品系的风采。学习部也毫不懈怠，全面配合其他部门做好晚会的筹划，维护秩序的工作，以助晚会井然有序的展开。</w:t>
      </w:r>
      <w:r>
        <w:rPr>
          <w:lang w:eastAsia="zh-CN"/>
        </w:rPr>
        <w:br/>
      </w:r>
      <w:r>
        <w:rPr>
          <w:lang w:eastAsia="zh-CN"/>
        </w:rPr>
        <w:t>　　4、第四届院学生会辩论赛：辩论赛的主要目的在于加强学风建设，提高逻辑思维能力，心理应变能力以及口头表达能力，丰富大家的课余生活，增进他们对社会的了解和认识。经过与水利系激烈的角逐，我系首战告捷，取得了初赛的胜利。</w:t>
      </w:r>
      <w:r>
        <w:rPr>
          <w:lang w:eastAsia="zh-CN"/>
        </w:rPr>
        <w:br/>
      </w:r>
      <w:r>
        <w:rPr>
          <w:lang w:eastAsia="zh-CN"/>
        </w:rPr>
        <w:t>　　经过一系列活动的组织开展，回答了学习部做什么、为何做、如何做的问题，基本完成了学习部活动定位和自身定位!而我在举办各次活动过程中经过不懈努力和艰辛探索所积累的各种工作理念和操作方式、操作手段等基本经验也将对学习部今后一段时期的工作有重要的借鉴作用。</w:t>
      </w:r>
      <w:r>
        <w:rPr>
          <w:lang w:eastAsia="zh-CN"/>
        </w:rPr>
        <w:br/>
      </w:r>
      <w:r>
        <w:rPr>
          <w:lang w:eastAsia="zh-CN"/>
        </w:rPr>
        <w:t xml:space="preserve">    2024学生会学习部个人总结 篇12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在学生会的第一份工作就是模拟招聘团的报名工作，每天早上帮忙抬桌子，帐篷，累是有一点累啊。不过更多的是快乐啊，呵呵，为什么怎么说呢？因为我感觉认真工作，用心去投入进去就会感到快乐，尤其是与其他同事在合作的过程中，双方达成的默契与配合，时而不是的说笑，领导间或的鼓励与幽默，也引起大家的欢声与笑语。其实，让我感触最深的是当天的守点，因为恰好是武汉急剧降温，被风呼呼啸啸，还夹杂这零星小雨，坐在那是真的不爽阿，不过还好，我们几个同事在一起聊天说笑，互相关心让大家心里都感到欣慰。从这次工作中，我总结到在同事之间要相互支持与配合，个人要用心去工作，认真进自己的责任，而领导则要体谅下属，鼓励下属。</w:t>
      </w:r>
      <w:r>
        <w:rPr>
          <w:lang w:eastAsia="zh-CN"/>
        </w:rPr>
        <w:br/>
      </w:r>
      <w:r>
        <w:rPr>
          <w:lang w:eastAsia="zh-CN"/>
        </w:rPr>
        <w:t>　　其实，再学生会，工作也可以看出一个人的心态，因为不同的人对待不同的工作是有不同的心态的，这就需要我们干事去调整心态了，去认真思考了，有一句话说的好：你以什么样的心态对待生活，生活就以什么样的心态对待你。工作也是一样的，我们要的是积极的去面对问题，解决问题。记得主席在理会上说过：在学生会，工作，激情过后，就应该是监守与责任了。是啊，作为一名学生会成员，只要在一天就要时刻监守自己的岗位。随着时间的推移，我也对学生会的工作有力进一步的了解与参与，与上上周参与生活部的查晚归与查课，这些工作都是各部门合作完成的，没有哪一项是一个部门独自完成的'没，首先我感觉的是各部门应该相互了解与支持，因为没有哪一个部门可以独自完成自己部门的工作，这就需要合作了，而合作是把工作4 / 9</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做到尽善尽美的基础。干事之间也是一样的。我第一次查晚归的工作是我们部长罗仁荣带我去的，我们部长真的挺不错的，她可以与她的干事打成一片啊，在我看来挺平易近人，挺和善的，我还有一个部长杨雪也特别优秀啊，反正都很好了。再查的时候，首先做到的就应该是礼貌，因为没有一个人喜欢别人在自己的宿舍随随便便进出，其次，就应该是认真了，再点宿舍人的名字时有可念错，难免会有点唬好意思啊，其中肯定会有个别同学不配合，这也就看我们干事的应变水平了啊我们要友好的说明情况，问有什么没有作到位和需要改正的地方，争取进一步完善工作质量，当然大部分同学是配合的。</w:t>
      </w:r>
      <w:r>
        <w:rPr>
          <w:lang w:eastAsia="zh-CN"/>
        </w:rPr>
        <w:br/>
      </w:r>
      <w:r>
        <w:rPr>
          <w:lang w:eastAsia="zh-CN"/>
        </w:rPr>
        <w:t>　　当然我首先是一名学生，然后再是一名学生干部，在我完成自己学习的同时，我应该完成我的工作任务，当然，这些都是我个人的一些心得而已，并不完全是对的，但至少从我的角度是这样看的啊。然后我希望主席团的安排工作应该注意一些细节工作，有点预见性，同时希望在例会上给干事一些发言的机会。学生会学习部工作总结 篇3时光匆匆，转眼间我已经在这个美丽的郑职院生活了一年，在我们系学生会工作了一年。我已经深深的喜欢上了这个学校，爱上了我忙碌而又丰富的学生会工作。</w:t>
      </w:r>
      <w:r>
        <w:rPr>
          <w:lang w:eastAsia="zh-CN"/>
        </w:rPr>
        <w:br/>
      </w:r>
      <w:r>
        <w:rPr>
          <w:lang w:eastAsia="zh-CN"/>
        </w:rPr>
        <w:t>　　还记得我刚来到这个学校时，我的身体的疲惫的，我的心灵是孤独的。但是现在不一样了，我在这里获得了新生，我在这里获得了友谊，我在这里活的精彩而忙碌，我在这里收获了快这全都要感谢学生会给的我力量和勇气，感谢学长学姐们给我一次机会。我已经深深地爱上了我的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我在学生会工作中，在这个部门里我锻炼了自我，改变了自我，收获了更多，重要的是我在这里收获了友谊。我们一起面对困难，一起迎接新的挑战，一起战胜坎坷，一起欢声笑语。还记得我们举办的《欢乐百科，斗智斗勇》活动，为了使这次活动更加趣味多多，同时让同学们可以放松心情一起欢乐，我们早早的就开始规划这次活动，我们部门的所有成员一起在餐厅进行讨论，我们个个献计，经过精彩的讨论结果出来了，我们分工，在活动举办中出现了小小的问题但并不影响大局。看着参赛人员每个人都露出了会心的微笑，听着他们欢乐的笑声，我们知道我们成功了。我们做到了，我们给他们带来了欢笑，我们也开心的笑了起来。</w:t>
      </w:r>
      <w:r>
        <w:rPr>
          <w:lang w:eastAsia="zh-CN"/>
        </w:rPr>
        <w:br/>
      </w:r>
      <w:r>
        <w:rPr>
          <w:lang w:eastAsia="zh-CN"/>
        </w:rPr>
        <w:t>　　当然在一起工作一年也会出现拌嘴的情况，但这病不影响我们的感情。一年的风风雨雨，我们都一起面对。还记得忙得吃不下饭的时候，就会出现一个声音，你们去吃吧剩下的一点就让我做吧，没有事。而我们默契的不说话也不走，我们怎么可能留他一个人呢，我们是一个团体，就应该一起面对。这也是我收获的最为珍贵的东西，它的名字叫做友谊！</w:t>
      </w:r>
      <w:r>
        <w:rPr>
          <w:lang w:eastAsia="zh-CN"/>
        </w:rPr>
        <w:br/>
      </w:r>
      <w:r>
        <w:rPr>
          <w:lang w:eastAsia="zh-CN"/>
        </w:rPr>
        <w:t>　　我们曾经一起早早的集合，我们曾经一起在灯光下看上百份的征文，我们曾经一起在主席台上装扮舞台，我们曾经一起在活动中奔跑，我们曾经一起在教室抄写资料，我们曾经一起在篮球6 / 9</w:t>
      </w:r>
      <w:r>
        <w:rPr>
          <w:lang w:eastAsia="zh-CN"/>
        </w:rPr>
        <w:br/>
      </w:r>
      <w:r>
        <w:rPr>
          <w:lang w:eastAsia="zh-CN"/>
        </w:rPr>
        <w:t>　　场上呐喊“大众，加油。”我们曾经一起在拔河比赛中助威，我们曾经一起......这就是我的战友，这就是我的朋友，这就是我们11、12级的学生会干部，我们一起风风雨雨的走过一年，我坚信我们可以一起走以后的岁月。</w:t>
      </w:r>
      <w:r>
        <w:rPr>
          <w:lang w:eastAsia="zh-CN"/>
        </w:rPr>
        <w:br/>
      </w:r>
      <w:r>
        <w:rPr>
          <w:lang w:eastAsia="zh-CN"/>
        </w:rPr>
        <w:t>　　感谢你们我亲爱的战友，感谢你们我的朋友，感谢你们我的兄弟姐妹。从你们身上我获得了友谊，使我不再孤单，感谢学生会部门，让我得到了锻炼自我的机会，感谢你让我们明白了更多的道理，感谢你让我学会了交际的能力，我愿一直在这里和你一起成长，我愿在这个学生会部门付出自己的所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5"/>
          <w:cols w:space="425"/>
          <w:titlePg w:val="0"/>
          <w:docGrid w:type="lines" w:linePitch="312"/>
        </w:sectPr>
      </w:pPr>
      <w:r>
        <w:rPr>
          <w:lang w:eastAsia="zh-CN"/>
        </w:rPr>
        <w:t xml:space="preserve">    2024学生会学习部个人总结 篇13 </w:t>
      </w:r>
      <w:r>
        <w:rPr>
          <w:lang w:eastAsia="zh-CN"/>
        </w:rPr>
        <w:br/>
      </w:r>
      <w:r>
        <w:rPr>
          <w:lang w:eastAsia="zh-CN"/>
        </w:rPr>
        <w:t>　　已经大二了，在学习部已经待了整一年了，不管怎样对于这个大学里的团体已经有了感情。我热爱学习部，懂得珍惜爱我的每一个人，也爱这里的每一个人。我想说的是我在这个集体里已经成长了许多，我改变了许多。</w:t>
      </w:r>
      <w:r>
        <w:rPr>
          <w:lang w:eastAsia="zh-CN"/>
        </w:rPr>
        <w:br/>
      </w:r>
      <w:r>
        <w:rPr>
          <w:lang w:eastAsia="zh-CN"/>
        </w:rPr>
        <w:t>　　对于这大二的这一学期学习部工作，可以说工作很顺利也很顺心。在迎接了大一学生的入校后，学习部也开始纳新，融入了新的血液。而我也自然地当上了副部。作为了学习部的骨干成员，我们通过了一学年的考验和磨练。学习到了很多，首先端正了思想，积极向上，时刻都已带头者和的身份去要求自己。其次也学习了很多的为人处事技能，比如，能够通过聊天以及工作等方式沟通并认识对方。锻炼了自己的语言能力，还学习到了很多经验和方法。另外自己对于礼仪举止有了注意，并且规范自己行为举止，做到彬彬有礼，不失风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6"/>
          <w:cols w:space="425"/>
          <w:titlePg w:val="0"/>
          <w:docGrid w:type="lines" w:linePitch="312"/>
        </w:sectPr>
      </w:pPr>
      <w:r>
        <w:rPr>
          <w:lang w:eastAsia="zh-CN"/>
        </w:rPr>
        <w:t>　　而最让我感到欣慰的是我的责任心增强了许多，可以说是优良品质得到了发展和运用。在工作中我总是倚着开心和欢乐的态度，因此大家看着的总还是那个活跃，说话随意放肆的我，但是我想说的是那并不是真正工作中的我。当然没人会愿意深入的了解一个人，然而当真正地去接触后，我可以坦然和明白地说不会让你失望。将见到一个全新的我，那个成熟的我。这么说只是为了说明在工作中不必要去担心我，不必要鞭策我，因为我会照顾好自己，懂得轻重并且顺利地完成工作。责任的低位在我心中也随着工作越来越变得重要，毕竟是我学习生涯中收获的最重要的东西。当带着责任心去做某件事情时，才能真正全身心投入。慢慢地我也发现学生会是同学服务的团体，在这个大的集体中你愿意无怨无悔地去奉献，开心地投入时间精力，总会让自己乐此不疲。</w:t>
      </w:r>
      <w:r>
        <w:rPr>
          <w:lang w:eastAsia="zh-CN"/>
        </w:rPr>
        <w:br/>
      </w:r>
      <w:r>
        <w:rPr>
          <w:lang w:eastAsia="zh-CN"/>
        </w:rPr>
        <w:t>　　但是在收获经验的同时，我也得到了许多教训。比如，工作若不能及时完成，毫不夸张的说，没有对工作量进行全面了解，影响进程。在工作同时不兼顾好学习，顾此失彼，就会给以后的学习带来麻烦。所以自己应该合理搭配时间。而面对这些不足，自己的宗旨就是“有则改之无则加勉”。</w:t>
      </w:r>
      <w:r>
        <w:rPr>
          <w:lang w:eastAsia="zh-CN"/>
        </w:rPr>
        <w:br/>
      </w:r>
      <w:r>
        <w:rPr>
          <w:lang w:eastAsia="zh-CN"/>
        </w:rPr>
        <w:t>　　最后，能够有机会在团委学生会这个大家庭里，我觉得很荣幸。在以后的工作中，我想我还会有更多的体会，爱我爱的人，做我爱的事，珍惜每一个人，每一次机会。在集体中成长，开心地走下去......</w:t>
      </w:r>
      <w:r>
        <w:rPr>
          <w:lang w:eastAsia="zh-CN"/>
        </w:rPr>
        <w:br/>
      </w:r>
      <w:r>
        <w:rPr>
          <w:lang w:eastAsia="zh-CN"/>
        </w:rPr>
        <w:t xml:space="preserve">    2024学生会学习部个人总结 篇14 </w:t>
      </w:r>
      <w:r>
        <w:rPr>
          <w:lang w:eastAsia="zh-CN"/>
        </w:rPr>
        <w:br/>
      </w:r>
      <w:r>
        <w:rPr>
          <w:lang w:eastAsia="zh-CN"/>
        </w:rPr>
        <w:t>　　这个学期，我们学习部的工作基本都做完了，总体来说，我们是做得非常不错。这学期我们部门主要完成了三个任务，首先是校学习竞赛报名，二是院英语演讲比赛，三是考研经验交流会。</w:t>
      </w:r>
      <w:r>
        <w:rPr>
          <w:lang w:eastAsia="zh-CN"/>
        </w:rPr>
        <w:br/>
      </w:r>
      <w:r>
        <w:rPr>
          <w:lang w:eastAsia="zh-CN"/>
        </w:rPr>
        <w:t>　　在学习竞赛报名的工作中，我们还是遇到了一些问题。首先是召集各班学习委员开会的问题。--级各班的学习委员还是比较积极，而--和--级的学习委员那是难觅踪影，只来寥寥几人。而且每次召集各班学习委员开会都是一件很困难的事情，他们特别是--、--级的要么不来要么迟到，只有一到两个会准时来。</w:t>
      </w:r>
      <w:r>
        <w:rPr>
          <w:lang w:eastAsia="zh-CN"/>
        </w:rPr>
        <w:br/>
      </w:r>
    </w:p>
    <w:p w:rsidR="001B1F19" w14:textId="27C3F48A">
      <w:pPr>
        <w:rPr>
          <w:rFonts w:hint="eastAsia"/>
          <w:lang w:eastAsia="zh-CN"/>
        </w:rPr>
      </w:pPr>
      <w:r>
        <w:rPr>
          <w:lang w:eastAsia="zh-CN"/>
        </w:rPr>
        <w:t>　　在各班报名情况上，--级的同学是相当的积极，报名人数相当多，而--、--级的同学对此似乎不感兴趣，只有少数人报名参加，特别强调的是，在物理知识竞赛普通组这一项中，--、--级报名的人数还没有--级多，在物理知识竞赛专业组这一项中我们学院只有13人报名，其中12人是--级的，一人是--级的。这些现象让我们很沮丧，交报名表时那位老师这样说：“你们是物信呀!怎么这么少的人报物理知识竞赛呀!”同学们没有热情，我们的组织宣传工作做得再怎么好也是没用的，虽然我们的工作顺利的结束了，但是我们并不满意这次工作的过程，我们相信下次做得更好。然而，接下来的活动在准备阶段就让我们郁闷不已。</w:t>
      </w:r>
      <w:r>
        <w:rPr>
          <w:lang w:eastAsia="zh-CN"/>
        </w:rPr>
        <w:br/>
      </w:r>
      <w:r>
        <w:rPr>
          <w:lang w:eastAsia="zh-CN"/>
        </w:rPr>
        <w:t>　　英语虽不是我们的学习专业，但是据辅导员讲，我们学院曾在英语演讲比赛中获得好的成绩，在我们筹划这次活动的时候，我们是充满期待的。我们花两个星期来宣传组织报名工作，然而就在比赛开始的前一天晚上，我们手中报名的人数还没有突破两位数，这令我们心寒呀!最后我们通过辅导员才拉足了我们预计的20人。比赛进行两场初赛和一场半决赛，原本以为决赛会吸引很多人观看，但却发现观众是那么少，而且很多人是拉来的。不过令我们感到欣慰的是我们送到学校去参加校英语演讲比赛中的三人中有一人进入校英语演讲比赛的复赛还参加了培训。</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https://d.book118.com/516142221201010043</w:t>
        </w:r>
      </w:hyperlink>
    </w:p>
    <w:p w:rsidR="001B1F19">
      <w:pPr>
        <w:rPr>
          <w:rFonts w:hint="eastAsia"/>
          <w:lang w:eastAsia="zh-CN"/>
        </w:rPr>
      </w:pPr>
    </w:p>
    <w:sectPr>
      <w:type w:val="nextPage"/>
      <w:pgSz w:w="11906" w:h="16838"/>
      <w:pgMar w:top="1440" w:right="1800" w:bottom="1440" w:left="1800" w:header="851" w:footer="992" w:gutter="0"/>
      <w:pgNumType w:start="3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516142221201010043"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54</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