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小学语文研修工作计划（33篇）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小学语文研修工作计划（精选33篇）</w:t>
      </w:r>
      <w:r>
        <w:rPr>
          <w:lang w:eastAsia="zh-CN"/>
        </w:rPr>
        <w:br/>
      </w:r>
      <w:r>
        <w:rPr>
          <w:lang w:eastAsia="zh-CN"/>
        </w:rPr>
        <w:t xml:space="preserve">    小学语文研修工作计划 篇1 </w:t>
      </w:r>
      <w:r>
        <w:rPr>
          <w:lang w:eastAsia="zh-CN"/>
        </w:rPr>
        <w:br/>
      </w:r>
      <w:r>
        <w:rPr>
          <w:lang w:eastAsia="zh-CN"/>
        </w:rPr>
        <w:t>　　一、指导思想：</w:t>
      </w:r>
      <w:r>
        <w:rPr>
          <w:lang w:eastAsia="zh-CN"/>
        </w:rPr>
        <w:br/>
      </w:r>
      <w:r>
        <w:rPr>
          <w:lang w:eastAsia="zh-CN"/>
        </w:rPr>
        <w:t>　　以先进的教育理念为指导，进一步学习、贯彻国家课程改革的精神；转变教师观念。加强信息技术学科教育教学和信息技术与课程整合的研究，提高信息技术学科教师的理论水平和教学能力，培养学生应用信息技术手段解决实际问题的能力。</w:t>
      </w:r>
      <w:r>
        <w:rPr>
          <w:lang w:eastAsia="zh-CN"/>
        </w:rPr>
        <w:br/>
      </w:r>
      <w:r>
        <w:rPr>
          <w:lang w:eastAsia="zh-CN"/>
        </w:rPr>
        <w:t>　　二、工作重点：</w:t>
      </w:r>
      <w:r>
        <w:rPr>
          <w:lang w:eastAsia="zh-CN"/>
        </w:rPr>
        <w:br/>
      </w:r>
      <w:r>
        <w:rPr>
          <w:lang w:eastAsia="zh-CN"/>
        </w:rPr>
        <w:t>　　本学期继续以深入学校听课、加强理论学习为工作中心任务。在上学期的基础上继续调查、了解各校信息技术教育教学情况、摸清各校任课教师情况为工作重点，虚心向周围的同志请教、学习，尽快掌握教研工作的思路和方法，争取在教研工作中取一些成绩。</w:t>
      </w:r>
      <w:r>
        <w:rPr>
          <w:lang w:eastAsia="zh-CN"/>
        </w:rPr>
        <w:br/>
      </w:r>
      <w:r>
        <w:rPr>
          <w:lang w:eastAsia="zh-CN"/>
        </w:rPr>
        <w:t>　　（1）向领导多请示、多汇报，向老教师、老教研员认真请教、虚心学习，除集体的理论学习外，定期学习信息技术教学刊物和浏览教学网站，努力提高自己的教学、教研水平，同时不断加强自身计算机软件的学习，为信息技术学科教学打好基础，尽力为教师提供技术上的帮助，做好教研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（2）加强新的教育理论、教育思想的学习，特别是《中小学信息技术课程指导纲要（试行）》和《综合实践活动指导纲要》中有关信息技术的内容，提高对课程改革意义的认识，努力提高教育教学理论水平。</w:t>
      </w:r>
      <w:r>
        <w:rPr>
          <w:lang w:eastAsia="zh-CN"/>
        </w:rPr>
        <w:br/>
      </w:r>
      <w:r>
        <w:rPr>
          <w:lang w:eastAsia="zh-CN"/>
        </w:rPr>
        <w:t>　　（3）在上学期的基础上，在本学期利用集体下校督导和单独下校听课完成对每位任课教师的课至少听一遍，一是虚心向下面学校的老师学习，二是对各校任课教师在教学方面的情况和学校开设信息课条件能有所了解，为今后搞好教研工作打下基础。</w:t>
      </w:r>
      <w:r>
        <w:rPr>
          <w:lang w:eastAsia="zh-CN"/>
        </w:rPr>
        <w:br/>
      </w:r>
      <w:r>
        <w:rPr>
          <w:lang w:eastAsia="zh-CN"/>
        </w:rPr>
        <w:t>　　（4）加强与市教研室的联系，积极参加市里的各项活动。本学期结合教师培训，各学片集体备课的形式展开公开课活动，为教师提供展示和锻炼的机会。为参加我市综合实践评比和信息技术学科录象评优课做好准备。</w:t>
      </w:r>
      <w:r>
        <w:rPr>
          <w:lang w:eastAsia="zh-CN"/>
        </w:rPr>
        <w:br/>
      </w:r>
      <w:r>
        <w:rPr>
          <w:lang w:eastAsia="zh-CN"/>
        </w:rPr>
        <w:t>　　（5）采取书面和实际操作相结合、以实际操作为主的`教学情况测试，了解各校信息技术教学的质量。</w:t>
      </w:r>
      <w:r>
        <w:rPr>
          <w:lang w:eastAsia="zh-CN"/>
        </w:rPr>
        <w:br/>
      </w:r>
      <w:r>
        <w:rPr>
          <w:lang w:eastAsia="zh-CN"/>
        </w:rPr>
        <w:t>　　（6）积极参加市、校、室的各项活动，努力完成市、校、室的各项任务。</w:t>
      </w:r>
      <w:r>
        <w:rPr>
          <w:lang w:eastAsia="zh-CN"/>
        </w:rPr>
        <w:br/>
      </w:r>
      <w:r>
        <w:rPr>
          <w:lang w:eastAsia="zh-CN"/>
        </w:rPr>
        <w:t>　　三、具体工作：</w:t>
      </w:r>
      <w:r>
        <w:rPr>
          <w:lang w:eastAsia="zh-CN"/>
        </w:rPr>
        <w:br/>
      </w:r>
      <w:r>
        <w:rPr>
          <w:lang w:eastAsia="zh-CN"/>
        </w:rPr>
        <w:t>　　（1）利用课改培训的机会，对全体信息技术教师进行国家课程改革的培训，对教材进行重点的介绍，使教师能对教材有比较全面的了解。</w:t>
      </w:r>
      <w:r>
        <w:rPr>
          <w:lang w:eastAsia="zh-CN"/>
        </w:rPr>
        <w:br/>
      </w:r>
      <w:r>
        <w:rPr>
          <w:lang w:eastAsia="zh-CN"/>
        </w:rPr>
        <w:t>　　（2）与学科教师一起研究解决由于信息技术发展迅速导致的教材内容陈旧和无法完成的部分内容的问题，适当增减和更改相关的内容。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3）组织教师的公开课活动，在活动中要求全体教师参与备课，采取教师直接指导，各片集体备课的方式备课。要求教师在课前介绍教学设计的思路，课后自评教学的效果，全体教师参与评价、讨论的形式，并尝试利用论坛进行研讨的模式。</w:t>
      </w:r>
      <w:r>
        <w:rPr>
          <w:lang w:eastAsia="zh-CN"/>
        </w:rPr>
        <w:br/>
      </w:r>
      <w:r>
        <w:rPr>
          <w:lang w:eastAsia="zh-CN"/>
        </w:rPr>
        <w:t>　　（4）组织教师在日常教学中注意“反思”自身的情况，积累资料，馔写教学随笔和案例。</w:t>
      </w:r>
      <w:r>
        <w:rPr>
          <w:lang w:eastAsia="zh-CN"/>
        </w:rPr>
        <w:br/>
      </w:r>
      <w:r>
        <w:rPr>
          <w:lang w:eastAsia="zh-CN"/>
        </w:rPr>
        <w:t>　　（5）针对部分信息技术教师技术上的困难，采取集中和分片培训的形式对教师日常课堂软件的使用和机房日常维护的知识进行培训，争取让目前从事信息技术的教师在本学期能够熟练的掌握教材涉及的软件，并能处理课堂上出现的一般机器故障，并能对计算机进行简单的维护和维修，保证正常教学的使用。</w:t>
      </w:r>
      <w:r>
        <w:rPr>
          <w:lang w:eastAsia="zh-CN"/>
        </w:rPr>
        <w:br/>
      </w:r>
      <w:r>
        <w:rPr>
          <w:lang w:eastAsia="zh-CN"/>
        </w:rPr>
        <w:t xml:space="preserve">    小学语文研修工作计划 篇2 </w:t>
      </w:r>
      <w:r>
        <w:rPr>
          <w:lang w:eastAsia="zh-CN"/>
        </w:rPr>
        <w:br/>
      </w:r>
      <w:r>
        <w:rPr>
          <w:lang w:eastAsia="zh-CN"/>
        </w:rPr>
        <w:t>　　一、研修目标</w:t>
      </w:r>
      <w:r>
        <w:rPr>
          <w:lang w:eastAsia="zh-CN"/>
        </w:rPr>
        <w:br/>
      </w:r>
      <w:r>
        <w:rPr>
          <w:lang w:eastAsia="zh-CN"/>
        </w:rPr>
        <w:t>　　1、转换角色，当好学生，把握本次学习机会，自觉遵守培训纪律，静下心来潜心研究，力争学有所获。</w:t>
      </w:r>
      <w:r>
        <w:rPr>
          <w:lang w:eastAsia="zh-CN"/>
        </w:rPr>
        <w:br/>
      </w:r>
      <w:r>
        <w:rPr>
          <w:lang w:eastAsia="zh-CN"/>
        </w:rPr>
        <w:t>　　2、努力学习课程知识，在学习过程中认真做好课堂笔记，及时完成作业，不断提升自己的理论水平。</w:t>
      </w:r>
      <w:r>
        <w:rPr>
          <w:lang w:eastAsia="zh-CN"/>
        </w:rPr>
        <w:br/>
      </w:r>
      <w:r>
        <w:rPr>
          <w:lang w:eastAsia="zh-CN"/>
        </w:rPr>
        <w:t>　　3、珍惜与教育大师、教育专家近距离学习的机会，学习他们的先进理念，专业知识等，逐渐内化为自己的东西，促使自己专业理论不断跟进，多动脑思考问题，用思想指导行为，努力成为研究型教师。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4、通过专家的引领，不断反思自己的教学行为，做一个清醒的教者，并把学到的教学艺术用于自己的.教学，努力探索适合学生的教学方法，使自己的语文教学更加有效。</w:t>
      </w:r>
      <w:r>
        <w:rPr>
          <w:lang w:eastAsia="zh-CN"/>
        </w:rPr>
        <w:br/>
      </w:r>
      <w:r>
        <w:rPr>
          <w:lang w:eastAsia="zh-CN"/>
        </w:rPr>
        <w:t>　　5、积极参与各项讨论交流活动，以开放的心态面对每次交流，训练自己的口头表达能力，博采众长，同伴互助，不断提高自己的专业知识，逐步向骨干教师的标准靠近。</w:t>
      </w:r>
      <w:r>
        <w:rPr>
          <w:lang w:eastAsia="zh-CN"/>
        </w:rPr>
        <w:br/>
      </w:r>
      <w:r>
        <w:rPr>
          <w:lang w:eastAsia="zh-CN"/>
        </w:rPr>
        <w:t>　　二、研究的内容及措施</w:t>
      </w:r>
      <w:r>
        <w:rPr>
          <w:lang w:eastAsia="zh-CN"/>
        </w:rPr>
        <w:br/>
      </w:r>
      <w:r>
        <w:rPr>
          <w:lang w:eastAsia="zh-CN"/>
        </w:rPr>
        <w:t>　　1、以1—3年级语文课本作为研究教材。</w:t>
      </w:r>
      <w:r>
        <w:rPr>
          <w:lang w:eastAsia="zh-CN"/>
        </w:rPr>
        <w:br/>
      </w:r>
      <w:r>
        <w:rPr>
          <w:lang w:eastAsia="zh-CN"/>
        </w:rPr>
        <w:t>　　2、认真学习课堂观察知识，为做课例做好准备。</w:t>
      </w:r>
      <w:r>
        <w:rPr>
          <w:lang w:eastAsia="zh-CN"/>
        </w:rPr>
        <w:br/>
      </w:r>
      <w:r>
        <w:rPr>
          <w:lang w:eastAsia="zh-CN"/>
        </w:rPr>
        <w:t>　　3、学习做课例的有关理论。</w:t>
      </w:r>
      <w:r>
        <w:rPr>
          <w:lang w:eastAsia="zh-CN"/>
        </w:rPr>
        <w:br/>
      </w:r>
      <w:r>
        <w:rPr>
          <w:lang w:eastAsia="zh-CN"/>
        </w:rPr>
        <w:t>　　4、《小学语文新款课标》对低年级教学的理论要求。</w:t>
      </w:r>
      <w:r>
        <w:rPr>
          <w:lang w:eastAsia="zh-CN"/>
        </w:rPr>
        <w:br/>
      </w:r>
      <w:r>
        <w:rPr>
          <w:lang w:eastAsia="zh-CN"/>
        </w:rPr>
        <w:t>　　5、认真学习《语文教育科研基础》、《小学语文课堂教学艺术》、《有效教学及其设计》、《教育叙事研究》，等书籍，吸取教育科研知识，做好笔记。</w:t>
      </w:r>
      <w:r>
        <w:rPr>
          <w:lang w:eastAsia="zh-CN"/>
        </w:rPr>
        <w:br/>
      </w:r>
      <w:r>
        <w:rPr>
          <w:lang w:eastAsia="zh-CN"/>
        </w:rPr>
        <w:t>　　6、积极参加各项考察活动，不断充实自己。</w:t>
      </w:r>
      <w:r>
        <w:rPr>
          <w:lang w:eastAsia="zh-CN"/>
        </w:rPr>
        <w:br/>
      </w:r>
      <w:r>
        <w:rPr>
          <w:lang w:eastAsia="zh-CN"/>
        </w:rPr>
        <w:t>　　7、静下心来阅读反思。“让读书成为习惯”。每天坚持做到至少读半小时的教育教学专著，努力学习新课程有关的理论知识，当然必须边读边思，并认真做好读书笔记，及时写下读后感，力求转变教学观念，并把新的理念渗透到每一天的课堂教学环节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8、多想、多写、多干。结合自己本次学习所得，综合运用在每天的教学实践中，有意识地思考问题，并及时在课后写下教学反思、感想，做到一课一得。平时多积累教学经验，并努力把教学经验上升到理论层面，想清了就写，想不清楚再踏踏实实地“干”，然后又在干中想，想中写，写中想，想中干，循环往复，螺旋上升。</w:t>
      </w:r>
      <w:r>
        <w:rPr>
          <w:lang w:eastAsia="zh-CN"/>
        </w:rPr>
        <w:br/>
      </w:r>
      <w:r>
        <w:rPr>
          <w:lang w:eastAsia="zh-CN"/>
        </w:rPr>
        <w:t>　　9、积极接受各项教育教学任务多锻炼自己，展示自己。参加教研组、研修团队研讨课、评课，认真撰写论文案例等。</w:t>
      </w:r>
      <w:r>
        <w:rPr>
          <w:lang w:eastAsia="zh-CN"/>
        </w:rPr>
        <w:br/>
      </w:r>
      <w:r>
        <w:rPr>
          <w:lang w:eastAsia="zh-CN"/>
        </w:rPr>
        <w:t>　　三、提升途径</w:t>
      </w:r>
      <w:r>
        <w:rPr>
          <w:lang w:eastAsia="zh-CN"/>
        </w:rPr>
        <w:br/>
      </w:r>
      <w:r>
        <w:rPr>
          <w:lang w:eastAsia="zh-CN"/>
        </w:rPr>
        <w:t>　　1、积极参与区发展中心组织的理论学习。</w:t>
      </w:r>
      <w:r>
        <w:rPr>
          <w:lang w:eastAsia="zh-CN"/>
        </w:rPr>
        <w:br/>
      </w:r>
      <w:r>
        <w:rPr>
          <w:lang w:eastAsia="zh-CN"/>
        </w:rPr>
        <w:t>　　2、在指导老师的带领下参与各种研讨课的沙龙活动。</w:t>
      </w:r>
      <w:r>
        <w:rPr>
          <w:lang w:eastAsia="zh-CN"/>
        </w:rPr>
        <w:br/>
      </w:r>
      <w:r>
        <w:rPr>
          <w:lang w:eastAsia="zh-CN"/>
        </w:rPr>
        <w:t>　　3、通过Q群与网络与组内学员、它校教师进行备课交流，互勉互学。</w:t>
      </w:r>
      <w:r>
        <w:rPr>
          <w:lang w:eastAsia="zh-CN"/>
        </w:rPr>
        <w:br/>
      </w:r>
      <w:r>
        <w:rPr>
          <w:lang w:eastAsia="zh-CN"/>
        </w:rPr>
        <w:t>　　4、通过网上学习与组织面授，学习关相景老师的课例研究。</w:t>
      </w:r>
      <w:r>
        <w:rPr>
          <w:lang w:eastAsia="zh-CN"/>
        </w:rPr>
        <w:br/>
      </w:r>
      <w:r>
        <w:rPr>
          <w:lang w:eastAsia="zh-CN"/>
        </w:rPr>
        <w:t xml:space="preserve">    小学语文研修工作计划 篇3 </w:t>
      </w:r>
      <w:r>
        <w:rPr>
          <w:lang w:eastAsia="zh-CN"/>
        </w:rPr>
        <w:br/>
      </w:r>
      <w:r>
        <w:rPr>
          <w:lang w:eastAsia="zh-CN"/>
        </w:rPr>
        <w:t>　　一、指导思想</w:t>
      </w:r>
      <w:r>
        <w:rPr>
          <w:lang w:eastAsia="zh-CN"/>
        </w:rPr>
        <w:br/>
      </w:r>
      <w:r>
        <w:rPr>
          <w:lang w:eastAsia="zh-CN"/>
        </w:rPr>
        <w:t>　　参照市教师进修学校20__年小学语文研修工作要求,结合学校工作计划，本学期语文大组的研修工作将继续紧密结合我校“小学语文文本核心价值的开发与研究”这一宁波市规划课题，以“破解教学疑难问题”为抓手，以校本研修为平台，以“有效落实目标，呈现精彩策略”这一主题研修活动为途径，促进教师对“轻负高质”语文教学模式的深入思考，提高教学的有效性,从而实现教研活动的终端目标——发展学生。</w:t>
      </w:r>
      <w:r>
        <w:rPr>
          <w:lang w:eastAsia="zh-CN"/>
        </w:rPr>
        <w:br/>
      </w:r>
      <w:r>
        <w:rPr>
          <w:lang w:eastAsia="zh-CN"/>
        </w:rPr>
        <w:t>　　二、校语文中心教研组成员构成</w:t>
      </w:r>
      <w:r>
        <w:rPr>
          <w:lang w:eastAsia="zh-CN"/>
        </w:rPr>
        <w:br/>
      </w:r>
      <w:r>
        <w:rPr>
          <w:lang w:eastAsia="zh-CN"/>
        </w:rPr>
        <w:t>　　组长：</w:t>
      </w:r>
      <w:r>
        <w:rPr>
          <w:lang w:eastAsia="zh-CN"/>
        </w:rPr>
        <w:br/>
      </w:r>
      <w:r>
        <w:rPr>
          <w:lang w:eastAsia="zh-CN"/>
        </w:rPr>
        <w:t>　　中心组成员：</w:t>
      </w:r>
      <w:r>
        <w:rPr>
          <w:lang w:eastAsia="zh-CN"/>
        </w:rPr>
        <w:br/>
      </w:r>
      <w:r>
        <w:rPr>
          <w:lang w:eastAsia="zh-CN"/>
        </w:rPr>
        <w:t>　　三、重点工作和措施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（一）主题研修——有序开展，扎实推进。</w:t>
      </w:r>
      <w:r>
        <w:rPr>
          <w:lang w:eastAsia="zh-CN"/>
        </w:rPr>
        <w:br/>
      </w:r>
      <w:r>
        <w:rPr>
          <w:lang w:eastAsia="zh-CN"/>
        </w:rPr>
        <w:t>　　本学期的主题研修活动将继续紧密结合“小学语文文本核心价值的开发与研究”这一宁波市规划课题，开展以“开发文本核心价值，有效落实本体目标”为主题的研修活动之“有效落实目标，呈现精彩策略”这一阶段。借助学校开展的常规课堂检查、听课展示及与“江口、方桥、萧王庙、大堰”等协作教研组的联谊活动，引领老师们在课堂层面进一步探究文本教学内容的确定性，开发、把握文本核心价值，研究教学策略。同时为继续提炼破解疑难问题的方法和策略积累素材。</w:t>
      </w:r>
      <w:r>
        <w:rPr>
          <w:lang w:eastAsia="zh-CN"/>
        </w:rPr>
        <w:br/>
      </w:r>
      <w:r>
        <w:rPr>
          <w:lang w:eastAsia="zh-CN"/>
        </w:rPr>
        <w:t>　　（二）日常研修——落实常规，减负提质</w:t>
      </w:r>
      <w:r>
        <w:rPr>
          <w:lang w:eastAsia="zh-CN"/>
        </w:rPr>
        <w:br/>
      </w:r>
      <w:r>
        <w:rPr>
          <w:lang w:eastAsia="zh-CN"/>
        </w:rPr>
        <w:t>　　1.规范备课、夯实技能</w:t>
      </w:r>
      <w:r>
        <w:rPr>
          <w:lang w:eastAsia="zh-CN"/>
        </w:rPr>
        <w:br/>
      </w:r>
      <w:r>
        <w:rPr>
          <w:lang w:eastAsia="zh-CN"/>
        </w:rPr>
        <w:t>　　本学期，我们语文组将着力利用“单元集体备课”和“日常个体备课”相结合的方式，进一步规范教师的备课活动，从而最大程度上保证每节课的教学质量。其中单元集体备课要求组内老师能走在一起共同探讨，明确单元目标，整合单元内容，共议教学策略。而日常个体备课则要求教师能精读教材（包括文本、习题等，注意与单元内其他教学内容的联系），科学使用《备课手册》，结合文本，合理定位《备课手册》中的教学目标，调整教学方案，加强有价值的反思。本学期将在期中与期末重点对《备课手册》中的“教学目标有效落实的精彩策略”调整情况做调查与整理。</w:t>
      </w:r>
      <w:r>
        <w:rPr>
          <w:lang w:eastAsia="zh-CN"/>
        </w:rPr>
        <w:br/>
      </w:r>
      <w:r>
        <w:rPr>
          <w:lang w:eastAsia="zh-CN"/>
        </w:rPr>
        <w:t>　　2.合理作业，减负提质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根据各学段特点，精化课内书面作业的'设计与布置，强化语言积累与实践，作业的布置能尽可能的多考虑层次性与适切性，有意识地按不同学生学习水平布置弹性作业、趣味性作业，合理地有选择地使用各类教辅用书。同时，重视批改反馈的及时性和有效性，平时年段内老师多加强作业布置与批改方面的交流、沟通，相互吸纳。期中将根据大组制定的期中教学检测序列安排落实相应的学科小竞赛，以赛促能。其中，三、六年级将继续根据教导处的统一安排进行一次诊断性前测。</w:t>
      </w:r>
      <w:r>
        <w:rPr>
          <w:lang w:eastAsia="zh-CN"/>
        </w:rPr>
        <w:br/>
      </w:r>
      <w:r>
        <w:rPr>
          <w:lang w:eastAsia="zh-CN"/>
        </w:rPr>
        <w:t>　　3.加强读写，蕴育书香</w:t>
      </w:r>
      <w:r>
        <w:rPr>
          <w:lang w:eastAsia="zh-CN"/>
        </w:rPr>
        <w:br/>
      </w:r>
      <w:r>
        <w:rPr>
          <w:lang w:eastAsia="zh-CN"/>
        </w:rPr>
        <w:t>　　一方面，通过各班期初制订并在日常教学活动中落实切实可行的阅读计划，充分利用校图书室、班级图书角及开放式书架等多种路径开展读书活动。另一方面，结合本学期的校第__届读书节活动，浓郁阅读氛围，浓厚阅读兴趣，双管齐下，使阅读活动成为每位孩子的生活常态。活动结束，将组织相关的交流学习活动，推广先进经验，以更好地指导老师开展班级课外阅读活动。</w:t>
      </w:r>
      <w:r>
        <w:rPr>
          <w:lang w:eastAsia="zh-CN"/>
        </w:rPr>
        <w:br/>
      </w:r>
      <w:r>
        <w:rPr>
          <w:lang w:eastAsia="zh-CN"/>
        </w:rPr>
        <w:t>　　（三）教师培训——加强学习，稳步提高</w:t>
      </w:r>
      <w:r>
        <w:rPr>
          <w:lang w:eastAsia="zh-CN"/>
        </w:rPr>
        <w:br/>
      </w:r>
      <w:r>
        <w:rPr>
          <w:lang w:eastAsia="zh-CN"/>
        </w:rPr>
        <w:t>　　1.本学期将以“教坛新秀评比”、“教改之星评比”和“教师命题比赛”为契机，重点配合师训处做好市培训工作，充分发挥组内语文学科名师、学科骨干及教研组长的引领作用，鼓励每位老师参与活动，更大程度地发挥教研组团体智慧，实现以比赛促研修、以研修促质量的活动目标，力求在各类比赛中取得优异的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2.结合学校师训要求，每位教师每学年完成一份精品课设计、一节公开课教学、一个课件、一个自我（或同伴）案例反思、诊断，一张试卷、一篇论文、一次论坛（或读书新心得）、参与一个课题研究等八个一活动。（40-50周岁教师至少完成其中的4项作业）。论文要求于期末发至竺意芳信箱（严禁论文抄袭），教研组将配合学校进行量化评比并给以适当奖励。</w:t>
      </w:r>
      <w:r>
        <w:rPr>
          <w:lang w:eastAsia="zh-CN"/>
        </w:rPr>
        <w:br/>
      </w:r>
      <w:r>
        <w:rPr>
          <w:lang w:eastAsia="zh-CN"/>
        </w:rPr>
        <w:t>　　3.本学期希望更多地教师能定期到教工阅览室借阅相关教学杂志，领略先进教学理念，并根据安排择取其中一份复印，供老师们学习。</w:t>
      </w:r>
      <w:r>
        <w:rPr>
          <w:lang w:eastAsia="zh-CN"/>
        </w:rPr>
        <w:br/>
      </w:r>
      <w:r>
        <w:rPr>
          <w:lang w:eastAsia="zh-CN"/>
        </w:rPr>
        <w:t xml:space="preserve">    小学语文研修工作计划 篇4 </w:t>
      </w:r>
      <w:r>
        <w:rPr>
          <w:lang w:eastAsia="zh-CN"/>
        </w:rPr>
        <w:br/>
      </w:r>
      <w:r>
        <w:rPr>
          <w:lang w:eastAsia="zh-CN"/>
        </w:rPr>
        <w:t>　　这次小学语文老师的国培即将结束，我在这短短的一个多月的培训里，让我受益匪浅，学到了很多方面的知识。通过这次培训，收获最大的是专家和教授们对我思想上的冲击，激起我心中的许多感想，让我树立了新的正确的教育观，感悟到要善待学生，尊重生命。学到了自信，学到了方法，感悟至深。</w:t>
      </w:r>
      <w:r>
        <w:rPr>
          <w:lang w:eastAsia="zh-CN"/>
        </w:rPr>
        <w:br/>
      </w:r>
      <w:r>
        <w:rPr>
          <w:lang w:eastAsia="zh-CN"/>
        </w:rPr>
        <w:t>　　一、明确了今后的工作目标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今后的教育教学中，我要慢慢摸索经验，使自己能够尽快适应教学的信息化。我要时刻告诫自己，解放思想，更新观念，确立创新意识，善于动脑，勤于思考，开拓进取，始终站在时代的前头，不断研究新情况，解决新问题，使自己的工作上一个新台阶。我还要结合我校的实际情况，及时地为学校的建设和发展出谋划策，努力学习同行们的学习态度，求知精神，协作能力，加强平时的学习、充电。相信他山之石，可以攻玉，我一定学以致用，将学到的知识运用于教育教学实践中去，让培训的硕果在教学事业的发展中大放光彩。</w:t>
      </w:r>
      <w:r>
        <w:rPr>
          <w:lang w:eastAsia="zh-CN"/>
        </w:rPr>
        <w:br/>
      </w:r>
      <w:r>
        <w:rPr>
          <w:lang w:eastAsia="zh-CN"/>
        </w:rPr>
        <w:t>　　二、转变教师的角色地位</w:t>
      </w:r>
      <w:r>
        <w:rPr>
          <w:lang w:eastAsia="zh-CN"/>
        </w:rPr>
        <w:br/>
      </w:r>
      <w:r>
        <w:rPr>
          <w:lang w:eastAsia="zh-CN"/>
        </w:rPr>
        <w:t>　　新课标倡导“以学生为主体，教师为主导”的新理念。面对新课程，教师首先要转变角色，确认自己在新课程教学中的.身份和地位，在新课程中教师是课堂教学中学生学习活动的组织者、指导者、参与者。新课标在注重基础知识与基本技能的基础上，更强调学生的学习过程与方法，并增强了学生情感、态度与价值观的培养。这就要求教师不能再只重视知识的传授，更要肩负起培养人的重任。教师不再是学生的主宰，教师和学生是两个平等的团体，在学生获得知识的过程中，教师只是激励人、引导者，为学生的学习提供支持、帮助、辅导，帮助学生了解自己的特长、潜能，为学生的发展提供指导。</w:t>
      </w:r>
      <w:r>
        <w:rPr>
          <w:lang w:eastAsia="zh-CN"/>
        </w:rPr>
        <w:br/>
      </w:r>
      <w:r>
        <w:rPr>
          <w:lang w:eastAsia="zh-CN"/>
        </w:rPr>
        <w:t>　　三、更新知识，提高业务水平</w:t>
      </w:r>
      <w:r>
        <w:rPr>
          <w:lang w:eastAsia="zh-CN"/>
        </w:rPr>
        <w:br/>
      </w:r>
      <w:r>
        <w:rPr>
          <w:lang w:eastAsia="zh-CN"/>
        </w:rPr>
        <w:t>　　新课程给了我们教改机遇，同时对我们提出了挑战。要求我们必须更新知识结构。新课程内容的出现迫使我们更新自己原有的知识结构，一方面准确把握生物学科中学生终身发展所必需的基础知识和基本技能;另一方面通过各种渠道不断学习，扩展自己的知识储存。新课程还要求我们必须有开发课程的能力，把原来的“教教材”变为“用教材教”。教学内容从过去的以教材为中心的单一书本知识转变为以教材为轴线，以活动为纽带，与现实生活紧密联系，充分挖掘本土资源和校本资源，充实教材内容。</w:t>
      </w:r>
      <w:r>
        <w:rPr>
          <w:lang w:eastAsia="zh-CN"/>
        </w:rPr>
        <w:br/>
      </w:r>
      <w:r>
        <w:rPr>
          <w:lang w:eastAsia="zh-CN"/>
        </w:rPr>
        <w:t>　　四、终身学习，不断充电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大家都知道要想给学生一碗水你必须有一桶水，而且现在的一桶水已经不能满足需求，我们要给孩子们注入源头活水，这就需要我们不断地学习，不断地总结，不断地反思，及时将自己的经验记录下来。在整理中思考，在行动中研究，这将是我今后所追求的目标。同时教师要成为研究者，就要不断地学习，不断地总结，不断地反思，及时将自己的经验写成论文。既不能脱离教学实际又要为解决教学中的问题而进行的研究，即不是在课本上进行的研究而是在教学活动中的探究。</w:t>
      </w:r>
      <w:r>
        <w:rPr>
          <w:lang w:eastAsia="zh-CN"/>
        </w:rPr>
        <w:br/>
      </w:r>
      <w:r>
        <w:rPr>
          <w:lang w:eastAsia="zh-CN"/>
        </w:rPr>
        <w:t>　　培训只是一个手段，一个开端。对于培训给我的清泉，我要让它细水长流。“国培”给我补了元气、添了灵气、去了娇气，焕发出无限生机。思考背后，我感到更多的是责任，是压力，真正感到教育是充满智慧的事业，深刻意识到自己所肩负的责任。今后我会学以致用，结合我校的实际情况，让培训的硕果在教育事业发展中大放光彩!</w:t>
      </w:r>
      <w:r>
        <w:rPr>
          <w:lang w:eastAsia="zh-CN"/>
        </w:rPr>
        <w:br/>
      </w:r>
      <w:r>
        <w:rPr>
          <w:lang w:eastAsia="zh-CN"/>
        </w:rPr>
        <w:t xml:space="preserve">    小学语文研修工作计划 篇5 </w:t>
      </w:r>
      <w:r>
        <w:rPr>
          <w:lang w:eastAsia="zh-CN"/>
        </w:rPr>
        <w:br/>
      </w:r>
      <w:r>
        <w:rPr>
          <w:lang w:eastAsia="zh-CN"/>
        </w:rPr>
        <w:t>　　我是一名小学语文教师，从踏上教师岗位的那一天开始，就一直工作在教育教学的第一线，参加工作已快二十年了，我立足本职工作，教书育人，为人师表，做到敬业爱业，积极参与教研教改，改革课堂教学，关心爱护每一位学生，用自己的良好言行潜移默化的影响学生，努力成为学生成长的引导者。</w:t>
      </w:r>
      <w:r>
        <w:rPr>
          <w:lang w:eastAsia="zh-CN"/>
        </w:rPr>
        <w:br/>
      </w:r>
      <w:r>
        <w:rPr>
          <w:lang w:eastAsia="zh-CN"/>
        </w:rPr>
        <w:t>　　一、个人分析：</w:t>
      </w:r>
      <w:r>
        <w:rPr>
          <w:lang w:eastAsia="zh-CN"/>
        </w:rPr>
        <w:br/>
      </w:r>
      <w:r>
        <w:rPr>
          <w:lang w:eastAsia="zh-CN"/>
        </w:rPr>
        <w:t>　　1.优势：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(1)善于捕捉课堂小学学生的变化，培养学生的探究能力，同时不断激励学生的自信。</w:t>
      </w:r>
      <w:r>
        <w:rPr>
          <w:lang w:eastAsia="zh-CN"/>
        </w:rPr>
        <w:br/>
      </w:r>
      <w:r>
        <w:rPr>
          <w:lang w:eastAsia="zh-CN"/>
        </w:rPr>
        <w:t>　　(2)熟练运用信息技术，促进教学过程的流畅。同时可以利用网络资源，达到信息的重组和优化。</w:t>
      </w:r>
      <w:r>
        <w:rPr>
          <w:lang w:eastAsia="zh-CN"/>
        </w:rPr>
        <w:br/>
      </w:r>
      <w:r>
        <w:rPr>
          <w:lang w:eastAsia="zh-CN"/>
        </w:rPr>
        <w:t>　　2.不足：</w:t>
      </w:r>
      <w:r>
        <w:rPr>
          <w:lang w:eastAsia="zh-CN"/>
        </w:rPr>
        <w:br/>
      </w:r>
      <w:r>
        <w:rPr>
          <w:lang w:eastAsia="zh-CN"/>
        </w:rPr>
        <w:t>　　(1)语文教师专业素养不够。</w:t>
      </w:r>
      <w:r>
        <w:rPr>
          <w:lang w:eastAsia="zh-CN"/>
        </w:rPr>
        <w:br/>
      </w:r>
      <w:r>
        <w:rPr>
          <w:lang w:eastAsia="zh-CN"/>
        </w:rPr>
        <w:t>　　(2)在面向每一个学生方面做得不够，在教学中没有兼顾到所有学生的积极性。</w:t>
      </w:r>
      <w:r>
        <w:rPr>
          <w:lang w:eastAsia="zh-CN"/>
        </w:rPr>
        <w:br/>
      </w:r>
      <w:r>
        <w:rPr>
          <w:lang w:eastAsia="zh-CN"/>
        </w:rPr>
        <w:t>　　二、目标及措施：</w:t>
      </w:r>
      <w:r>
        <w:rPr>
          <w:lang w:eastAsia="zh-CN"/>
        </w:rPr>
        <w:br/>
      </w:r>
      <w:r>
        <w:rPr>
          <w:lang w:eastAsia="zh-CN"/>
        </w:rPr>
        <w:t>　　发展目标：树立终身学习的思想，多读书、不断学习先进的教育教学理论、紧跟教育发展的新形势，用先进的思想和理念武装自己，做思想型教师，积极学习关于自己专业的教学理论知识，并能运用在自己的教学中，及时进行反思及重构。多读多思，坚持写教学随笔，提高自己的理论层次</w:t>
      </w:r>
      <w:r>
        <w:rPr>
          <w:lang w:eastAsia="zh-CN"/>
        </w:rPr>
        <w:br/>
      </w:r>
      <w:r>
        <w:rPr>
          <w:lang w:eastAsia="zh-CN"/>
        </w:rPr>
        <w:t>　　1、多读书，提升自己的生命质量，做一个高雅的人。</w:t>
      </w:r>
      <w:r>
        <w:rPr>
          <w:lang w:eastAsia="zh-CN"/>
        </w:rPr>
        <w:br/>
      </w:r>
      <w:r>
        <w:rPr>
          <w:lang w:eastAsia="zh-CN"/>
        </w:rPr>
        <w:t>　　读书是一种至关重要的途径，所以我在本学期要坚持读有关教育的书籍.。同时，教师的师德魅力也是以其深厚的文化为底蕴的。唯有如此，教师才能完成其教书育人的神圣使命，把学习与思考真正成为自己的一个习惯。</w:t>
      </w:r>
      <w:r>
        <w:rPr>
          <w:lang w:eastAsia="zh-CN"/>
        </w:rPr>
        <w:br/>
      </w:r>
      <w:r>
        <w:rPr>
          <w:lang w:eastAsia="zh-CN"/>
        </w:rPr>
        <w:t>　　2、虚心请教，取人之长，补己之短。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要积极向同事们学习，多走进同教研组教师和优秀教师的课堂，多向大家学习。积极参加每周的教研，就当天发生的教学突发事件，教学感悟反思，学生的思想问题及解决方法等与同组教师交流学习。</w:t>
      </w:r>
      <w:r>
        <w:rPr>
          <w:lang w:eastAsia="zh-CN"/>
        </w:rPr>
        <w:br/>
      </w:r>
      <w:r>
        <w:rPr>
          <w:lang w:eastAsia="zh-CN"/>
        </w:rPr>
        <w:t>　　3、加强教育教学此文转自斐斐课件园研究，做创新型的教师。</w:t>
      </w:r>
      <w:r>
        <w:rPr>
          <w:lang w:eastAsia="zh-CN"/>
        </w:rPr>
        <w:br/>
      </w:r>
      <w:r>
        <w:rPr>
          <w:lang w:eastAsia="zh-CN"/>
        </w:rPr>
        <w:t>　　在今后的教学中我将尝试运用多种灵活的教学方法，来激发学生的学习兴趣。在教学中对教材要认真分析，认真设计每一节课，并及时对每节课进行反思，认真分析课堂和班级管理中出现的问题，并及时做好反思记录，争取一学期下来能有一篇质量较高的反思和教学设计。</w:t>
      </w:r>
      <w:r>
        <w:rPr>
          <w:lang w:eastAsia="zh-CN"/>
        </w:rPr>
        <w:br/>
      </w:r>
      <w:r>
        <w:rPr>
          <w:lang w:eastAsia="zh-CN"/>
        </w:rPr>
        <w:t>　　4、坚持教学相长，在师生交往中发展自己。</w:t>
      </w:r>
      <w:r>
        <w:rPr>
          <w:lang w:eastAsia="zh-CN"/>
        </w:rPr>
        <w:br/>
      </w:r>
      <w:r>
        <w:rPr>
          <w:lang w:eastAsia="zh-CN"/>
        </w:rPr>
        <w:t>　　遵循以人为本的管理原则，增强自己的管理能力。在教育教学工作中，真正为学生的终身发展负责，不要让孩子在成长的过程中因为遇到了你而留下任何遗憾。</w:t>
      </w:r>
      <w:r>
        <w:rPr>
          <w:lang w:eastAsia="zh-CN"/>
        </w:rPr>
        <w:br/>
      </w:r>
      <w:r>
        <w:rPr>
          <w:lang w:eastAsia="zh-CN"/>
        </w:rPr>
        <w:t>　　5、教研、科研方面：</w:t>
      </w:r>
      <w:r>
        <w:rPr>
          <w:lang w:eastAsia="zh-CN"/>
        </w:rPr>
        <w:br/>
      </w:r>
      <w:r>
        <w:rPr>
          <w:lang w:eastAsia="zh-CN"/>
        </w:rPr>
        <w:t>　　以科研培训为先导，以校本培训为主体，以教研培训为辅助，抓住“问题即课题”，在教学中留心积累、思考，积极撰写教育科研论文，积极参加学校教科研课题的开发与实践，成为具有较强科研能力的教师，确立自己的研究课题，力争在三年内形成一定的科研成果。</w:t>
      </w:r>
      <w:r>
        <w:rPr>
          <w:lang w:eastAsia="zh-CN"/>
        </w:rPr>
        <w:br/>
      </w:r>
      <w:r>
        <w:rPr>
          <w:lang w:eastAsia="zh-CN"/>
        </w:rPr>
        <w:t>　　四、教育教学方面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树立依法治教的办学理念,全面贯彻教育方针，实施素质教育，转变教育观念，为学生的终身发展奠定基础。努力学习先进的教育理论知识，参加各种培训及研讨活动，积极投身于课程改革的探索与实践，提升业务水平;勇于创新，能够灵活自如地处理教材，形成自己的教学风格。紧跟教育发展的形势，掌握教育发展的动向，及时更新教育观念。带领学生多读书，把学习的主动权还给学生,培养学生良好的学习习惯和合作能力，使课堂教学焕发生命活力.使学生养成良好的读书习惯，形成浓厚的读书氛围，做到灵活而创造性的使用教材。</w:t>
      </w:r>
      <w:r>
        <w:rPr>
          <w:lang w:eastAsia="zh-CN"/>
        </w:rPr>
        <w:br/>
      </w:r>
      <w:r>
        <w:rPr>
          <w:lang w:eastAsia="zh-CN"/>
        </w:rPr>
        <w:t>　　提高课堂教学效益，提高教学质量此文来自优秀教育资源网斐斐,课件园，力争在区级优质课比赛中提高成绩。多参加外出学习和培训，紧跟课改的动向，学习优秀同行的经验。尽量把每一节课都当作公开课，认真备课，精心上课，注意总结反思。积极投身于课程改革的探索与实践，提升业务水平;勇于创新，灵活自如地处理教材，使自己的教学风格在一定领域(镇)内独树一帜。继续和学生一起多读书，使读书真正成为生活的一部分。积极参加各种教学研讨活动，不断反思自己的教学，勇于探索和实践，形成自己独特的教育教学风格。</w:t>
      </w:r>
      <w:r>
        <w:rPr>
          <w:lang w:eastAsia="zh-CN"/>
        </w:rPr>
        <w:br/>
      </w:r>
      <w:r>
        <w:rPr>
          <w:lang w:eastAsia="zh-CN"/>
        </w:rPr>
        <w:t>　　五、多反思</w:t>
      </w:r>
      <w:r>
        <w:rPr>
          <w:lang w:eastAsia="zh-CN"/>
        </w:rPr>
        <w:br/>
      </w:r>
      <w:r>
        <w:rPr>
          <w:lang w:eastAsia="zh-CN"/>
        </w:rPr>
        <w:t>　　自我反思是提高业务水平的重要途径，对自己的教学行为、学生的活动方式、教学目标的制定、教学内容的选择……及时进行反思、总结、改进，从“经验型”的教师向“科研型”的教师转型。</w:t>
      </w:r>
      <w:r>
        <w:rPr>
          <w:lang w:eastAsia="zh-CN"/>
        </w:rPr>
        <w:br/>
      </w:r>
      <w:r>
        <w:rPr>
          <w:lang w:eastAsia="zh-CN"/>
        </w:rPr>
        <w:t>　　1、不断进行师德自查，反省自己的行为，规范自己的言行，做到身正为师，学高为范。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2、在自己的教学过程中，时刻做到三个反思：教学前反思，从培养学生实践能力着手，拓展教学内容，优化教学过程;教学中反思，及时自动地在行动中反思，培养反思和</w:t>
      </w:r>
      <w:r>
        <w:rPr>
          <w:lang w:eastAsia="zh-CN"/>
        </w:rPr>
        <w:br/>
      </w:r>
      <w:r>
        <w:rPr>
          <w:lang w:eastAsia="zh-CN"/>
        </w:rPr>
        <w:t>　　自我监控地习惯;教学后反思，随时审视，随时修正，形成自己的教学个性。</w:t>
      </w:r>
      <w:r>
        <w:rPr>
          <w:lang w:eastAsia="zh-CN"/>
        </w:rPr>
        <w:br/>
      </w:r>
      <w:r>
        <w:rPr>
          <w:lang w:eastAsia="zh-CN"/>
        </w:rPr>
        <w:t xml:space="preserve">    小学语文研修工作计划 篇6 </w:t>
      </w:r>
      <w:r>
        <w:rPr>
          <w:lang w:eastAsia="zh-CN"/>
        </w:rPr>
        <w:br/>
      </w:r>
      <w:r>
        <w:rPr>
          <w:lang w:eastAsia="zh-CN"/>
        </w:rPr>
        <w:t>　　一、年级组学生情况分析：</w:t>
      </w:r>
      <w:r>
        <w:rPr>
          <w:lang w:eastAsia="zh-CN"/>
        </w:rPr>
        <w:br/>
      </w:r>
      <w:r>
        <w:rPr>
          <w:lang w:eastAsia="zh-CN"/>
        </w:rPr>
        <w:t>　　1、基本情况：</w:t>
      </w:r>
      <w:r>
        <w:rPr>
          <w:lang w:eastAsia="zh-CN"/>
        </w:rPr>
        <w:br/>
      </w:r>
      <w:r>
        <w:rPr>
          <w:lang w:eastAsia="zh-CN"/>
        </w:rPr>
        <w:t>　　本年级的学生多来自于普通的家庭。从学生的自身素质和知识能力方面来看，参差不齐。但经过近二个学年的培养，学生的学习习惯有了很大改善。大部分学生能专心听讲、积极回答问题。学生作业较认真。口语表达和习作也有进步。</w:t>
      </w:r>
      <w:r>
        <w:rPr>
          <w:lang w:eastAsia="zh-CN"/>
        </w:rPr>
        <w:br/>
      </w:r>
      <w:r>
        <w:rPr>
          <w:lang w:eastAsia="zh-CN"/>
        </w:rPr>
        <w:t>　　2、基础知识掌握情况：</w:t>
      </w:r>
      <w:r>
        <w:rPr>
          <w:lang w:eastAsia="zh-CN"/>
        </w:rPr>
        <w:br/>
      </w:r>
      <w:r>
        <w:rPr>
          <w:lang w:eastAsia="zh-CN"/>
        </w:rPr>
        <w:t>　　（1）大部分学生对汉语拼音的掌握较好，能够借助拼音阅读各类课外读物，但是阅读速度差异比较大。</w:t>
      </w:r>
      <w:r>
        <w:rPr>
          <w:lang w:eastAsia="zh-CN"/>
        </w:rPr>
        <w:br/>
      </w:r>
      <w:r>
        <w:rPr>
          <w:lang w:eastAsia="zh-CN"/>
        </w:rPr>
        <w:t>　　（2）由于新教材要求识字写字量大，学生普遍存在许多汉字认识但不能正确书写的情况，汉字书写巩固率较差。因此，加强听写，强化巩固，尤其是同音字的区分是一个艰巨的任务。另外，必须实施拓展，把生字词语放在新的语言环境中认读、书写。学生的书写情况良好，大部分学生书写卷面整洁，字迹端正，字体较美观。</w:t>
      </w:r>
      <w:r>
        <w:rPr>
          <w:lang w:eastAsia="zh-CN"/>
        </w:rPr>
        <w:br/>
      </w:r>
      <w:r>
        <w:rPr>
          <w:lang w:eastAsia="zh-CN"/>
        </w:rPr>
        <w:t>　　（3）阅读情况。对待一篇短文，一些孩子由于识字量的原因，有些孩子不能完全理解，要强化阅读习惯的培养。阅读要加强学生的阅读的理解力，学会读懂课文，知道短文的意思，明白道理。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（4）习作情况。大部分学生基本能写一段通顺的话。但还要让孩子拓展思路，有丰富的说话内容，将想说的用文字表达出来，同时注意字的正确，标点符号的正确使用方法。</w:t>
      </w:r>
      <w:r>
        <w:rPr>
          <w:lang w:eastAsia="zh-CN"/>
        </w:rPr>
        <w:br/>
      </w:r>
      <w:r>
        <w:rPr>
          <w:lang w:eastAsia="zh-CN"/>
        </w:rPr>
        <w:t>　　3、学习习惯养成情况：</w:t>
      </w:r>
      <w:r>
        <w:rPr>
          <w:lang w:eastAsia="zh-CN"/>
        </w:rPr>
        <w:br/>
      </w:r>
      <w:r>
        <w:rPr>
          <w:lang w:eastAsia="zh-CN"/>
        </w:rPr>
        <w:t>　　书写习惯还需改进。阅读习惯较差，读通短文，初步理解短文的能力不强，要强化阅读习惯的培养，在阅读理解的基础上答题。习作写话，把每一段话写清楚，写通顺。</w:t>
      </w:r>
      <w:r>
        <w:rPr>
          <w:lang w:eastAsia="zh-CN"/>
        </w:rPr>
        <w:br/>
      </w:r>
      <w:r>
        <w:rPr>
          <w:lang w:eastAsia="zh-CN"/>
        </w:rPr>
        <w:t>　　二、复习目标：</w:t>
      </w:r>
      <w:r>
        <w:rPr>
          <w:lang w:eastAsia="zh-CN"/>
        </w:rPr>
        <w:br/>
      </w:r>
      <w:r>
        <w:rPr>
          <w:lang w:eastAsia="zh-CN"/>
        </w:rPr>
        <w:t>　　1、全面复习本册书要求会认的400个生字，要求会写的300个生字，并能用常用字组词或者说话。</w:t>
      </w:r>
      <w:r>
        <w:rPr>
          <w:lang w:eastAsia="zh-CN"/>
        </w:rPr>
        <w:br/>
      </w:r>
      <w:r>
        <w:rPr>
          <w:lang w:eastAsia="zh-CN"/>
        </w:rPr>
        <w:t>　　2、全面复习基础知识，通过复习，查缺补漏，帮助学生梳理本册书的知识，结合《语文作业本》的练习，以课本、学习乐园为复习材料，强化复习，打下坚实的基础。争对性地对学生进行知识梳理和扩散练习，达到举一反三的目的。</w:t>
      </w:r>
      <w:r>
        <w:rPr>
          <w:lang w:eastAsia="zh-CN"/>
        </w:rPr>
        <w:br/>
      </w:r>
      <w:r>
        <w:rPr>
          <w:lang w:eastAsia="zh-CN"/>
        </w:rPr>
        <w:t>　　3、在复习中注意帮助学生总结学习方法，“授人以鱼，不如授人以渔”。避免“题海战术”的机械复习，安排复习内容，设计复习形式，增强复习的情趣性和有效性。</w:t>
      </w:r>
      <w:r>
        <w:rPr>
          <w:lang w:eastAsia="zh-CN"/>
        </w:rPr>
        <w:br/>
      </w:r>
      <w:r>
        <w:rPr>
          <w:lang w:eastAsia="zh-CN"/>
        </w:rPr>
        <w:t>　　4、检测复习效果，查漏补缺。以单元过关测试为手段，培养解题能力为目标，进一步巩固基础知识。</w:t>
      </w:r>
      <w:r>
        <w:rPr>
          <w:lang w:eastAsia="zh-CN"/>
        </w:rPr>
        <w:br/>
      </w:r>
      <w:r>
        <w:rPr>
          <w:lang w:eastAsia="zh-CN"/>
        </w:rPr>
        <w:t>　　5、在掌握基础知识的基础上，加大学生的阅读量，总结延伸阅读和口语交际的练习方法，培养学生阅读和语言交际、写话的能力。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6、综合练习阶段。多方面的练习题型，出题形式多样化，既要锻炼学生解题的灵活性，也要培养学生细心、耐心的解题习惯。从书写、思考到解答，多方面培养学生的应试能力。</w:t>
      </w:r>
      <w:r>
        <w:rPr>
          <w:lang w:eastAsia="zh-CN"/>
        </w:rPr>
        <w:br/>
      </w:r>
      <w:r>
        <w:rPr>
          <w:lang w:eastAsia="zh-CN"/>
        </w:rPr>
        <w:t>　　7、做好优生的培养和差生的辅导工作。优生在阅读能力方面加大练习力度；优生与差生结对帮助，教师辅导，让差生在掌握基础知识的基础上，逐步加大题量的难度，进一步提高学习水平。</w:t>
      </w:r>
      <w:r>
        <w:rPr>
          <w:lang w:eastAsia="zh-CN"/>
        </w:rPr>
        <w:br/>
      </w:r>
      <w:r>
        <w:rPr>
          <w:lang w:eastAsia="zh-CN"/>
        </w:rPr>
        <w:t>　　三、复习原则：</w:t>
      </w:r>
      <w:r>
        <w:rPr>
          <w:lang w:eastAsia="zh-CN"/>
        </w:rPr>
        <w:br/>
      </w:r>
      <w:r>
        <w:rPr>
          <w:lang w:eastAsia="zh-CN"/>
        </w:rPr>
        <w:t>　　1、更新观念、发挥主体作用、分类推进，为学生提供充足的复习时间和空间。</w:t>
      </w:r>
      <w:r>
        <w:rPr>
          <w:lang w:eastAsia="zh-CN"/>
        </w:rPr>
        <w:br/>
      </w:r>
      <w:r>
        <w:rPr>
          <w:lang w:eastAsia="zh-CN"/>
        </w:rPr>
        <w:t>　　2、提高复习效率，整体把握教材，采取丰富多样的复习形式，使学生通过主动参与、合作探究的方式，达到对语文知识的掌握和语文能力的提高。</w:t>
      </w:r>
      <w:r>
        <w:rPr>
          <w:lang w:eastAsia="zh-CN"/>
        </w:rPr>
        <w:br/>
      </w:r>
      <w:r>
        <w:rPr>
          <w:lang w:eastAsia="zh-CN"/>
        </w:rPr>
        <w:t>　　3、坚持全面复习与重点复习相结合，横向复习与纵向复习相结合，个人复习与小组复习相结合，培养习惯与提高能力相结合。</w:t>
      </w:r>
      <w:r>
        <w:rPr>
          <w:lang w:eastAsia="zh-CN"/>
        </w:rPr>
        <w:br/>
      </w:r>
      <w:r>
        <w:rPr>
          <w:lang w:eastAsia="zh-CN"/>
        </w:rPr>
        <w:t>　　四、复习形式：</w:t>
      </w:r>
      <w:r>
        <w:rPr>
          <w:lang w:eastAsia="zh-CN"/>
        </w:rPr>
        <w:br/>
      </w:r>
      <w:r>
        <w:rPr>
          <w:lang w:eastAsia="zh-CN"/>
        </w:rPr>
        <w:t>　　以单元复习为主，归类复习为辅，渗透学生的思维训练。不让学生硬性抄写和机械记忆，培养学生复习的兴趣。让学生比较轻松的度过复习阶段。</w:t>
      </w:r>
      <w:r>
        <w:rPr>
          <w:lang w:eastAsia="zh-CN"/>
        </w:rPr>
        <w:br/>
      </w:r>
      <w:r>
        <w:rPr>
          <w:lang w:eastAsia="zh-CN"/>
        </w:rPr>
        <w:t>　　五、复习重点：</w:t>
      </w:r>
      <w:r>
        <w:rPr>
          <w:lang w:eastAsia="zh-CN"/>
        </w:rPr>
        <w:br/>
      </w:r>
      <w:r>
        <w:rPr>
          <w:lang w:eastAsia="zh-CN"/>
        </w:rPr>
        <w:t>　　1、正确书写、默写生字词。</w:t>
      </w:r>
      <w:r>
        <w:rPr>
          <w:lang w:eastAsia="zh-CN"/>
        </w:rPr>
        <w:br/>
      </w:r>
      <w:r>
        <w:rPr>
          <w:lang w:eastAsia="zh-CN"/>
        </w:rPr>
        <w:t>　　2、朗读、背诵课文。</w:t>
      </w:r>
      <w:r>
        <w:rPr>
          <w:lang w:eastAsia="zh-CN"/>
        </w:rPr>
        <w:br/>
      </w:r>
      <w:r>
        <w:rPr>
          <w:lang w:eastAsia="zh-CN"/>
        </w:rPr>
        <w:t>　　3、阅读训练。</w:t>
      </w:r>
      <w:r>
        <w:rPr>
          <w:lang w:eastAsia="zh-CN"/>
        </w:rPr>
        <w:br/>
      </w:r>
      <w:r>
        <w:rPr>
          <w:lang w:eastAsia="zh-CN"/>
        </w:rPr>
        <w:t>　　4、习作练习。</w:t>
      </w:r>
      <w:r>
        <w:rPr>
          <w:lang w:eastAsia="zh-CN"/>
        </w:rPr>
        <w:br/>
      </w:r>
      <w:r>
        <w:rPr>
          <w:lang w:eastAsia="zh-CN"/>
        </w:rPr>
        <w:t>　　六、复习措施：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学困生：力求扎实基础知识，加强训练，落实课本知识的复习。</w:t>
      </w:r>
      <w:r>
        <w:rPr>
          <w:lang w:eastAsia="zh-CN"/>
        </w:rPr>
        <w:br/>
      </w:r>
      <w:r>
        <w:rPr>
          <w:lang w:eastAsia="zh-CN"/>
        </w:rPr>
        <w:t>　　中等生：进一步扎实基础知识与课本知识，加强课外阅读训练。</w:t>
      </w:r>
      <w:r>
        <w:rPr>
          <w:lang w:eastAsia="zh-CN"/>
        </w:rPr>
        <w:br/>
      </w:r>
      <w:r>
        <w:rPr>
          <w:lang w:eastAsia="zh-CN"/>
        </w:rPr>
        <w:t>　　优等生：拓展知识面，加深难度，培养他们的综合能力。</w:t>
      </w:r>
      <w:r>
        <w:rPr>
          <w:lang w:eastAsia="zh-CN"/>
        </w:rPr>
        <w:br/>
      </w:r>
      <w:r>
        <w:rPr>
          <w:lang w:eastAsia="zh-CN"/>
        </w:rPr>
        <w:t>　　七、复习课时安排：</w:t>
      </w:r>
      <w:r>
        <w:rPr>
          <w:lang w:eastAsia="zh-CN"/>
        </w:rPr>
        <w:br/>
      </w:r>
      <w:r>
        <w:rPr>
          <w:lang w:eastAsia="zh-CN"/>
        </w:rPr>
        <w:t>　　第1周复习1——4单元</w:t>
      </w:r>
      <w:r>
        <w:rPr>
          <w:lang w:eastAsia="zh-CN"/>
        </w:rPr>
        <w:br/>
      </w:r>
      <w:r>
        <w:rPr>
          <w:lang w:eastAsia="zh-CN"/>
        </w:rPr>
        <w:t>　　第2周复习5——8单</w:t>
      </w:r>
      <w:r>
        <w:rPr>
          <w:lang w:eastAsia="zh-CN"/>
        </w:rPr>
        <w:br/>
      </w:r>
      <w:r>
        <w:rPr>
          <w:lang w:eastAsia="zh-CN"/>
        </w:rPr>
        <w:t xml:space="preserve">    小学语文研修工作计划 篇7 </w:t>
      </w:r>
      <w:r>
        <w:rPr>
          <w:lang w:eastAsia="zh-CN"/>
        </w:rPr>
        <w:br/>
      </w:r>
      <w:r>
        <w:rPr>
          <w:lang w:eastAsia="zh-CN"/>
        </w:rPr>
        <w:t>　　人教版小学语文第七册复习计划</w:t>
      </w:r>
      <w:r>
        <w:rPr>
          <w:lang w:eastAsia="zh-CN"/>
        </w:rPr>
        <w:br/>
      </w:r>
      <w:r>
        <w:rPr>
          <w:lang w:eastAsia="zh-CN"/>
        </w:rPr>
        <w:t>　　一、指导思想</w:t>
      </w:r>
      <w:r>
        <w:rPr>
          <w:lang w:eastAsia="zh-CN"/>
        </w:rPr>
        <w:br/>
      </w:r>
      <w:r>
        <w:rPr>
          <w:lang w:eastAsia="zh-CN"/>
        </w:rPr>
        <w:t>　　以新《课程标准》为依据，充分利用现有的教材，根据学生目前存在的问题，作系统性的复习，同时要面向全体学生，切实抓好基础知识和基本技能的复习，使好、中、差不同的学生都得到提高。</w:t>
      </w:r>
      <w:r>
        <w:rPr>
          <w:lang w:eastAsia="zh-CN"/>
        </w:rPr>
        <w:br/>
      </w:r>
      <w:r>
        <w:rPr>
          <w:lang w:eastAsia="zh-CN"/>
        </w:rPr>
        <w:t>　　二、复习目标</w:t>
      </w:r>
      <w:r>
        <w:rPr>
          <w:lang w:eastAsia="zh-CN"/>
        </w:rPr>
        <w:br/>
      </w:r>
      <w:r>
        <w:rPr>
          <w:lang w:eastAsia="zh-CN"/>
        </w:rPr>
        <w:t>　　1.能用钢笔书写端正、规范的汉字。会写200个要求写的字。</w:t>
      </w:r>
      <w:r>
        <w:rPr>
          <w:lang w:eastAsia="zh-CN"/>
        </w:rPr>
        <w:br/>
      </w:r>
      <w:r>
        <w:rPr>
          <w:lang w:eastAsia="zh-CN"/>
        </w:rPr>
        <w:t>　　2.重点巩固课文内容，能背诵精彩的课文片断及优美的句子。</w:t>
      </w:r>
      <w:r>
        <w:rPr>
          <w:lang w:eastAsia="zh-CN"/>
        </w:rPr>
        <w:br/>
      </w:r>
      <w:r>
        <w:rPr>
          <w:lang w:eastAsia="zh-CN"/>
        </w:rPr>
        <w:t>　　3.牢固掌握语文园地中日积月累部分内容。</w:t>
      </w:r>
      <w:r>
        <w:rPr>
          <w:lang w:eastAsia="zh-CN"/>
        </w:rPr>
        <w:br/>
      </w:r>
      <w:r>
        <w:rPr>
          <w:lang w:eastAsia="zh-CN"/>
        </w:rPr>
        <w:t>　　4.阅读以课文教学为抓手，加强课外阅读指导，培养学生静下心来读，沉浸其中悟情意，切实提高学生的阅读兴趣和阅读能力。</w:t>
      </w:r>
      <w:r>
        <w:rPr>
          <w:lang w:eastAsia="zh-CN"/>
        </w:rPr>
        <w:br/>
      </w:r>
      <w:r>
        <w:rPr>
          <w:lang w:eastAsia="zh-CN"/>
        </w:rPr>
        <w:t>　　5.以基础达标（写作）为突破口，提高作文能力，能在规定时间内选择合适的事例，有条理地记叙一件事，写出篇幅适宜的作文。,学会给写信，掌握一般信和信封的书写格式,做到语句通顺连贯。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三、复习措施</w:t>
      </w:r>
      <w:r>
        <w:rPr>
          <w:lang w:eastAsia="zh-CN"/>
        </w:rPr>
        <w:br/>
      </w:r>
      <w:r>
        <w:rPr>
          <w:lang w:eastAsia="zh-CN"/>
        </w:rPr>
        <w:t>　　1、让每节课都是快乐的，有趣的，让每道题都是新鲜的，充满活力的。</w:t>
      </w:r>
      <w:r>
        <w:rPr>
          <w:lang w:eastAsia="zh-CN"/>
        </w:rPr>
        <w:br/>
      </w:r>
      <w:r>
        <w:rPr>
          <w:lang w:eastAsia="zh-CN"/>
        </w:rPr>
        <w:t>　　2、注意实效性，注意方法的渗透指导避免过多的题目训练。</w:t>
      </w:r>
      <w:r>
        <w:rPr>
          <w:lang w:eastAsia="zh-CN"/>
        </w:rPr>
        <w:br/>
      </w:r>
      <w:r>
        <w:rPr>
          <w:lang w:eastAsia="zh-CN"/>
        </w:rPr>
        <w:t>　　3、注意让学生在复习中多读书，多感悟，多学习些有用的东西，少让学生死记硬背。</w:t>
      </w:r>
      <w:r>
        <w:rPr>
          <w:lang w:eastAsia="zh-CN"/>
        </w:rPr>
        <w:br/>
      </w:r>
      <w:r>
        <w:rPr>
          <w:lang w:eastAsia="zh-CN"/>
        </w:rPr>
        <w:t>　　4、同时多注意学生良好的学习习惯的培养。</w:t>
      </w:r>
      <w:r>
        <w:rPr>
          <w:lang w:eastAsia="zh-CN"/>
        </w:rPr>
        <w:br/>
      </w:r>
      <w:r>
        <w:rPr>
          <w:lang w:eastAsia="zh-CN"/>
        </w:rPr>
        <w:t>　　四、复习内容</w:t>
      </w:r>
      <w:r>
        <w:rPr>
          <w:lang w:eastAsia="zh-CN"/>
        </w:rPr>
        <w:br/>
      </w:r>
      <w:r>
        <w:rPr>
          <w:lang w:eastAsia="zh-CN"/>
        </w:rPr>
        <w:t>　　（一）生字部分</w:t>
      </w:r>
      <w:r>
        <w:rPr>
          <w:lang w:eastAsia="zh-CN"/>
        </w:rPr>
        <w:br/>
      </w:r>
      <w:r>
        <w:rPr>
          <w:lang w:eastAsia="zh-CN"/>
        </w:rPr>
        <w:t>　　1、会写课后生字表中200个会写的字，会认200个字。</w:t>
      </w:r>
      <w:r>
        <w:rPr>
          <w:lang w:eastAsia="zh-CN"/>
        </w:rPr>
        <w:br/>
      </w:r>
      <w:r>
        <w:rPr>
          <w:lang w:eastAsia="zh-CN"/>
        </w:rPr>
        <w:t>　　2、能正确区分形近字。如沸—佛厉---历</w:t>
      </w:r>
      <w:r>
        <w:rPr>
          <w:lang w:eastAsia="zh-CN"/>
        </w:rPr>
        <w:br/>
      </w:r>
      <w:r>
        <w:rPr>
          <w:lang w:eastAsia="zh-CN"/>
        </w:rPr>
        <w:t>　　3、课文中带出的多音字。乘降卷涨调供缝给等</w:t>
      </w:r>
      <w:r>
        <w:rPr>
          <w:lang w:eastAsia="zh-CN"/>
        </w:rPr>
        <w:br/>
      </w:r>
      <w:r>
        <w:rPr>
          <w:lang w:eastAsia="zh-CN"/>
        </w:rPr>
        <w:t>　　（二）生词部分</w:t>
      </w:r>
      <w:r>
        <w:rPr>
          <w:lang w:eastAsia="zh-CN"/>
        </w:rPr>
        <w:br/>
      </w:r>
      <w:r>
        <w:rPr>
          <w:lang w:eastAsia="zh-CN"/>
        </w:rPr>
        <w:t>　　1、每个单元的词语盘点中读读写写中的词语会写。</w:t>
      </w:r>
      <w:r>
        <w:rPr>
          <w:lang w:eastAsia="zh-CN"/>
        </w:rPr>
        <w:br/>
      </w:r>
      <w:r>
        <w:rPr>
          <w:lang w:eastAsia="zh-CN"/>
        </w:rPr>
        <w:t>　　2、积累词语盘点中读读记记中词语。</w:t>
      </w:r>
      <w:r>
        <w:rPr>
          <w:lang w:eastAsia="zh-CN"/>
        </w:rPr>
        <w:br/>
      </w:r>
      <w:r>
        <w:rPr>
          <w:lang w:eastAsia="zh-CN"/>
        </w:rPr>
        <w:t>　　3、按规律积累词语</w:t>
      </w:r>
      <w:r>
        <w:rPr>
          <w:lang w:eastAsia="zh-CN"/>
        </w:rPr>
        <w:br/>
      </w:r>
      <w:r>
        <w:rPr>
          <w:lang w:eastAsia="zh-CN"/>
        </w:rPr>
        <w:t>　　ABB AABB ABCC ABAC AABC式</w:t>
      </w:r>
      <w:r>
        <w:rPr>
          <w:lang w:eastAsia="zh-CN"/>
        </w:rPr>
        <w:br/>
      </w:r>
      <w:r>
        <w:rPr>
          <w:lang w:eastAsia="zh-CN"/>
        </w:rPr>
        <w:t>　　描写动作景物神态颜色的词语</w:t>
      </w:r>
      <w:r>
        <w:rPr>
          <w:lang w:eastAsia="zh-CN"/>
        </w:rPr>
        <w:br/>
      </w:r>
      <w:r>
        <w:rPr>
          <w:lang w:eastAsia="zh-CN"/>
        </w:rPr>
        <w:t>　　4、能运用词语写话，写一句话或用几个词写一段话。</w:t>
      </w:r>
      <w:r>
        <w:rPr>
          <w:lang w:eastAsia="zh-CN"/>
        </w:rPr>
        <w:br/>
      </w:r>
      <w:r>
        <w:rPr>
          <w:lang w:eastAsia="zh-CN"/>
        </w:rPr>
        <w:t>　　5、结合语言环境据词定义、据句定义</w:t>
      </w:r>
      <w:r>
        <w:rPr>
          <w:lang w:eastAsia="zh-CN"/>
        </w:rPr>
        <w:br/>
      </w:r>
      <w:r>
        <w:rPr>
          <w:lang w:eastAsia="zh-CN"/>
        </w:rPr>
        <w:t>　　6、积累动物的成语书79页（胸有成竹杏林春满）</w:t>
      </w:r>
      <w:r>
        <w:rPr>
          <w:lang w:eastAsia="zh-CN"/>
        </w:rPr>
        <w:br/>
      </w:r>
      <w:r>
        <w:rPr>
          <w:lang w:eastAsia="zh-CN"/>
        </w:rPr>
        <w:t>　　7、课文中出现的关联词。书72页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（三）句子部分</w:t>
      </w:r>
      <w:r>
        <w:rPr>
          <w:lang w:eastAsia="zh-CN"/>
        </w:rPr>
        <w:br/>
      </w:r>
      <w:r>
        <w:rPr>
          <w:lang w:eastAsia="zh-CN"/>
        </w:rPr>
        <w:t>　　1、积累课文中的句子。（含义深刻的句子、描写优美的句子、拟人句、比喻句）</w:t>
      </w:r>
      <w:r>
        <w:rPr>
          <w:lang w:eastAsia="zh-CN"/>
        </w:rPr>
        <w:br/>
      </w:r>
      <w:r>
        <w:rPr>
          <w:lang w:eastAsia="zh-CN"/>
        </w:rPr>
        <w:t>　　2、园地中出现的句子（明砭实褒比照名人名言对联）</w:t>
      </w:r>
      <w:r>
        <w:rPr>
          <w:lang w:eastAsia="zh-CN"/>
        </w:rPr>
        <w:br/>
      </w:r>
      <w:r>
        <w:rPr>
          <w:lang w:eastAsia="zh-CN"/>
        </w:rPr>
        <w:t>　　3、能按规律写句并能仿写句子</w:t>
      </w:r>
      <w:r>
        <w:rPr>
          <w:lang w:eastAsia="zh-CN"/>
        </w:rPr>
        <w:br/>
      </w:r>
      <w:r>
        <w:rPr>
          <w:lang w:eastAsia="zh-CN"/>
        </w:rPr>
        <w:t>　　(四)阅读的复习</w:t>
      </w:r>
      <w:r>
        <w:rPr>
          <w:lang w:eastAsia="zh-CN"/>
        </w:rPr>
        <w:br/>
      </w:r>
      <w:r>
        <w:rPr>
          <w:lang w:eastAsia="zh-CN"/>
        </w:rPr>
        <w:t>　　复习要求：</w:t>
      </w:r>
      <w:r>
        <w:rPr>
          <w:lang w:eastAsia="zh-CN"/>
        </w:rPr>
        <w:br/>
      </w:r>
      <w:r>
        <w:rPr>
          <w:lang w:eastAsia="zh-CN"/>
        </w:rPr>
        <w:t>　　1、制定的复习目标是：</w:t>
      </w:r>
      <w:r>
        <w:rPr>
          <w:lang w:eastAsia="zh-CN"/>
        </w:rPr>
        <w:br/>
      </w:r>
      <w:r>
        <w:rPr>
          <w:lang w:eastAsia="zh-CN"/>
        </w:rPr>
        <w:t>　　积累：1、能积累，背诵课本本册书中的优秀诗文，教材中的古诗、对联、名言警句、成语、谚语及经典篇目中的诗句2、能填写课文中要求背育的内容中的关键词句。3、熟读课本中的精美段落，4、学习、积累课本中的好词佳句。</w:t>
      </w:r>
      <w:r>
        <w:rPr>
          <w:lang w:eastAsia="zh-CN"/>
        </w:rPr>
        <w:br/>
      </w:r>
      <w:r>
        <w:rPr>
          <w:lang w:eastAsia="zh-CN"/>
        </w:rPr>
        <w:t>　　阅读叙事性作品：5、能简单概括自己影响最深的场景，重点人物，细节、能描述事件的梗概。</w:t>
      </w:r>
      <w:r>
        <w:rPr>
          <w:lang w:eastAsia="zh-CN"/>
        </w:rPr>
        <w:br/>
      </w:r>
      <w:r>
        <w:rPr>
          <w:lang w:eastAsia="zh-CN"/>
        </w:rPr>
        <w:t>　　阅读课外读物：6、能借助字词典联系上下文理解关键词意思，体会表达效果。7、以联系上下文和自己的积累，理解有内涵的句子含义。</w:t>
      </w:r>
      <w:r>
        <w:rPr>
          <w:lang w:eastAsia="zh-CN"/>
        </w:rPr>
        <w:br/>
      </w:r>
      <w:r>
        <w:rPr>
          <w:lang w:eastAsia="zh-CN"/>
        </w:rPr>
        <w:t>　　复习方法：</w:t>
      </w:r>
      <w:r>
        <w:rPr>
          <w:lang w:eastAsia="zh-CN"/>
        </w:rPr>
        <w:br/>
      </w:r>
      <w:r>
        <w:rPr>
          <w:lang w:eastAsia="zh-CN"/>
        </w:rPr>
        <w:t>　　1、我们都知道语文素养的提高是以积累丰富的语言为基础的，将积累的语言恰当的运用则是语文素养的体现。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本册教材依旧重视对语言的积累，除了要求背育古诗、对联、名言警句，成语、谚语外，还有背诵规定的或自选的段落，抄写优美句段，面对这大量的语言，要在一两节课中其到完成复习，是不可能的，也是没有效率的，教师可对学生掌握不够的知识进行反复复习，等学生对知识相当熟悉之后，还可以进行默写比赛。这样呆以把过去因为要赶教学进度，而没有反复巩固的知识点再次补充起拉，以求学生对知成语、谚语识点的全掌握，这一环节的设计既能调动学生的积极性，又可以在不知不觉中巩固了积累。</w:t>
      </w:r>
      <w:r>
        <w:rPr>
          <w:lang w:eastAsia="zh-CN"/>
        </w:rPr>
        <w:br/>
      </w:r>
      <w:r>
        <w:rPr>
          <w:lang w:eastAsia="zh-CN"/>
        </w:rPr>
        <w:t>　　2、本册课文大致有三种体裁：写景、写物和说明。要让学生弄清楚写物，是通过同一个作者写不同的动物，抓住动物的不同的特点，不同角度来写的，从而作者将可爱的动物活灵活现的展现在我们的面前。同时，将这样好的写作方法，让学生能运用在自己的习作中，采用哪些方法进行说明和介绍的（如：列数字、举例子、作比较）</w:t>
      </w:r>
      <w:r>
        <w:rPr>
          <w:lang w:eastAsia="zh-CN"/>
        </w:rPr>
        <w:br/>
      </w:r>
      <w:r>
        <w:rPr>
          <w:lang w:eastAsia="zh-CN"/>
        </w:rPr>
        <w:t>　　对阅读的复习，就是要让学生归纳总结阅读的方法，从而把肖到的方法运用到课外新闻记者或今后的阅读中，我们把语文园地的“交流平台”为切入点，迅速让学生进入复习状态，再以一到七单元的.“交流平台”为重点，辐射到全凹课文。</w:t>
      </w:r>
      <w:r>
        <w:rPr>
          <w:lang w:eastAsia="zh-CN"/>
        </w:rPr>
        <w:br/>
      </w:r>
      <w:r>
        <w:rPr>
          <w:lang w:eastAsia="zh-CN"/>
        </w:rPr>
        <w:t>　　(五)习作的复习</w:t>
      </w:r>
      <w:r>
        <w:rPr>
          <w:lang w:eastAsia="zh-CN"/>
        </w:rPr>
        <w:br/>
      </w:r>
      <w:r>
        <w:rPr>
          <w:lang w:eastAsia="zh-CN"/>
        </w:rPr>
        <w:t>　　复习要求：</w:t>
      </w:r>
      <w:r>
        <w:rPr>
          <w:lang w:eastAsia="zh-CN"/>
        </w:rPr>
        <w:br/>
      </w:r>
      <w:r>
        <w:rPr>
          <w:lang w:eastAsia="zh-CN"/>
        </w:rPr>
        <w:t>　　1、从学情出发，把握复习重点，学习不易掌握的知识可进行重点指导。</w:t>
      </w:r>
      <w:r>
        <w:rPr>
          <w:lang w:eastAsia="zh-CN"/>
        </w:rPr>
        <w:br/>
      </w:r>
      <w:r>
        <w:rPr>
          <w:lang w:eastAsia="zh-CN"/>
        </w:rPr>
        <w:t>　　2、复习从方法扩手通过活动，采用学生自主，合作，探索的方法进行复习。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3、复习的目标明确，复习内容清楚，复习计划。</w:t>
      </w:r>
      <w:r>
        <w:rPr>
          <w:lang w:eastAsia="zh-CN"/>
        </w:rPr>
        <w:br/>
      </w:r>
      <w:r>
        <w:rPr>
          <w:lang w:eastAsia="zh-CN"/>
        </w:rPr>
        <w:t>　　4、注意调动学生的兴趣。</w:t>
      </w:r>
      <w:r>
        <w:rPr>
          <w:lang w:eastAsia="zh-CN"/>
        </w:rPr>
        <w:br/>
      </w:r>
      <w:r>
        <w:rPr>
          <w:lang w:eastAsia="zh-CN"/>
        </w:rPr>
        <w:t>　　复习内容：</w:t>
      </w:r>
      <w:r>
        <w:rPr>
          <w:lang w:eastAsia="zh-CN"/>
        </w:rPr>
        <w:br/>
      </w:r>
      <w:r>
        <w:rPr>
          <w:lang w:eastAsia="zh-CN"/>
        </w:rPr>
        <w:t>　　1、四年级上册教材与以往一样，对习作作了两条线的安排，一是在每组的“口语交际”习作融合在综合性的学习之中，此外，结合课文的学习，安排了4次小练笔，作为片段练习。</w:t>
      </w:r>
      <w:r>
        <w:rPr>
          <w:lang w:eastAsia="zh-CN"/>
        </w:rPr>
        <w:br/>
      </w:r>
      <w:r>
        <w:rPr>
          <w:lang w:eastAsia="zh-CN"/>
        </w:rPr>
        <w:t>　　2、本册书中安排了7次习作，其中有五个单元都提供了5-6个可选择写的内容。</w:t>
      </w:r>
      <w:r>
        <w:rPr>
          <w:lang w:eastAsia="zh-CN"/>
        </w:rPr>
        <w:br/>
      </w:r>
      <w:r>
        <w:rPr>
          <w:lang w:eastAsia="zh-CN"/>
        </w:rPr>
        <w:t>　　一单元可围绕自己游览过或发解除到的一处自然景观进行写作，还可以写著名的旅游景点，也可以写身边的景物。</w:t>
      </w:r>
      <w:r>
        <w:rPr>
          <w:lang w:eastAsia="zh-CN"/>
        </w:rPr>
        <w:br/>
      </w:r>
      <w:r>
        <w:rPr>
          <w:lang w:eastAsia="zh-CN"/>
        </w:rPr>
        <w:t>　　二单元可写自己在生活中观察的事物，写一篇观察日记。</w:t>
      </w:r>
      <w:r>
        <w:rPr>
          <w:lang w:eastAsia="zh-CN"/>
        </w:rPr>
        <w:br/>
      </w:r>
      <w:r>
        <w:rPr>
          <w:lang w:eastAsia="zh-CN"/>
        </w:rPr>
        <w:t>　　三单元学生在课外阅读了一些童话故事后，试看也写一篇童话。</w:t>
      </w:r>
      <w:r>
        <w:rPr>
          <w:lang w:eastAsia="zh-CN"/>
        </w:rPr>
        <w:br/>
      </w:r>
      <w:r>
        <w:rPr>
          <w:lang w:eastAsia="zh-CN"/>
        </w:rPr>
        <w:t>　　四单元，写一写自己喜欢的动作习作。</w:t>
      </w:r>
      <w:r>
        <w:rPr>
          <w:lang w:eastAsia="zh-CN"/>
        </w:rPr>
        <w:br/>
      </w:r>
      <w:r>
        <w:rPr>
          <w:lang w:eastAsia="zh-CN"/>
        </w:rPr>
        <w:t>　　五单元，写一写自己喜欢的动作习作。</w:t>
      </w:r>
      <w:r>
        <w:rPr>
          <w:lang w:eastAsia="zh-CN"/>
        </w:rPr>
        <w:br/>
      </w:r>
      <w:r>
        <w:rPr>
          <w:lang w:eastAsia="zh-CN"/>
        </w:rPr>
        <w:t>　　六单元根据图片内容自拟题目，自图写作文，学生如果感觉困难，也可以写选择写自己亲身经历。</w:t>
      </w:r>
      <w:r>
        <w:rPr>
          <w:lang w:eastAsia="zh-CN"/>
        </w:rPr>
        <w:br/>
      </w:r>
      <w:r>
        <w:rPr>
          <w:lang w:eastAsia="zh-CN"/>
        </w:rPr>
        <w:t>　　七单元写一写自己或别人成长的故事，也可以写一写《乌塔》想到的。</w:t>
      </w:r>
      <w:r>
        <w:rPr>
          <w:lang w:eastAsia="zh-CN"/>
        </w:rPr>
        <w:br/>
      </w:r>
      <w:r>
        <w:rPr>
          <w:lang w:eastAsia="zh-CN"/>
        </w:rPr>
        <w:t>　　还可行给同学写回信，教给学生练写书信的正确格式。</w:t>
      </w:r>
      <w:r>
        <w:rPr>
          <w:lang w:eastAsia="zh-CN"/>
        </w:rPr>
        <w:br/>
      </w:r>
      <w:r>
        <w:rPr>
          <w:lang w:eastAsia="zh-CN"/>
        </w:rPr>
        <w:t>　　八单元可以写一篇想象作文，也可以写科幻故事，要求想象丰富，内容要具体。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3、4次小练笔为第11课《去年的树》，我有很多的话要对鸟儿说…我先说一说再写下来，根据课文内容写出你想对小鸟说的话，第18课《颐和园》，我要学习《颐和园》，的写法，记一次游览活动。第21课《搭石》后，作者从不起眼的事物中发现了美，对我很有启发。我也想写一写平凡事物中的美。学习第29课《呼风唤雨的世纪》后，把课文读给爸爸、妈妈或长辈听，请他们说说科学发展带来的变化，再把他们说的写下来。</w:t>
      </w:r>
      <w:r>
        <w:rPr>
          <w:lang w:eastAsia="zh-CN"/>
        </w:rPr>
        <w:br/>
      </w:r>
      <w:r>
        <w:rPr>
          <w:lang w:eastAsia="zh-CN"/>
        </w:rPr>
        <w:t>　　4、本册习作复习的重点是写的，写景、童话及写信，值得注意的是写物和写景这两类作文有很大的不同，因为写物的必须通过具体的事例来表现出动物的特点，难点是写物的作文要把的特点写出来，抓住动物的运作，外形，生活习性来细致的描绘出它的特点，写景的作文要抓住时间季节。如：《白鹅》写的是鹅的步态和吃相，而《白公鹅》的这一课作者主要是通过抓住白公鹅戏水的特点来写的。本册书中作者，还运用举例子，列数子、作比较，批比方的说明方法来说明的特点。</w:t>
      </w:r>
      <w:r>
        <w:rPr>
          <w:lang w:eastAsia="zh-CN"/>
        </w:rPr>
        <w:br/>
      </w:r>
      <w:r>
        <w:rPr>
          <w:lang w:eastAsia="zh-CN"/>
        </w:rPr>
        <w:t>　　针对以上问题，我们决定用以下方法以来复习习作。</w:t>
      </w:r>
      <w:r>
        <w:rPr>
          <w:lang w:eastAsia="zh-CN"/>
        </w:rPr>
        <w:br/>
      </w:r>
      <w:r>
        <w:rPr>
          <w:lang w:eastAsia="zh-CN"/>
        </w:rPr>
        <w:t>　　1、采用多改少写，组织学生认真评改自己的习作，指导学生怎样写具体通过例文不引导，以评改促写作。</w:t>
      </w:r>
      <w:r>
        <w:rPr>
          <w:lang w:eastAsia="zh-CN"/>
        </w:rPr>
        <w:br/>
      </w:r>
      <w:r>
        <w:rPr>
          <w:lang w:eastAsia="zh-CN"/>
        </w:rPr>
        <w:t>　　2、展示优秀习作，增加学生写作信心，先让每次作文写得同学念自己的习作，大家谈优点，再让学生在四人小组中展示自己的优秀习作。</w:t>
      </w:r>
      <w:r>
        <w:rPr>
          <w:lang w:eastAsia="zh-CN"/>
        </w:rPr>
        <w:br/>
      </w:r>
      <w:r>
        <w:rPr>
          <w:lang w:eastAsia="zh-CN"/>
        </w:rPr>
        <w:t>　　3、教材中的习作安排毕竟有限，我们还可以发挥创造性，为学生的多写多练提供更多的机会。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总之，通过自我修改和相互修改，互相激励，互相评议，以提高习作水平。</w:t>
      </w:r>
      <w:r>
        <w:rPr>
          <w:lang w:eastAsia="zh-CN"/>
        </w:rPr>
        <w:br/>
      </w:r>
      <w:r>
        <w:rPr>
          <w:lang w:eastAsia="zh-CN"/>
        </w:rPr>
        <w:t>　　五、复习课时安排</w:t>
      </w:r>
      <w:r>
        <w:rPr>
          <w:lang w:eastAsia="zh-CN"/>
        </w:rPr>
        <w:br/>
      </w:r>
      <w:r>
        <w:rPr>
          <w:lang w:eastAsia="zh-CN"/>
        </w:rPr>
        <w:t>　　复习时间为 1月7日到1月22日 共20课时</w:t>
      </w:r>
      <w:r>
        <w:rPr>
          <w:lang w:eastAsia="zh-CN"/>
        </w:rPr>
        <w:br/>
      </w:r>
      <w:r>
        <w:rPr>
          <w:lang w:eastAsia="zh-CN"/>
        </w:rPr>
        <w:t>　　（1）分项测试</w:t>
      </w:r>
      <w:r>
        <w:rPr>
          <w:lang w:eastAsia="zh-CN"/>
        </w:rPr>
        <w:br/>
      </w:r>
      <w:r>
        <w:rPr>
          <w:lang w:eastAsia="zh-CN"/>
        </w:rPr>
        <w:t>　　生字：4课时</w:t>
      </w:r>
      <w:r>
        <w:rPr>
          <w:lang w:eastAsia="zh-CN"/>
        </w:rPr>
        <w:br/>
      </w:r>
      <w:r>
        <w:rPr>
          <w:lang w:eastAsia="zh-CN"/>
        </w:rPr>
        <w:t>　　词语：3课时</w:t>
      </w:r>
      <w:r>
        <w:rPr>
          <w:lang w:eastAsia="zh-CN"/>
        </w:rPr>
        <w:br/>
      </w:r>
      <w:r>
        <w:rPr>
          <w:lang w:eastAsia="zh-CN"/>
        </w:rPr>
        <w:t>　　句子：3课时</w:t>
      </w:r>
      <w:r>
        <w:rPr>
          <w:lang w:eastAsia="zh-CN"/>
        </w:rPr>
        <w:br/>
      </w:r>
      <w:r>
        <w:rPr>
          <w:lang w:eastAsia="zh-CN"/>
        </w:rPr>
        <w:t>　　阅读：3课时</w:t>
      </w:r>
      <w:r>
        <w:rPr>
          <w:lang w:eastAsia="zh-CN"/>
        </w:rPr>
        <w:br/>
      </w:r>
      <w:r>
        <w:rPr>
          <w:lang w:eastAsia="zh-CN"/>
        </w:rPr>
        <w:t>　　作文：3课时。</w:t>
      </w:r>
      <w:r>
        <w:rPr>
          <w:lang w:eastAsia="zh-CN"/>
        </w:rPr>
        <w:br/>
      </w:r>
      <w:r>
        <w:rPr>
          <w:lang w:eastAsia="zh-CN"/>
        </w:rPr>
        <w:t>　　（2）综合复习</w:t>
      </w:r>
      <w:r>
        <w:rPr>
          <w:lang w:eastAsia="zh-CN"/>
        </w:rPr>
        <w:br/>
      </w:r>
      <w:r>
        <w:rPr>
          <w:lang w:eastAsia="zh-CN"/>
        </w:rPr>
        <w:t>　　模拟考试、分析 4课时</w:t>
      </w:r>
      <w:r>
        <w:rPr>
          <w:lang w:eastAsia="zh-CN"/>
        </w:rPr>
        <w:br/>
      </w:r>
      <w:r>
        <w:rPr>
          <w:lang w:eastAsia="zh-CN"/>
        </w:rPr>
        <w:t xml:space="preserve">    小学语文研修工作计划 篇8 </w:t>
      </w:r>
      <w:r>
        <w:rPr>
          <w:lang w:eastAsia="zh-CN"/>
        </w:rPr>
        <w:br/>
      </w:r>
      <w:r>
        <w:rPr>
          <w:lang w:eastAsia="zh-CN"/>
        </w:rPr>
        <w:t>　　一、学生情况分析：</w:t>
      </w:r>
      <w:r>
        <w:rPr>
          <w:lang w:eastAsia="zh-CN"/>
        </w:rPr>
        <w:br/>
      </w:r>
      <w:r>
        <w:rPr>
          <w:lang w:eastAsia="zh-CN"/>
        </w:rPr>
        <w:t>　　我班共有55名学生，其中男生28人，女生27人。本学期教学中，对学生的生字词和每课作业依然做到堂堂清、课课清，而且无家庭课业负担，所以学生的基础知识掌握情况较好，而且愿意学习这门功课，学习兴趣浓厚，有良好的学习习惯。</w:t>
      </w:r>
      <w:r>
        <w:rPr>
          <w:lang w:eastAsia="zh-CN"/>
        </w:rPr>
        <w:br/>
      </w:r>
      <w:r>
        <w:rPr>
          <w:lang w:eastAsia="zh-CN"/>
        </w:rPr>
        <w:t>　　1、汉语拼音。个别同学需要进行拼音的复习巩固，特别是在哪些元音上加声调，以及韵母iu和ui的标调更是易错。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2、生字词。由于本学期在识字方面基本做到了课课听写，课课清，所以大多数学生平时的字词掌握还算不错，但是班里有十多个同学生字掌握有些难度，因此，在复习中，要对这些同学加强听写，强化巩固。另外还要加强学生的书写，要求学生必须做到书写卷面整洁，字迹端正，字体较美观。</w:t>
      </w:r>
      <w:r>
        <w:rPr>
          <w:lang w:eastAsia="zh-CN"/>
        </w:rPr>
        <w:br/>
      </w:r>
      <w:r>
        <w:rPr>
          <w:lang w:eastAsia="zh-CN"/>
        </w:rPr>
        <w:t>　　3、阅读。基于本学期的课时作业上每课都有课内或课外阅读题，所以大多数同学阅读能力加强不少，但仍有少数部分学生的阅读能力比较差，没有养成好的阅读习惯。拿到一篇文章，一些学生由于理解能力不够强，阅读后对文章内容依然是一知半解，面对问题不知如何下手。还有个别同学老是不细心做每一题，老爱将没空题给丢掉忘做。因此，在复习中要加强阅读练习，重视学生良好的阅读习惯和阅读能力的培养，注意教给学生阅读的能力和方法。还要反复提醒、训练学生，要在反复阅读，理解的基础上再开始答题。</w:t>
      </w:r>
      <w:r>
        <w:rPr>
          <w:lang w:eastAsia="zh-CN"/>
        </w:rPr>
        <w:br/>
      </w:r>
      <w:r>
        <w:rPr>
          <w:lang w:eastAsia="zh-CN"/>
        </w:rPr>
        <w:t>　　4、习作。大部分学生能把所写的.内容表达清楚，正确运用标点符号，恰当地使用一些写作方法，使句子通顺，文章生动。但还有部分学生不能正确运用标点符号，出现错别字现象，文章缺乏具体生动。因此在作文训练中要注意拓展学生写作思路，指导学生习作的方法和技巧。</w:t>
      </w:r>
      <w:r>
        <w:rPr>
          <w:lang w:eastAsia="zh-CN"/>
        </w:rPr>
        <w:br/>
      </w:r>
      <w:r>
        <w:rPr>
          <w:lang w:eastAsia="zh-CN"/>
        </w:rPr>
        <w:t>　　5、书写。大部分学生有良好的书写、学习等习惯。但也有一部分学生存在书写乱、书面差的不良习惯。在较短时间内注重提高学生的良好书写习惯。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6、后进生问题。本班有1位同学有些学习障碍，另外2位同学缺乏学习主动性和自我约束能力差，还有5、6位同学基础有些不牢固。对这些同学要尽量在短短的十多天里最大限度地去提高并巩固他们的学习。</w:t>
      </w:r>
      <w:r>
        <w:rPr>
          <w:lang w:eastAsia="zh-CN"/>
        </w:rPr>
        <w:br/>
      </w:r>
      <w:r>
        <w:rPr>
          <w:lang w:eastAsia="zh-CN"/>
        </w:rPr>
        <w:t>　　二、复习内容：</w:t>
      </w:r>
      <w:r>
        <w:rPr>
          <w:lang w:eastAsia="zh-CN"/>
        </w:rPr>
        <w:br/>
      </w:r>
      <w:r>
        <w:rPr>
          <w:lang w:eastAsia="zh-CN"/>
        </w:rPr>
        <w:t>　　26篇课文、8个练习、8个习作。也就是整本书。</w:t>
      </w:r>
      <w:r>
        <w:rPr>
          <w:lang w:eastAsia="zh-CN"/>
        </w:rPr>
        <w:br/>
      </w:r>
      <w:r>
        <w:rPr>
          <w:lang w:eastAsia="zh-CN"/>
        </w:rPr>
        <w:t>　　三、复习目标：</w:t>
      </w:r>
      <w:r>
        <w:rPr>
          <w:lang w:eastAsia="zh-CN"/>
        </w:rPr>
        <w:br/>
      </w:r>
      <w:r>
        <w:rPr>
          <w:lang w:eastAsia="zh-CN"/>
        </w:rPr>
        <w:t>　　为了使学生的基础知识掌握的更牢固，学生各方面的能力得到进一步的提高，特制定如下目标：</w:t>
      </w:r>
      <w:r>
        <w:rPr>
          <w:lang w:eastAsia="zh-CN"/>
        </w:rPr>
        <w:br/>
      </w:r>
      <w:r>
        <w:rPr>
          <w:lang w:eastAsia="zh-CN"/>
        </w:rPr>
        <w:t>　　1、通过复习加强和巩固学生的基本知识和基本能力。</w:t>
      </w:r>
      <w:r>
        <w:rPr>
          <w:lang w:eastAsia="zh-CN"/>
        </w:rPr>
        <w:br/>
      </w:r>
      <w:r>
        <w:rPr>
          <w:lang w:eastAsia="zh-CN"/>
        </w:rPr>
        <w:t>　　2、通过复习提高学生的整体语文素养。</w:t>
      </w:r>
      <w:r>
        <w:rPr>
          <w:lang w:eastAsia="zh-CN"/>
        </w:rPr>
        <w:br/>
      </w:r>
      <w:r>
        <w:rPr>
          <w:lang w:eastAsia="zh-CN"/>
        </w:rPr>
        <w:t>　　3、帮助后边同学赶上队伍，提高自己的学习兴趣，品尝学习的快乐。</w:t>
      </w:r>
      <w:r>
        <w:rPr>
          <w:lang w:eastAsia="zh-CN"/>
        </w:rPr>
        <w:br/>
      </w:r>
      <w:r>
        <w:rPr>
          <w:lang w:eastAsia="zh-CN"/>
        </w:rPr>
        <w:t>　　4、讲练结合、精讲精练，轻负担、高质量。</w:t>
      </w:r>
      <w:r>
        <w:rPr>
          <w:lang w:eastAsia="zh-CN"/>
        </w:rPr>
        <w:br/>
      </w:r>
      <w:r>
        <w:rPr>
          <w:lang w:eastAsia="zh-CN"/>
        </w:rPr>
        <w:t>　　5、面向全体、不适时机对学生进行培优补差，使优生更优，差生有较大进步。</w:t>
      </w:r>
      <w:r>
        <w:rPr>
          <w:lang w:eastAsia="zh-CN"/>
        </w:rPr>
        <w:br/>
      </w:r>
      <w:r>
        <w:rPr>
          <w:lang w:eastAsia="zh-CN"/>
        </w:rPr>
        <w:t>　　四、复习要求：</w:t>
      </w:r>
      <w:r>
        <w:rPr>
          <w:lang w:eastAsia="zh-CN"/>
        </w:rPr>
        <w:br/>
      </w:r>
      <w:r>
        <w:rPr>
          <w:lang w:eastAsia="zh-CN"/>
        </w:rPr>
        <w:t>　　1、掌握本册书所学的生字新词包括形近字、同音字、多音字等，并能理解运用。</w:t>
      </w:r>
      <w:r>
        <w:rPr>
          <w:lang w:eastAsia="zh-CN"/>
        </w:rPr>
        <w:br/>
      </w:r>
      <w:r>
        <w:rPr>
          <w:lang w:eastAsia="zh-CN"/>
        </w:rPr>
        <w:t>　　2、能熟练背诵并默写本册书所要求背诵的片断和文章。</w:t>
      </w:r>
      <w:r>
        <w:rPr>
          <w:lang w:eastAsia="zh-CN"/>
        </w:rPr>
        <w:br/>
      </w:r>
      <w:r>
        <w:rPr>
          <w:lang w:eastAsia="zh-CN"/>
        </w:rPr>
        <w:t xml:space="preserve">    小学语文研修工作计划 篇9 </w:t>
      </w:r>
      <w:r>
        <w:rPr>
          <w:lang w:eastAsia="zh-CN"/>
        </w:rPr>
        <w:br/>
      </w:r>
      <w:r>
        <w:rPr>
          <w:lang w:eastAsia="zh-CN"/>
        </w:rPr>
        <w:t>　　一、指导思想</w:t>
      </w:r>
      <w:r>
        <w:rPr>
          <w:lang w:eastAsia="zh-CN"/>
        </w:rPr>
        <w:br/>
      </w:r>
      <w:r>
        <w:rPr>
          <w:lang w:eastAsia="zh-CN"/>
        </w:rPr>
        <w:t>　　1、认真贯彻国家教育部和省教育厅对培训学员的要求;</w:t>
      </w:r>
      <w:r>
        <w:rPr>
          <w:lang w:eastAsia="zh-CN"/>
        </w:rPr>
        <w:br/>
      </w:r>
      <w:r>
        <w:rPr>
          <w:lang w:eastAsia="zh-CN"/>
        </w:rPr>
        <w:t>　　2、珍惜机会，限度提高自我、完善自我和超越自我;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3、夯实教育理论基础，扎根农村教育沃土，服务学生，成就自我。</w:t>
      </w:r>
      <w:r>
        <w:rPr>
          <w:lang w:eastAsia="zh-CN"/>
        </w:rPr>
        <w:br/>
      </w:r>
      <w:r>
        <w:rPr>
          <w:lang w:eastAsia="zh-CN"/>
        </w:rPr>
        <w:t>　　二、主要措施</w:t>
      </w:r>
      <w:r>
        <w:rPr>
          <w:lang w:eastAsia="zh-CN"/>
        </w:rPr>
        <w:br/>
      </w:r>
      <w:r>
        <w:rPr>
          <w:lang w:eastAsia="zh-CN"/>
        </w:rPr>
        <w:t>　　1、严格遵守培训作息时间，按时上课，积极主动参与课堂互动或课外活动。</w:t>
      </w:r>
      <w:r>
        <w:rPr>
          <w:lang w:eastAsia="zh-CN"/>
        </w:rPr>
        <w:br/>
      </w:r>
      <w:r>
        <w:rPr>
          <w:lang w:eastAsia="zh-CN"/>
        </w:rPr>
        <w:t>　　2、认真听讲，做好笔记，多联系实际，流诸笔端;</w:t>
      </w:r>
      <w:r>
        <w:rPr>
          <w:lang w:eastAsia="zh-CN"/>
        </w:rPr>
        <w:br/>
      </w:r>
      <w:r>
        <w:rPr>
          <w:lang w:eastAsia="zh-CN"/>
        </w:rPr>
        <w:t>　　3、制定详细可行的个人研修计划并认真落实到位;</w:t>
      </w:r>
      <w:r>
        <w:rPr>
          <w:lang w:eastAsia="zh-CN"/>
        </w:rPr>
        <w:br/>
      </w:r>
      <w:r>
        <w:rPr>
          <w:lang w:eastAsia="zh-CN"/>
        </w:rPr>
        <w:t>　　4、尽可能地利用学校的资源，要勤读书，多思考，常动笔;</w:t>
      </w:r>
      <w:r>
        <w:rPr>
          <w:lang w:eastAsia="zh-CN"/>
        </w:rPr>
        <w:br/>
      </w:r>
      <w:r>
        <w:rPr>
          <w:lang w:eastAsia="zh-CN"/>
        </w:rPr>
        <w:t>　　5、加强锻炼，增强体质，以便更好地投入学习和今后的工作;</w:t>
      </w:r>
      <w:r>
        <w:rPr>
          <w:lang w:eastAsia="zh-CN"/>
        </w:rPr>
        <w:br/>
      </w:r>
      <w:r>
        <w:rPr>
          <w:lang w:eastAsia="zh-CN"/>
        </w:rPr>
        <w:t>　　三、具体安排</w:t>
      </w:r>
      <w:r>
        <w:rPr>
          <w:lang w:eastAsia="zh-CN"/>
        </w:rPr>
        <w:br/>
      </w:r>
      <w:r>
        <w:rPr>
          <w:lang w:eastAsia="zh-CN"/>
        </w:rPr>
        <w:t>　　每天必须做的几件事</w:t>
      </w:r>
      <w:r>
        <w:rPr>
          <w:lang w:eastAsia="zh-CN"/>
        </w:rPr>
        <w:br/>
      </w:r>
      <w:r>
        <w:rPr>
          <w:lang w:eastAsia="zh-CN"/>
        </w:rPr>
        <w:t>　　1、6点左右起床，进行晨练半小时;晚锻炼(1小时左右)。</w:t>
      </w:r>
      <w:r>
        <w:rPr>
          <w:lang w:eastAsia="zh-CN"/>
        </w:rPr>
        <w:br/>
      </w:r>
      <w:r>
        <w:rPr>
          <w:lang w:eastAsia="zh-CN"/>
        </w:rPr>
        <w:t>　　2、课外上图书馆读书;</w:t>
      </w:r>
      <w:r>
        <w:rPr>
          <w:lang w:eastAsia="zh-CN"/>
        </w:rPr>
        <w:br/>
      </w:r>
      <w:r>
        <w:rPr>
          <w:lang w:eastAsia="zh-CN"/>
        </w:rPr>
        <w:t>　　3、晚上7点至9点半上网研修约2个半小时;</w:t>
      </w:r>
      <w:r>
        <w:rPr>
          <w:lang w:eastAsia="zh-CN"/>
        </w:rPr>
        <w:br/>
      </w:r>
      <w:r>
        <w:rPr>
          <w:lang w:eastAsia="zh-CN"/>
        </w:rPr>
        <w:t>　　每周必须做的事</w:t>
      </w:r>
      <w:r>
        <w:rPr>
          <w:lang w:eastAsia="zh-CN"/>
        </w:rPr>
        <w:br/>
      </w:r>
      <w:r>
        <w:rPr>
          <w:lang w:eastAsia="zh-CN"/>
        </w:rPr>
        <w:t>　　1、写1-2篇投稿;</w:t>
      </w:r>
      <w:r>
        <w:rPr>
          <w:lang w:eastAsia="zh-CN"/>
        </w:rPr>
        <w:br/>
      </w:r>
      <w:r>
        <w:rPr>
          <w:lang w:eastAsia="zh-CN"/>
        </w:rPr>
        <w:t>　　2、阅读1至2本书并做好读书笔记;</w:t>
      </w:r>
      <w:r>
        <w:rPr>
          <w:lang w:eastAsia="zh-CN"/>
        </w:rPr>
        <w:br/>
      </w:r>
      <w:r>
        <w:rPr>
          <w:lang w:eastAsia="zh-CN"/>
        </w:rPr>
        <w:t>　　阅读书目初步安排</w:t>
      </w:r>
      <w:r>
        <w:rPr>
          <w:lang w:eastAsia="zh-CN"/>
        </w:rPr>
        <w:br/>
      </w:r>
      <w:r>
        <w:rPr>
          <w:lang w:eastAsia="zh-CN"/>
        </w:rPr>
        <w:t>　　第一周</w:t>
      </w:r>
      <w:r>
        <w:rPr>
          <w:lang w:eastAsia="zh-CN"/>
        </w:rPr>
        <w:br/>
      </w:r>
      <w:r>
        <w:rPr>
          <w:lang w:eastAsia="zh-CN"/>
        </w:rPr>
        <w:t>　　1、《欧阳代娜中学语文教学艺术初探》</w:t>
      </w:r>
      <w:r>
        <w:rPr>
          <w:lang w:eastAsia="zh-CN"/>
        </w:rPr>
        <w:br/>
      </w:r>
      <w:r>
        <w:rPr>
          <w:lang w:eastAsia="zh-CN"/>
        </w:rPr>
        <w:t>　　2、《魏书生中学语文教学改革实践研究》</w:t>
      </w:r>
      <w:r>
        <w:rPr>
          <w:lang w:eastAsia="zh-CN"/>
        </w:rPr>
        <w:br/>
      </w:r>
      <w:r>
        <w:rPr>
          <w:lang w:eastAsia="zh-CN"/>
        </w:rPr>
        <w:t>　　第二周</w:t>
      </w:r>
      <w:r>
        <w:rPr>
          <w:lang w:eastAsia="zh-CN"/>
        </w:rPr>
        <w:br/>
      </w:r>
      <w:r>
        <w:rPr>
          <w:lang w:eastAsia="zh-CN"/>
        </w:rPr>
        <w:t>　　1、《语文课程与教学论新编》潘纪平等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2、《做教师真难，真好》</w:t>
      </w:r>
      <w:r>
        <w:rPr>
          <w:lang w:eastAsia="zh-CN"/>
        </w:rPr>
        <w:br/>
      </w:r>
      <w:r>
        <w:rPr>
          <w:lang w:eastAsia="zh-CN"/>
        </w:rPr>
        <w:t>　　第三周</w:t>
      </w:r>
      <w:r>
        <w:rPr>
          <w:lang w:eastAsia="zh-CN"/>
        </w:rPr>
        <w:br/>
      </w:r>
      <w:r>
        <w:rPr>
          <w:lang w:eastAsia="zh-CN"/>
        </w:rPr>
        <w:t>　　1、《语文要教出语文味》程少堂</w:t>
      </w:r>
      <w:r>
        <w:rPr>
          <w:lang w:eastAsia="zh-CN"/>
        </w:rPr>
        <w:br/>
      </w:r>
      <w:r>
        <w:rPr>
          <w:lang w:eastAsia="zh-CN"/>
        </w:rPr>
        <w:t>　　2、《提高学生学习能力的好故事》</w:t>
      </w:r>
      <w:r>
        <w:rPr>
          <w:lang w:eastAsia="zh-CN"/>
        </w:rPr>
        <w:br/>
      </w:r>
      <w:r>
        <w:rPr>
          <w:lang w:eastAsia="zh-CN"/>
        </w:rPr>
        <w:t>　　第四周</w:t>
      </w:r>
      <w:r>
        <w:rPr>
          <w:lang w:eastAsia="zh-CN"/>
        </w:rPr>
        <w:br/>
      </w:r>
      <w:r>
        <w:rPr>
          <w:lang w:eastAsia="zh-CN"/>
        </w:rPr>
        <w:t>　　1、《课例品评一百例》余映潮</w:t>
      </w:r>
      <w:r>
        <w:rPr>
          <w:lang w:eastAsia="zh-CN"/>
        </w:rPr>
        <w:br/>
      </w:r>
      <w:r>
        <w:rPr>
          <w:lang w:eastAsia="zh-CN"/>
        </w:rPr>
        <w:t>　　2、《民间语文》(《天涯》杂志)</w:t>
      </w:r>
      <w:r>
        <w:rPr>
          <w:lang w:eastAsia="zh-CN"/>
        </w:rPr>
        <w:br/>
      </w:r>
      <w:r>
        <w:rPr>
          <w:lang w:eastAsia="zh-CN"/>
        </w:rPr>
        <w:t>　　第五周</w:t>
      </w:r>
      <w:r>
        <w:rPr>
          <w:lang w:eastAsia="zh-CN"/>
        </w:rPr>
        <w:br/>
      </w:r>
      <w:r>
        <w:rPr>
          <w:lang w:eastAsia="zh-CN"/>
        </w:rPr>
        <w:t>　　1、《伊豆舞女》《堂吉诃德》</w:t>
      </w:r>
      <w:r>
        <w:rPr>
          <w:lang w:eastAsia="zh-CN"/>
        </w:rPr>
        <w:br/>
      </w:r>
      <w:r>
        <w:rPr>
          <w:lang w:eastAsia="zh-CN"/>
        </w:rPr>
        <w:t>　　2、《十日谈》</w:t>
      </w:r>
      <w:r>
        <w:rPr>
          <w:lang w:eastAsia="zh-CN"/>
        </w:rPr>
        <w:br/>
      </w:r>
      <w:r>
        <w:rPr>
          <w:lang w:eastAsia="zh-CN"/>
        </w:rPr>
        <w:t>　　第六周</w:t>
      </w:r>
      <w:r>
        <w:rPr>
          <w:lang w:eastAsia="zh-CN"/>
        </w:rPr>
        <w:br/>
      </w:r>
      <w:r>
        <w:rPr>
          <w:lang w:eastAsia="zh-CN"/>
        </w:rPr>
        <w:t>　　1、《教师的2项修炼》郭元祥</w:t>
      </w:r>
      <w:r>
        <w:rPr>
          <w:lang w:eastAsia="zh-CN"/>
        </w:rPr>
        <w:br/>
      </w:r>
      <w:r>
        <w:rPr>
          <w:lang w:eastAsia="zh-CN"/>
        </w:rPr>
        <w:t>　　2、《如何做的老师》魏书生</w:t>
      </w:r>
      <w:r>
        <w:rPr>
          <w:lang w:eastAsia="zh-CN"/>
        </w:rPr>
        <w:br/>
      </w:r>
      <w:r>
        <w:rPr>
          <w:lang w:eastAsia="zh-CN"/>
        </w:rPr>
        <w:t>　　第七周</w:t>
      </w:r>
      <w:r>
        <w:rPr>
          <w:lang w:eastAsia="zh-CN"/>
        </w:rPr>
        <w:br/>
      </w:r>
      <w:r>
        <w:rPr>
          <w:lang w:eastAsia="zh-CN"/>
        </w:rPr>
        <w:t>　　1、《93年》雨果</w:t>
      </w:r>
      <w:r>
        <w:rPr>
          <w:lang w:eastAsia="zh-CN"/>
        </w:rPr>
        <w:br/>
      </w:r>
      <w:r>
        <w:rPr>
          <w:lang w:eastAsia="zh-CN"/>
        </w:rPr>
        <w:t>　　2、胡兰成的书</w:t>
      </w:r>
      <w:r>
        <w:rPr>
          <w:lang w:eastAsia="zh-CN"/>
        </w:rPr>
        <w:br/>
      </w:r>
      <w:r>
        <w:rPr>
          <w:lang w:eastAsia="zh-CN"/>
        </w:rPr>
        <w:t>　　第八周</w:t>
      </w:r>
      <w:r>
        <w:rPr>
          <w:lang w:eastAsia="zh-CN"/>
        </w:rPr>
        <w:br/>
      </w:r>
      <w:r>
        <w:rPr>
          <w:lang w:eastAsia="zh-CN"/>
        </w:rPr>
        <w:t>　　1、脂砚斋对《石头记》的点评</w:t>
      </w:r>
      <w:r>
        <w:rPr>
          <w:lang w:eastAsia="zh-CN"/>
        </w:rPr>
        <w:br/>
      </w:r>
      <w:r>
        <w:rPr>
          <w:lang w:eastAsia="zh-CN"/>
        </w:rPr>
        <w:t>　　2、《做教师真难真好》</w:t>
      </w:r>
      <w:r>
        <w:rPr>
          <w:lang w:eastAsia="zh-CN"/>
        </w:rPr>
        <w:br/>
      </w:r>
      <w:r>
        <w:rPr>
          <w:lang w:eastAsia="zh-CN"/>
        </w:rPr>
        <w:t xml:space="preserve">    小学语文研修工作计划 篇10 </w:t>
      </w:r>
      <w:r>
        <w:rPr>
          <w:lang w:eastAsia="zh-CN"/>
        </w:rPr>
        <w:br/>
      </w:r>
      <w:r>
        <w:rPr>
          <w:lang w:eastAsia="zh-CN"/>
        </w:rPr>
        <w:t>　　一、教材分析：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全册教材由“入学教育”“汉语拼音”“识字”“课文”“语文园地”“口语交际”几个部分组成。为了方便识字和阅读,生字和课文全部加注了拼音。</w:t>
      </w:r>
      <w:r>
        <w:rPr>
          <w:lang w:eastAsia="zh-CN"/>
        </w:rPr>
        <w:br/>
      </w:r>
      <w:r>
        <w:rPr>
          <w:lang w:eastAsia="zh-CN"/>
        </w:rPr>
        <w:t>　　1、“培养良好的学习习惯”共两部分，主要通过图画让初入学的儿童掌握正确的读书、写字的姿势，重视用眼卫生并在实践中养成“姿势不对不读书”、“姿势不对不动笔”的良好习惯，另外就是使学生从小学会爱惜学习用品。</w:t>
      </w:r>
      <w:r>
        <w:rPr>
          <w:lang w:eastAsia="zh-CN"/>
        </w:rPr>
        <w:br/>
      </w:r>
      <w:r>
        <w:rPr>
          <w:lang w:eastAsia="zh-CN"/>
        </w:rPr>
        <w:t>　　2、汉语拼音，巩固汉语拼音，能利用汉语拼音帮助识字、阅读、学习普通话。能默写声母、韵母并抄写音节，在四线格上写得正确、工整。</w:t>
      </w:r>
      <w:r>
        <w:rPr>
          <w:lang w:eastAsia="zh-CN"/>
        </w:rPr>
        <w:br/>
      </w:r>
      <w:r>
        <w:rPr>
          <w:lang w:eastAsia="zh-CN"/>
        </w:rPr>
        <w:t>　　3、识字，分2组编排，每部分每课都配有一幅情景图，这样按排不仅能使学生情景图集中识字，而且还能帮助学生认识事物，激发学生学习的兴趣。</w:t>
      </w:r>
      <w:r>
        <w:rPr>
          <w:lang w:eastAsia="zh-CN"/>
        </w:rPr>
        <w:br/>
      </w:r>
      <w:r>
        <w:rPr>
          <w:lang w:eastAsia="zh-CN"/>
        </w:rPr>
        <w:t>　　4、课文，?共安排20篇课文?分4组编排?每篇课文均由图、文、生字表、练习、笔顺图、描红六部分组成。课文部分具有头绪简、篇幅短、内容新、插图美、作业准的新点，具体表现在：⑴入选课文篇幅短?而且题材广泛?内容生动活泼?插图新颖有趣。⑵每篇课文均为全文注音?这样安排既可复习汉语拼音?帮助学生识字?也有利于进行朗读、背诵、训练、培养阅读能力。⑶课后练习有朗读?背诵或复述?有汉字基本笔画的学习和按笔顺描红等丰富多彩的内容和形式?体现语文能力的整体发展?以及语文课程与其他课程的沟通、融合。</w:t>
      </w:r>
      <w:r>
        <w:rPr>
          <w:lang w:eastAsia="zh-CN"/>
        </w:rPr>
        <w:br/>
      </w:r>
      <w:r>
        <w:rPr>
          <w:lang w:eastAsia="zh-CN"/>
        </w:rPr>
        <w:t>　　二、班级概况：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学生入学不久，活泼好动、每个人的思想，品德都不成熟，处于形成的初步时期。对于学校班级的各项纪律、规定都不了解,心中集体主义观念还未形成，对于学习更说不上什么“勤奋、钻研、细心”的精神，学习目的还未明确，学习习惯正处于逐步形成的阶段。</w:t>
      </w:r>
      <w:r>
        <w:rPr>
          <w:lang w:eastAsia="zh-CN"/>
        </w:rPr>
        <w:br/>
      </w:r>
      <w:r>
        <w:rPr>
          <w:lang w:eastAsia="zh-CN"/>
        </w:rPr>
        <w:t>　　三、本学期教学目标</w:t>
      </w:r>
      <w:r>
        <w:rPr>
          <w:lang w:eastAsia="zh-CN"/>
        </w:rPr>
        <w:br/>
      </w:r>
      <w:r>
        <w:rPr>
          <w:lang w:eastAsia="zh-CN"/>
        </w:rPr>
        <w:t>　　1、学习习惯：⑴掌握正确的读书姿势、养成良好的读书习惯。⑵掌握正确的写字姿势和握笔方法，养成良好的书写习惯，爱惜学习用品的习惯。</w:t>
      </w:r>
      <w:r>
        <w:rPr>
          <w:lang w:eastAsia="zh-CN"/>
        </w:rPr>
        <w:br/>
      </w:r>
      <w:r>
        <w:rPr>
          <w:lang w:eastAsia="zh-CN"/>
        </w:rPr>
        <w:t>　　2、汉语拼音:(1) 学会汉语拼音,能读准声母、韵母、和整体认读音节。 (2)能准确地拼读音节。(3)能说出声调符号的名称，读准四声，学读轻声。(4)认识四线格，能正确书写声母、韵母和音节。</w:t>
      </w:r>
      <w:r>
        <w:rPr>
          <w:lang w:eastAsia="zh-CN"/>
        </w:rPr>
        <w:br/>
      </w:r>
      <w:r>
        <w:rPr>
          <w:lang w:eastAsia="zh-CN"/>
        </w:rPr>
        <w:t>　　3、识字写字：⑴培养写字兴趣和良好写字习惯，准确认读个生字。⑵说出基本笔画的名称。⑶能按笔顺在四字格里书写、默写168个生字，做到书写正确、规范，姿势端正、卷面整洁。学会按照田字格里的范字写字。</w:t>
      </w:r>
      <w:r>
        <w:rPr>
          <w:lang w:eastAsia="zh-CN"/>
        </w:rPr>
        <w:br/>
      </w:r>
      <w:r>
        <w:rPr>
          <w:lang w:eastAsia="zh-CN"/>
        </w:rPr>
        <w:t>　　4、口语交际：⑴能看图用一句完整的话或几名连贯的话回答问题。⑵能按照图意用几句连贯的话讲一件简单的事件。(3)能用普通话进行口语交际，声音清楚，态度大方。</w:t>
      </w:r>
      <w:r>
        <w:rPr>
          <w:lang w:eastAsia="zh-CN"/>
        </w:rPr>
        <w:br/>
      </w:r>
      <w:r>
        <w:rPr>
          <w:lang w:eastAsia="zh-CN"/>
        </w:rPr>
        <w:t>　　5、阅读：⑴能联系课程文和生活实际理解常用词和句子弟兵的意思。⑵认识句号、问号、感叹号，能读出陈述、疑问、感叹等不同的语气，能正确读出长句子中的停连、轻重。⑶朗读、背诵、指定的课文，分出角色朗读对话。⑷正确地复述课文、语句连贯。(5)能想象课文所描绘的情境，知道课文的大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xml:space="preserve">    小学语文研修工作计划 篇11 </w:t>
      </w:r>
      <w:r>
        <w:rPr>
          <w:lang w:eastAsia="zh-CN"/>
        </w:rPr>
        <w:br/>
      </w:r>
      <w:r>
        <w:rPr>
          <w:lang w:eastAsia="zh-CN"/>
        </w:rPr>
        <w:t>　　一、武装高尚的思想</w:t>
      </w:r>
      <w:r>
        <w:rPr>
          <w:lang w:eastAsia="zh-CN"/>
        </w:rPr>
        <w:br/>
      </w:r>
      <w:r>
        <w:rPr>
          <w:lang w:eastAsia="zh-CN"/>
        </w:rPr>
        <w:t>　　作为人民教师，我要遵纪守法，热爱教育事业，践行祖国的教育方针，爱岗敬业，为人师表，全心全意为教育事业服务。</w:t>
      </w:r>
      <w:r>
        <w:rPr>
          <w:lang w:eastAsia="zh-CN"/>
        </w:rPr>
        <w:br/>
      </w:r>
      <w:r>
        <w:rPr>
          <w:lang w:eastAsia="zh-CN"/>
        </w:rPr>
        <w:t>　　二、提升科学的素养</w:t>
      </w:r>
      <w:r>
        <w:rPr>
          <w:lang w:eastAsia="zh-CN"/>
        </w:rPr>
        <w:br/>
      </w:r>
      <w:r>
        <w:rPr>
          <w:lang w:eastAsia="zh-CN"/>
        </w:rPr>
        <w:t>　　教育教学及教研上，以学生为本，为每一个学生的健康发展着想；认真解读和运用教育教学新理念及方法，系统研究且掌握小学一至六年级语文教学参考书和教材，构建传道受业解惑及教研兴教的和谐环境。做到面对教育问心无愧，面对昨天今更胜。</w:t>
      </w:r>
      <w:r>
        <w:rPr>
          <w:lang w:eastAsia="zh-CN"/>
        </w:rPr>
        <w:br/>
      </w:r>
      <w:r>
        <w:rPr>
          <w:lang w:eastAsia="zh-CN"/>
        </w:rPr>
        <w:t>　　三、打造理想的成绩</w:t>
      </w:r>
      <w:r>
        <w:rPr>
          <w:lang w:eastAsia="zh-CN"/>
        </w:rPr>
        <w:br/>
      </w:r>
      <w:r>
        <w:rPr>
          <w:lang w:eastAsia="zh-CN"/>
        </w:rPr>
        <w:t>　　教育二字年年同，教学对象时时新。无论接手的班级学生基础如何，我要坦然面对，倾注爱心，尽其可能地站在原有成绩上，打造一个理想的台阶。我相信，站在巨人肩膀上会百尺竿头更进一步，也崇拜从山脚拾级而上的奋斗者，因为实绩是英雄灵魂。</w:t>
      </w:r>
      <w:r>
        <w:rPr>
          <w:lang w:eastAsia="zh-CN"/>
        </w:rPr>
        <w:br/>
      </w:r>
      <w:r>
        <w:rPr>
          <w:lang w:eastAsia="zh-CN"/>
        </w:rPr>
        <w:t>　　四、六年级语文下册概说</w:t>
      </w:r>
      <w:r>
        <w:rPr>
          <w:lang w:eastAsia="zh-CN"/>
        </w:rPr>
        <w:br/>
      </w:r>
      <w:r>
        <w:rPr>
          <w:lang w:eastAsia="zh-CN"/>
        </w:rPr>
        <w:t>　　人民教育出版社《义务教育课程标准实验教科书语文六年级下册》，在力求全面落实学生听说读写悟和字词句段篇、过程与方法、情感态度和价值观的教学目标基础上，凸显以篇的教学为重心的特点，注重了学以致用、塑造和完善人格的教育本真。教育的蓝本体现于个专题组织单元中。我会以走进教材学本领、走出教材教本事的理念，尽可能地做到胸有成竹的实施素质教育。</w:t>
      </w:r>
      <w:r>
        <w:rPr>
          <w:lang w:eastAsia="zh-CN"/>
        </w:rPr>
        <w:br/>
      </w:r>
      <w:r>
        <w:rPr>
          <w:lang w:eastAsia="zh-CN"/>
        </w:rPr>
        <w:t>　　五、日程记事备忘录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1、二月，对全镇语文学科备课任务作出安排；参加全镇校长、主任会议及中心完小开学会议，分发全镇教科书。</w:t>
      </w:r>
      <w:r>
        <w:rPr>
          <w:lang w:eastAsia="zh-CN"/>
        </w:rPr>
        <w:br/>
      </w:r>
      <w:r>
        <w:rPr>
          <w:lang w:eastAsia="zh-CN"/>
        </w:rPr>
        <w:t>　　2、三月，开展常规教育教学；继续收集、整理少年宫习作，为校刊总第五期刊发作准备；负责全镇语文教师集体备课及六年级语文教师分块备课和试卷竞赛。</w:t>
      </w:r>
      <w:r>
        <w:rPr>
          <w:lang w:eastAsia="zh-CN"/>
        </w:rPr>
        <w:br/>
      </w:r>
      <w:r>
        <w:rPr>
          <w:lang w:eastAsia="zh-CN"/>
        </w:rPr>
        <w:t>　　3、四月，预计参加全县六年级语文教研活动并交流《__县_年小学阶段语文学业水平质量监测分析》。执行主编校刊《小荷》总第5期。</w:t>
      </w:r>
      <w:r>
        <w:rPr>
          <w:lang w:eastAsia="zh-CN"/>
        </w:rPr>
        <w:br/>
      </w:r>
      <w:r>
        <w:rPr>
          <w:lang w:eastAsia="zh-CN"/>
        </w:rPr>
        <w:t>　　4、五月，主持好省级立项课题《利用教育技术提高农村小学生记叙文习写能力研究》，准备结题。</w:t>
      </w:r>
      <w:r>
        <w:rPr>
          <w:lang w:eastAsia="zh-CN"/>
        </w:rPr>
        <w:br/>
      </w:r>
      <w:r>
        <w:rPr>
          <w:lang w:eastAsia="zh-CN"/>
        </w:rPr>
        <w:t>　　5、六月，全面组织班级学生总复习。</w:t>
      </w:r>
      <w:r>
        <w:rPr>
          <w:lang w:eastAsia="zh-CN"/>
        </w:rPr>
        <w:br/>
      </w:r>
      <w:r>
        <w:rPr>
          <w:lang w:eastAsia="zh-CN"/>
        </w:rPr>
        <w:t>　　6、七月，学期收尾工作。</w:t>
      </w:r>
      <w:r>
        <w:rPr>
          <w:lang w:eastAsia="zh-CN"/>
        </w:rPr>
        <w:br/>
      </w:r>
      <w:r>
        <w:rPr>
          <w:lang w:eastAsia="zh-CN"/>
        </w:rPr>
        <w:t>　　总之，有限的文字书写不了教育教学工作的全部，而写出了的或许会有做不到和做不好的地方，但我会在领导和老师们的关心、支持下，竭尽心力搞好工作，争做一个好老师，以不辜负人类灵魂工程师的光荣美誉。</w:t>
      </w:r>
      <w:r>
        <w:rPr>
          <w:lang w:eastAsia="zh-CN"/>
        </w:rPr>
        <w:br/>
      </w:r>
      <w:r>
        <w:rPr>
          <w:lang w:eastAsia="zh-CN"/>
        </w:rPr>
        <w:t xml:space="preserve">    小学语文研修工作计划 篇12 </w:t>
      </w:r>
      <w:r>
        <w:rPr>
          <w:lang w:eastAsia="zh-CN"/>
        </w:rPr>
        <w:br/>
      </w:r>
      <w:r>
        <w:rPr>
          <w:lang w:eastAsia="zh-CN"/>
        </w:rPr>
        <w:t>　　一、自我分析</w:t>
      </w:r>
      <w:r>
        <w:rPr>
          <w:lang w:eastAsia="zh-CN"/>
        </w:rPr>
        <w:br/>
      </w:r>
      <w:r>
        <w:rPr>
          <w:lang w:eastAsia="zh-CN"/>
        </w:rPr>
        <w:t>　　1、发展优势</w:t>
      </w:r>
      <w:r>
        <w:rPr>
          <w:lang w:eastAsia="zh-CN"/>
        </w:rPr>
        <w:br/>
      </w:r>
      <w:r>
        <w:rPr>
          <w:lang w:eastAsia="zh-CN"/>
        </w:rPr>
        <w:t>　　(1)我热爱教育事业，工作认真踏实，肯吃苦，不怕累，从不计较个人得失，乐于从事教学科研。善于学习，在教学工作中遇到不明白的地方，能积极虚心的向有经验的老师请教。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(2)现有的课堂教学实践经验，能够胜任一年级的语文教学工作，能配合学校做好各项工作。容易接受新事物和新观点，具备一定的的教育科研能力。</w:t>
      </w:r>
      <w:r>
        <w:rPr>
          <w:lang w:eastAsia="zh-CN"/>
        </w:rPr>
        <w:br/>
      </w:r>
      <w:r>
        <w:rPr>
          <w:lang w:eastAsia="zh-CN"/>
        </w:rPr>
        <w:t>　　(3)能够运用现代信息技术，并灵活有效地为教学服务。</w:t>
      </w:r>
      <w:r>
        <w:rPr>
          <w:lang w:eastAsia="zh-CN"/>
        </w:rPr>
        <w:br/>
      </w:r>
      <w:r>
        <w:rPr>
          <w:lang w:eastAsia="zh-CN"/>
        </w:rPr>
        <w:t>　　(4)能正确处理和同事、家长、学生之间的关系。</w:t>
      </w:r>
      <w:r>
        <w:rPr>
          <w:lang w:eastAsia="zh-CN"/>
        </w:rPr>
        <w:br/>
      </w:r>
      <w:r>
        <w:rPr>
          <w:lang w:eastAsia="zh-CN"/>
        </w:rPr>
        <w:t>　　(5)喜欢阅读各类书籍。</w:t>
      </w:r>
      <w:r>
        <w:rPr>
          <w:lang w:eastAsia="zh-CN"/>
        </w:rPr>
        <w:br/>
      </w:r>
      <w:r>
        <w:rPr>
          <w:lang w:eastAsia="zh-CN"/>
        </w:rPr>
        <w:t>　　2、存在的问题</w:t>
      </w:r>
      <w:r>
        <w:rPr>
          <w:lang w:eastAsia="zh-CN"/>
        </w:rPr>
        <w:br/>
      </w:r>
      <w:r>
        <w:rPr>
          <w:lang w:eastAsia="zh-CN"/>
        </w:rPr>
        <w:t>　　(1)驾驭教材的能力、设计课堂教学的能力和教师语言水平有待进一步的提高，对后进生的关注程度不够与范围不够广，理论水平有待提高。</w:t>
      </w:r>
      <w:r>
        <w:rPr>
          <w:lang w:eastAsia="zh-CN"/>
        </w:rPr>
        <w:br/>
      </w:r>
      <w:r>
        <w:rPr>
          <w:lang w:eastAsia="zh-CN"/>
        </w:rPr>
        <w:t>　　(2)对待学生或者工作有时有点急功近利，对待学生耐心还不够。</w:t>
      </w:r>
      <w:r>
        <w:rPr>
          <w:lang w:eastAsia="zh-CN"/>
        </w:rPr>
        <w:br/>
      </w:r>
      <w:r>
        <w:rPr>
          <w:lang w:eastAsia="zh-CN"/>
        </w:rPr>
        <w:t>　　(3)在教学研究中虎头蛇尾，主要是惰于动笔，不善于总结和整理。</w:t>
      </w:r>
      <w:r>
        <w:rPr>
          <w:lang w:eastAsia="zh-CN"/>
        </w:rPr>
        <w:br/>
      </w:r>
      <w:r>
        <w:rPr>
          <w:lang w:eastAsia="zh-CN"/>
        </w:rPr>
        <w:t>　　(4)工作主动性不够，缺乏精益求精的精神，个人专业素养和理论水平均有待于进一步提高，需要加强理论学习。</w:t>
      </w:r>
      <w:r>
        <w:rPr>
          <w:lang w:eastAsia="zh-CN"/>
        </w:rPr>
        <w:br/>
      </w:r>
      <w:r>
        <w:rPr>
          <w:lang w:eastAsia="zh-CN"/>
        </w:rPr>
        <w:t>　　二、个人专业发展计划目标</w:t>
      </w:r>
      <w:r>
        <w:rPr>
          <w:lang w:eastAsia="zh-CN"/>
        </w:rPr>
        <w:br/>
      </w:r>
      <w:r>
        <w:rPr>
          <w:lang w:eastAsia="zh-CN"/>
        </w:rPr>
        <w:t>　　1、根据学校的“先学后教，当堂训练”校本研究，积极投身教育科研的改革与实践，逐步形成先学后教的教学模式，促进教育教学质量的提高，努力提高课堂教学的有效性。</w:t>
      </w:r>
      <w:r>
        <w:rPr>
          <w:lang w:eastAsia="zh-CN"/>
        </w:rPr>
        <w:br/>
      </w:r>
      <w:r>
        <w:rPr>
          <w:lang w:eastAsia="zh-CN"/>
        </w:rPr>
        <w:t>　　2、认真学习新课程标准理念，不断更新教学观念。关注学生个性差异，积极创造和提供满足不同学生学习成长条件的理念落到实处。将学生的发展作为教学活动的出发点和归宿。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3、不断提高自己的专业素质，在教研活动中多多听取他人的意见，平时多听他们的课，学习有价值的教学方式，能上出令人满意的优质课，上出自己独特的风格。</w:t>
      </w:r>
      <w:r>
        <w:rPr>
          <w:lang w:eastAsia="zh-CN"/>
        </w:rPr>
        <w:br/>
      </w:r>
      <w:r>
        <w:rPr>
          <w:lang w:eastAsia="zh-CN"/>
        </w:rPr>
        <w:t>　　4、不断地积累一些上课的经验教训，做好课后反思和案例研究。</w:t>
      </w:r>
      <w:r>
        <w:rPr>
          <w:lang w:eastAsia="zh-CN"/>
        </w:rPr>
        <w:br/>
      </w:r>
      <w:r>
        <w:rPr>
          <w:lang w:eastAsia="zh-CN"/>
        </w:rPr>
        <w:t>　　三、主要措施</w:t>
      </w:r>
      <w:r>
        <w:rPr>
          <w:lang w:eastAsia="zh-CN"/>
        </w:rPr>
        <w:br/>
      </w:r>
      <w:r>
        <w:rPr>
          <w:lang w:eastAsia="zh-CN"/>
        </w:rPr>
        <w:t>　　1、科学备好导学案：针对班级学生情况，每一课都做到“有备而来”，每堂课都在课前做好充分的准备，选择适合学生的教学方法，备出自己的风格。了解每一位学生，针对他们的特点进行预设，争取效果达到。</w:t>
      </w:r>
      <w:r>
        <w:rPr>
          <w:lang w:eastAsia="zh-CN"/>
        </w:rPr>
        <w:br/>
      </w:r>
      <w:r>
        <w:rPr>
          <w:lang w:eastAsia="zh-CN"/>
        </w:rPr>
        <w:t>　　2、纠正学生上课习惯。抓好课堂45分钟才是提高教学质量的关键，如果课堂上总有一小部分学生开小差，不能集中注意力，或者发言时插嘴等，容易导致上课的内容不能完全掌握。所以，教师首要抓的就是上课习惯，利用各种形式来吸引学生上课的注意力，增强他们学习的信心，努力抓牢例题，争取每一位学生都能掌握例题，从而能举一反三。</w:t>
      </w:r>
      <w:r>
        <w:rPr>
          <w:lang w:eastAsia="zh-CN"/>
        </w:rPr>
        <w:br/>
      </w:r>
      <w:r>
        <w:rPr>
          <w:lang w:eastAsia="zh-CN"/>
        </w:rPr>
        <w:t>　　具体做法：抓好阶段性测试，一方面检测学生上课的效率，另一方面通过测试让学生知道只要上课认真听讲就能得高分，从而提高学生学习信心及增加上课认真听讲的动力。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3、增强上课技能，提高教学质量，使讲解清晰化，条理化，准确化，生动化，做到线索清晰，层次分明，言简意赅，深入浅出。在课堂上特别注意调动学生的积极性，加强师生交流，充分体现学生的主体作用，让学生学得容易，学得轻松，学得愉快;注意精讲精练，在课堂上老师讲得尽量少，学生动口动手动脑尽量多;同时在每一堂课上都充分考虑每一个层次的学生学习需求和学习能力，让各个层次的学生都得到提高。</w:t>
      </w:r>
      <w:r>
        <w:rPr>
          <w:lang w:eastAsia="zh-CN"/>
        </w:rPr>
        <w:br/>
      </w:r>
      <w:r>
        <w:rPr>
          <w:lang w:eastAsia="zh-CN"/>
        </w:rPr>
        <w:t>　　4、做好教学反思：反思是我们不断进步的阶梯，在上完每一节课后要及时做好反思工作，想象这节课有哪些灵性迸发的地方，有哪些不足的地方，认真总结。提高自己的教学能力和专业水平。</w:t>
      </w:r>
      <w:r>
        <w:rPr>
          <w:lang w:eastAsia="zh-CN"/>
        </w:rPr>
        <w:br/>
      </w:r>
      <w:r>
        <w:rPr>
          <w:lang w:eastAsia="zh-CN"/>
        </w:rPr>
        <w:t>　　5、认真批改作业：布置作业做到有的放矢。做好课后辅导工作，注意分层教学。</w:t>
      </w:r>
      <w:r>
        <w:rPr>
          <w:lang w:eastAsia="zh-CN"/>
        </w:rPr>
        <w:br/>
      </w:r>
      <w:r>
        <w:rPr>
          <w:lang w:eastAsia="zh-CN"/>
        </w:rPr>
        <w:t>　　6、加强练习教师基本功：备课、说课、三字一画，通过系列的学习与研究使自己成为一位“志存高远、爱岗敬业、为人师表、教书育人、与时俱进”的新型教师。</w:t>
      </w:r>
      <w:r>
        <w:rPr>
          <w:lang w:eastAsia="zh-CN"/>
        </w:rPr>
        <w:br/>
      </w:r>
      <w:r>
        <w:rPr>
          <w:lang w:eastAsia="zh-CN"/>
        </w:rPr>
        <w:t>　　四、具体实施方案</w:t>
      </w:r>
      <w:r>
        <w:rPr>
          <w:lang w:eastAsia="zh-CN"/>
        </w:rPr>
        <w:br/>
      </w:r>
      <w:r>
        <w:rPr>
          <w:lang w:eastAsia="zh-CN"/>
        </w:rPr>
        <w:t>　　1、20__阶段的达成目标：优秀教师</w:t>
      </w:r>
      <w:r>
        <w:rPr>
          <w:lang w:eastAsia="zh-CN"/>
        </w:rPr>
        <w:br/>
      </w:r>
      <w:r>
        <w:rPr>
          <w:lang w:eastAsia="zh-CN"/>
        </w:rPr>
        <w:t>　　(1)巧练课堂教学基本功，确保教育教学质量稳步地向前发展。</w:t>
      </w:r>
      <w:r>
        <w:rPr>
          <w:lang w:eastAsia="zh-CN"/>
        </w:rPr>
        <w:br/>
      </w:r>
      <w:r>
        <w:rPr>
          <w:lang w:eastAsia="zh-CN"/>
        </w:rPr>
        <w:t>　　(2)继续加强本学科专业理论知识的学习和课堂实践能力，进一步提高课堂教学的有效性，努力使自己的课堂成为孩子们所向往的数学王国。</w:t>
      </w:r>
      <w:r>
        <w:rPr>
          <w:lang w:eastAsia="zh-CN"/>
        </w:rPr>
        <w:br/>
      </w:r>
      <w:r>
        <w:rPr>
          <w:lang w:eastAsia="zh-CN"/>
        </w:rPr>
        <w:t>　　(3)具有良好的教学反思能力及发现问题和解决问题能力，能采取切实可行的措施和行为，以适应教育改革和发展。</w:t>
      </w:r>
      <w:r>
        <w:rPr>
          <w:lang w:eastAsia="zh-CN"/>
        </w:rPr>
        <w:br/>
      </w:r>
      <w:r>
        <w:rPr>
          <w:lang w:eastAsia="zh-CN"/>
        </w:rPr>
        <w:t>　　2、20__阶段的实施措施</w:t>
      </w:r>
      <w:r>
        <w:rPr>
          <w:lang w:eastAsia="zh-CN"/>
        </w:rPr>
        <w:br/>
      </w:r>
      <w:r>
        <w:rPr>
          <w:lang w:eastAsia="zh-CN"/>
        </w:rPr>
        <w:t>　　(1)提升个人修养，做一名达标的教师。用人格魅力和深厚的人文素养去影响学生，在工作中“多做”、“多想”、“多听”。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(2)做一名业务上、教学上都过硬的教师，养成善于学习、乐于学习、主动学习的学习习惯，对自己的教学工作的失败与成功注意积累，为自己打造一个具有多元化知识结构的人。善于思考，使自己的教育教学水平有一定的提高。</w:t>
      </w:r>
      <w:r>
        <w:rPr>
          <w:lang w:eastAsia="zh-CN"/>
        </w:rPr>
        <w:br/>
      </w:r>
      <w:r>
        <w:rPr>
          <w:lang w:eastAsia="zh-CN"/>
        </w:rPr>
        <w:t>　　(3)加强教学理论的学习，提高研读教材的能力，研究学生的学习心理，探索提高学生学习能力的有效策略，并组织学生认真做好导学案。</w:t>
      </w:r>
      <w:r>
        <w:rPr>
          <w:lang w:eastAsia="zh-CN"/>
        </w:rPr>
        <w:br/>
      </w:r>
      <w:r>
        <w:rPr>
          <w:lang w:eastAsia="zh-CN"/>
        </w:rPr>
        <w:t>　　(4)加强练习教师基本功：备课、说课、三字一画，不断提升自己的专业素养。</w:t>
      </w:r>
      <w:r>
        <w:rPr>
          <w:lang w:eastAsia="zh-CN"/>
        </w:rPr>
        <w:br/>
      </w:r>
      <w:r>
        <w:rPr>
          <w:lang w:eastAsia="zh-CN"/>
        </w:rPr>
        <w:t>　　总之，面对新的教育课程改革，我时刻告诫自己崇尚一流，拒绝平庸，注重自身创新精神与实践能力,使自己真正成长为不辱使命感、历史责任感的优秀教师，把自己的全部知识、才华和爱心奉献给学生、奉献给教育事业，做一个让家长满意、受学生欢迎的合格的老师。</w:t>
      </w:r>
      <w:r>
        <w:rPr>
          <w:lang w:eastAsia="zh-CN"/>
        </w:rPr>
        <w:br/>
      </w:r>
      <w:r>
        <w:rPr>
          <w:lang w:eastAsia="zh-CN"/>
        </w:rPr>
        <w:t xml:space="preserve">    小学语文研修工作计划 篇13 </w:t>
      </w:r>
      <w:r>
        <w:rPr>
          <w:lang w:eastAsia="zh-CN"/>
        </w:rPr>
        <w:br/>
      </w:r>
      <w:r>
        <w:rPr>
          <w:lang w:eastAsia="zh-CN"/>
        </w:rPr>
        <w:t>　　一、教材分析</w:t>
      </w:r>
      <w:r>
        <w:rPr>
          <w:lang w:eastAsia="zh-CN"/>
        </w:rPr>
        <w:br/>
      </w:r>
    </w:p>
    <w:p w:rsidR="001B1F19" w14:textId="27C3F48A">
      <w:pPr>
        <w:rPr>
          <w:rFonts w:hint="eastAsia"/>
          <w:lang w:eastAsia="zh-CN"/>
        </w:rPr>
      </w:pPr>
      <w:r>
        <w:rPr>
          <w:lang w:eastAsia="zh-CN"/>
        </w:rPr>
        <w:t>　　本册教材共有34篇课文，内容丰富、题材多样、语言生动。每组教材中，每一单元里都有导语，导语非常生动形象的降本单元的主题呈现出来。在阅读课文中，优美流畅的语言非常适合孩子们学习。每单元的“语文园地”包括四——四个栏目，“我的发现”鼓励学生探究发现，引导学生了解汉字构字特点、词语之间的联系以及表达方法和标点应用等知识;“日积月累”引导孩子积累好词佳句;“口语交际”为养学生的口语交际能力;“展示台”为学生展示课内外学习所得的舞台。</w:t>
      </w:r>
      <w:r>
        <w:rPr>
          <w:lang w:eastAsia="zh-CN"/>
        </w:rPr>
        <w:br/>
      </w:r>
      <w:r>
        <w:rPr>
          <w:lang w:eastAsia="zh-CN"/>
        </w:rPr>
        <w:t>　　二、学情分析</w:t>
      </w:r>
      <w:r>
        <w:rPr>
          <w:lang w:eastAsia="zh-CN"/>
        </w:rPr>
        <w:br/>
      </w:r>
      <w:r>
        <w:rPr>
          <w:lang w:eastAsia="zh-CN"/>
        </w:rPr>
        <w:t>　　第一次接触这个新的班集体，对办理各个学生的情况还是一无所知，但我深知一、二年级学生有一个共性的学龄特点，那就是多动。所以每节课中，我一定要把我住前15分钟，争取将教学重点、难点在此时段解决。根据二年级孩子的认知特点、多引导孩子读、写，为孩子以后对语文的学习打好基础。</w:t>
      </w:r>
      <w:r>
        <w:rPr>
          <w:lang w:eastAsia="zh-CN"/>
        </w:rPr>
        <w:br/>
      </w:r>
      <w:r>
        <w:rPr>
          <w:lang w:eastAsia="zh-CN"/>
        </w:rPr>
        <w:t>　　三、教学目标</w:t>
      </w:r>
      <w:r>
        <w:rPr>
          <w:lang w:eastAsia="zh-CN"/>
        </w:rPr>
        <w:br/>
      </w:r>
      <w:r>
        <w:rPr>
          <w:lang w:eastAsia="zh-CN"/>
        </w:rPr>
        <w:t>　　1、继续复习、巩固汉语拼音，借助汉语拼音识字、正音。</w:t>
      </w:r>
      <w:r>
        <w:rPr>
          <w:lang w:eastAsia="zh-CN"/>
        </w:rPr>
        <w:br/>
      </w:r>
      <w:r>
        <w:rPr>
          <w:lang w:eastAsia="zh-CN"/>
        </w:rPr>
        <w:t>　　2、认识450个字，会写350个字。要求认识的字能读准字音，结合词句等语言环境了解意思。要求会写的字则要能读准字音，认清字形，了解意思，正确书写，并练习运用于口头和书面语言表达之中。有主动识字的愿望，在生活中自主识字。养成良好的写字习惯，书写规范、端正、整洁。</w:t>
      </w:r>
      <w:r>
        <w:rPr>
          <w:lang w:eastAsia="zh-CN"/>
        </w:rPr>
        <w:br/>
      </w:r>
      <w:r>
        <w:rPr>
          <w:lang w:eastAsia="zh-CN"/>
        </w:rPr>
        <w:t>　　3、培养学生阅读有兴趣，提高学生朗读能力，能用普通话正确、流利、有感情地朗读课文。</w:t>
      </w:r>
      <w:r>
        <w:rPr>
          <w:lang w:eastAsia="zh-CN"/>
        </w:rPr>
        <w:br/>
      </w:r>
      <w:r>
        <w:rPr>
          <w:lang w:eastAsia="zh-CN"/>
        </w:rPr>
        <w:t>　　4、培养学生写话兴趣，根据表达需要，学习使用逗号、句号、感叹号。</w:t>
      </w:r>
      <w:r>
        <w:rPr>
          <w:lang w:eastAsia="zh-CN"/>
        </w:rPr>
        <w:br/>
      </w:r>
      <w:r>
        <w:rPr>
          <w:lang w:eastAsia="zh-CN"/>
        </w:rPr>
        <w:t>　　四、教学措施：</w:t>
      </w:r>
      <w:r>
        <w:rPr>
          <w:lang w:eastAsia="zh-CN"/>
        </w:rPr>
        <w:br/>
      </w:r>
      <w:r>
        <w:rPr>
          <w:lang w:eastAsia="zh-CN"/>
        </w:rPr>
        <w:t>　　1、灵活运用教学方法，让学生快乐学习，把主动权交给学生，使学生大胆地进行尝试学习。</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https://d.book118.com/516151030015010052</w:t>
        </w:r>
      </w:hyperlink>
    </w:p>
    <w:p w:rsidR="001B1F19">
      <w:pPr>
        <w:rPr>
          <w:rFonts w:hint="eastAsia"/>
          <w:lang w:eastAsia="zh-CN"/>
        </w:rPr>
      </w:pPr>
    </w:p>
    <w:sectPr>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16151030015010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