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英语教师个人工作总结范文参考（35篇）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 xml:space="preserve">     </w:t>
      </w:r>
      <w:r>
        <w:rPr>
          <w:lang w:eastAsia="zh-CN"/>
        </w:rPr>
        <w:br/>
      </w:r>
      <w:r>
        <w:rPr>
          <w:lang w:eastAsia="zh-CN"/>
        </w:rPr>
        <w:t xml:space="preserve">    英语教师个人工作总结范文参考 篇3 </w:t>
      </w:r>
      <w:r>
        <w:rPr>
          <w:lang w:eastAsia="zh-CN"/>
        </w:rPr>
        <w:br/>
      </w:r>
      <w:r>
        <w:rPr>
          <w:lang w:eastAsia="zh-CN"/>
        </w:rPr>
        <w:t>　　时光荏苒，在忙忙碌碌中送走了_年，这一学期对我来说还是收获满满的。</w:t>
      </w:r>
      <w:r>
        <w:rPr>
          <w:lang w:eastAsia="zh-CN"/>
        </w:rPr>
        <w:br/>
      </w:r>
      <w:r>
        <w:rPr>
          <w:lang w:eastAsia="zh-CN"/>
        </w:rPr>
        <w:t>　　首先，我大胆尝试参照课本，使用课本配套教学光盘教学。作为新教师，最初无法通过丰富的教学经验来准确选择适合不同班级的教学方法，只能通过学习和尝试、反思来摸索。这一学期我不再像第一年那样，对着课本逐词逐句教学，而是按照课本配套光盘中ppt的内容教学。这些ppt由一批熟知英语课程标准和上海牛津英语教学模式的老师们精心设计，新手教师使用这些ppt教学，真是教学相长啊！学生、老师都受益。使用这些ppt一整学期，我感知了其中好的教学方法，明白小学英语教学与之前所接触的高中英语教学的巨大差别。下学期我会针对ppt中一些设计精美但在常规课堂上开展浪费时间的教学活动做调整，争取常规课堂中语言教学与语言训练更加相得益彰，并对一学年的配套ppt教学的效果做一些研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其次，我接受工作室主持人韦老师的建议，争取早日开展校级以上的公开课。虽然我观摩过很多优秀教师的课堂，但自己没有任何磨课和开展校级以上公开课的经历。为了即将开展的这次公开课，我在学校积极练兵，开展了一次校级公开课。只是资源有限，唯一的学习材料是自己录制的公开课视频。希望自己有更多的办法，让观摩经验和实战经验都能up，up！</w:t>
      </w:r>
      <w:r>
        <w:rPr>
          <w:lang w:eastAsia="zh-CN"/>
        </w:rPr>
        <w:br/>
      </w:r>
      <w:r>
        <w:rPr>
          <w:lang w:eastAsia="zh-CN"/>
        </w:rPr>
        <w:t>　　最后，这一学期初，我的论文《农村小学高年级英语“交互阅读”教学的实证研究》在芜湖市小学英语教育教学论文比赛中获得市级二等奖，无缘省级比赛。不知是否是自己的经验和才气不足，总之这个成绩有上升的空间。希望在接下来的教学与学习中，自己百尺竿头，更近一步！</w:t>
      </w:r>
      <w:r>
        <w:rPr>
          <w:lang w:eastAsia="zh-CN"/>
        </w:rPr>
        <w:br/>
      </w:r>
      <w:r>
        <w:rPr>
          <w:lang w:eastAsia="zh-CN"/>
        </w:rPr>
        <w:t>　　以上是我这学期最深的三点感受，在此总结。</w:t>
      </w:r>
      <w:r>
        <w:rPr>
          <w:lang w:eastAsia="zh-CN"/>
        </w:rPr>
        <w:br/>
      </w:r>
      <w:r>
        <w:rPr>
          <w:lang w:eastAsia="zh-CN"/>
        </w:rPr>
        <w:t xml:space="preserve">    英语教师个人工作总结范文参考 篇4 </w:t>
      </w:r>
      <w:r>
        <w:rPr>
          <w:lang w:eastAsia="zh-CN"/>
        </w:rPr>
        <w:br/>
      </w:r>
      <w:r>
        <w:rPr>
          <w:lang w:eastAsia="zh-CN"/>
        </w:rPr>
        <w:t>　　(一) 思想政治方面</w:t>
      </w:r>
      <w:r>
        <w:rPr>
          <w:lang w:eastAsia="zh-CN"/>
        </w:rPr>
        <w:br/>
      </w:r>
      <w:r>
        <w:rPr>
          <w:lang w:eastAsia="zh-CN"/>
        </w:rPr>
        <w:t>　　在本学年的教学工作中，我积极响应学校的各项号召，积极参加政治学习，认真领会学习内容，及时更新教育理念积极参加校本培训，并做了大量的政治笔记和理论笔记。新的教育形式不允许我们在课堂上重复讲述，我们必须具有先进的教育观念，才能适应教育的发展。 自始至终我一直以认真、严谨的工作态度，勤恳、坚持不懈的工作精神从事英语教学。以教师职业道德规范为准，严格要求自己。思想积极向上，要求进步。在教学中，能够做到为人师表，关爱学生，帮助学生对英语学习充满学习热情和信心，以健康文明的形象言传身教。</w:t>
      </w:r>
      <w:r>
        <w:rPr>
          <w:lang w:eastAsia="zh-CN"/>
        </w:rPr>
        <w:br/>
      </w:r>
      <w:r>
        <w:rPr>
          <w:lang w:eastAsia="zh-CN"/>
        </w:rPr>
        <w:t>　　(二) 教育教学工作方面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课堂中我积极推进素质教育，力求体现三个面向的指导思想。目的是使学生体会英语与大自然及人类社会的密切联系;体会英语的价值，增强理解英语和运用英语的信心;初步学会应用英语的思维方式去观察，分析，解决日常生活中的问题;形成勇于探索，勇于创新的科学精神;获得适应未来社会生活和进一步发展所必需的重要英语事实和必要的应用技能。对教学工作我从不敢怠慢，认真学习，勤于</w:t>
      </w:r>
      <w:r>
        <w:rPr>
          <w:lang w:eastAsia="zh-CN"/>
        </w:rPr>
        <w:br/>
      </w:r>
      <w:r>
        <w:rPr>
          <w:lang w:eastAsia="zh-CN"/>
        </w:rPr>
        <w:t>　　钻研，注重在实践中积极探索新的教学方式，潜心研究英语课堂教学，深刻领会新课改的理念，注重激发和培养学生学习英语的兴趣，自制教具，开展英语特长活动等，使学生在轻松、愉快的氛围中学习和运用语言，树立学习英语的自信心，注重形成性评价在英语教学中的运用，并能够及时总结经验，提高自己的科研水平。由于课堂教学扎实有效，形成了独特的教学风格，多次为市英语学科做教学研究课。在开展教研活动时，我积极出课，毫不保留，并主动带动其他英语教师成长，受到了领导的好评。由于自己不懈地努力，加之校领导的支持与帮助上。这学期，我教的学生英语学习成绩仍然很好，今后，我要更加努力，使这个班的英语水平再提高一个档次。</w:t>
      </w:r>
      <w:r>
        <w:rPr>
          <w:lang w:eastAsia="zh-CN"/>
        </w:rPr>
        <w:br/>
      </w:r>
      <w:r>
        <w:rPr>
          <w:lang w:eastAsia="zh-CN"/>
        </w:rPr>
        <w:t>　　(三) 业务素质方面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为了适应课改的需要，我不断地钻研新的教学理念，探索新的教学方法，不断将自己的所学运用到课堂教学之中，并取得了很好的教学效果，多次在市、校做英语教学设计课，受到了一致的好评。我积极参加学校组织的业务学习和市里组织的各项英语培训，认真学习，领会其精神实质，学习先进的教学理念、教学方法。并积极与我校的其他英语教师研究教材、教法，同时，对她们在教学中感到疑惑不解的地方，我也能毫不保留地发表自己的见解，以此来共同提高业务水平。假期，我还认真学习英语专业，使自己能够切实提高专业水平。</w:t>
      </w:r>
      <w:r>
        <w:rPr>
          <w:lang w:eastAsia="zh-CN"/>
        </w:rPr>
        <w:br/>
      </w:r>
      <w:r>
        <w:rPr>
          <w:lang w:eastAsia="zh-CN"/>
        </w:rPr>
        <w:t xml:space="preserve">    英语教师个人工作总结范文参考 篇5 </w:t>
      </w:r>
      <w:r>
        <w:rPr>
          <w:lang w:eastAsia="zh-CN"/>
        </w:rPr>
        <w:br/>
      </w:r>
      <w:r>
        <w:rPr>
          <w:lang w:eastAsia="zh-CN"/>
        </w:rPr>
        <w:t>　　本学期我担任初三两个班级的英语课，面对两个毕业班的教学情况，本人感到责任的重大，因此做了大量的工作，使部分学生的成绩有所提高。后来通过和上海共康中学及常州西藏民族中学的老师交流中，又得知今年中考的教材与我们所教的教材不一致，本人也曾经由于压力太大而失去信心，但是看到学生们被提高起来的学习积极性和领导对我的信任，深深感到肩上责任的重大，于是工作上更加尽心尽力，首先想方设法托学生家长从河北买来河北专供西藏的教材，认真分析，对比了和原来教材的不同之处，作好知识的归纳总结，除了课堂时间外，有时还利用中午、晚上、以及星期天的时间和学生一起作好词汇及知识点的过关工作。总之，本学期主要做了以下工作。</w:t>
      </w:r>
      <w:r>
        <w:rPr>
          <w:lang w:eastAsia="zh-CN"/>
        </w:rPr>
        <w:br/>
      </w:r>
      <w:r>
        <w:rPr>
          <w:lang w:eastAsia="zh-CN"/>
        </w:rPr>
        <w:t>　　一、面向全体学生，为学生全面发展和终身发展奠定基础</w:t>
      </w:r>
      <w:r>
        <w:rPr>
          <w:lang w:eastAsia="zh-CN"/>
        </w:rPr>
        <w:br/>
      </w:r>
      <w:r>
        <w:rPr>
          <w:lang w:eastAsia="zh-CN"/>
        </w:rPr>
        <w:t>　　1.创设各种情景，鼓励学生大胆地使用英语，对他们在学习过程中的失误和错误采取宽容的态度。</w:t>
      </w:r>
      <w:r>
        <w:rPr>
          <w:lang w:eastAsia="zh-CN"/>
        </w:rPr>
        <w:br/>
      </w:r>
      <w:r>
        <w:rPr>
          <w:lang w:eastAsia="zh-CN"/>
        </w:rPr>
        <w:t>　　2.为学生提供自主学习和直接交流的机会，为学生创造了学生充分表现自我的条件。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3.鼓励学生通过体验、实践、合作、探索等方式，发展听、说、读、写的综合能力。</w:t>
      </w:r>
      <w:r>
        <w:rPr>
          <w:lang w:eastAsia="zh-CN"/>
        </w:rPr>
        <w:br/>
      </w:r>
      <w:r>
        <w:rPr>
          <w:lang w:eastAsia="zh-CN"/>
        </w:rPr>
        <w:t>　　4.创造条件让学生能够探究他们自己的一些问题，并自主解决问题。</w:t>
      </w:r>
      <w:r>
        <w:rPr>
          <w:lang w:eastAsia="zh-CN"/>
        </w:rPr>
        <w:br/>
      </w:r>
      <w:r>
        <w:rPr>
          <w:lang w:eastAsia="zh-CN"/>
        </w:rPr>
        <w:t>　　二、关注学生情感，创造民主、和谐的教学气氛。</w:t>
      </w:r>
      <w:r>
        <w:rPr>
          <w:lang w:eastAsia="zh-CN"/>
        </w:rPr>
        <w:br/>
      </w:r>
      <w:r>
        <w:rPr>
          <w:lang w:eastAsia="zh-CN"/>
        </w:rPr>
        <w:t>　　学生只有对自己、对英语及其文化有积极的情态，才能保持英语学习的动力并取得成绩，刻板的情态，不仅会影响英语学习的效果，还会影响其它发展，情态是学好英语的重要因素，因此我努力创造宽松民主、和谐的教学空间，做到：</w:t>
      </w:r>
      <w:r>
        <w:rPr>
          <w:lang w:eastAsia="zh-CN"/>
        </w:rPr>
        <w:br/>
      </w:r>
      <w:r>
        <w:rPr>
          <w:lang w:eastAsia="zh-CN"/>
        </w:rPr>
        <w:t>　　1.尊重每个学生，积极鼓励他们在学习中的尝试，保护他们的自尊心和积极性。</w:t>
      </w:r>
      <w:r>
        <w:rPr>
          <w:lang w:eastAsia="zh-CN"/>
        </w:rPr>
        <w:br/>
      </w:r>
      <w:r>
        <w:rPr>
          <w:lang w:eastAsia="zh-CN"/>
        </w:rPr>
        <w:t>　　2.把英语教学与情态有机地结合起来，创造各种合作学习的活动，促进学生互相学习，互相帮助，体验成就感，发展合作精神。</w:t>
      </w:r>
      <w:r>
        <w:rPr>
          <w:lang w:eastAsia="zh-CN"/>
        </w:rPr>
        <w:br/>
      </w:r>
      <w:r>
        <w:rPr>
          <w:lang w:eastAsia="zh-CN"/>
        </w:rPr>
        <w:t>　　3.关注学习有困难的或性格内向的学习，尽可能地为他们创造语言的机会。</w:t>
      </w:r>
      <w:r>
        <w:rPr>
          <w:lang w:eastAsia="zh-CN"/>
        </w:rPr>
        <w:br/>
      </w:r>
      <w:r>
        <w:rPr>
          <w:lang w:eastAsia="zh-CN"/>
        </w:rPr>
        <w:t>　　4.建立融洽、民主的师生交流渠道，经常和学生一起反思学习过程和学习效果，互相鼓励和帮助，做到教学相关。</w:t>
      </w:r>
      <w:r>
        <w:rPr>
          <w:lang w:eastAsia="zh-CN"/>
        </w:rPr>
        <w:br/>
      </w:r>
      <w:r>
        <w:rPr>
          <w:lang w:eastAsia="zh-CN"/>
        </w:rPr>
        <w:t>　　三、加强对学生学习策略的指导，让他们在学习和适用的过程中逐步学会如何学习做到：</w:t>
      </w:r>
      <w:r>
        <w:rPr>
          <w:lang w:eastAsia="zh-CN"/>
        </w:rPr>
        <w:br/>
      </w:r>
      <w:r>
        <w:rPr>
          <w:lang w:eastAsia="zh-CN"/>
        </w:rPr>
        <w:t>　　1.积极创造条件，让学生参与到阶段性学习目标，以及实现目标的方法。</w:t>
      </w:r>
      <w:r>
        <w:rPr>
          <w:lang w:eastAsia="zh-CN"/>
        </w:rPr>
        <w:br/>
      </w:r>
      <w:r>
        <w:rPr>
          <w:lang w:eastAsia="zh-CN"/>
        </w:rPr>
        <w:t>　　2.引导学生结合语境，采用推测、查阅和协调的方法进行学习。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3.引导学生在学习过程中，进行自我评价，并根据需要调整自己的学习目标和学习策略。</w:t>
      </w:r>
      <w:r>
        <w:rPr>
          <w:lang w:eastAsia="zh-CN"/>
        </w:rPr>
        <w:br/>
      </w:r>
      <w:r>
        <w:rPr>
          <w:lang w:eastAsia="zh-CN"/>
        </w:rPr>
        <w:t>　　四、对学生进行有效的评价。</w:t>
      </w:r>
      <w:r>
        <w:rPr>
          <w:lang w:eastAsia="zh-CN"/>
        </w:rPr>
        <w:br/>
      </w:r>
      <w:r>
        <w:rPr>
          <w:lang w:eastAsia="zh-CN"/>
        </w:rPr>
        <w:t>　　评价可以使学生认识自我，树立自信，有助于反思及调整自己的学习过程，评价或采用测验及非测验形式，平时重视形成性评价，对学生回答学习过程中的表现所改进的诚绩，及反映的情感、态度、策略某方面进行及时的评价，如有口头评价、等级评价、学生之间互相评价等方法，充分发觉学生的进步，鼓励学生自我反思，自我提高，测验以学生综合运用能力为目标，侧重于学生理解和获取信息，能力减少客观题，增加主观题，通过评价学生学会分析自己的成绩和不足，明确努力方向。</w:t>
      </w:r>
      <w:r>
        <w:rPr>
          <w:lang w:eastAsia="zh-CN"/>
        </w:rPr>
        <w:br/>
      </w:r>
      <w:r>
        <w:rPr>
          <w:lang w:eastAsia="zh-CN"/>
        </w:rPr>
        <w:t xml:space="preserve">    英语教师个人工作总结范文参考 篇6 </w:t>
      </w:r>
      <w:r>
        <w:rPr>
          <w:lang w:eastAsia="zh-CN"/>
        </w:rPr>
        <w:br/>
      </w:r>
      <w:r>
        <w:rPr>
          <w:lang w:eastAsia="zh-CN"/>
        </w:rPr>
        <w:t>　　时光荏苒，半个学期在不经意间已经悄悄的滑过，这学期是我仍然担任四年级4个班的英语教学。由于我还是一名年轻教师，因此，我对教学工作不敢怠慢，认真学习，深入研究教法，虚心向前辈学习。经过半个学期的努力，获取了很多宝贵的教学经验。以下是我在本学期的教学情况。</w:t>
      </w:r>
      <w:r>
        <w:rPr>
          <w:lang w:eastAsia="zh-CN"/>
        </w:rPr>
        <w:br/>
      </w:r>
      <w:r>
        <w:rPr>
          <w:lang w:eastAsia="zh-CN"/>
        </w:rPr>
        <w:t>　　一、做到了认真备课。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不但备学生而且备教材备教法，根据教材内容，针对不同年级教学目标的不同：让四年级学生在培养兴趣的基础上训练学生认读单词的能力，还让学生试着模仿教材书写单词；让他们在保持兴趣的基础上学习新知识，加大听写单词的力度。设计课的类型，拟定采用的教学方法，并对教学过程的程序及时间安排都作了详细的记录，认真写好教案。对每一课都做到"有备而来"，课后及时对该课做出总结。</w:t>
      </w:r>
      <w:r>
        <w:rPr>
          <w:lang w:eastAsia="zh-CN"/>
        </w:rPr>
        <w:br/>
      </w:r>
      <w:r>
        <w:rPr>
          <w:lang w:eastAsia="zh-CN"/>
        </w:rPr>
        <w:t>　　二、增强上课技能，提高教学质量，使讲解清晰化，准确化，情感化，生动化，做到线索清晰，层次分明，深入浅出。</w:t>
      </w:r>
      <w:r>
        <w:rPr>
          <w:lang w:eastAsia="zh-CN"/>
        </w:rPr>
        <w:br/>
      </w:r>
      <w:r>
        <w:rPr>
          <w:lang w:eastAsia="zh-CN"/>
        </w:rPr>
        <w:t>　　在课堂上特别注意调动学生的积极性，加强师生交流，充分体现学生的主作用，基本做到了让学生学得容易，学得轻松，学得愉快；注意精讲精练，在课堂上我讲得尽量少，让学生有更多动口动手动脑的机会；同时在每一堂课上都充分考虑每一个层次的学生学习需求和学习能力，让各个层次的学生都得到提高。</w:t>
      </w:r>
      <w:r>
        <w:rPr>
          <w:lang w:eastAsia="zh-CN"/>
        </w:rPr>
        <w:br/>
      </w:r>
      <w:r>
        <w:rPr>
          <w:lang w:eastAsia="zh-CN"/>
        </w:rPr>
        <w:t>　　三、虚心请教。</w:t>
      </w:r>
      <w:r>
        <w:rPr>
          <w:lang w:eastAsia="zh-CN"/>
        </w:rPr>
        <w:br/>
      </w:r>
      <w:r>
        <w:rPr>
          <w:lang w:eastAsia="zh-CN"/>
        </w:rPr>
        <w:t>　　这学期我很荣幸的`派去天津讲课，学习他们的方法，学习 别人的优点，克服自己的不足。</w:t>
      </w:r>
      <w:r>
        <w:rPr>
          <w:lang w:eastAsia="zh-CN"/>
        </w:rPr>
        <w:br/>
      </w:r>
      <w:r>
        <w:rPr>
          <w:lang w:eastAsia="zh-CN"/>
        </w:rPr>
        <w:t>　　四、认真批改作业：</w:t>
      </w:r>
      <w:r>
        <w:rPr>
          <w:lang w:eastAsia="zh-CN"/>
        </w:rPr>
        <w:br/>
      </w:r>
      <w:r>
        <w:rPr>
          <w:lang w:eastAsia="zh-CN"/>
        </w:rPr>
        <w:t>　　布置作业做到精读精练。有针对性，有层次性。</w:t>
      </w:r>
      <w:r>
        <w:rPr>
          <w:lang w:eastAsia="zh-CN"/>
        </w:rPr>
        <w:br/>
      </w:r>
      <w:r>
        <w:rPr>
          <w:lang w:eastAsia="zh-CN"/>
        </w:rPr>
        <w:t>　　对学生的作业批改及时、认真，分析并记录学生的作业情况，将他们在作业过程出现的问题做出分类总结，进行透彻的评讲，并针对有关情况及时改进教学方法，做到有的放矢。</w:t>
      </w:r>
      <w:r>
        <w:rPr>
          <w:lang w:eastAsia="zh-CN"/>
        </w:rPr>
        <w:br/>
      </w:r>
      <w:r>
        <w:rPr>
          <w:lang w:eastAsia="zh-CN"/>
        </w:rPr>
        <w:t>　　五、坚持用英语组织课堂教学。</w:t>
      </w:r>
      <w:r>
        <w:rPr>
          <w:lang w:eastAsia="zh-CN"/>
        </w:rPr>
        <w:br/>
      </w:r>
      <w:r>
        <w:rPr>
          <w:lang w:eastAsia="zh-CN"/>
        </w:rPr>
        <w:t>　　目前，由于课堂仍是绝大部分学生学习英语、使用英语唯一的方式和场所，我坚持多用英语与学生交流，为学生营造良好的学习语言的环境。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总之，一学期的教学工作自己付出了很多，收到的回报也很多：领导的信任，使我精力充分；同事的帮助，使我干劲十足；学生的渴求，使我信心倍增。我会努力弥补自己在教学中的不足，力争在今后的英语教学工作中取得更好的成绩。</w:t>
      </w:r>
      <w:r>
        <w:rPr>
          <w:lang w:eastAsia="zh-CN"/>
        </w:rPr>
        <w:br/>
      </w:r>
      <w:r>
        <w:rPr>
          <w:lang w:eastAsia="zh-CN"/>
        </w:rPr>
        <w:t xml:space="preserve">    英语教师个人工作总结范文参考 篇7 </w:t>
      </w:r>
      <w:r>
        <w:rPr>
          <w:lang w:eastAsia="zh-CN"/>
        </w:rPr>
        <w:br/>
      </w:r>
      <w:r>
        <w:rPr>
          <w:lang w:eastAsia="zh-CN"/>
        </w:rPr>
        <w:t>　　本学期我担任高一（1）班的英语教学。由于刚刚调进__初中，对新环境、新教材的教学要求知之甚少，加上多年未教高一，教学上遇到前所未有的挑战。因此，本人虚心请教同行、潜心研究教法、在实践中摸索前进。经过一个学期的努力，学到了很多教学经验，也取得了应有的成绩。以下是对本学期教学情况的简要总结。</w:t>
      </w:r>
      <w:r>
        <w:rPr>
          <w:lang w:eastAsia="zh-CN"/>
        </w:rPr>
        <w:br/>
      </w:r>
      <w:r>
        <w:rPr>
          <w:lang w:eastAsia="zh-CN"/>
        </w:rPr>
        <w:t>　　一、培养英语学习兴趣</w:t>
      </w:r>
      <w:r>
        <w:rPr>
          <w:lang w:eastAsia="zh-CN"/>
        </w:rPr>
        <w:br/>
      </w:r>
      <w:r>
        <w:rPr>
          <w:lang w:eastAsia="zh-CN"/>
        </w:rPr>
        <w:t>　　英语作为一门外语，对大多数学生而言，既生疏又困难。在这样一种大环境之下，要教好英语，就要让学生喜爱英语，让他们对英语产生兴趣。为此，我采取了一些方法，如尽多使用多媒体设备进行教学；开展形式多样、生动活泼的课堂语言实践活动；介绍英美国家的文化，生活故事；帮助班上的同学改英文名等等。使他们了解英语、喜欢英语，从而培养了学生学习英语的兴趣。目前，我们班学生对英语学习的兴趣始终稳定在较高水平。</w:t>
      </w:r>
      <w:r>
        <w:rPr>
          <w:lang w:eastAsia="zh-CN"/>
        </w:rPr>
        <w:br/>
      </w:r>
      <w:r>
        <w:rPr>
          <w:lang w:eastAsia="zh-CN"/>
        </w:rPr>
        <w:t>　　二、认真备课、上课，改进教学方式、注重辅导学法</w:t>
      </w:r>
      <w:r>
        <w:rPr>
          <w:lang w:eastAsia="zh-CN"/>
        </w:rPr>
        <w:br/>
      </w:r>
      <w:r>
        <w:rPr>
          <w:lang w:eastAsia="zh-CN"/>
        </w:rPr>
        <w:t>　　在集体备课的基础上，我能自觉钻研教材、研究学生，进行二次备课。虽然辛苦，但事实证明是值得的。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教态自然、讲课生动、难易适中、照顾全部，课堂就能够吸引住学生。本人能做到每天都有积极的精神状态，让学生感受到一种积极的学习气氛。工作总结读时，我坚持到班辅导，发现问题及时纠正。课后坚持认真批改学生作业，发现问题及时解决。对部分不自觉的同学还采取强硬背诵等方式，以打好他们的高一基础。</w:t>
      </w:r>
      <w:r>
        <w:rPr>
          <w:lang w:eastAsia="zh-CN"/>
        </w:rPr>
        <w:br/>
      </w:r>
      <w:r>
        <w:rPr>
          <w:lang w:eastAsia="zh-CN"/>
        </w:rPr>
        <w:t>　　三、做好“培优转差”</w:t>
      </w:r>
      <w:r>
        <w:rPr>
          <w:lang w:eastAsia="zh-CN"/>
        </w:rPr>
        <w:br/>
      </w:r>
      <w:r>
        <w:rPr>
          <w:lang w:eastAsia="zh-CN"/>
        </w:rPr>
        <w:t>　　按以往经验，学生在英语学习进入一定阶段后，会出现好差分化现象，尤其是7A教材开始启用、学习难度加深以后。为此，我制定了具体的“培优转差”计划和目标，对这部分同学进行有计划的辅导。例如我把这批同学分为三个组。第一组是有一定基础，但平时懒动脑筋不学的同学，对这些同学，我采取集体辅导，给他们分配固定任务，不让他们有偷懒的机会，让他们发挥应有水平；第二组是肯学、但学习能力不强的同学。对这部分同学进行耐心指导，多加鼓励，慢慢提高他们的成绩；第三组是纪律松散、基础不好、学习又不认真的同学。对这部分人进行课余时间个别辅导。由于实施了分类辅导，针对性强，效果比较明显。</w:t>
      </w:r>
      <w:r>
        <w:rPr>
          <w:lang w:eastAsia="zh-CN"/>
        </w:rPr>
        <w:br/>
      </w:r>
      <w:r>
        <w:rPr>
          <w:lang w:eastAsia="zh-CN"/>
        </w:rPr>
        <w:t>　　一个学期的努力效果如何，期末考试就是一种考验了。无论成绩高低，都体现了我在这学期的教学成果。我明白到这并不是最重要的，重要的是这学期本人确实学到很多，重要的是如何总结得失，以期在下学期后做得更好。因此，无论怎样辛苦，我都会继续努力，多问、多想、多向书本、专家、同行学习，争取更大的进步。</w:t>
      </w:r>
      <w:r>
        <w:rPr>
          <w:lang w:eastAsia="zh-CN"/>
        </w:rPr>
        <w:br/>
      </w:r>
      <w:r>
        <w:rPr>
          <w:lang w:eastAsia="zh-CN"/>
        </w:rPr>
        <w:t xml:space="preserve">    英语教师个人工作总结范文参考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转眼间，一个学期已经过去，这学期以来，本人一贯拥护党的教育方针，忠诚党的教育事业，在自己的岗位上尽职尽责，兢兢业业，为人师表。本学期我担任三（1）班和六（1）班两个班的英语教学工作，在教学中我严格遵从教学的五个环节，课前认真备课，做到既备教材，又备学生，因材施教，努力实施课堂改革，积极探索小学英语快乐课堂，小学阶段英语教学的目的是：激发学生学习英语的兴趣，培养学生学习英语的积极性，使他们树立学习英语的自信心，同时培养学生一定的语感和良好的语音、语调基础，为进一步学习打下基础。在英语课堂教学中，如何创设良好的学习氛围、激发学生的兴趣是搞好小学英语教学的重要一环。下面结合本学期教学实践总结一下教学情况如下：</w:t>
      </w:r>
      <w:r>
        <w:rPr>
          <w:lang w:eastAsia="zh-CN"/>
        </w:rPr>
        <w:br/>
      </w:r>
      <w:r>
        <w:rPr>
          <w:lang w:eastAsia="zh-CN"/>
        </w:rPr>
        <w:t>　　一、认真备课、面向全体授课</w:t>
      </w:r>
      <w:r>
        <w:rPr>
          <w:lang w:eastAsia="zh-CN"/>
        </w:rPr>
        <w:br/>
      </w:r>
      <w:r>
        <w:rPr>
          <w:lang w:eastAsia="zh-CN"/>
        </w:rPr>
        <w:t>　　在教学中，认真备课，认真阅读各种教科参考书，结合自己的教学经验与学生的学习情况，认真编写好教案制定好教学计划，并不断地加以改善修改，在传授学生知识的同时，关心爱护学生，特别是差生，课堂密切注意他们，教育他们求学勿半途而废，在思想教育的同时，还耐心地辅导学生复习遗漏知识。使他们的学习成绩跟上班里的其他同学，帮助他们树立学好各门知识的信心。</w:t>
      </w:r>
      <w:r>
        <w:rPr>
          <w:lang w:eastAsia="zh-CN"/>
        </w:rPr>
        <w:br/>
      </w:r>
      <w:r>
        <w:rPr>
          <w:lang w:eastAsia="zh-CN"/>
        </w:rPr>
        <w:t>　　二、优化课堂教学，努力提高课堂效率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在课堂上，认真授课，运用实物教具、简笔画，情景教学、手势语言等方法来启发、教育学生。教学生做游戏、唱英语歌等来激发学生的学习兴趣。鼓励学生大胆质疑，注重以学生为主体、教师为导的教学方法，充分调动学生的学习积极性。学生有疑难和不懂读的地方，我总是不厌其烦地讲解、分析、带读，力争让他们学了就懂，懂了会用。</w:t>
      </w:r>
      <w:r>
        <w:rPr>
          <w:lang w:eastAsia="zh-CN"/>
        </w:rPr>
        <w:br/>
      </w:r>
      <w:r>
        <w:rPr>
          <w:lang w:eastAsia="zh-CN"/>
        </w:rPr>
        <w:t>　　2、在批改作业方面。学生的作业总是及时地批改，并详细地做好批注，对普遍性错误，在全班重复讲解、分析。针对个别学生的作业还采取面批方法，一一地分析讲解、帮助学生解决疑难习题，大大提高了教学质量。</w:t>
      </w:r>
      <w:r>
        <w:rPr>
          <w:lang w:eastAsia="zh-CN"/>
        </w:rPr>
        <w:br/>
      </w:r>
      <w:r>
        <w:rPr>
          <w:lang w:eastAsia="zh-CN"/>
        </w:rPr>
        <w:t>　　3、在听力方面。为提高学生的听力水平，常让学生听英语歌曲及英语会话的录音磁带，还让学生表演对话，背书。</w:t>
      </w:r>
      <w:r>
        <w:rPr>
          <w:lang w:eastAsia="zh-CN"/>
        </w:rPr>
        <w:br/>
      </w:r>
      <w:r>
        <w:rPr>
          <w:lang w:eastAsia="zh-CN"/>
        </w:rPr>
        <w:t>　　总之，一学期以来，我努力做好各项教学工作，孜孜不倦地传授给学生各种英语会话知识，努力开发快乐课堂，取得了一定的成效，学生的成绩也有了很大的提高。</w:t>
      </w:r>
      <w:r>
        <w:rPr>
          <w:lang w:eastAsia="zh-CN"/>
        </w:rPr>
        <w:br/>
      </w:r>
      <w:r>
        <w:rPr>
          <w:lang w:eastAsia="zh-CN"/>
        </w:rPr>
        <w:t xml:space="preserve">    英语教师个人工作总结范文参考 篇9 </w:t>
      </w:r>
      <w:r>
        <w:rPr>
          <w:lang w:eastAsia="zh-CN"/>
        </w:rPr>
        <w:br/>
      </w:r>
      <w:r>
        <w:rPr>
          <w:lang w:eastAsia="zh-CN"/>
        </w:rPr>
        <w:t>　　本学期，我继续担任八年级（15）和八年级（16）班的英语教学，一学期的时光转瞬即逝，回顾这一学期的工作，有收获的喜悦，也有挫折的失落，现将一学期的工作做一总结：</w:t>
      </w:r>
      <w:r>
        <w:rPr>
          <w:lang w:eastAsia="zh-CN"/>
        </w:rPr>
        <w:br/>
      </w:r>
      <w:r>
        <w:rPr>
          <w:lang w:eastAsia="zh-CN"/>
        </w:rPr>
        <w:t>　　一、学生的基本情况：</w:t>
      </w:r>
      <w:r>
        <w:rPr>
          <w:lang w:eastAsia="zh-CN"/>
        </w:rPr>
        <w:br/>
      </w:r>
      <w:r>
        <w:rPr>
          <w:lang w:eastAsia="zh-CN"/>
        </w:rPr>
        <w:t>　　总的来说，两个班级都存在着两极分化的现象。八年级（15）班的学生上课不是很活跃，但是学生们听课与记笔记的能力很强；而八年级（16）班的学生上课气氛很好，但是不善记笔记。</w:t>
      </w:r>
      <w:r>
        <w:rPr>
          <w:lang w:eastAsia="zh-CN"/>
        </w:rPr>
        <w:br/>
      </w:r>
      <w:r>
        <w:rPr>
          <w:lang w:eastAsia="zh-CN"/>
        </w:rPr>
        <w:t>　　二、抓好学生的学习思想，提高学生的学习质量</w:t>
      </w:r>
      <w:r>
        <w:rPr>
          <w:lang w:eastAsia="zh-CN"/>
        </w:rPr>
        <w:br/>
      </w:r>
      <w:r>
        <w:rPr>
          <w:lang w:eastAsia="zh-CN"/>
        </w:rPr>
        <w:t>　　1、以教书育人为本，对学生进行品德的学习教育，特别是个别后进生，关心他们的思想和学习情况，鼓励他们的学习。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2、重视学生的思想工作、学习风气的培养、学习方法的指导以及学习习惯的养成。</w:t>
      </w:r>
      <w:r>
        <w:rPr>
          <w:lang w:eastAsia="zh-CN"/>
        </w:rPr>
        <w:br/>
      </w:r>
      <w:r>
        <w:rPr>
          <w:lang w:eastAsia="zh-CN"/>
        </w:rPr>
        <w:t>　　三、按照教学常规开展教学工作</w:t>
      </w:r>
      <w:r>
        <w:rPr>
          <w:lang w:eastAsia="zh-CN"/>
        </w:rPr>
        <w:br/>
      </w:r>
      <w:r>
        <w:rPr>
          <w:lang w:eastAsia="zh-CN"/>
        </w:rPr>
        <w:t>　　认真学习新课程理念与学科组计划，认真研究教材，制定了本学期的教学工作计划，加强了落实、反馈与总结。要提高教学质量，关键是上好课。为了提高教学质量，我做了以下工作：</w:t>
      </w:r>
      <w:r>
        <w:rPr>
          <w:lang w:eastAsia="zh-CN"/>
        </w:rPr>
        <w:br/>
      </w:r>
      <w:r>
        <w:rPr>
          <w:lang w:eastAsia="zh-CN"/>
        </w:rPr>
        <w:t>　　1、认真钻研教材，了解教材的结构、重点与难点，知道应该补充哪些材料，怎样才能教好。</w:t>
      </w:r>
      <w:r>
        <w:rPr>
          <w:lang w:eastAsia="zh-CN"/>
        </w:rPr>
        <w:br/>
      </w:r>
      <w:r>
        <w:rPr>
          <w:lang w:eastAsia="zh-CN"/>
        </w:rPr>
        <w:t>　　2、了解学生原有的知识技能的质量，他们的兴趣、需要、方法、习惯，学习新知识可能有哪些困难，采取相应的预防措施。</w:t>
      </w:r>
      <w:r>
        <w:rPr>
          <w:lang w:eastAsia="zh-CN"/>
        </w:rPr>
        <w:br/>
      </w:r>
      <w:r>
        <w:rPr>
          <w:lang w:eastAsia="zh-CN"/>
        </w:rPr>
        <w:t>　　3、注重课堂教学，向45分钟要质量。组织好课堂教学，关注全体学生，上课尽量用英语讲课，采用小组竞赛的形式，提高学生的学习兴趣，使他们产生愉悦的心情，创造良好的课堂气氛。</w:t>
      </w:r>
      <w:r>
        <w:rPr>
          <w:lang w:eastAsia="zh-CN"/>
        </w:rPr>
        <w:br/>
      </w:r>
      <w:r>
        <w:rPr>
          <w:lang w:eastAsia="zh-CN"/>
        </w:rPr>
        <w:t>　　4、抓词汇、词组与句型的过关，每个单元都总结出重点的短语与句子，利用课后时间对学生进行过关测验，经常对学生进行听写训练，提高学生对记忆单词和句型的能力。</w:t>
      </w:r>
      <w:r>
        <w:rPr>
          <w:lang w:eastAsia="zh-CN"/>
        </w:rPr>
        <w:br/>
      </w:r>
      <w:r>
        <w:rPr>
          <w:lang w:eastAsia="zh-CN"/>
        </w:rPr>
        <w:t>　　5、要提高教学质量，还要做好课后辅导工作，安排并及时检查作业，严禁抄袭作业。注重精选作业，努力做到“减负增效”。</w:t>
      </w:r>
      <w:r>
        <w:rPr>
          <w:lang w:eastAsia="zh-CN"/>
        </w:rPr>
        <w:br/>
      </w:r>
      <w:r>
        <w:rPr>
          <w:lang w:eastAsia="zh-CN"/>
        </w:rPr>
        <w:t>　　6、积极参与听课、集备，虚心向同行学习教学方法，博采众长，提高教学水平。</w:t>
      </w:r>
      <w:r>
        <w:rPr>
          <w:lang w:eastAsia="zh-CN"/>
        </w:rPr>
        <w:br/>
      </w:r>
      <w:r>
        <w:rPr>
          <w:lang w:eastAsia="zh-CN"/>
        </w:rPr>
        <w:t>　　7、抓好每一次考试，认真复习。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8、认真批改作业，督促学生及时改正错误，整理并利用好错题集。</w:t>
      </w:r>
      <w:r>
        <w:rPr>
          <w:lang w:eastAsia="zh-CN"/>
        </w:rPr>
        <w:br/>
      </w:r>
      <w:r>
        <w:rPr>
          <w:lang w:eastAsia="zh-CN"/>
        </w:rPr>
        <w:t>　　四、其他方面</w:t>
      </w:r>
      <w:r>
        <w:rPr>
          <w:lang w:eastAsia="zh-CN"/>
        </w:rPr>
        <w:br/>
      </w:r>
      <w:r>
        <w:rPr>
          <w:lang w:eastAsia="zh-CN"/>
        </w:rPr>
        <w:t>　　1、积极配合学校的工作，把握教学进度，合理安排时间，顺利完成八年英语教学工作。</w:t>
      </w:r>
      <w:r>
        <w:rPr>
          <w:lang w:eastAsia="zh-CN"/>
        </w:rPr>
        <w:br/>
      </w:r>
      <w:r>
        <w:rPr>
          <w:lang w:eastAsia="zh-CN"/>
        </w:rPr>
        <w:t>　　2、本学期我努力学习英语教育教学理论和新课程理念，自觉参加学习与培训，收到了较好的效果。</w:t>
      </w:r>
      <w:r>
        <w:rPr>
          <w:lang w:eastAsia="zh-CN"/>
        </w:rPr>
        <w:br/>
      </w:r>
      <w:r>
        <w:rPr>
          <w:lang w:eastAsia="zh-CN"/>
        </w:rPr>
        <w:t>　　3、成绩方面：在我们师生的共同努力下，学习成绩有一定的提高。</w:t>
      </w:r>
      <w:r>
        <w:rPr>
          <w:lang w:eastAsia="zh-CN"/>
        </w:rPr>
        <w:br/>
      </w:r>
      <w:r>
        <w:rPr>
          <w:lang w:eastAsia="zh-CN"/>
        </w:rPr>
        <w:t>　　总之，这学期的教学取得了一定的成绩，但在学生管理方面还是有不足之处，应多向其他老师求教，虚心学习。力求在各方面有更大的进步，做个称职的教师。</w:t>
      </w:r>
      <w:r>
        <w:rPr>
          <w:lang w:eastAsia="zh-CN"/>
        </w:rPr>
        <w:br/>
      </w:r>
      <w:r>
        <w:rPr>
          <w:lang w:eastAsia="zh-CN"/>
        </w:rPr>
        <w:t xml:space="preserve">    英语教师个人工作总结范文参考 篇10 </w:t>
      </w:r>
      <w:r>
        <w:rPr>
          <w:lang w:eastAsia="zh-CN"/>
        </w:rPr>
        <w:br/>
      </w:r>
      <w:r>
        <w:rPr>
          <w:lang w:eastAsia="zh-CN"/>
        </w:rPr>
        <w:t>　　本年度，我担任五年级四个班的英语课教学工作，面对这群成绩参差不齐，连读完整句子都有问题的学生，要提高教学质量，关键是上好课，激发学生的学习兴趣，创造良好的课堂气氛，课前，我认真钻研教材，阅读大量相关材料进行备课;课堂上组织好教学，关注全体学生，注意信息回馈，调动学生学习的积极性，课后布置好家庭作业，减轻学生的负担。为更好地总结经验，发现不足，更有针对性地提高自己今后的教学工作，我力求在教学中做到扎实，有效，让每个学生都有所收益，上好每一节课，带好每一个学生。现将本学期的教学工作总结如下：</w:t>
      </w:r>
      <w:r>
        <w:rPr>
          <w:lang w:eastAsia="zh-CN"/>
        </w:rPr>
        <w:br/>
      </w:r>
      <w:r>
        <w:rPr>
          <w:lang w:eastAsia="zh-CN"/>
        </w:rPr>
        <w:t>　　1、重视课堂教学，做一名受学生欢迎的好老师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悉心研究教材，研究学生，选择合适的教学方法。认真抓好常规教学，精心准备每一节课，做好课堂教学的每一环节。我在上课之前总是精心备课，根据英语学科的特点和所教班级的学生自身特点，设计好每一个教学环节，力求以新颖有趣的内容来吸引学生的注意力，认真做好课前准备。上课时，尽量用风趣幽默的课堂语言和博学的英语知识来激发学生对英语学习的兴趣，并采用动静结合、学练结合、动嘴与动手相结合的多种方式来充分调动所有学生共同参与。</w:t>
      </w:r>
      <w:r>
        <w:rPr>
          <w:lang w:eastAsia="zh-CN"/>
        </w:rPr>
        <w:br/>
      </w:r>
      <w:r>
        <w:rPr>
          <w:lang w:eastAsia="zh-CN"/>
        </w:rPr>
        <w:t>　　2、在听力方面。为提高学生的听力水平，常让学生听英语歌曲及英语会话的录音磁带，还让学生表演对话，背书。</w:t>
      </w:r>
      <w:r>
        <w:rPr>
          <w:lang w:eastAsia="zh-CN"/>
        </w:rPr>
        <w:br/>
      </w:r>
      <w:r>
        <w:rPr>
          <w:lang w:eastAsia="zh-CN"/>
        </w:rPr>
        <w:t>　　3、在课堂或课后，及时培养学生良好的学习习惯，课前多朗读，课堂35分钟让学生集中注意力听讲，把老师讲的内容真正听懂，不是似懂非懂。课后认真完成配套练习，不懂的地方，多向老师或成绩好的学生请教。</w:t>
      </w:r>
      <w:r>
        <w:rPr>
          <w:lang w:eastAsia="zh-CN"/>
        </w:rPr>
        <w:br/>
      </w:r>
      <w:r>
        <w:rPr>
          <w:lang w:eastAsia="zh-CN"/>
        </w:rPr>
        <w:t>　　4、虚心学习，不断提高自己</w:t>
      </w:r>
      <w:r>
        <w:rPr>
          <w:lang w:eastAsia="zh-CN"/>
        </w:rPr>
        <w:br/>
      </w:r>
      <w:r>
        <w:rPr>
          <w:lang w:eastAsia="zh-CN"/>
        </w:rPr>
        <w:t>　　(1)听课。只要学校有组织听课的机会，我都绝不放过这个良好的学习机会。或利用空节，或调课去听。听的课程不仅有英语，还有语文和数学等。听课的目的只有一个，那就是学习，取人之长，补己之短。</w:t>
      </w:r>
      <w:r>
        <w:rPr>
          <w:lang w:eastAsia="zh-CN"/>
        </w:rPr>
        <w:br/>
      </w:r>
      <w:r>
        <w:rPr>
          <w:lang w:eastAsia="zh-CN"/>
        </w:rPr>
        <w:t>　　(2)多向周围的老师请教。采用多种方式与同行老师进行业务交流与研讨，共同提高，共同进步。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总之，在新课程背景下的英语教学中，我要一如既往的做好备课、批改、辅导、考查、讲评等方方面面的工作。当然了，要做一名受学生欢迎的英语老师，还要经过自己各方面坚持不懈的实践和探索，在今后的道路上，向更高的目标奋进。</w:t>
      </w:r>
      <w:r>
        <w:rPr>
          <w:lang w:eastAsia="zh-CN"/>
        </w:rPr>
        <w:br/>
      </w:r>
      <w:r>
        <w:rPr>
          <w:lang w:eastAsia="zh-CN"/>
        </w:rPr>
        <w:t>　　时光荏苒，岁月如流。仔细回味，充满着生机和活力的小学英语已经陪我走过了半个年头。我也已经不知不觉完成了半年的小学英语工作。在这半年里，我付出辛劳，收获成功，与我的学生们一起品尝了成长的苦与乐。回过头，我终于欣然发现，在蹒跚学步的过程中，原来收获颇丰。</w:t>
      </w:r>
      <w:r>
        <w:rPr>
          <w:lang w:eastAsia="zh-CN"/>
        </w:rPr>
        <w:br/>
      </w:r>
      <w:r>
        <w:rPr>
          <w:lang w:eastAsia="zh-CN"/>
        </w:rPr>
        <w:t xml:space="preserve">    英语教师个人工作总结范文参考 篇11 </w:t>
      </w:r>
      <w:r>
        <w:rPr>
          <w:lang w:eastAsia="zh-CN"/>
        </w:rPr>
        <w:br/>
      </w:r>
      <w:r>
        <w:rPr>
          <w:lang w:eastAsia="zh-CN"/>
        </w:rPr>
        <w:t>　　准东第三小学程欢欢 时光飞逝，岁月如流。仔细回味，充满着生机和活力的小学英语已经陪我走过了又一个年头。我也已经不知不觉完成了一年的小学英语工作。在这一年里，我付出辛劳，收获成功，与我的学生们一起品尝了成长的苦与乐。回过头，我终于欣然发现，在蹒跚学步的过程中，原来收获颇丰。</w:t>
      </w:r>
      <w:r>
        <w:rPr>
          <w:lang w:eastAsia="zh-CN"/>
        </w:rPr>
        <w:br/>
      </w:r>
      <w:r>
        <w:rPr>
          <w:lang w:eastAsia="zh-CN"/>
        </w:rPr>
        <w:t>　　本学期，每个英语教师都是在忙碌中渡过的。我担任二、五年级的英语教学工作。但我力求在教学中做到扎实，有效，让每个学生都有所收益，上好每一节课，带好每一个学生。现将本学期的学科教学工作总结如下：</w:t>
      </w:r>
      <w:r>
        <w:rPr>
          <w:lang w:eastAsia="zh-CN"/>
        </w:rPr>
        <w:br/>
      </w:r>
      <w:r>
        <w:rPr>
          <w:lang w:eastAsia="zh-CN"/>
        </w:rPr>
        <w:t>　　一、思想方面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本人热爱教育事业，坚持党的基本原则、教育方针贯彻。思想上严于律己，热爱党的教育事业以党员的要求来约束自己，鞭策自己。对自己要求更为严格，力争在思想上、工作上在同事、学生的心目中树立起榜样的作用。一学期来，积极参加各类政治业务学习,努力提高自己的政治水平和业务水平，配合领导和老师们做好校内外的各项工作。遵守学校的规章制度。学习和研究新课程标准、理念、观点，注重在教学实践中的灵活应用，理论联系实践，研究学生的学习情况。认真学习新的教育理论，及时更新教育理念。</w:t>
      </w:r>
      <w:r>
        <w:rPr>
          <w:lang w:eastAsia="zh-CN"/>
        </w:rPr>
        <w:br/>
      </w:r>
      <w:r>
        <w:rPr>
          <w:lang w:eastAsia="zh-CN"/>
        </w:rPr>
        <w:t>　　二、我能尊循教学环节，课前认真备课。</w:t>
      </w:r>
      <w:r>
        <w:rPr>
          <w:lang w:eastAsia="zh-CN"/>
        </w:rPr>
        <w:br/>
      </w:r>
      <w:r>
        <w:rPr>
          <w:lang w:eastAsia="zh-CN"/>
        </w:rPr>
        <w:t>　　不但能备好教学内容，更能做到备好学生，备好作业和课堂练习，以便更好地进行因材施教；从激发学生的兴趣入手。教师在</w:t>
      </w:r>
      <w:r>
        <w:rPr>
          <w:lang w:eastAsia="zh-CN"/>
        </w:rPr>
        <w:br/>
      </w:r>
      <w:r>
        <w:rPr>
          <w:lang w:eastAsia="zh-CN"/>
        </w:rPr>
        <w:t>　　英语教学中，让学生做到听、说、读、写并举，眼、耳、口、鼻、脑并用，是激发学生学好英语的关键。学生的学习类型是有差异的。而没有学习兴趣的差异更大；学生的喜爱也不一样，有的喜欢听说法，就是一直看着老师，听老师说，很少看书本；有的喜欢阅读法，就是一直盯着书本看，很少看老师或黑板。因此，必须运用多元化的教学方法，激发每个学生的学习兴趣，能让他们喜欢英语。</w:t>
      </w:r>
      <w:r>
        <w:rPr>
          <w:lang w:eastAsia="zh-CN"/>
        </w:rPr>
        <w:br/>
      </w:r>
      <w:r>
        <w:rPr>
          <w:lang w:eastAsia="zh-CN"/>
        </w:rPr>
        <w:t>　　三、在课堂教学中尽量使用英语，适当利用母语；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利用直观教具、动作、表情和玩游戏等方法吸引学生，让学生乐于学习。而且，教学中必须做到让学生明白，会用，反复练习句型和单词，提高水平，进行生动活泼的开放式的课堂教学，使学生从愉快的情景中学到知识，从而提高学生对英语科的学习兴趣，提高了教学效果。所以在课堂教学中要特别注意学生的兴趣的培养。在课堂上，我首先让学生明白每课的句型结构，懂得它的规律，学会用学过的单词使用新句型对话。每课讲授完后，要求学生必须读熟，会默写单词，会做基本的对话练习。英语的学习是狠抓句型及单词，因此，每天早上要求学生抽出一定时间开口读英语，锻炼口语能力，熟悉课文。在班级选出读音规范的科代表，由教师指导培养好科代表。而且教师经常巡视和抽测，使学生不知不觉巩固所学习的单词；要求每节课前学生听写十个单词，必须做到完全正确。既要学习新知识，又要巩固旧知识，得到两面照顾，不能松懈。</w:t>
      </w:r>
      <w:r>
        <w:rPr>
          <w:lang w:eastAsia="zh-CN"/>
        </w:rPr>
        <w:br/>
      </w:r>
      <w:r>
        <w:rPr>
          <w:lang w:eastAsia="zh-CN"/>
        </w:rPr>
        <w:t>　　四、重视课堂教学，做一名受学生欢迎的好老师 。</w:t>
      </w:r>
      <w:r>
        <w:rPr>
          <w:lang w:eastAsia="zh-CN"/>
        </w:rPr>
        <w:br/>
      </w:r>
      <w:r>
        <w:rPr>
          <w:lang w:eastAsia="zh-CN"/>
        </w:rPr>
        <w:t>　　悉心研究教材，研究学生，选择合适的教学方法。认真抓好常规教学，精心准备每一节课，做好课堂教学的每一环节。我在上</w:t>
      </w:r>
      <w:r>
        <w:rPr>
          <w:lang w:eastAsia="zh-CN"/>
        </w:rPr>
        <w:br/>
      </w:r>
      <w:r>
        <w:rPr>
          <w:lang w:eastAsia="zh-CN"/>
        </w:rPr>
        <w:t>　　课之前总是精心备课，根据英语学科的特点和所教班级的学生自身特点，设计好每一个教学环节，力求以新颖有趣的内容来吸引学生的注意力，认真做好课前准备。上课时，尽量用风趣幽默的课堂语言和博学的英语知识来激发学生对英语学习的兴趣，并采用动静结合、学练结合、动嘴与动手相结合的多种方式来充分调动所有学生共同参与。</w:t>
      </w:r>
      <w:r>
        <w:rPr>
          <w:lang w:eastAsia="zh-CN"/>
        </w:rPr>
        <w:br/>
      </w:r>
      <w:r>
        <w:rPr>
          <w:lang w:eastAsia="zh-CN"/>
        </w:rPr>
        <w:t>　　五、建立多元评价观。</w:t>
      </w:r>
      <w:r>
        <w:rPr>
          <w:lang w:eastAsia="zh-CN"/>
        </w:rPr>
        <w:br/>
      </w:r>
      <w:r>
        <w:rPr>
          <w:lang w:eastAsia="zh-CN"/>
        </w:rPr>
        <w:t>　　平等对待每一个孩子。随着年级的升高，学生之间的学习差异越来越大。一个学期以来，全体学生在学习成绩，对英语的学习兴趣，英语思维方面，英语口头笔头表达方面都有了明显的提高。</w:t>
      </w:r>
      <w:r>
        <w:rPr>
          <w:lang w:eastAsia="zh-CN"/>
        </w:rPr>
        <w:br/>
      </w:r>
      <w:r>
        <w:rPr>
          <w:lang w:eastAsia="zh-CN"/>
        </w:rPr>
        <w:t>　　六、注意感情交流，做到以情动人。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教学中，既要重知识的学习，又要重情感的沟通，通过感情的交流促进知识的理解，达到掌握的目的。学生的层次不同，接受能力也千差万别，教学中力求做到关注每一个孩子，特别是那些自制力差、注意力不集中或不专心、参与性不强的学生，对他们多提问、多点拨，用眼神去提醒他把心思放到课堂中。对于优等生和中等生也特别注意去让他们有展示自己的机会。</w:t>
      </w:r>
      <w:r>
        <w:rPr>
          <w:lang w:eastAsia="zh-CN"/>
        </w:rPr>
        <w:br/>
      </w:r>
      <w:r>
        <w:rPr>
          <w:lang w:eastAsia="zh-CN"/>
        </w:rPr>
        <w:t>　　七、在教学工作方面存在的几个问题：</w:t>
      </w:r>
      <w:r>
        <w:rPr>
          <w:lang w:eastAsia="zh-CN"/>
        </w:rPr>
        <w:br/>
      </w:r>
      <w:r>
        <w:rPr>
          <w:lang w:eastAsia="zh-CN"/>
        </w:rPr>
        <w:t>　　1、刚学英语的时候，学生对英语这门课程充满好奇，喜欢学习、模仿。但是，我发现自从小学读了一年后，好奇心逐渐减弱。随着学习难度的增加，学生学习英语的兴趣没有这么浓厚了。</w:t>
      </w:r>
      <w:r>
        <w:rPr>
          <w:lang w:eastAsia="zh-CN"/>
        </w:rPr>
        <w:br/>
      </w:r>
      <w:r>
        <w:rPr>
          <w:lang w:eastAsia="zh-CN"/>
        </w:rPr>
        <w:t>　　2、面对一些整体学生进行教学的态度误区。对学生学习英语的要求过于严格，不能注意到学生的差异性，没有发现他们接受语言的快慢程度，最终导致有的学生吃得饱，有的学生吃不饱。吃不饱的那部分学生就会产生以下情绪：上课或讲练习的时候，就会马虎，注意力不集中。</w:t>
      </w:r>
      <w:r>
        <w:rPr>
          <w:lang w:eastAsia="zh-CN"/>
        </w:rPr>
        <w:br/>
      </w:r>
      <w:r>
        <w:rPr>
          <w:lang w:eastAsia="zh-CN"/>
        </w:rPr>
        <w:t>　　3、在有些知识点讲过后，有的甚至操练了多遍，反反复复强调了，学生仍没有掌握。就责怪学生，并因此加强反复训练。于是在责怪声中，在枯燥的练习中，学生的学习兴趣减弱了。</w:t>
      </w:r>
      <w:r>
        <w:rPr>
          <w:lang w:eastAsia="zh-CN"/>
        </w:rPr>
        <w:br/>
      </w:r>
      <w:r>
        <w:rPr>
          <w:lang w:eastAsia="zh-CN"/>
        </w:rPr>
        <w:t>　　我体会到学生学习语言的能力是因人而异的。有差别是正常的，要教好每一个学生，但不能要求每一个学生都一样、一个模式，不能要求学生都按一个模式去发展，而是开发学生不同的潜能，发展学生学英语的各方面能力。而且教师可根据不同学生之间的差异去因材施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当然，由于教学经验的不足，在教学过程中走了不少弯路，我知道还有许多不足之处。我会在今后的教学过程中逐步改正和完善教育教学方法，争取更大进步，早日成长为一名合格的小学教师。</w:t>
      </w:r>
      <w:r>
        <w:rPr>
          <w:lang w:eastAsia="zh-CN"/>
        </w:rPr>
        <w:br/>
      </w:r>
      <w:r>
        <w:rPr>
          <w:lang w:eastAsia="zh-CN"/>
        </w:rPr>
        <w:t>　　《小学英语教师工作总结》出自：第一范文网</w:t>
      </w:r>
      <w:r>
        <w:rPr>
          <w:lang w:eastAsia="zh-CN"/>
        </w:rPr>
        <w:br/>
      </w:r>
      <w:r>
        <w:rPr>
          <w:lang w:eastAsia="zh-CN"/>
        </w:rPr>
        <w:t xml:space="preserve">    英语教师个人工作总结范文参考 篇12 </w:t>
      </w:r>
      <w:r>
        <w:rPr>
          <w:lang w:eastAsia="zh-CN"/>
        </w:rPr>
        <w:br/>
      </w:r>
      <w:r>
        <w:rPr>
          <w:lang w:eastAsia="zh-CN"/>
        </w:rPr>
        <w:t>　　一、 基本情况：</w:t>
      </w:r>
      <w:r>
        <w:rPr>
          <w:lang w:eastAsia="zh-CN"/>
        </w:rPr>
        <w:br/>
      </w:r>
      <w:r>
        <w:rPr>
          <w:lang w:eastAsia="zh-CN"/>
        </w:rPr>
        <w:t>　　述职人：杨函祥，男，生于1983年9月30日，20__年7月毕业于黔南民族师范学院外国语言文学系，英语专业，本科学历，获文学学士。同年8月通过考核，成为罗甸县边阳中学一名英语教师。从教以来，担任边阳中学团委副书记及边阳中学高一年级(2)(3)两个班英语科任教师。我一直坚持党的四项基本原则，学习教育部关于素质教育的各项方针政策，认真地完成教育教学任务，按照教育教学的规律培养学生，关心学生，积极引导学生，提高素质教育。</w:t>
      </w:r>
      <w:r>
        <w:rPr>
          <w:lang w:eastAsia="zh-CN"/>
        </w:rPr>
        <w:br/>
      </w:r>
      <w:r>
        <w:rPr>
          <w:lang w:eastAsia="zh-CN"/>
        </w:rPr>
        <w:t>　　二、申报理由：</w:t>
      </w:r>
      <w:r>
        <w:rPr>
          <w:lang w:eastAsia="zh-CN"/>
        </w:rPr>
        <w:br/>
      </w:r>
      <w:r>
        <w:rPr>
          <w:lang w:eastAsia="zh-CN"/>
        </w:rPr>
        <w:t>　　(一)思想政治上保持共产党员的先进性。</w:t>
      </w:r>
      <w:r>
        <w:rPr>
          <w:lang w:eastAsia="zh-CN"/>
        </w:rPr>
        <w:br/>
      </w:r>
      <w:r>
        <w:rPr>
          <w:lang w:eastAsia="zh-CN"/>
        </w:rPr>
        <w:t>　　我任职以来，能热爱党的教育事业，坚持四项基本原则，拥护党的路线、方针、政策，有正确的政治立场。遵守法规法纪，关心集体，团结同事，作风正派，从严治教，有较高的思想觉悟和良好的教师职业道德。能全心全意从事本学科的教学，力求精益求精，绝对服从上级领导的安排，任劳任怨，诚诚恳恳，从工作中去体味教育工作的崇高，从工作中去获取人生的奋斗意义，在工作中去享受作为人师的乐趣，在工作中逐渐充实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(二)严于律纪，树立教师高尚形象。</w:t>
      </w:r>
      <w:r>
        <w:rPr>
          <w:lang w:eastAsia="zh-CN"/>
        </w:rPr>
        <w:br/>
      </w:r>
      <w:r>
        <w:rPr>
          <w:lang w:eastAsia="zh-CN"/>
        </w:rPr>
        <w:t>　　教师是“人类灵魂的工程师”。由于教师这一职业的特殊性，教师不仅教学，而且育人。因此，教师自身的品德和风貌直接影响着教学的成败。作为教师，我无限于忠于党的教育事业，在无产阶级人生观、价值观面前，道德价值远远超于市场选择。我本着全心全意为人民服务的思想，踏踏实实地干，树立伟大的教师形象。</w:t>
      </w:r>
      <w:r>
        <w:rPr>
          <w:lang w:eastAsia="zh-CN"/>
        </w:rPr>
        <w:br/>
      </w:r>
      <w:r>
        <w:rPr>
          <w:lang w:eastAsia="zh-CN"/>
        </w:rPr>
        <w:t>　　(三)勤钻肯学，具备坚实的理论和专业知识。</w:t>
      </w:r>
      <w:r>
        <w:rPr>
          <w:lang w:eastAsia="zh-CN"/>
        </w:rPr>
        <w:br/>
      </w:r>
      <w:r>
        <w:rPr>
          <w:lang w:eastAsia="zh-CN"/>
        </w:rPr>
        <w:t>　　我深深知道，良好的教学基本功是成为优秀教师的必要条件。因此，从参加工作的第一天起，我就很注重完善自我，超越自我。勤勤恳恳，扎根在贵州边远山区教育的第一线，努力锻炼自己的基本功———有一手漂亮的英文粉笔字，一口流利的英语口语，一口标准的普通话和一颗爱岗敬业的心，虚心向老教师学习，钻研教材，力求对教学大纲有深刻的理解。</w:t>
      </w:r>
      <w:r>
        <w:rPr>
          <w:lang w:eastAsia="zh-CN"/>
        </w:rPr>
        <w:br/>
      </w:r>
      <w:r>
        <w:rPr>
          <w:lang w:eastAsia="zh-CN"/>
        </w:rPr>
        <w:t>　　(四)认真开展团内外及英语教育教学工作，成绩显著。</w:t>
      </w:r>
      <w:r>
        <w:rPr>
          <w:lang w:eastAsia="zh-CN"/>
        </w:rPr>
        <w:br/>
      </w:r>
      <w:r>
        <w:rPr>
          <w:lang w:eastAsia="zh-CN"/>
        </w:rPr>
        <w:t>　　1.团内外事务工作。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参加工作一年以来，服从学校领导的安排，积极响应党组织及上级团组织的号召，协助校团委书记深入开展学校团内外各项事务活动。开办了边阳中学20__---20__年第一期业余团校培训班，共培养了210多名成绩优良，思想觉悟较高，各方面都能起带头作用的进步青年，壮大了我校团组织队伍，为我校团队的建设与发展输送了新鲜血液;组织了边阳中学07年“一二·九”爱国文艺汇演;组织各班团干一同慰问边阳镇孤寡老人，为他们打扫卫生清洁并献上慰问金;举办了边阳中学08年“五四”感恩演讲比赛及“五四”感恩征文比赛;举行了边阳中学“爱护花草树木”标语征集大赛;组织各班出好每期班刊;还开办了边阳中学“校园广播之声”，为丰富我校校园文化生活，陶冶学生学习情操及表达学生心声提供了一个广阔的舞台。同时，今年四月我校团委还被罗甸县评为“全县五四红旗团委”。</w:t>
      </w:r>
      <w:r>
        <w:rPr>
          <w:lang w:eastAsia="zh-CN"/>
        </w:rPr>
        <w:br/>
      </w:r>
      <w:r>
        <w:rPr>
          <w:lang w:eastAsia="zh-CN"/>
        </w:rPr>
        <w:t>　　2.教学工作。</w:t>
      </w:r>
      <w:r>
        <w:rPr>
          <w:lang w:eastAsia="zh-CN"/>
        </w:rPr>
        <w:br/>
      </w:r>
      <w:r>
        <w:rPr>
          <w:lang w:eastAsia="zh-CN"/>
        </w:rPr>
        <w:t>　　从事英语教学以来，县教育局高度重视教育，一直提倡改革，鼓励教学上大胆创新。在这种先进政策方针的指引下，我努力探索，大胆尝试，逐渐摸索出一套适合学生、适合自己的教学方法。我始终坚决贯彻因材施教的原则，把以学生为中心放在教学的核心位置上，注重对学生学习方法的指导。我在教学过程中开展活泼的“课前三分钟”活动。内容有“每日一篇英语小故事”，“每人一篇演讲”，“课文小短剧表演”，“每节一句英文谚语或佳话”，“背诵英语单词竞赛”，等项目。这些活动极大地刺激学生的表现欲，在轻松之中锻炼了学生的自我有英语表达的能力，为提高他们对英语综合技能技巧的熟练运用起了很好的导向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20__——20__年学年度中，我担任高一年级(2)(3)两个普通班的英语。针对自觉性不高，基础薄弱的学生，课堂上我采用强化英语单词、语法背诵的方法，精讲多练，归纳每一个语言点，使知识系统化，注意指导解题方法与技巧;而针对部分基础相对较好的同学，开展多种英语课堂兴趣活动，使学生在学中“玩”，在“玩”中学。同时训练他们养成勤于思考，主动学习的好习惯。整体上注重基础教学，开展多种有关英语学习的活动，让学生在培养兴趣的同时脱离对英语学习的恐惧。由于这些方法得到灵活地运用，使两个班英语成绩一路上升，在每次全年级月考中，两个班测试平均分都能名列前茅。</w:t>
      </w:r>
      <w:r>
        <w:rPr>
          <w:lang w:eastAsia="zh-CN"/>
        </w:rPr>
        <w:br/>
      </w:r>
      <w:r>
        <w:rPr>
          <w:lang w:eastAsia="zh-CN"/>
        </w:rPr>
        <w:t>　　3.教研工作及活动。</w:t>
      </w:r>
      <w:r>
        <w:rPr>
          <w:lang w:eastAsia="zh-CN"/>
        </w:rPr>
        <w:br/>
      </w:r>
      <w:r>
        <w:rPr>
          <w:lang w:eastAsia="zh-CN"/>
        </w:rPr>
        <w:t>　　我不断追踪教育教研信息，关注教研新动向，积极参加英语教研会议和活动，虚心学习兄弟学校同行的经验，协同校英语教研组各位老师举办每周一次的校园英语角，本人还主动联系外国朋友到我校进行口语授课，极大地鼓舞了我校学生学习英语的兴趣。为了更上一个台阶，加强与外界各位英语同行的交流、学习，本人充分利用网络资源不断向国内各大英语学习网站举荐自己的教学成果。目前已分别在中国英语教师网 等网站发表，论文、译文、教案、课件、语法研究等文章数篇，同时也分享着来自全国各地不同学校优秀教师的教学成果，相互学习，相互借鉴，取长补短，共同进步。工作之余，我还坚持订阅《外语与外语教学》《中学英语教学》《外研之声》等期刊杂志，不断学习，深入研究，从中挖取本专业和相关学科信息，进一步巩固了基础知识，也在阅读中扩大了相关学科的知识面。由于本人对教学的不断努力追求，在20__年4月罗甸县高中英语教师优质课比赛中荣获“三等奖”。</w:t>
      </w:r>
      <w:r>
        <w:rPr>
          <w:lang w:eastAsia="zh-CN"/>
        </w:rPr>
        <w:br/>
      </w:r>
      <w:r>
        <w:rPr>
          <w:lang w:eastAsia="zh-CN"/>
        </w:rPr>
        <w:t>　　4.德育教育工作。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教育的核心是“育人”。科教兴国的战略意义是提高国民的综合素质。我深知自己责任重大，我始终把教育摆在第一位。在边阳中学工作一年中，我能够面向全体学生，注重培养学生良好的思想品德。为了搞好团内工作，每两星期一次组织各班学习先进事迹，好人好事，加强对学生良好的思想政治教育，让学生们学会如何做人，最终是要让他们在学校学习的历程中健康地成长;为了做好英语科任教师教育工作，学会深入了解学生，研究学生各体的思想品质、学业成绩、兴趣爱好、特长、性格特征、成长经历及家庭情况、社会环境等等。学会尊重学生，理解学生，关心学生，鼓励优秀生，帮助后进生。学会向学生学习，严于教学，以身作则，加强老师的榜样作用，树立老师人格魅力。课堂注重师生互动，抓好教风学风，最终取得优异的成绩，给家长，给学校，给社会交一份满意的答卷。</w:t>
      </w:r>
      <w:r>
        <w:rPr>
          <w:lang w:eastAsia="zh-CN"/>
        </w:rPr>
        <w:br/>
      </w:r>
      <w:r>
        <w:rPr>
          <w:lang w:eastAsia="zh-CN"/>
        </w:rPr>
        <w:t xml:space="preserve">    英语教师个人工作总结范文参考 篇13 </w:t>
      </w:r>
      <w:r>
        <w:rPr>
          <w:lang w:eastAsia="zh-CN"/>
        </w:rPr>
        <w:br/>
      </w:r>
      <w:r>
        <w:rPr>
          <w:lang w:eastAsia="zh-CN"/>
        </w:rPr>
        <w:t>　　又是一学期逝去。回首过去，展望未来，笑谈几句。</w:t>
      </w:r>
      <w:r>
        <w:rPr>
          <w:lang w:eastAsia="zh-CN"/>
        </w:rPr>
        <w:br/>
      </w:r>
      <w:r>
        <w:rPr>
          <w:lang w:eastAsia="zh-CN"/>
        </w:rPr>
        <w:t>　　在过去的一学期中，我能按照上级和领导要求，认真工作，踏实做事，努力地完成了各项任务。</w:t>
      </w:r>
      <w:r>
        <w:rPr>
          <w:lang w:eastAsia="zh-CN"/>
        </w:rPr>
        <w:br/>
      </w:r>
      <w:r>
        <w:rPr>
          <w:lang w:eastAsia="zh-CN"/>
        </w:rPr>
        <w:t>　　在教学上，我能认真钻研教材，根据班级学生的实际情况进行合理的备课和二次备课，课堂上注意根据学情及时调整自己的教学思路，让学生喜欢上我的课。课后，及时做好作业批改和培优补差工作。最终的期终测试，班级学生成绩都不错。</w:t>
      </w:r>
      <w:r>
        <w:rPr>
          <w:lang w:eastAsia="zh-CN"/>
        </w:rPr>
        <w:br/>
      </w:r>
      <w:r>
        <w:rPr>
          <w:lang w:eastAsia="zh-CN"/>
        </w:rPr>
        <w:t>　　在教研组建设上，我能按照期初制定的.教研组工作计划，认真开展周三集体备课、业务学习。认真开展第五届校园英语节活动，让校园充盈浓浓的英语味，使师生都有很大的收获。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在信息处工作上，能认真做好校园摄影、校园网信息上传以及姜堰教育网信息报道等工作，信息报道数列全市前列。协助校长室做好各项创建工作。做好学校电教设备的使用维护工作。</w:t>
      </w:r>
      <w:r>
        <w:rPr>
          <w:lang w:eastAsia="zh-CN"/>
        </w:rPr>
        <w:br/>
      </w:r>
      <w:r>
        <w:rPr>
          <w:lang w:eastAsia="zh-CN"/>
        </w:rPr>
        <w:t>　　在个人学习上，积极参加学校及市局组织的各种学习进修活动。认真做好自身的课题研究，积极参加市局“举一反三”课题研究，获先进个人称号，小论文获一等奖。6月份，参加了年省义务教育小学英语培训专家团队研修班，感觉收获很大。</w:t>
      </w:r>
      <w:r>
        <w:rPr>
          <w:lang w:eastAsia="zh-CN"/>
        </w:rPr>
        <w:br/>
      </w:r>
      <w:r>
        <w:rPr>
          <w:lang w:eastAsia="zh-CN"/>
        </w:rPr>
        <w:t>　　回望过去，尚有许多不足之处，比如，个人学习计划中好多没有完成，不少想法也没有及时实施和形成文字，等等。展望未来，尚需坚定信念，耐住诱惑，朝向目标前行。</w:t>
      </w:r>
      <w:r>
        <w:rPr>
          <w:lang w:eastAsia="zh-CN"/>
        </w:rPr>
        <w:br/>
      </w:r>
      <w:r>
        <w:rPr>
          <w:lang w:eastAsia="zh-CN"/>
        </w:rPr>
        <w:t xml:space="preserve">    英语教师个人工作总结范文参考 篇14 </w:t>
      </w:r>
      <w:r>
        <w:rPr>
          <w:lang w:eastAsia="zh-CN"/>
        </w:rPr>
        <w:br/>
      </w:r>
      <w:r>
        <w:rPr>
          <w:lang w:eastAsia="zh-CN"/>
        </w:rPr>
        <w:t>　　感觉这学期过得挺快的，在忙碌中就进入了尾声。回顾这几个月来，由于课程化，我们每天的工作都是围绕着“要典”的落实来开展的，很忙却也充实。</w:t>
      </w:r>
      <w:r>
        <w:rPr>
          <w:lang w:eastAsia="zh-CN"/>
        </w:rPr>
        <w:br/>
      </w:r>
      <w:r>
        <w:rPr>
          <w:lang w:eastAsia="zh-CN"/>
        </w:rPr>
        <w:t>　　这学期我担任的是和两个班的英语教学工作。在平时的工作中有落实较好的，也有不足之处。</w:t>
      </w:r>
      <w:r>
        <w:rPr>
          <w:lang w:eastAsia="zh-CN"/>
        </w:rPr>
        <w:br/>
      </w:r>
      <w:r>
        <w:rPr>
          <w:lang w:eastAsia="zh-CN"/>
        </w:rPr>
        <w:t>　　一、在平时的教学工作中我是这样做的：</w:t>
      </w:r>
      <w:r>
        <w:rPr>
          <w:lang w:eastAsia="zh-CN"/>
        </w:rPr>
        <w:br/>
      </w:r>
      <w:r>
        <w:rPr>
          <w:lang w:eastAsia="zh-CN"/>
        </w:rPr>
        <w:t>　　1、在教学工作中，我每天坚持集体三定备课，在备课前，我都会提前写好上一课的教学反思，提前自研教材教参和教辅资料，根据学情，设计好符合年级组年龄特点的个案，然后集体研备。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每一节课，我都会尽量根据不同的课型，灵活运用。比如：上晨读课时，除了运用郑氏晨读外，我也把“我会背我会默签名表”和“基础知识人人过关表”结合起来用；上展示课时，我把多媒体与导学案结合使用，运用抓阄，对子互相帮扶等，上复习课时，充分利用孙氏互考等要点。</w:t>
      </w:r>
      <w:r>
        <w:rPr>
          <w:lang w:eastAsia="zh-CN"/>
        </w:rPr>
        <w:br/>
      </w:r>
      <w:r>
        <w:rPr>
          <w:lang w:eastAsia="zh-CN"/>
        </w:rPr>
        <w:t>　　二、取得的效果：</w:t>
      </w:r>
      <w:r>
        <w:rPr>
          <w:lang w:eastAsia="zh-CN"/>
        </w:rPr>
        <w:br/>
      </w:r>
      <w:r>
        <w:rPr>
          <w:lang w:eastAsia="zh-CN"/>
        </w:rPr>
        <w:t>　　经过一学期的努力，__班每次考试成绩都很稳定，而且每次都在进步，最后的期末考试中，我班每个同学都达到了优秀的分数。__班也经住了时间的考验，几次考试平均分与年级平均分差距都在5分之内。最令我欣慰的是，我们班的同学对英语学习的兴趣和参与度都很高。课堂气氛很活跃。</w:t>
      </w:r>
      <w:r>
        <w:rPr>
          <w:lang w:eastAsia="zh-CN"/>
        </w:rPr>
        <w:br/>
      </w:r>
      <w:r>
        <w:rPr>
          <w:lang w:eastAsia="zh-CN"/>
        </w:rPr>
        <w:t>　　三、不足之处：</w:t>
      </w:r>
      <w:r>
        <w:rPr>
          <w:lang w:eastAsia="zh-CN"/>
        </w:rPr>
        <w:br/>
      </w:r>
      <w:r>
        <w:rPr>
          <w:lang w:eastAsia="zh-CN"/>
        </w:rPr>
        <w:t>　　1、虽然取得了一些成绩，但是我带的一个班中，还有五个成绩不太好的，其中两个是不及格的。</w:t>
      </w:r>
      <w:r>
        <w:rPr>
          <w:lang w:eastAsia="zh-CN"/>
        </w:rPr>
        <w:br/>
      </w:r>
      <w:r>
        <w:rPr>
          <w:lang w:eastAsia="zh-CN"/>
        </w:rPr>
        <w:t>　　2、作为教师而言，我对课堂的研究还不够深入，对课堂的操控能力还需锻炼。</w:t>
      </w:r>
      <w:r>
        <w:rPr>
          <w:lang w:eastAsia="zh-CN"/>
        </w:rPr>
        <w:br/>
      </w:r>
      <w:r>
        <w:rPr>
          <w:lang w:eastAsia="zh-CN"/>
        </w:rPr>
        <w:t>　　四、努力的方向：</w:t>
      </w:r>
      <w:r>
        <w:rPr>
          <w:lang w:eastAsia="zh-CN"/>
        </w:rPr>
        <w:br/>
      </w:r>
      <w:r>
        <w:rPr>
          <w:lang w:eastAsia="zh-CN"/>
        </w:rPr>
        <w:t>　　1、下学期，对于我班几个成绩不好的学生，我会更加耐心地辅导，利用好“高年级待优生辅导低年级待优生”，把帮扶落实在课堂中，加大对子捆绑竞评的力度。（这些虽然平时也在做，但做得不太好。）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对于我，则需要继续努力地学习，充实自己，多听听除了我的对子之外其他老师的课，吸取别人的长处，弥补自己课堂上的不足。对课堂的研究应该再深入一些，应该思考如何更好地落实，让自己的课堂更高效，让学生在玩中学，学的开心。</w:t>
      </w:r>
      <w:r>
        <w:rPr>
          <w:lang w:eastAsia="zh-CN"/>
        </w:rPr>
        <w:br/>
      </w:r>
      <w:r>
        <w:rPr>
          <w:lang w:eastAsia="zh-CN"/>
        </w:rPr>
        <w:t xml:space="preserve">    英语教师个人工作总结范文参考 篇15 </w:t>
      </w:r>
      <w:r>
        <w:rPr>
          <w:lang w:eastAsia="zh-CN"/>
        </w:rPr>
        <w:br/>
      </w:r>
      <w:r>
        <w:rPr>
          <w:lang w:eastAsia="zh-CN"/>
        </w:rPr>
        <w:t>　　本学期我担任初三级(1)班、(2)班的英语教学。由于教学经验颇浅，我对教学工作不敢怠慢，认真学习，深入研究教法，虚心学习。经过一个学期的努力，获取了很多宝贵的教学经验。以下是我在本学期的教学情况。</w:t>
      </w:r>
      <w:r>
        <w:rPr>
          <w:lang w:eastAsia="zh-CN"/>
        </w:rPr>
        <w:br/>
      </w:r>
      <w:r>
        <w:rPr>
          <w:lang w:eastAsia="zh-CN"/>
        </w:rPr>
        <w:t>　　一、备好课，备好学生，上好课</w:t>
      </w:r>
      <w:r>
        <w:rPr>
          <w:lang w:eastAsia="zh-CN"/>
        </w:rPr>
        <w:br/>
      </w:r>
      <w:r>
        <w:rPr>
          <w:lang w:eastAsia="zh-CN"/>
        </w:rPr>
        <w:t>　　教学就是教与学，两者是相互联系，不可分割的，有教者就必然有学者。学生是被教的主体。因此，了解和分析学生情况，有针对地教对教学成功与否至关重要。不懂得了解学生对教学的重要性，只是专心研究书本，教材，想方设法令课堂生动，学生易接受，这是很容易碰钉子的。在上课前要了解清楚学生的实际情况：</w:t>
      </w:r>
      <w:r>
        <w:rPr>
          <w:lang w:eastAsia="zh-CN"/>
        </w:rPr>
        <w:br/>
      </w:r>
      <w:r>
        <w:rPr>
          <w:lang w:eastAsia="zh-CN"/>
        </w:rPr>
        <w:t>　　一方面，农村的学生英语听，说的能力相对较弱，授课采用较深的全英教学，同学们较难适应。另一方面，(1)班的同学比较沉静，中等生占较大多数，尖子生相对较少。因此，讲得太深，就照顾不到整体，而(2)班的同学比较活跃，上课气氛积极，虽然优生比例大，但中等生也有一小部分，我备课时也注意到这点，因此教学效果比较理想。从此可以看出，了解及分析学生实际情况，实事求是，具体问题具体分析，做到因材施教，对授课效果有直接影响。这就是教育学中提到的“备教法的同时要备学生”。这一理论在我的教学实践中得到了验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教学中，备课是一个必不可少，十分重要的环节，备学生，又要备教法。备课不充分或者备得不好，会严重影响课堂气氛和积极性，因此，每天我都花费大量的时间在备课之上，认认真真钻研教材和教法，不满意就不收工。虽然辛苦，但事实证明是值得的。</w:t>
      </w:r>
      <w:r>
        <w:rPr>
          <w:lang w:eastAsia="zh-CN"/>
        </w:rPr>
        <w:br/>
      </w:r>
      <w:r>
        <w:rPr>
          <w:lang w:eastAsia="zh-CN"/>
        </w:rPr>
        <w:t>　　一堂准备充分的课，会令学生和老师都获益不浅。我认真研究了课文，找出了重点，难点，准备有针对性地讲。为使教学生动，不沉闷，我还为此准备了大量的教具，授课时就胸有成竹了。相反，我没有认真备课的时候，课堂气氛沉闷，教学效果不好，与此相比可见，认真备课对教学十分重要。特别是对英语这门学生不甚熟悉并感到困难的外语来说至关重要。</w:t>
      </w:r>
      <w:r>
        <w:rPr>
          <w:lang w:eastAsia="zh-CN"/>
        </w:rPr>
        <w:br/>
      </w:r>
      <w:r>
        <w:rPr>
          <w:lang w:eastAsia="zh-CN"/>
        </w:rPr>
        <w:t>　　备课充分，能调动学生的积极性，上课效果就好。但同时又要有驾驭课堂的能力，因为学生在课堂上的一举一动都会直接影响课堂教学。因此上课一定要设法令学生投入，不让其分心，这就很讲究方法了。上课内容丰富，现实。教态自然，讲课生动，难易适中照顾全部，就自然能够吸引住学生。所以，老师每天都要有充足的精神，让学生感受到一种自然气氛。这样，授课就事半功倍。</w:t>
      </w:r>
      <w:r>
        <w:rPr>
          <w:lang w:eastAsia="zh-CN"/>
        </w:rPr>
        <w:br/>
      </w:r>
      <w:r>
        <w:rPr>
          <w:lang w:eastAsia="zh-CN"/>
        </w:rPr>
        <w:t>　　二、激发学生学习兴趣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英语是一门外语，对学生而言，既生疏又困难，在这样一种大环境之下，要教好英语，就要让学生喜爱英语，让他们对英语产生兴趣。否则学生对这门学科产生畏难情绪，不愿学，也无法学下去。为此，我采取了一些方法，就是尽量多讲一些关于英美国家的文化，生活故事，让他们更了解英语，更喜欢学习英语。因为只有英语水平提高，他们才能达到交异国笔友的目的，同时也可以提高同学们的英语写作能力，对成绩优秀的同学很有好处。因为英语的特殊情况，学生在不断学习中，会出现好差分化现象，差生面扩大，会严重影响班内的学习风气。因此，绝对不能忽视。为此，我制定了具体的计划和目标。对这部分同学进行有计划的辅导。</w:t>
      </w:r>
      <w:r>
        <w:rPr>
          <w:lang w:eastAsia="zh-CN"/>
        </w:rPr>
        <w:br/>
      </w:r>
      <w:r>
        <w:rPr>
          <w:lang w:eastAsia="zh-CN"/>
        </w:rPr>
        <w:t>　　三、注重听、说、读、写全面发展</w:t>
      </w:r>
      <w:r>
        <w:rPr>
          <w:lang w:eastAsia="zh-CN"/>
        </w:rPr>
        <w:br/>
      </w:r>
      <w:r>
        <w:rPr>
          <w:lang w:eastAsia="zh-CN"/>
        </w:rPr>
        <w:t>　　英语是语言。因此，除了课堂效果之外，还需要让学生多读，多讲，多练。为此，在早读时，我坚持下班了解早读情况，发现问题及时纠正。课后发现学生作业问题也及时解决，及时讲清楚，让学生即时消化。另外，对部分不自觉的同学还采取强硬背诵等方式，提高他们的能力。期中考和期末考是考察每位同学在本学期的学习成果，因此应该予以重视。考试前进行有系统的复习，考试后进行学科总结。在中段考后的时间里，我把力量主要集中在两班的差生辅导上，特别是(1)班，以缩短差距。</w:t>
      </w:r>
      <w:r>
        <w:rPr>
          <w:lang w:eastAsia="zh-CN"/>
        </w:rPr>
        <w:br/>
      </w:r>
      <w:r>
        <w:rPr>
          <w:lang w:eastAsia="zh-CN"/>
        </w:rPr>
        <w:t>　　另外，还发现学生的综合能力不够强，所以以后的教学中要加强这方面的训练。让学生轻松学，容易掌握。而期考结果证明，适当辅导后进生对班的整体发展有很大帮助。 经过一个学期的努力，期末考就是一种考验。无论成绩高低，都体现了我在这学期的教学成果。我明白到这并不是最重要的，重要的是在本学期后如何自我提高，如何共同提高两班的英语水平。</w:t>
      </w:r>
      <w:r>
        <w:rPr>
          <w:lang w:eastAsia="zh-CN"/>
        </w:rPr>
        <w:br/>
      </w:r>
      <w:r>
        <w:rPr>
          <w:lang w:eastAsia="zh-CN"/>
        </w:rPr>
        <w:t>　　因此，无论怎样辛苦，我都会继续努力，多问，多想，多向别人学习，争取进步。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回顾这一学期来的工作和学习，觉得最大的收获，就是在这一年的教学工作。我总结出了许多行之有效的经验方法，也总结出一些失败的教训和原因，以下我就分几个方面来谈。</w:t>
      </w:r>
      <w:r>
        <w:rPr>
          <w:lang w:eastAsia="zh-CN"/>
        </w:rPr>
        <w:br/>
      </w:r>
      <w:r>
        <w:rPr>
          <w:lang w:eastAsia="zh-CN"/>
        </w:rPr>
        <w:t>　　一、用先进的教育理论武装自己的头脑</w:t>
      </w:r>
      <w:r>
        <w:rPr>
          <w:lang w:eastAsia="zh-CN"/>
        </w:rPr>
        <w:br/>
      </w:r>
      <w:r>
        <w:rPr>
          <w:lang w:eastAsia="zh-CN"/>
        </w:rPr>
        <w:t>　　许多教师一听到理论这两个字，就会不自觉的想到，我是从事实践工作的人，理论与我无关，所以处于教学第一线的教师要进行教育教学理论的学习，这就大可不必了。在一段时间里，我也曾经有过这种想法，可是在几年的教学实践中，我却深深的体会到只有用先进的教育教学理念武装自己的头脑，才会在实际教学工作中，才会使学生在找寻知识的海洋中，找到行路的指南，找到明亮的航标灯。为什么这样说呢，先进的教学理念和方法，可以帮助我们在教学中摆脱传统思想和传统观念的束缚，在教学方法上另辟捷径，大幅度的提高课堂学习效率，从而做到事半功倍。</w:t>
      </w:r>
      <w:r>
        <w:rPr>
          <w:lang w:eastAsia="zh-CN"/>
        </w:rPr>
        <w:br/>
      </w:r>
      <w:r>
        <w:rPr>
          <w:lang w:eastAsia="zh-CN"/>
        </w:rPr>
        <w:t>　　二、因地制宜，因材施教</w:t>
      </w:r>
      <w:r>
        <w:rPr>
          <w:lang w:eastAsia="zh-CN"/>
        </w:rPr>
        <w:br/>
      </w:r>
      <w:r>
        <w:rPr>
          <w:lang w:eastAsia="zh-CN"/>
        </w:rPr>
        <w:t>　　首先在整体教学安排上，我切合学生实际设定教学计划和复习计划，在教学中我采用任务型教学方法由于我校许多学生接受新知识速度较慢，所以我在学习第五册和第六册时，并没有像有些学校那样加紧突击，以留出充裕的全面复习时间。我根据学生掌握知识的实际情况，在第六册的学习上，放满了速度，使学生学一点，掌握一点，会用一点，稳扎稳打，步步落实，而且在学习新知的基础上随时注重新旧知识的结合，避免学生孤立的学习某一个语言知识。从而作到以新知带就知，不是复习，胜似复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第二为了更好的切合学生实际情况，以便对症下药，我不用成卷，尽管许多学校在多年的中考复习工作中，积累了大量的宝贵资料，可是我的学生有自己的实际情况，我便根据学生的特点，自己编排试题，尽管这样做起来难度很大，可是效果确实很好。</w:t>
      </w:r>
      <w:r>
        <w:rPr>
          <w:lang w:eastAsia="zh-CN"/>
        </w:rPr>
        <w:br/>
      </w:r>
      <w:r>
        <w:rPr>
          <w:lang w:eastAsia="zh-CN"/>
        </w:rPr>
        <w:t>　　第三努力提高初三复习课质量。有些初三老师认为复习课无非是讲卷作卷，至使课堂内容枯燥，学生学习效率很低。我们注重改革初三复习课教学模式，以兴趣做引导，在课堂上采用多种方法整合的教学结构，使学生在课堂上保持充沛的精力，愉快的心态，良好的兴趣，投入的上好每一节课。只有把学生调整到这种状态，课堂才能做到高密度，大容量，快节奏，高效率。</w:t>
      </w:r>
      <w:r>
        <w:rPr>
          <w:lang w:eastAsia="zh-CN"/>
        </w:rPr>
        <w:br/>
      </w:r>
      <w:r>
        <w:rPr>
          <w:lang w:eastAsia="zh-CN"/>
        </w:rPr>
        <w:t>　　第四管理落实。现在许多学生的学习自觉性较差，所以作为老师一定要做到管理落实，学生会没会，懂没懂，必须心中有数，在中考之前，学生所出现的每一个细节上的错误都要及时纠正，把一切落到实处。</w:t>
      </w:r>
      <w:r>
        <w:rPr>
          <w:lang w:eastAsia="zh-CN"/>
        </w:rPr>
        <w:br/>
      </w:r>
      <w:r>
        <w:rPr>
          <w:lang w:eastAsia="zh-CN"/>
        </w:rPr>
        <w:t>　　三、肯于奉献，甘当人梯</w:t>
      </w:r>
      <w:r>
        <w:rPr>
          <w:lang w:eastAsia="zh-CN"/>
        </w:rPr>
        <w:br/>
      </w:r>
      <w:r>
        <w:rPr>
          <w:lang w:eastAsia="zh-CN"/>
        </w:rPr>
        <w:t>　　奉献是教师的天职，为了学生的一切，我们会无私的付出自己心血和汗水。在这一年来紧张的中考复习的日子， 每一位教师都是早出晚归，我经常在早晨7：00我就进班督促学生学习并及时进行指导，而晚上回到家后，又在计算机前把第二天要用到试题打出来，为第二天做好准备。到深夜也已是家常便饭，工夫不负有心人，我们辛勤的工作也换来了累累的硕果，学生们的一次次模拟考试进步给了我很多安慰。</w:t>
      </w:r>
      <w:r>
        <w:rPr>
          <w:lang w:eastAsia="zh-CN"/>
        </w:rPr>
        <w:br/>
      </w:r>
      <w:r>
        <w:rPr>
          <w:lang w:eastAsia="zh-CN"/>
        </w:rPr>
        <w:t>　　四、把培养学生的能力放在首位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注重培养学生良好的学习策略，培养学生运用语言的能力。不要拔苗助长。我在实践教学中经常看到这样的现象，有些学生尽管老师给他灌输了大量的语法知识点，可是由于他的英语语言运用和理解能力没有得到相应的提高，他没有掌握良好的学习英语的能力和技巧，那么他的成绩也很难有所提高。相反，如果他的英语运用和理解能力提高了，那么他的学习成绩也会水涨船高，而且这种提高也会是大幅度的。俗话说，磨刀不误坎柴功，如果把多一点的时间放在提高学生各方面的能力上，尽管收效不是很快，但是随着各方面能力的提高，学生的进步幅度很多时候确实能够给我们带来惊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我所教班级有一名学生在刚刚升入初三时英语成绩仅仅四五十分，他的英语程度在班级里也基本上是最差的，面对这种情况我并没有急于跟他谈关于如何提高分数的话题，也没有给他布置大量的习题，而是在课堂上给学生创造许多运用语言的机会，对于这名学生，我更是给他创造许多机会和条件，而且在班级上经常表扬他很具有学习英语的潜能，使他相信自己也具有学习语言的素质和能力，各方面都不比别人差，课后，我又找来适合他的有趣的英语读物，让他在课后找自己认为最有趣的部分进行阅读，到初三第一学期的期末，这名学生的英语程度便有了大幅度的提高，成绩也从四五十分提高到七八十分，记得前几天我同这名学生谈心，我问他为什么这一段时间以来英语成绩提高如此显著，这名学生诚恳地说：“老师，我觉得这一段我的英语提上来了，并不是因为我的知识增长了许多，而是因为我切身地体会到我对于英语语言的理解有了一个新的高度，我理解与使用语言的能力提高了，我感觉到自己会学了。”这个学生的话语给了我很大的启发，使我更加深刻地认识到作为一个教师的职责。</w:t>
      </w:r>
      <w:r>
        <w:rPr>
          <w:lang w:eastAsia="zh-CN"/>
        </w:rPr>
        <w:br/>
      </w:r>
      <w:r>
        <w:rPr>
          <w:lang w:eastAsia="zh-CN"/>
        </w:rPr>
        <w:t>　　一名教师无论他传授给学生多少知识，那么这些知识有可能被遗忘，有可能会过时，而只有那种我们培养出来的学习能力，那种学会学习的方法会使学生终身收益。劲往一处使，充分发挥团队精神，这是取得优异成绩的保证。</w:t>
      </w:r>
      <w:r>
        <w:rPr>
          <w:lang w:eastAsia="zh-CN"/>
        </w:rPr>
        <w:br/>
      </w:r>
      <w:r>
        <w:rPr>
          <w:lang w:eastAsia="zh-CN"/>
        </w:rPr>
        <w:t xml:space="preserve">    英语教师个人工作总结范文参考 篇16 </w:t>
      </w:r>
      <w:r>
        <w:rPr>
          <w:lang w:eastAsia="zh-CN"/>
        </w:rPr>
        <w:br/>
      </w:r>
      <w:r>
        <w:rPr>
          <w:lang w:eastAsia="zh-CN"/>
        </w:rPr>
        <w:t>　　小学阶段英语教学的目的是激发学生学习英语的兴趣，培养学生学习英语的积极性，使他们树立学习英语的自信心，同时培养学生一定的语感和良好的语音、语调基础，为进一步学习打下基础。在英语课堂教学中，怎样创设良好的学习氛围、激发学生的兴趣是搞好小学英语教学的重要一环。</w:t>
      </w:r>
      <w:r>
        <w:rPr>
          <w:lang w:eastAsia="zh-CN"/>
        </w:rPr>
        <w:br/>
      </w:r>
      <w:r>
        <w:rPr>
          <w:lang w:eastAsia="zh-CN"/>
        </w:rPr>
        <w:t>　　首先、把握教材，掌握重点，突破难点。</w:t>
      </w:r>
      <w:r>
        <w:rPr>
          <w:lang w:eastAsia="zh-CN"/>
        </w:rPr>
        <w:br/>
      </w:r>
      <w:r>
        <w:rPr>
          <w:lang w:eastAsia="zh-CN"/>
        </w:rPr>
        <w:t>　　在课前加入日常对话练习，每个人都有机会参与，锻炼其他学生的听力的同时，把零散的内容加以归整，做到语言的整合;把容易遗忘的单词在上课前重复出现，淡化重点。把讲课的时间压缩一些，把课堂真正的还给学生。引导学生在玩中学习，学中玩。</w:t>
      </w:r>
      <w:r>
        <w:rPr>
          <w:lang w:eastAsia="zh-CN"/>
        </w:rPr>
        <w:br/>
      </w:r>
      <w:r>
        <w:rPr>
          <w:lang w:eastAsia="zh-CN"/>
        </w:rPr>
        <w:t>　　其次、了解学生，讲求方法，丰富课堂。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整个教学过程中由于学生的掌握情况不同，会出现了优差分层。要了解学生的基础情况，对于程度不好的学生，让他们从简单到复杂，体会到自己在一点点的进步，增强他们的自信心。因此对于相同内容，就需要设计不同的练习形式。目的是照顾更多的学生。</w:t>
      </w:r>
      <w:r>
        <w:rPr>
          <w:lang w:eastAsia="zh-CN"/>
        </w:rPr>
        <w:br/>
      </w:r>
      <w:r>
        <w:rPr>
          <w:lang w:eastAsia="zh-CN"/>
        </w:rPr>
        <w:t>　　然后，多种评价，激发兴趣，自主学习。</w:t>
      </w:r>
      <w:r>
        <w:rPr>
          <w:lang w:eastAsia="zh-CN"/>
        </w:rPr>
        <w:br/>
      </w:r>
      <w:r>
        <w:rPr>
          <w:lang w:eastAsia="zh-CN"/>
        </w:rPr>
        <w:t>　　运用多种评价方式，小组评价，学习效果的评价，学习态度的评价，学习方法的评价，合作能力的评价;评价多种技能，听，说，读，写。给学生一个客观全面的评价，让程度好的学生看到自己成绩的同时感到自己的不足;让学困生感到自己不足的同时看到自己的亮点，让每一个学生都有成功的机会。</w:t>
      </w:r>
      <w:r>
        <w:rPr>
          <w:lang w:eastAsia="zh-CN"/>
        </w:rPr>
        <w:br/>
      </w:r>
      <w:r>
        <w:rPr>
          <w:lang w:eastAsia="zh-CN"/>
        </w:rPr>
        <w:t>　　开展英语社团活动。利用每周四下午第三节课为社团活动时间，挑选对英语学习积极性高的同学在一起学习英语小故事，排练课本剧，培养学科特长生。英语社团的学生们在学中玩，在玩中学，进步很大，效果非常好。</w:t>
      </w:r>
      <w:r>
        <w:rPr>
          <w:lang w:eastAsia="zh-CN"/>
        </w:rPr>
        <w:br/>
      </w:r>
      <w:r>
        <w:rPr>
          <w:lang w:eastAsia="zh-CN"/>
        </w:rPr>
        <w:t>　　同时加强自身的学习、刻苦钻研，勇于探索，尽心尽力搞好校本课程的教育工作。</w:t>
      </w:r>
      <w:r>
        <w:rPr>
          <w:lang w:eastAsia="zh-CN"/>
        </w:rPr>
        <w:br/>
      </w:r>
      <w:r>
        <w:rPr>
          <w:lang w:eastAsia="zh-CN"/>
        </w:rPr>
        <w:t>　　最后是自身的学习。</w:t>
      </w:r>
      <w:r>
        <w:rPr>
          <w:lang w:eastAsia="zh-CN"/>
        </w:rPr>
        <w:br/>
      </w:r>
      <w:r>
        <w:rPr>
          <w:lang w:eastAsia="zh-CN"/>
        </w:rPr>
        <w:t>　　在这学期里通过区里组织的公开研讨课，让我看到了自己的不足之处，吸取老师提出的宝贵意见，提高自己的教学水平。在这学期里我通过外出听课，让我增长了见识，学会了不少东西。</w:t>
      </w:r>
      <w:r>
        <w:rPr>
          <w:lang w:eastAsia="zh-CN"/>
        </w:rPr>
        <w:br/>
      </w:r>
      <w:r>
        <w:rPr>
          <w:lang w:eastAsia="zh-CN"/>
        </w:rPr>
        <w:t xml:space="preserve">    英语教师个人工作总结范文参考 篇17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本学期本人承担高一(2)和高一(6)高一(15)三个班的英语课教学工作，周课时十五节。在工作中，能勤勤恳恳，敬岗爱业，忠实执行党的教育方针，坚持以素质教育为主线，教学研究为龙头，构建创新教育模式，面向全体学生，促进学生全面发展。在学校领导的亲切关怀和大力支持下，在科组，年级同行的大力协助下，圆满地完...</w:t>
      </w:r>
      <w:r>
        <w:rPr>
          <w:lang w:eastAsia="zh-CN"/>
        </w:rPr>
        <w:br/>
      </w:r>
      <w:r>
        <w:rPr>
          <w:lang w:eastAsia="zh-CN"/>
        </w:rPr>
        <w:t>　　本学期本人承担高一(2)和高一(6)高一(15)三个班的英语课教学工作，周课时十五节。在工作中，能勤勤恳恳，敬岗爱业，忠实执行党的教育方针，坚持以素质教育为主线，教学研究为龙头，构建创新教育模式，面向全体学生，促进学生全面发展。在学校领导的亲切关怀和大力支持下，在科组，年级同行的大力协助下，圆满地完成了本学期的教育教学任务。回顾一个学期的工作，我有如下几点体会：</w:t>
      </w:r>
      <w:r>
        <w:rPr>
          <w:lang w:eastAsia="zh-CN"/>
        </w:rPr>
        <w:br/>
      </w:r>
      <w:r>
        <w:rPr>
          <w:lang w:eastAsia="zh-CN"/>
        </w:rPr>
        <w:t>　　一、构建在新课程条件下“多媒体优化组合”的英语课堂教学模式。</w:t>
      </w:r>
      <w:r>
        <w:rPr>
          <w:lang w:eastAsia="zh-CN"/>
        </w:rPr>
        <w:br/>
      </w:r>
      <w:r>
        <w:rPr>
          <w:lang w:eastAsia="zh-CN"/>
        </w:rPr>
        <w:t>　　“多媒体优化组合”构建的课堂教学模式，就是运用这种心理学的感观原理的理论，应用于英语教学的一种实践。</w:t>
      </w:r>
      <w:r>
        <w:rPr>
          <w:lang w:eastAsia="zh-CN"/>
        </w:rPr>
        <w:br/>
      </w:r>
      <w:r>
        <w:rPr>
          <w:lang w:eastAsia="zh-CN"/>
        </w:rPr>
        <w:t>　　传统的英语教学模式，教师在整个教学过程中，就是灌输抽象、刻板的规则，用“条款化的语言”来描述具有审美载体的、形象生动的语言，不言而喻，这样的教学手段，不适应时代的快节奏，不利于开发学生的智力，不利于培养开拓型人才，不利于学生素质的全面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布鲁纳说过:“学习的刺激是对所学教材的兴趣”，对学生来说“兴趣”将直接影响学习效果。因此，我在课堂上运用以电教为主体的“多媒体优化组合”课堂教学模式，使教学内容的表现形式变得新颖而引人入胜，充分调动学生的学习积极性，使学生对学习产生浓厚的兴趣。</w:t>
      </w:r>
      <w:r>
        <w:rPr>
          <w:lang w:eastAsia="zh-CN"/>
        </w:rPr>
        <w:br/>
      </w:r>
      <w:r>
        <w:rPr>
          <w:lang w:eastAsia="zh-CN"/>
        </w:rPr>
        <w:t>　　二、开启学生创造性思维能力，培养良好的学生素质</w:t>
      </w:r>
      <w:r>
        <w:rPr>
          <w:lang w:eastAsia="zh-CN"/>
        </w:rPr>
        <w:br/>
      </w:r>
      <w:r>
        <w:rPr>
          <w:lang w:eastAsia="zh-CN"/>
        </w:rPr>
        <w:t>　　新大纲明确指出:中学英语教学的目的是“通过听、说、读、写训练，使学生获得英语基础知识和交际初步运用英语的能力，激发学生的学习兴趣，养成良好的学艺打情，为进一步学习打好基础，发展学生的思维能力和自学能力”。众所周知，在诸多能力素质中，创造思维能力是促成其他能力形成的核心机制。</w:t>
      </w:r>
      <w:r>
        <w:rPr>
          <w:lang w:eastAsia="zh-CN"/>
        </w:rPr>
        <w:br/>
      </w:r>
      <w:r>
        <w:rPr>
          <w:lang w:eastAsia="zh-CN"/>
        </w:rPr>
        <w:t>　　传统的英语教学模式培养的是僵化的思维定势，它桎梏着学生的创造力。因此，我在课堂教学上能注重全方位地、多元化地调动学生的视觉、听觉、动觉，多层地启发学生、引导思维、拓宽思维境界、引发发散性思维，使思维的广阔性、深刻性、独立性、敏捷性等方面得到训练，从而发展了学生的创造能力，培养出良好的学生素质，达到教育的最终目标。</w:t>
      </w:r>
      <w:r>
        <w:rPr>
          <w:lang w:eastAsia="zh-CN"/>
        </w:rPr>
        <w:br/>
      </w:r>
      <w:r>
        <w:rPr>
          <w:lang w:eastAsia="zh-CN"/>
        </w:rPr>
        <w:t>　　三、利用学科的优势，培养学生良好的人格，陶冶学生美的情操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教学过程，实际上是学生在教师指导下的认识过程。学生是认识的主体，知识的掌握和能力的培养只能在主体自己相应的积极自觉活动中才能形成。在教学上我不仅是教师，而且是魔术师，运用直观的现代的教学手段，使语言教学从单调的文字描述中解放出来，在学生面前展现的是文字、语音、形象、色彩这一新奇的美，这种美感会吸引学生注意力，从而激发浓厚的学习兴趣。--“激发学生的学习兴趣”是新大纲中新列入的教学目的。</w:t>
      </w:r>
      <w:r>
        <w:rPr>
          <w:lang w:eastAsia="zh-CN"/>
        </w:rPr>
        <w:br/>
      </w:r>
      <w:r>
        <w:rPr>
          <w:lang w:eastAsia="zh-CN"/>
        </w:rPr>
        <w:t>　　同时，我也是导演，导演出一幕幕场景;是画家，用斑谰的色彩展开生动的画面;是导游，引导学生在语言的海洋中漫游……这种全方位展示着的英语教师气质的美，就是一个强有力的磁场，吸引着学生，给他们一个愉悦的环境，使他们对课堂产生审美情感，使他们获得美的陶冶，从而使整个教学过程处在美的环境中，产生良性循环，增加学生学习的活力。</w:t>
      </w:r>
      <w:r>
        <w:rPr>
          <w:lang w:eastAsia="zh-CN"/>
        </w:rPr>
        <w:br/>
      </w:r>
      <w:r>
        <w:rPr>
          <w:lang w:eastAsia="zh-CN"/>
        </w:rPr>
        <w:t>　　四、深入研究教育教学理论，使教学更加符合学生的年龄特征和身心特点。</w:t>
      </w:r>
      <w:r>
        <w:rPr>
          <w:lang w:eastAsia="zh-CN"/>
        </w:rPr>
        <w:br/>
      </w:r>
      <w:r>
        <w:rPr>
          <w:lang w:eastAsia="zh-CN"/>
        </w:rPr>
        <w:t>　　各个学习阶段的学生都有其特定的年龄特征和身心特点，需要教师真正做到“设身处地”，站在不同的角度缜密地构思每一个教学环节，这样才能更好地交流互动，完成教学任务。高二是学生高中学习生活的转折时期，是承前起后的时期。英语学习成绩的好坏与他们的升学与否紧密相连。所以我不仅备教材，还备这个年龄段的学生，取得了令人满意的效果。</w:t>
      </w:r>
      <w:r>
        <w:rPr>
          <w:lang w:eastAsia="zh-CN"/>
        </w:rPr>
        <w:br/>
      </w:r>
      <w:r>
        <w:rPr>
          <w:lang w:eastAsia="zh-CN"/>
        </w:rPr>
        <w:t>　　五、建立新型的师生关系，强化教学主体意识。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时代的发展为传统意义上的师生关系注入了新的内涵：民主平等、互相尊重、互相学习、共同提高。教师应该是“首席”，与学生共同奏出优美的旋律;教师应该是“配角”，把学生衬托得光彩照人;教师应该是“热线”，让学生永远感觉到鲜活与新颖;教师应该是“110”，在学生最需要关爱和帮助的时候，及时守候在学生身边;教师应该是“导游”，引导学生探幽发微，欣赏险峰的无限风光;教师应该是“场上队长”，身先士卒，与队友共同拼搏，在比赛结束后，把队友我们的学生，高高地抛向空中……</w:t>
      </w:r>
      <w:r>
        <w:rPr>
          <w:lang w:eastAsia="zh-CN"/>
        </w:rPr>
        <w:br/>
      </w:r>
      <w:r>
        <w:rPr>
          <w:lang w:eastAsia="zh-CN"/>
        </w:rPr>
        <w:t>　　面对着一个个充满灵性的教育对象，我时刻提醒自己：“我是谁?为了谁?是否把学生的收获、学生的发展放在首要的位置?是否做到了‘一切为了学生，为了一切学生，为了学生的一切”。特别我刚到这个学校，对这里的学生学习情况很不了解，对他们的学习习惯，我也不认同，但是我爱他们-----平等协商，倾心交流，使得我们师生关系和谐融洽。</w:t>
      </w:r>
      <w:r>
        <w:rPr>
          <w:lang w:eastAsia="zh-CN"/>
        </w:rPr>
        <w:br/>
      </w:r>
      <w:r>
        <w:rPr>
          <w:lang w:eastAsia="zh-CN"/>
        </w:rPr>
        <w:t>　　六、坚持政治学习,加强师德修养,做到学高为师,身正为范</w:t>
      </w:r>
      <w:r>
        <w:rPr>
          <w:lang w:eastAsia="zh-CN"/>
        </w:rPr>
        <w:br/>
      </w:r>
      <w:r>
        <w:rPr>
          <w:lang w:eastAsia="zh-CN"/>
        </w:rPr>
        <w:t>　　本人这个学期能，遵守劳动纪律，从未旷工，上课从不迟到，与同级组老师团结合作，积极支持科组工作，不折不扣的完成科组长分配的任务，积极参加各类教研活动,并且把教研活动所得及时运用到教学中去!</w:t>
      </w:r>
      <w:r>
        <w:rPr>
          <w:lang w:eastAsia="zh-CN"/>
        </w:rPr>
        <w:br/>
      </w:r>
      <w:r>
        <w:rPr>
          <w:lang w:eastAsia="zh-CN"/>
        </w:rPr>
        <w:t>　　我以后一定会更加努力，坚持向教科研要质量，坚持向课堂教学要质量!努力提高自己的教育教学水平!</w:t>
      </w:r>
      <w:r>
        <w:rPr>
          <w:lang w:eastAsia="zh-CN"/>
        </w:rPr>
        <w:br/>
      </w:r>
      <w:r>
        <w:rPr>
          <w:lang w:eastAsia="zh-CN"/>
        </w:rPr>
        <w:t>　　初三英语教师个人年终工作总结范文【三】</w:t>
      </w:r>
      <w:r>
        <w:rPr>
          <w:lang w:eastAsia="zh-CN"/>
        </w:rPr>
        <w:br/>
      </w:r>
      <w:r>
        <w:rPr>
          <w:lang w:eastAsia="zh-CN"/>
        </w:rPr>
        <w:t>　　一年即将过去，九年级第一学期的工作已接近尾声，这是我第一次带九年级毕业班，教学上遇到了前所未有的挑战。我虚心请教师父、潜心研究教法、在实践中摸索前进。经过一个学期的努力，学到了很多教学经验，也取得了应有的成绩。以下是对本学期教学情况的简要总结。</w:t>
      </w:r>
      <w:r>
        <w:rPr>
          <w:lang w:eastAsia="zh-CN"/>
        </w:rPr>
        <w:br/>
      </w:r>
      <w:r>
        <w:rPr>
          <w:lang w:eastAsia="zh-CN"/>
        </w:rPr>
        <w:t>　　一、培养英语学习兴趣</w:t>
      </w:r>
      <w:r>
        <w:rPr>
          <w:lang w:eastAsia="zh-CN"/>
        </w:rPr>
        <w:br/>
      </w:r>
    </w:p>
    <w:p w:rsidR="001B1F19" w14:textId="27C3F48A">
      <w:pPr>
        <w:rPr>
          <w:rFonts w:hint="eastAsia"/>
          <w:lang w:eastAsia="zh-CN"/>
        </w:rPr>
      </w:pPr>
      <w:r>
        <w:rPr>
          <w:lang w:eastAsia="zh-CN"/>
        </w:rPr>
        <w:t>　　英语作为一门外语，对大多数学生而言，既生疏又困难。在这样一种大环境之下，要教好英语，就要让学生喜爱英语，让他们对英语产生兴趣。为此，我采取了一些方法，如尽多使用多媒体设备进行教学;开展形式多样、生动活泼的课堂语言实践活动;介绍英美国家的文化，生活故事;帮助班上的同学改英文名等等。使他们了解英语、喜欢英语，从而培养了学生学习英语的兴趣。目前，我们班学生对英语学习的兴趣始终稳定在较高水平。</w:t>
      </w:r>
      <w:r>
        <w:rPr>
          <w:lang w:eastAsia="zh-CN"/>
        </w:rPr>
        <w:br/>
      </w:r>
      <w:r>
        <w:rPr>
          <w:lang w:eastAsia="zh-CN"/>
        </w:rPr>
        <w:t>　　二、认真备课、上课，改进教学方式、注重辅导学法</w:t>
      </w:r>
      <w:r>
        <w:rPr>
          <w:lang w:eastAsia="zh-CN"/>
        </w:rPr>
        <w:br/>
      </w:r>
      <w:r>
        <w:rPr>
          <w:lang w:eastAsia="zh-CN"/>
        </w:rPr>
        <w:t>　　在集体备课的基础上，我能自觉钻研教材、研究学生，进行二次备课。虽然辛苦，但事实证明是值得的。</w:t>
      </w:r>
      <w:r>
        <w:rPr>
          <w:lang w:eastAsia="zh-CN"/>
        </w:rPr>
        <w:br/>
      </w:r>
      <w:r>
        <w:rPr>
          <w:lang w:eastAsia="zh-CN"/>
        </w:rPr>
        <w:t>　　教态自然、讲课生动、难易适中、照顾全部，课堂就能够吸引住学生。本人能做到每天都有积极的精神状态，让学生感受到一种积极的学习气氛。我能遵循听说、读写跟上的教学要求，努力加大课堂训练量，加快课堂节奏，切实提高课堂教学效率。除保证课堂效果之外，还需要让学生课外多读，多讲，多练。为此，在早读时，我坚持到班辅导，发现问题及时纠正。课后坚持认真批改学生作业，发现问题及时解决。对部分不自觉的同学还采取强硬背诵等方式，以打好他们的初一基础。</w:t>
      </w:r>
      <w:r>
        <w:rPr>
          <w:lang w:eastAsia="zh-CN"/>
        </w:rPr>
        <w:br/>
      </w:r>
      <w:r>
        <w:rPr>
          <w:lang w:eastAsia="zh-CN"/>
        </w:rPr>
        <w:t>　　三、做好“培优转差”</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https://d.book118.com/517056153061006052</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17056153061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