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我在圣所看到马吉了</w:t>
        <w:br/>
        <w:t>I</w:t>
      </w:r>
      <w:r>
        <w:t xml:space="preserve"> saw</w:t>
      </w:r>
      <w:r>
        <w:t xml:space="preserve"> Makee</w:t>
      </w:r>
      <w:r>
        <w:t xml:space="preserve"> on</w:t>
      </w:r>
      <w:r>
        <w:t xml:space="preserve"> Sanctuary.</w:t>
        <w:br/>
        <w:t>－马吉死了－我知道</w:t>
        <w:br/>
        <w:t>Makee's</w:t>
      </w:r>
      <w:r>
        <w:t xml:space="preserve"> dead.</w:t>
      </w:r>
      <w:r>
        <w:t xml:space="preserve"> -</w:t>
      </w:r>
      <w:r>
        <w:t xml:space="preserve"> I</w:t>
      </w:r>
      <w:r>
        <w:t xml:space="preserve"> know.</w:t>
        <w:br/>
        <w:t>我亲手杀的她</w:t>
        <w:br/>
        <w:t>I</w:t>
      </w:r>
      <w:r>
        <w:t xml:space="preserve"> shot</w:t>
      </w:r>
      <w:r>
        <w:t xml:space="preserve"> her</w:t>
      </w:r>
      <w:r>
        <w:t xml:space="preserve"> myself.</w:t>
        <w:br/>
        <w:t>你对圣所事件的描述</w:t>
        <w:br/>
        <w:t>Your</w:t>
      </w:r>
      <w:r>
        <w:t xml:space="preserve"> account</w:t>
      </w:r>
      <w:r>
        <w:t xml:space="preserve"> of</w:t>
      </w:r>
      <w:r>
        <w:t xml:space="preserve"> events</w:t>
      </w:r>
      <w:r>
        <w:t xml:space="preserve"> on</w:t>
      </w:r>
      <w:r>
        <w:t xml:space="preserve"> Sanctuary</w:t>
        <w:br/>
        <w:t>令人怀疑</w:t>
        <w:br/>
        <w:t>has</w:t>
      </w:r>
      <w:r>
        <w:t xml:space="preserve"> proven</w:t>
      </w:r>
      <w:r>
        <w:t xml:space="preserve"> dubious.</w:t>
        <w:br/>
        <w:t>我知道你们这帮混&amp;hearts;蛋&amp;hearts;怎么想的</w:t>
      </w:r>
      <w:r>
        <w:t xml:space="preserve"> 我曾经也是你</w:t>
        <w:br/>
        <w:t>I</w:t>
      </w:r>
      <w:r>
        <w:t xml:space="preserve"> know</w:t>
      </w:r>
      <w:r>
        <w:t xml:space="preserve"> how</w:t>
      </w:r>
      <w:r>
        <w:t xml:space="preserve"> you</w:t>
      </w:r>
      <w:r>
        <w:t xml:space="preserve"> assholes</w:t>
      </w:r>
      <w:r>
        <w:t xml:space="preserve"> think.</w:t>
      </w:r>
      <w:r>
        <w:t xml:space="preserve"> I</w:t>
      </w:r>
      <w:r>
        <w:t xml:space="preserve"> was</w:t>
      </w:r>
      <w:r>
        <w:t xml:space="preserve"> you</w:t>
      </w:r>
      <w:r>
        <w:t xml:space="preserve"> once.</w:t>
        <w:br/>
        <w:t>还有其他事可以做</w:t>
      </w:r>
      <w:r>
        <w:t xml:space="preserve"> 其他的方式活下去</w:t>
        <w:br/>
        <w:t>There's</w:t>
      </w:r>
      <w:r>
        <w:t xml:space="preserve"> other</w:t>
      </w:r>
      <w:r>
        <w:t xml:space="preserve"> things</w:t>
      </w:r>
      <w:r>
        <w:t xml:space="preserve"> to</w:t>
      </w:r>
      <w:r>
        <w:t xml:space="preserve"> be,</w:t>
      </w:r>
      <w:r>
        <w:t xml:space="preserve"> other</w:t>
      </w:r>
      <w:r>
        <w:t xml:space="preserve"> ways</w:t>
      </w:r>
      <w:r>
        <w:t xml:space="preserve"> to</w:t>
      </w:r>
      <w:r>
        <w:t xml:space="preserve"> live.</w:t>
        <w:br/>
        <w:t>不许放弃</w:t>
        <w:br/>
        <w:t>Don't</w:t>
      </w:r>
      <w:r>
        <w:t xml:space="preserve"> you</w:t>
      </w:r>
      <w:r>
        <w:t xml:space="preserve"> quit.</w:t>
        <w:br/>
        <w:t>起来</w:t>
        <w:br/>
        <w:t>Get</w:t>
      </w:r>
      <w:r>
        <w:t xml:space="preserve"> up.</w:t>
        <w:br/>
        <w:t>我知道凯瑟琳·哈尔西在哪</w:t>
        <w:br/>
        <w:t>I</w:t>
      </w:r>
      <w:r>
        <w:t xml:space="preserve"> know</w:t>
      </w:r>
      <w:r>
        <w:t xml:space="preserve"> the</w:t>
      </w:r>
      <w:r>
        <w:t xml:space="preserve"> location</w:t>
      </w:r>
      <w:r>
        <w:t xml:space="preserve"> of</w:t>
      </w:r>
      <w:r>
        <w:t xml:space="preserve"> Catherine</w:t>
      </w:r>
      <w:r>
        <w:t xml:space="preserve"> Halsey.</w:t>
        <w:br/>
        <w:t>对你来说不是钱的问题</w:t>
      </w:r>
      <w:r>
        <w:t xml:space="preserve"> 对不对</w:t>
        <w:br/>
        <w:t>It's</w:t>
      </w:r>
      <w:r>
        <w:t xml:space="preserve"> not</w:t>
      </w:r>
      <w:r>
        <w:t xml:space="preserve"> about</w:t>
      </w:r>
      <w:r>
        <w:t xml:space="preserve"> the</w:t>
      </w:r>
      <w:r>
        <w:t xml:space="preserve"> money</w:t>
      </w:r>
      <w:r>
        <w:t xml:space="preserve"> for</w:t>
      </w:r>
      <w:r>
        <w:t xml:space="preserve"> you,</w:t>
      </w:r>
      <w:r>
        <w:t xml:space="preserve"> is</w:t>
      </w:r>
      <w:r>
        <w:t xml:space="preserve"> it?</w:t>
        <w:br/>
        <w:t>是她对你做了什么</w:t>
        <w:br/>
        <w:t>It's</w:t>
      </w:r>
      <w:r>
        <w:t xml:space="preserve"> about</w:t>
      </w:r>
      <w:r>
        <w:t xml:space="preserve"> what</w:t>
      </w:r>
      <w:r>
        <w:t xml:space="preserve"> she</w:t>
      </w:r>
      <w:r>
        <w:t xml:space="preserve"> did</w:t>
      </w:r>
      <w:r>
        <w:t xml:space="preserve"> to</w:t>
      </w:r>
      <w:r>
        <w:t xml:space="preserve"> ya.</w:t>
        <w:br/>
        <w:t>索伦绝不会丢下你们任何一个人</w:t>
        <w:br/>
        <w:t>Soren</w:t>
      </w:r>
      <w:r>
        <w:t xml:space="preserve"> never</w:t>
      </w:r>
      <w:r>
        <w:t xml:space="preserve"> would've</w:t>
      </w:r>
      <w:r>
        <w:t xml:space="preserve"> left</w:t>
      </w:r>
      <w:r>
        <w:t xml:space="preserve"> any</w:t>
      </w:r>
      <w:r>
        <w:t xml:space="preserve"> of</w:t>
      </w:r>
      <w:r>
        <w:t xml:space="preserve"> you</w:t>
      </w:r>
      <w:r>
        <w:t xml:space="preserve"> behind.</w:t>
        <w:br/>
        <w:t>你被捕了</w:t>
        <w:br/>
        <w:t>You're</w:t>
      </w:r>
      <w:r>
        <w:t xml:space="preserve"> under</w:t>
      </w:r>
      <w:r>
        <w:t xml:space="preserve"> arrest.</w:t>
        <w:br/>
        <w:t>鲁比·安买&amp;hearts;&amp;hearts;下了索伦的船员</w:t>
        <w:br/>
        <w:t>Ruby</w:t>
      </w:r>
      <w:r>
        <w:t xml:space="preserve"> Ann</w:t>
      </w:r>
      <w:r>
        <w:t xml:space="preserve"> bought</w:t>
      </w:r>
      <w:r>
        <w:t xml:space="preserve"> Soren's</w:t>
      </w:r>
      <w:r>
        <w:t xml:space="preserve"> crew.</w:t>
        <w:br/>
        <w:t>等我爸回来</w:t>
      </w:r>
      <w:r>
        <w:t xml:space="preserve"> 他就会保护我们</w:t>
        <w:br/>
        <w:t>When</w:t>
      </w:r>
      <w:r>
        <w:t xml:space="preserve"> my</w:t>
      </w:r>
      <w:r>
        <w:t xml:space="preserve"> dad</w:t>
      </w:r>
      <w:r>
        <w:t xml:space="preserve"> comes</w:t>
      </w:r>
      <w:r>
        <w:t xml:space="preserve"> back,</w:t>
      </w:r>
      <w:r>
        <w:t xml:space="preserve"> he'll</w:t>
      </w:r>
      <w:r>
        <w:t xml:space="preserve"> protect</w:t>
      </w:r>
      <w:r>
        <w:t xml:space="preserve"> us.</w:t>
        <w:br/>
        <w:t>他回不来了</w:t>
        <w:br/>
        <w:t>He's</w:t>
      </w:r>
      <w:r>
        <w:t xml:space="preserve"> not</w:t>
      </w:r>
      <w:r>
        <w:t xml:space="preserve"> coming</w:t>
      </w:r>
      <w:r>
        <w:t xml:space="preserve"> back!</w:t>
        <w:br/>
        <w:t>我想给你介绍个人</w:t>
        <w:br/>
        <w:t>I</w:t>
      </w:r>
      <w:r>
        <w:t xml:space="preserve"> want</w:t>
      </w:r>
      <w:r>
        <w:t xml:space="preserve"> to</w:t>
      </w:r>
      <w:r>
        <w:t xml:space="preserve"> introduce</w:t>
      </w:r>
      <w:r>
        <w:t xml:space="preserve"> you</w:t>
      </w:r>
      <w:r>
        <w:t xml:space="preserve"> to</w:t>
      </w:r>
      <w:r>
        <w:t xml:space="preserve"> someone.</w:t>
        <w:br/>
        <w:t>这位是朱莉娅</w:t>
      </w:r>
      <w:r>
        <w:t xml:space="preserve"> 她将是你的随从</w:t>
        <w:br/>
        <w:t>This</w:t>
      </w:r>
      <w:r>
        <w:t xml:space="preserve"> is</w:t>
      </w:r>
      <w:r>
        <w:t xml:space="preserve"> Julia.</w:t>
      </w:r>
      <w:r>
        <w:t xml:space="preserve"> She'll</w:t>
      </w:r>
      <w:r>
        <w:t xml:space="preserve"> be</w:t>
      </w:r>
      <w:r>
        <w:t xml:space="preserve"> your</w:t>
      </w:r>
      <w:r>
        <w:t xml:space="preserve"> attendant.</w:t>
        <w:br/>
        <w:t>她在哪儿</w:t>
        <w:br/>
        <w:t>Where</w:t>
      </w:r>
      <w:r>
        <w:t xml:space="preserve"> is</w:t>
      </w:r>
      <w:r>
        <w:t xml:space="preserve"> she?</w:t>
        <w:br/>
        <w:t>科塔娜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她很安全</w:t>
        <w:br/>
        <w:t>Cortana,</w:t>
      </w:r>
      <w:r>
        <w:t xml:space="preserve"> she's</w:t>
      </w:r>
      <w:r>
        <w:t xml:space="preserve"> secure.</w:t>
        <w:br/>
        <w:t>我给你的问题有什么进展吗</w:t>
        <w:br/>
        <w:t>Have</w:t>
      </w:r>
      <w:r>
        <w:t xml:space="preserve"> you</w:t>
      </w:r>
      <w:r>
        <w:t xml:space="preserve"> made</w:t>
      </w:r>
      <w:r>
        <w:t xml:space="preserve"> any</w:t>
      </w:r>
      <w:r>
        <w:t xml:space="preserve"> progress</w:t>
      </w:r>
      <w:r>
        <w:t xml:space="preserve"> with</w:t>
      </w:r>
      <w:r>
        <w:t xml:space="preserve"> the</w:t>
      </w:r>
      <w:r>
        <w:t xml:space="preserve"> problem</w:t>
      </w:r>
      <w:r>
        <w:t xml:space="preserve"> I</w:t>
      </w:r>
      <w:r>
        <w:t xml:space="preserve"> gave</w:t>
      </w:r>
      <w:r>
        <w:t xml:space="preserve"> you?</w:t>
        <w:br/>
        <w:t>不管采取什么行动</w:t>
        <w:br/>
        <w:t>All</w:t>
      </w:r>
      <w:r>
        <w:t xml:space="preserve"> of</w:t>
      </w:r>
      <w:r>
        <w:t xml:space="preserve"> my</w:t>
      </w:r>
      <w:r>
        <w:t xml:space="preserve"> simulations</w:t>
      </w:r>
      <w:r>
        <w:t xml:space="preserve"> returned</w:t>
      </w:r>
      <w:r>
        <w:t xml:space="preserve"> the</w:t>
      </w:r>
      <w:r>
        <w:t xml:space="preserve"> same</w:t>
      </w:r>
      <w:r>
        <w:t xml:space="preserve"> result,</w:t>
        <w:br/>
        <w:t>我所有模拟结果都是一样的</w:t>
        <w:br/>
        <w:t>regardless</w:t>
      </w:r>
      <w:r>
        <w:t xml:space="preserve"> of</w:t>
      </w:r>
      <w:r>
        <w:t xml:space="preserve"> any</w:t>
      </w:r>
      <w:r>
        <w:t xml:space="preserve"> action</w:t>
      </w:r>
      <w:r>
        <w:t xml:space="preserve"> taken.</w:t>
        <w:br/>
        <w:t>所以没什么可做的了</w:t>
        <w:br/>
        <w:t>So</w:t>
      </w:r>
      <w:r>
        <w:t xml:space="preserve"> there's</w:t>
      </w:r>
      <w:r>
        <w:t xml:space="preserve"> nothing</w:t>
      </w:r>
      <w:r>
        <w:t xml:space="preserve"> to</w:t>
      </w:r>
      <w:r>
        <w:t xml:space="preserve"> be</w:t>
      </w:r>
      <w:r>
        <w:t xml:space="preserve"> done.</w:t>
        <w:br/>
        <w:t>我当时在扫描波段</w:t>
        <w:br/>
        <w:t>I</w:t>
      </w:r>
      <w:r>
        <w:t xml:space="preserve"> was</w:t>
      </w:r>
      <w:r>
        <w:t xml:space="preserve"> scanning</w:t>
      </w:r>
      <w:r>
        <w:t xml:space="preserve"> the</w:t>
      </w:r>
      <w:r>
        <w:t xml:space="preserve"> band,</w:t>
        <w:br/>
        <w:t>然后就听到了干扰中有声音</w:t>
        <w:br/>
        <w:t>and</w:t>
      </w:r>
      <w:r>
        <w:t xml:space="preserve"> I</w:t>
      </w:r>
      <w:r>
        <w:t xml:space="preserve"> heard</w:t>
      </w:r>
      <w:r>
        <w:t xml:space="preserve"> something</w:t>
      </w:r>
      <w:r>
        <w:t xml:space="preserve"> in</w:t>
      </w:r>
      <w:r>
        <w:t xml:space="preserve"> the</w:t>
      </w:r>
      <w:r>
        <w:t xml:space="preserve"> interference.</w:t>
        <w:br/>
        <w:t>你听到了一段信息</w:t>
        <w:br/>
        <w:t>You</w:t>
      </w:r>
      <w:r>
        <w:t xml:space="preserve"> heard</w:t>
      </w:r>
      <w:r>
        <w:t xml:space="preserve"> a</w:t>
      </w:r>
      <w:r>
        <w:t xml:space="preserve"> message.</w:t>
        <w:br/>
        <w:t>这种情况还会再次发生</w:t>
        <w:br/>
        <w:t>This</w:t>
      </w:r>
      <w:r>
        <w:t xml:space="preserve"> will</w:t>
      </w:r>
      <w:r>
        <w:t xml:space="preserve"> happen</w:t>
      </w:r>
      <w:r>
        <w:t xml:space="preserve"> again.</w:t>
        <w:br/>
        <w:t>我希望你去寻找</w:t>
        <w:br/>
        <w:t>I</w:t>
      </w:r>
      <w:r>
        <w:t xml:space="preserve"> want</w:t>
      </w:r>
      <w:r>
        <w:t xml:space="preserve"> you</w:t>
      </w:r>
      <w:r>
        <w:t xml:space="preserve"> to</w:t>
      </w:r>
      <w:r>
        <w:t xml:space="preserve"> post</w:t>
      </w:r>
      <w:r>
        <w:t xml:space="preserve"> your</w:t>
      </w:r>
      <w:r>
        <w:t xml:space="preserve"> evidence</w:t>
        <w:br/>
        <w:t>星盟其他活动的证据</w:t>
        <w:br/>
        <w:t>of</w:t>
      </w:r>
      <w:r>
        <w:t xml:space="preserve"> the</w:t>
      </w:r>
      <w:r>
        <w:t xml:space="preserve"> Covenant's</w:t>
      </w:r>
      <w:r>
        <w:t xml:space="preserve"> other</w:t>
      </w:r>
      <w:r>
        <w:t xml:space="preserve"> activities.</w:t>
        <w:br/>
        <w:t>按下按钮</w:t>
      </w:r>
      <w:r>
        <w:t xml:space="preserve"> 我就会来找你</w:t>
        <w:br/>
        <w:t>Press</w:t>
      </w:r>
      <w:r>
        <w:t xml:space="preserve"> the</w:t>
      </w:r>
      <w:r>
        <w:t xml:space="preserve"> button,</w:t>
      </w:r>
      <w:r>
        <w:t xml:space="preserve"> and</w:t>
      </w:r>
      <w:r>
        <w:t xml:space="preserve"> I'll</w:t>
      </w:r>
      <w:r>
        <w:t xml:space="preserve"> find</w:t>
      </w:r>
      <w:r>
        <w:t xml:space="preserve"> you.</w:t>
        <w:br/>
        <w:t>新来的这人</w:t>
      </w:r>
      <w:r>
        <w:t xml:space="preserve"> 让我们护送一个技术团队</w:t>
        <w:br/>
        <w:t>This</w:t>
      </w:r>
      <w:r>
        <w:t xml:space="preserve"> new</w:t>
      </w:r>
      <w:r>
        <w:t xml:space="preserve"> guy,</w:t>
      </w:r>
      <w:r>
        <w:t xml:space="preserve"> he's</w:t>
      </w:r>
      <w:r>
        <w:t xml:space="preserve"> got</w:t>
      </w:r>
      <w:r>
        <w:t xml:space="preserve"> us</w:t>
      </w:r>
      <w:r>
        <w:t xml:space="preserve"> escorting</w:t>
      </w:r>
      <w:r>
        <w:t xml:space="preserve"> a</w:t>
      </w:r>
      <w:r>
        <w:t xml:space="preserve"> tech</w:t>
      </w:r>
      <w:r>
        <w:t xml:space="preserve"> team</w:t>
        <w:br/>
        <w:t>执行什么修复任务</w:t>
        <w:br/>
        <w:t>on</w:t>
      </w:r>
      <w:r>
        <w:t xml:space="preserve"> some</w:t>
      </w:r>
      <w:r>
        <w:t xml:space="preserve"> fix-it</w:t>
      </w:r>
      <w:r>
        <w:t xml:space="preserve"> mission.</w:t>
        <w:br/>
        <w:t>如果你要派钴队去另个通讯中继站</w:t>
        <w:br/>
        <w:t>If</w:t>
      </w:r>
      <w:r>
        <w:t xml:space="preserve"> you're</w:t>
      </w:r>
      <w:r>
        <w:t xml:space="preserve"> sending</w:t>
      </w:r>
      <w:r>
        <w:t xml:space="preserve"> Cobalt</w:t>
      </w:r>
      <w:r>
        <w:t xml:space="preserve"> to</w:t>
      </w:r>
      <w:r>
        <w:t xml:space="preserve"> another</w:t>
      </w:r>
      <w:r>
        <w:t xml:space="preserve"> comms</w:t>
      </w:r>
      <w:r>
        <w:t xml:space="preserve"> array,</w:t>
        <w:br/>
        <w:t>最好告诉他们可能会碰到星盟</w:t>
        <w:br/>
        <w:t>you</w:t>
      </w:r>
      <w:r>
        <w:t xml:space="preserve"> better</w:t>
      </w:r>
      <w:r>
        <w:t xml:space="preserve"> tell</w:t>
      </w:r>
      <w:r>
        <w:t xml:space="preserve"> them</w:t>
      </w:r>
      <w:r>
        <w:t xml:space="preserve"> to</w:t>
      </w:r>
      <w:r>
        <w:t xml:space="preserve"> expect</w:t>
      </w:r>
      <w:r>
        <w:t xml:space="preserve"> the</w:t>
      </w:r>
      <w:r>
        <w:t xml:space="preserve"> Covenant.</w:t>
        <w:br/>
        <w:t>我不会授权银队</w:t>
        <w:br/>
        <w:t>I</w:t>
      </w:r>
      <w:r>
        <w:t xml:space="preserve"> cannot</w:t>
      </w:r>
      <w:r>
        <w:t xml:space="preserve"> authorize</w:t>
      </w:r>
      <w:r>
        <w:t xml:space="preserve"> Silver</w:t>
      </w:r>
      <w:r>
        <w:t xml:space="preserve"> Team</w:t>
        <w:br/>
        <w:t>执行战斗任务</w:t>
        <w:br/>
        <w:t>to</w:t>
      </w:r>
      <w:r>
        <w:t xml:space="preserve"> perform</w:t>
      </w:r>
      <w:r>
        <w:t xml:space="preserve"> combat</w:t>
      </w:r>
      <w:r>
        <w:t xml:space="preserve"> operations.</w:t>
        <w:br/>
        <w:t>－我们可以作战了吗－是的</w:t>
        <w:br/>
        <w:t>We're</w:t>
      </w:r>
      <w:r>
        <w:t xml:space="preserve"> cleared</w:t>
      </w:r>
      <w:r>
        <w:t xml:space="preserve"> for</w:t>
      </w:r>
      <w:r>
        <w:t xml:space="preserve"> combat?</w:t>
      </w:r>
      <w:r>
        <w:t xml:space="preserve"> -</w:t>
      </w:r>
      <w:r>
        <w:t xml:space="preserve"> Affirmative.</w:t>
        <w:br/>
        <w:t>任务具体内容是什么</w:t>
        <w:br/>
        <w:t>What</w:t>
      </w:r>
      <w:r>
        <w:t xml:space="preserve"> exactly</w:t>
      </w:r>
      <w:r>
        <w:t xml:space="preserve"> is</w:t>
      </w:r>
      <w:r>
        <w:t xml:space="preserve"> the</w:t>
      </w:r>
      <w:r>
        <w:t xml:space="preserve"> mission?</w:t>
        <w:br/>
        <w:t>在致远星的星盟</w:t>
        <w:br/>
        <w:t>The</w:t>
      </w:r>
      <w:r>
        <w:t xml:space="preserve"> Covenant's</w:t>
      </w:r>
      <w:r>
        <w:t xml:space="preserve"> on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Reach.</w:t>
        <w:br/>
        <w:t>还有七公里到达目的地</w:t>
        <w:br/>
        <w:t>Seven</w:t>
      </w:r>
      <w:r>
        <w:t xml:space="preserve"> clicks</w:t>
      </w:r>
      <w:r>
        <w:t xml:space="preserve"> to</w:t>
      </w:r>
      <w:r>
        <w:t xml:space="preserve"> target.</w:t>
        <w:br/>
        <w:t>里兹</w:t>
        <w:br/>
        <w:t>Riz?</w:t>
        <w:br/>
        <w:t>钴队三号&amp;hearts;</w:t>
      </w:r>
      <w:r>
        <w:t xml:space="preserve"> R队</w:t>
      </w:r>
      <w:r>
        <w:t xml:space="preserve"> 这里是银队三号&amp;hearts;结束</w:t>
        <w:br/>
        <w:t>Cobalt</w:t>
      </w:r>
      <w:r>
        <w:t xml:space="preserve"> Three,</w:t>
      </w:r>
      <w:r>
        <w:t xml:space="preserve"> Romeo,</w:t>
      </w:r>
      <w:r>
        <w:t xml:space="preserve"> this</w:t>
      </w:r>
      <w:r>
        <w:t xml:space="preserve"> is</w:t>
      </w:r>
      <w:r>
        <w:t xml:space="preserve"> Silver</w:t>
      </w:r>
      <w:r>
        <w:t xml:space="preserve"> Three,</w:t>
      </w:r>
      <w:r>
        <w:t xml:space="preserve"> over.</w:t>
        <w:br/>
        <w:t>钴队队员</w:t>
      </w:r>
      <w:r>
        <w:t xml:space="preserve"> 这里是银队三号&amp;hearts;</w:t>
        <w:br/>
        <w:t>Any</w:t>
      </w:r>
      <w:r>
        <w:t xml:space="preserve"> Cobalt</w:t>
      </w:r>
      <w:r>
        <w:t xml:space="preserve"> element,</w:t>
      </w:r>
      <w:r>
        <w:t xml:space="preserve"> this</w:t>
      </w:r>
      <w:r>
        <w:t xml:space="preserve"> is</w:t>
      </w:r>
      <w:r>
        <w:t xml:space="preserve"> Silver</w:t>
      </w:r>
      <w:r>
        <w:t xml:space="preserve"> Three.</w:t>
        <w:br/>
        <w:t>我们正前往你处</w:t>
      </w:r>
      <w:r>
        <w:t xml:space="preserve"> 收到了吗</w:t>
        <w:br/>
        <w:t>We</w:t>
      </w:r>
      <w:r>
        <w:t xml:space="preserve"> are</w:t>
      </w:r>
      <w:r>
        <w:t xml:space="preserve"> en</w:t>
      </w:r>
      <w:r>
        <w:t xml:space="preserve"> route</w:t>
      </w:r>
      <w:r>
        <w:t xml:space="preserve"> to</w:t>
      </w:r>
      <w:r>
        <w:t xml:space="preserve"> your</w:t>
      </w:r>
      <w:r>
        <w:t xml:space="preserve"> position,</w:t>
      </w:r>
      <w:r>
        <w:t xml:space="preserve"> how</w:t>
      </w:r>
      <w:r>
        <w:t xml:space="preserve"> copy?</w:t>
        <w:br/>
        <w:t>试下中继站</w:t>
        <w:br/>
        <w:t>Try</w:t>
      </w:r>
      <w:r>
        <w:t xml:space="preserve"> the</w:t>
      </w:r>
      <w:r>
        <w:t xml:space="preserve"> relay.</w:t>
        <w:br/>
        <w:t>韦谢格勒中继站</w:t>
      </w:r>
      <w:r>
        <w:t xml:space="preserve"> 这里是银队三号&amp;hearts;</w:t>
        <w:br/>
        <w:t>Visegrád</w:t>
      </w:r>
      <w:r>
        <w:t xml:space="preserve"> Relay,</w:t>
      </w:r>
      <w:r>
        <w:t xml:space="preserve"> this</w:t>
      </w:r>
      <w:r>
        <w:t xml:space="preserve"> is</w:t>
      </w:r>
      <w:r>
        <w:t xml:space="preserve"> Silver</w:t>
      </w:r>
      <w:r>
        <w:t xml:space="preserve"> Three.</w:t>
        <w:br/>
        <w:t>检查无线信&amp;hearts;号&amp;hearts;&amp;hearts;</w:t>
      </w:r>
      <w:r>
        <w:t xml:space="preserve"> 完毕</w:t>
        <w:br/>
        <w:t>Radio</w:t>
      </w:r>
      <w:r>
        <w:t xml:space="preserve"> check,</w:t>
      </w:r>
      <w:r>
        <w:t xml:space="preserve"> over.</w:t>
        <w:br/>
        <w:t>有空中支援吗</w:t>
        <w:br/>
        <w:t>We</w:t>
      </w:r>
      <w:r>
        <w:t xml:space="preserve"> getting</w:t>
      </w:r>
      <w:r>
        <w:t xml:space="preserve"> air</w:t>
      </w:r>
      <w:r>
        <w:t xml:space="preserve"> support</w:t>
      </w:r>
      <w:r>
        <w:t xml:space="preserve"> for</w:t>
      </w:r>
      <w:r>
        <w:t xml:space="preserve"> this?</w:t>
        <w:br/>
        <w:t>韦谢格勒中继站</w:t>
      </w:r>
      <w:r>
        <w:t xml:space="preserve"> 这里是银队三号&amp;hearts;</w:t>
        <w:br/>
        <w:t>Visegrád</w:t>
      </w:r>
      <w:r>
        <w:t xml:space="preserve"> Relay,</w:t>
      </w:r>
      <w:r>
        <w:t xml:space="preserve"> this</w:t>
      </w:r>
      <w:r>
        <w:t xml:space="preserve"> is</w:t>
      </w:r>
      <w:r>
        <w:t xml:space="preserve"> Silver</w:t>
      </w:r>
      <w:r>
        <w:t xml:space="preserve"> Three.</w:t>
        <w:br/>
        <w:t>其他人呢</w:t>
        <w:br/>
        <w:t>Where</w:t>
      </w:r>
      <w:r>
        <w:t xml:space="preserve"> is</w:t>
      </w:r>
      <w:r>
        <w:t xml:space="preserve"> everybody?</w:t>
        <w:br/>
        <w:t>－完毕－就我们自己</w:t>
        <w:br/>
        <w:t>-</w:t>
      </w:r>
      <w:r>
        <w:t xml:space="preserve"> Over.</w:t>
      </w:r>
      <w:r>
        <w:t xml:space="preserve"> -</w:t>
      </w:r>
      <w:r>
        <w:t xml:space="preserve"> We're</w:t>
      </w:r>
      <w:r>
        <w:t xml:space="preserve"> on</w:t>
      </w:r>
      <w:r>
        <w:t xml:space="preserve"> our</w:t>
      </w:r>
      <w:r>
        <w:t xml:space="preserve"> own.</w:t>
        <w:br/>
        <w:t>舰队指挥部不相信致远星上有星盟</w:t>
        <w:br/>
        <w:t>FLEETCOM</w:t>
      </w:r>
      <w:r>
        <w:t xml:space="preserve"> doesn't</w:t>
      </w:r>
      <w:r>
        <w:t xml:space="preserve"> believe</w:t>
      </w:r>
      <w:r>
        <w:t xml:space="preserve"> the</w:t>
      </w:r>
      <w:r>
        <w:t xml:space="preserve"> Covenant's</w:t>
      </w:r>
      <w:r>
        <w:t xml:space="preserve"> on</w:t>
      </w:r>
      <w:r>
        <w:t xml:space="preserve"> Reach.</w:t>
        <w:br/>
        <w:t>他们只认为钴队不见了而已</w:t>
        <w:br/>
        <w:t>They</w:t>
      </w:r>
      <w:r>
        <w:t xml:space="preserve"> just</w:t>
      </w:r>
      <w:r>
        <w:t xml:space="preserve"> think</w:t>
      </w:r>
      <w:r>
        <w:t xml:space="preserve"> Cobalt's</w:t>
      </w:r>
      <w:r>
        <w:t xml:space="preserve"> missing.</w:t>
        <w:br/>
        <w:t>这次是搜救任务</w:t>
        <w:br/>
        <w:t>This</w:t>
      </w:r>
      <w:r>
        <w:t xml:space="preserve"> is</w:t>
      </w:r>
      <w:r>
        <w:t xml:space="preserve"> a</w:t>
      </w:r>
      <w:r>
        <w:t xml:space="preserve"> search</w:t>
      </w:r>
      <w:r>
        <w:t xml:space="preserve"> and</w:t>
      </w:r>
      <w:r>
        <w:t xml:space="preserve"> rescue</w:t>
      </w:r>
      <w:r>
        <w:t xml:space="preserve"> mission,</w:t>
        <w:br/>
        <w:t>但我们要考虑到钴队可能</w:t>
        <w:br/>
        <w:t>but</w:t>
      </w:r>
      <w:r>
        <w:t xml:space="preserve"> we</w:t>
      </w:r>
      <w:r>
        <w:t xml:space="preserve"> need</w:t>
      </w:r>
      <w:r>
        <w:t xml:space="preserve"> to</w:t>
      </w:r>
      <w:r>
        <w:t xml:space="preserve"> be</w:t>
      </w:r>
      <w:r>
        <w:t xml:space="preserve"> prepared</w:t>
      </w:r>
      <w:r>
        <w:t xml:space="preserve"> for</w:t>
      </w:r>
      <w:r>
        <w:t xml:space="preserve"> the</w:t>
      </w:r>
      <w:r>
        <w:t xml:space="preserve"> possibility</w:t>
        <w:br/>
        <w:t>遇到什么东西了</w:t>
        <w:br/>
        <w:t>that</w:t>
      </w:r>
      <w:r>
        <w:t xml:space="preserve"> Cobalt</w:t>
      </w:r>
      <w:r>
        <w:t xml:space="preserve"> ran</w:t>
      </w:r>
      <w:r>
        <w:t xml:space="preserve"> into</w:t>
      </w:r>
      <w:r>
        <w:t xml:space="preserve"> something.</w:t>
        <w:br/>
        <w:t>星盟吗</w:t>
        <w:br/>
        <w:t>Something</w:t>
      </w:r>
      <w:r>
        <w:t xml:space="preserve"> Covenant?</w:t>
        <w:br/>
        <w:t>指挥部认为这个星球对方过不来</w:t>
        <w:br/>
        <w:t>Command</w:t>
      </w:r>
      <w:r>
        <w:t xml:space="preserve"> thinks</w:t>
      </w:r>
      <w:r>
        <w:t xml:space="preserve"> this</w:t>
      </w:r>
      <w:r>
        <w:t xml:space="preserve"> planet's</w:t>
      </w:r>
      <w:r>
        <w:t xml:space="preserve"> untouchable.</w:t>
        <w:br/>
        <w:t>他们没看到我们所看到的</w:t>
        <w:br/>
        <w:t>They</w:t>
      </w:r>
      <w:r>
        <w:t xml:space="preserve"> haven't</w:t>
      </w:r>
      <w:r>
        <w:t xml:space="preserve"> seen</w:t>
      </w:r>
      <w:r>
        <w:t xml:space="preserve"> what</w:t>
      </w:r>
      <w:r>
        <w:t xml:space="preserve"> we've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seen,</w:t>
        <w:br/>
        <w:t>所以不如我们了解情况</w:t>
        <w:br/>
        <w:t>and</w:t>
      </w:r>
      <w:r>
        <w:t xml:space="preserve"> they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we</w:t>
      </w:r>
      <w:r>
        <w:t xml:space="preserve"> know.</w:t>
        <w:br/>
        <w:t>我这么说吧</w:t>
      </w:r>
      <w:r>
        <w:t xml:space="preserve"> 我们会不可避免地遇上他们</w:t>
        <w:br/>
        <w:t>I'll</w:t>
      </w:r>
      <w:r>
        <w:t xml:space="preserve"> tell</w:t>
      </w:r>
      <w:r>
        <w:t xml:space="preserve"> you</w:t>
      </w:r>
      <w:r>
        <w:t xml:space="preserve"> this,</w:t>
      </w:r>
      <w:r>
        <w:t xml:space="preserve"> we</w:t>
      </w:r>
      <w:r>
        <w:t xml:space="preserve"> will</w:t>
      </w:r>
      <w:r>
        <w:t xml:space="preserve"> have</w:t>
      </w:r>
      <w:r>
        <w:t xml:space="preserve"> contact.</w:t>
        <w:br/>
        <w:t>那之前</w:t>
      </w:r>
      <w:r>
        <w:t xml:space="preserve"> 就只有我们</w:t>
        <w:br/>
        <w:t>Until</w:t>
      </w:r>
      <w:r>
        <w:t xml:space="preserve"> then,</w:t>
      </w:r>
      <w:r>
        <w:t xml:space="preserve"> it's</w:t>
      </w:r>
      <w:r>
        <w:t xml:space="preserve"> just</w:t>
      </w:r>
      <w:r>
        <w:t xml:space="preserve"> us.</w:t>
        <w:br/>
        <w:t>你觉得这样合适吗</w:t>
        <w:br/>
        <w:t>This</w:t>
      </w:r>
      <w:r>
        <w:t xml:space="preserve"> seem</w:t>
      </w:r>
      <w:r>
        <w:t xml:space="preserve"> right</w:t>
      </w:r>
      <w:r>
        <w:t xml:space="preserve"> to</w:t>
      </w:r>
      <w:r>
        <w:t xml:space="preserve"> you?</w:t>
        <w:br/>
        <w:t>看看能不能恢复电力</w:t>
        <w:br/>
        <w:t>See</w:t>
      </w:r>
      <w:r>
        <w:t xml:space="preserve"> if</w:t>
      </w:r>
      <w:r>
        <w:t xml:space="preserve"> you</w:t>
      </w:r>
      <w:r>
        <w:t xml:space="preserve"> can</w:t>
      </w:r>
      <w:r>
        <w:t xml:space="preserve"> get</w:t>
      </w:r>
      <w:r>
        <w:t xml:space="preserve"> the</w:t>
      </w:r>
      <w:r>
        <w:t xml:space="preserve"> power</w:t>
      </w:r>
      <w:r>
        <w:t xml:space="preserve"> up.</w:t>
        <w:br/>
        <w:t>收到</w:t>
      </w:r>
      <w:r>
        <w:t xml:space="preserve"> 士官长</w:t>
        <w:br/>
        <w:t>Copy,</w:t>
      </w:r>
      <w:r>
        <w:t xml:space="preserve"> Chief.</w:t>
        <w:br/>
        <w:t>走的时候很匆忙</w:t>
        <w:br/>
        <w:t>Left</w:t>
      </w:r>
      <w:r>
        <w:t xml:space="preserve"> in</w:t>
      </w:r>
      <w:r>
        <w:t xml:space="preserve"> a</w:t>
      </w:r>
      <w:r>
        <w:t xml:space="preserve"> hurry.</w:t>
        <w:br/>
        <w:t>没有钴队踪迹</w:t>
      </w:r>
      <w:r>
        <w:t xml:space="preserve"> 也没有破坏的痕迹</w:t>
        <w:br/>
        <w:t>No</w:t>
      </w:r>
      <w:r>
        <w:t xml:space="preserve"> sign</w:t>
      </w:r>
      <w:r>
        <w:t xml:space="preserve"> of</w:t>
      </w:r>
      <w:r>
        <w:t xml:space="preserve"> Cobalt,</w:t>
      </w:r>
      <w:r>
        <w:t xml:space="preserve"> no</w:t>
      </w:r>
      <w:r>
        <w:t xml:space="preserve"> breach</w:t>
      </w:r>
      <w:r>
        <w:t xml:space="preserve"> marks</w:t>
      </w:r>
      <w:r>
        <w:t xml:space="preserve"> at</w:t>
      </w:r>
      <w:r>
        <w:t xml:space="preserve"> the--</w:t>
        <w:br/>
        <w:t>刚什么动静</w:t>
        <w:br/>
        <w:t>What</w:t>
      </w:r>
      <w:r>
        <w:t xml:space="preserve"> the</w:t>
      </w:r>
      <w:r>
        <w:t xml:space="preserve"> hell</w:t>
      </w:r>
      <w:r>
        <w:t xml:space="preserve"> was</w:t>
      </w:r>
      <w:r>
        <w:t xml:space="preserve"> that?</w:t>
        <w:br/>
        <w:t>不清楚</w:t>
      </w:r>
      <w:r>
        <w:t xml:space="preserve"> 从没听过</w:t>
        <w:br/>
        <w:t>I</w:t>
      </w:r>
      <w:r>
        <w:t xml:space="preserve"> don't</w:t>
      </w:r>
      <w:r>
        <w:t xml:space="preserve"> know,</w:t>
      </w:r>
      <w:r>
        <w:t xml:space="preserve"> I've</w:t>
      </w:r>
      <w:r>
        <w:t xml:space="preserve"> never</w:t>
      </w:r>
      <w:r>
        <w:t xml:space="preserve"> heard</w:t>
      </w:r>
      <w:r>
        <w:t xml:space="preserve"> anything</w:t>
      </w:r>
      <w:r>
        <w:t xml:space="preserve"> like</w:t>
      </w:r>
      <w:r>
        <w:t xml:space="preserve"> it.</w:t>
        <w:br/>
        <w:t>我听过</w:t>
      </w:r>
      <w:r>
        <w:t xml:space="preserve"> 在圣所听见的</w:t>
        <w:br/>
        <w:t>I</w:t>
      </w:r>
      <w:r>
        <w:t xml:space="preserve"> have,</w:t>
      </w:r>
      <w:r>
        <w:t xml:space="preserve"> on</w:t>
      </w:r>
      <w:r>
        <w:t xml:space="preserve"> Sanctuary.</w:t>
        <w:br/>
        <w:t>你现在信他了</w:t>
        <w:br/>
        <w:t>You</w:t>
      </w:r>
      <w:r>
        <w:t xml:space="preserve"> believe</w:t>
      </w:r>
      <w:r>
        <w:t xml:space="preserve"> him</w:t>
      </w:r>
      <w:r>
        <w:t xml:space="preserve"> now?</w:t>
        <w:br/>
        <w:t>退下</w:t>
        <w:br/>
        <w:t>Stand</w:t>
      </w:r>
      <w:r>
        <w:t xml:space="preserve"> down!</w:t>
        <w:br/>
        <w:t>让你队员把武器放下</w:t>
      </w:r>
      <w:r>
        <w:t xml:space="preserve"> 士官长</w:t>
        <w:br/>
        <w:t>Tell</w:t>
      </w:r>
      <w:r>
        <w:t xml:space="preserve"> your</w:t>
      </w:r>
      <w:r>
        <w:t xml:space="preserve"> team</w:t>
      </w:r>
      <w:r>
        <w:t xml:space="preserve"> to</w:t>
      </w:r>
      <w:r>
        <w:t xml:space="preserve"> lower</w:t>
      </w:r>
      <w:r>
        <w:t xml:space="preserve"> their</w:t>
      </w:r>
      <w:r>
        <w:t xml:space="preserve"> weapons,</w:t>
      </w:r>
      <w:r>
        <w:t xml:space="preserve"> Master</w:t>
      </w:r>
      <w:r>
        <w:t xml:space="preserve"> Chief.</w:t>
        <w:br/>
        <w:t>这什么意思</w:t>
        <w:br/>
        <w:t>What</w:t>
      </w:r>
      <w:r>
        <w:t xml:space="preserve"> is</w:t>
      </w:r>
      <w:r>
        <w:t xml:space="preserve"> this?</w:t>
        <w:br/>
        <w:t>-</w:t>
      </w:r>
      <w:r>
        <w:t xml:space="preserve"> Chief?</w:t>
      </w:r>
      <w:r>
        <w:t xml:space="preserve"> -</w:t>
      </w:r>
      <w:r>
        <w:t xml:space="preserve"> Now.</w:t>
        <w:br/>
        <w:t>我都描述不出来你们处境有多糟糕</w:t>
        <w:br/>
        <w:t>I</w:t>
      </w:r>
      <w:r>
        <w:t xml:space="preserve"> can't</w:t>
      </w:r>
      <w:r>
        <w:t xml:space="preserve"> even</w:t>
      </w:r>
      <w:r>
        <w:t xml:space="preserve"> describe</w:t>
      </w:r>
      <w:r>
        <w:t xml:space="preserve"> the</w:t>
      </w:r>
      <w:r>
        <w:t xml:space="preserve"> amount</w:t>
      </w:r>
      <w:r>
        <w:t xml:space="preserve"> of</w:t>
      </w:r>
      <w:r>
        <w:t xml:space="preserve"> shit</w:t>
      </w:r>
      <w:r>
        <w:t xml:space="preserve"> you're</w:t>
      </w:r>
      <w:r>
        <w:t xml:space="preserve"> in.</w:t>
        <w:br/>
        <w:t>我都描述不出来</w:t>
        <w:br/>
        <w:t>I</w:t>
      </w:r>
      <w:r>
        <w:t xml:space="preserve"> can't</w:t>
      </w:r>
      <w:r>
        <w:t xml:space="preserve"> even</w:t>
      </w:r>
      <w:r>
        <w:t xml:space="preserve"> describe</w:t>
        <w:br/>
        <w:t>你的脸会发生什么事</w:t>
        <w:br/>
        <w:t>what's</w:t>
      </w:r>
      <w:r>
        <w:t xml:space="preserve"> about</w:t>
      </w:r>
      <w:r>
        <w:t xml:space="preserve"> to</w:t>
      </w:r>
      <w:r>
        <w:t xml:space="preserve"> happen</w:t>
      </w:r>
      <w:r>
        <w:t xml:space="preserve"> to</w:t>
      </w:r>
      <w:r>
        <w:t xml:space="preserve"> your</w:t>
      </w:r>
      <w:r>
        <w:t xml:space="preserve"> face.</w:t>
        <w:br/>
        <w:t>这帮人谁啊</w:t>
        <w:br/>
        <w:t>Who</w:t>
      </w:r>
      <w:r>
        <w:t xml:space="preserve"> the</w:t>
      </w:r>
      <w:r>
        <w:t xml:space="preserve"> hell</w:t>
      </w:r>
      <w:r>
        <w:t xml:space="preserve"> are</w:t>
      </w:r>
      <w:r>
        <w:t xml:space="preserve"> these</w:t>
      </w:r>
      <w:r>
        <w:t xml:space="preserve"> people?</w:t>
        <w:br/>
        <w:t>我有舰队指挥部的头号&amp;hearts;命令</w:t>
        <w:br/>
        <w:t>I</w:t>
      </w:r>
      <w:r>
        <w:t xml:space="preserve"> carry</w:t>
      </w:r>
      <w:r>
        <w:t xml:space="preserve"> priority</w:t>
      </w:r>
      <w:r>
        <w:t xml:space="preserve"> orders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FLEETCOM.</w:t>
        <w:br/>
        <w:t>－什么命令－将你们带回</w:t>
        <w:br/>
        <w:t>What</w:t>
      </w:r>
      <w:r>
        <w:t xml:space="preserve"> orders?</w:t>
      </w:r>
      <w:r>
        <w:t xml:space="preserve"> -</w:t>
      </w:r>
      <w:r>
        <w:t xml:space="preserve"> To</w:t>
      </w:r>
      <w:r>
        <w:t xml:space="preserve"> bring</w:t>
      </w:r>
      <w:r>
        <w:t xml:space="preserve"> you</w:t>
      </w:r>
      <w:r>
        <w:t xml:space="preserve"> in.</w:t>
        <w:br/>
        <w:t>你妨碍了我的任务</w:t>
      </w:r>
      <w:r>
        <w:t xml:space="preserve"> 让开</w:t>
        <w:br/>
        <w:t>You</w:t>
      </w:r>
      <w:r>
        <w:t xml:space="preserve"> are</w:t>
      </w:r>
      <w:r>
        <w:t xml:space="preserve"> impeding</w:t>
      </w:r>
      <w:r>
        <w:t xml:space="preserve"> my</w:t>
      </w:r>
      <w:r>
        <w:t xml:space="preserve"> mission,</w:t>
      </w:r>
      <w:r>
        <w:t xml:space="preserve"> move.</w:t>
        <w:br/>
        <w:t>没有任务</w:t>
        <w:br/>
        <w:t>There</w:t>
      </w:r>
      <w:r>
        <w:t xml:space="preserve"> is</w:t>
      </w:r>
      <w:r>
        <w:t xml:space="preserve"> no</w:t>
      </w:r>
      <w:r>
        <w:t xml:space="preserve"> mission.</w:t>
        <w:br/>
        <w:t>－你偷了一架兀鹰－什么</w:t>
        <w:br/>
        <w:t>You</w:t>
      </w:r>
      <w:r>
        <w:t xml:space="preserve"> stole</w:t>
      </w:r>
      <w:r>
        <w:t xml:space="preserve"> a</w:t>
      </w:r>
      <w:r>
        <w:t xml:space="preserve"> Condor.</w:t>
      </w:r>
      <w:r>
        <w:t xml:space="preserve"> -</w:t>
      </w:r>
      <w:r>
        <w:t xml:space="preserve"> What?</w:t>
        <w:br/>
        <w:t>－伪造飞行计划－她说什么呢</w:t>
        <w:br/>
        <w:t>Falsified</w:t>
      </w:r>
      <w:r>
        <w:t xml:space="preserve"> a</w:t>
      </w:r>
      <w:r>
        <w:t xml:space="preserve"> flight</w:t>
      </w:r>
      <w:r>
        <w:t xml:space="preserve"> plan.</w:t>
      </w:r>
      <w:r>
        <w:t xml:space="preserve"> -</w:t>
      </w:r>
      <w:r>
        <w:t xml:space="preserve"> What</w:t>
      </w:r>
      <w:r>
        <w:t xml:space="preserve"> is</w:t>
      </w:r>
      <w:r>
        <w:t xml:space="preserve"> she</w:t>
      </w:r>
      <w:r>
        <w:t xml:space="preserve"> talking</w:t>
      </w:r>
      <w:r>
        <w:t xml:space="preserve"> about?</w:t>
        <w:br/>
        <w:t>你现在都不允许穿战斗装备</w:t>
        <w:br/>
        <w:t>You're</w:t>
      </w:r>
      <w:r>
        <w:t xml:space="preserve"> not</w:t>
      </w:r>
      <w:r>
        <w:t xml:space="preserve"> even</w:t>
      </w:r>
      <w:r>
        <w:t xml:space="preserve"> authorized</w:t>
      </w:r>
      <w:r>
        <w:t xml:space="preserve"> to</w:t>
      </w:r>
      <w:r>
        <w:t xml:space="preserve"> be</w:t>
      </w:r>
      <w:r>
        <w:t xml:space="preserve"> in</w:t>
      </w:r>
      <w:r>
        <w:t xml:space="preserve"> those</w:t>
      </w:r>
      <w:r>
        <w:t xml:space="preserve"> suits</w:t>
      </w:r>
      <w:r>
        <w:t xml:space="preserve"> right</w:t>
      </w:r>
      <w:r>
        <w:t xml:space="preserve"> now,</w:t>
        <w:br/>
        <w:t>更别提拿枪指着我的脸了</w:t>
        <w:br/>
        <w:t>let</w:t>
      </w:r>
      <w:r>
        <w:t xml:space="preserve"> alone</w:t>
      </w:r>
      <w:r>
        <w:t xml:space="preserve"> pointing</w:t>
      </w:r>
      <w:r>
        <w:t xml:space="preserve"> a</w:t>
      </w:r>
      <w:r>
        <w:t xml:space="preserve"> gun</w:t>
      </w:r>
      <w:r>
        <w:t xml:space="preserve"> at</w:t>
      </w:r>
      <w:r>
        <w:t xml:space="preserve"> my</w:t>
      </w:r>
      <w:r>
        <w:t xml:space="preserve"> face.</w:t>
        <w:br/>
        <w:t>所以退下</w:t>
      </w:r>
      <w:r>
        <w:t xml:space="preserve"> 否则我们就动手了</w:t>
        <w:br/>
        <w:t>So</w:t>
      </w:r>
      <w:r>
        <w:t xml:space="preserve"> stand</w:t>
      </w:r>
      <w:r>
        <w:t xml:space="preserve"> down,</w:t>
      </w:r>
      <w:r>
        <w:t xml:space="preserve"> or</w:t>
      </w:r>
      <w:r>
        <w:t xml:space="preserve"> we</w:t>
      </w:r>
      <w:r>
        <w:t xml:space="preserve"> will</w:t>
      </w:r>
      <w:r>
        <w:t xml:space="preserve"> engage</w:t>
      </w:r>
      <w:r>
        <w:t xml:space="preserve"> you.</w:t>
        <w:br/>
        <w:t>那祝你们好运</w:t>
        <w:br/>
        <w:t>Good</w:t>
      </w:r>
      <w:r>
        <w:t xml:space="preserve"> luck</w:t>
      </w:r>
      <w:r>
        <w:t xml:space="preserve"> with</w:t>
      </w:r>
      <w:r>
        <w:t xml:space="preserve"> that.</w:t>
        <w:br/>
        <w:t>士官长</w:t>
      </w:r>
      <w:r>
        <w:t xml:space="preserve"> 我们该怎么办</w:t>
        <w:br/>
        <w:t>Chief,</w:t>
      </w:r>
      <w:r>
        <w:t xml:space="preserve"> what</w:t>
      </w:r>
      <w:r>
        <w:t xml:space="preserve"> do</w:t>
      </w:r>
      <w:r>
        <w:t xml:space="preserve"> we</w:t>
      </w:r>
      <w:r>
        <w:t xml:space="preserve"> do?</w:t>
        <w:br/>
        <w:t>钴队呢</w:t>
        <w:br/>
        <w:t>Where</w:t>
      </w:r>
      <w:r>
        <w:t xml:space="preserve"> is</w:t>
      </w:r>
      <w:r>
        <w:t xml:space="preserve"> Cobalt</w:t>
      </w:r>
      <w:r>
        <w:t xml:space="preserve"> Team?</w:t>
        <w:br/>
        <w:t>－最后机会－约翰</w:t>
        <w:br/>
        <w:t>Last</w:t>
      </w:r>
      <w:r>
        <w:t xml:space="preserve"> chance.</w:t>
      </w:r>
      <w:r>
        <w:t xml:space="preserve"> -</w:t>
      </w:r>
      <w:r>
        <w:t xml:space="preserve"> John.</w:t>
        <w:br/>
        <w:t>告诉我钴队在哪</w:t>
      </w:r>
      <w:r>
        <w:t xml:space="preserve"> 要不然我就进去了</w:t>
        <w:br/>
        <w:t>Tell</w:t>
      </w:r>
      <w:r>
        <w:t xml:space="preserve"> me</w:t>
      </w:r>
      <w:r>
        <w:t xml:space="preserve"> where</w:t>
      </w:r>
      <w:r>
        <w:t xml:space="preserve"> Cobalt</w:t>
      </w:r>
      <w:r>
        <w:t xml:space="preserve"> is,</w:t>
      </w:r>
      <w:r>
        <w:t xml:space="preserve"> or</w:t>
      </w:r>
      <w:r>
        <w:t xml:space="preserve"> I'm</w:t>
      </w:r>
      <w:r>
        <w:t xml:space="preserve"> going</w:t>
      </w:r>
      <w:r>
        <w:t xml:space="preserve"> through</w:t>
      </w:r>
      <w:r>
        <w:t xml:space="preserve"> that</w:t>
      </w:r>
      <w:r>
        <w:t xml:space="preserve"> door.</w:t>
        <w:br/>
        <w:t>我是来给你下命令的</w:t>
        <w:br/>
        <w:t>I</w:t>
      </w:r>
      <w:r>
        <w:t xml:space="preserve"> gave</w:t>
      </w:r>
      <w:r>
        <w:t xml:space="preserve"> you</w:t>
      </w:r>
      <w:r>
        <w:t xml:space="preserve"> an</w:t>
      </w:r>
      <w:r>
        <w:t xml:space="preserve"> order.</w:t>
        <w:br/>
        <w:t>怎么办</w:t>
        <w:br/>
        <w:t>What's</w:t>
      </w:r>
      <w:r>
        <w:t xml:space="preserve"> the</w:t>
      </w:r>
      <w:r>
        <w:t xml:space="preserve"> call?</w:t>
        <w:br/>
        <w:t>士官长</w:t>
        <w:br/>
        <w:t>Chief?</w:t>
        <w:br/>
        <w:t>退下</w:t>
      </w:r>
      <w:r>
        <w:t xml:space="preserve"> 不许开火</w:t>
        <w:br/>
        <w:t>Ah,</w:t>
      </w:r>
      <w:r>
        <w:t xml:space="preserve"> stand</w:t>
      </w:r>
      <w:r>
        <w:t xml:space="preserve"> down,</w:t>
      </w:r>
      <w:r>
        <w:t xml:space="preserve"> do</w:t>
      </w:r>
      <w:r>
        <w:t xml:space="preserve"> not</w:t>
      </w:r>
      <w:r>
        <w:t xml:space="preserve"> fire!</w:t>
        <w:br/>
        <w:t>－士官长－他们来过</w:t>
        <w:br/>
        <w:t>Chief.</w:t>
      </w:r>
      <w:r>
        <w:t xml:space="preserve"> -</w:t>
      </w:r>
      <w:r>
        <w:t xml:space="preserve"> They</w:t>
      </w:r>
      <w:r>
        <w:t xml:space="preserve"> were</w:t>
      </w:r>
      <w:r>
        <w:t xml:space="preserve"> here.</w:t>
        <w:br/>
        <w:t>我可以证明</w:t>
        <w:br/>
        <w:t>I</w:t>
      </w:r>
      <w:r>
        <w:t xml:space="preserve"> can</w:t>
      </w:r>
      <w:r>
        <w:t xml:space="preserve"> prove</w:t>
      </w:r>
      <w:r>
        <w:t xml:space="preserve"> it.</w:t>
        <w:br/>
        <w:t>不是这样证明的</w:t>
        <w:br/>
        <w:t>Not</w:t>
      </w:r>
      <w:r>
        <w:t xml:space="preserve"> like</w:t>
      </w:r>
      <w:r>
        <w:t xml:space="preserve"> this.</w:t>
        <w:br/>
        <w:t>我们在一千英尺高的地方</w:t>
        <w:br/>
        <w:t>We</w:t>
      </w:r>
      <w:r>
        <w:t xml:space="preserve"> were</w:t>
      </w:r>
      <w:r>
        <w:t xml:space="preserve"> a</w:t>
      </w:r>
      <w:r>
        <w:t xml:space="preserve"> thousand</w:t>
      </w:r>
      <w:r>
        <w:t xml:space="preserve"> feet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up,</w:t>
        <w:br/>
        <w:t>风在呼啸</w:t>
      </w:r>
      <w:r>
        <w:t xml:space="preserve"> 电缆嘎吱作响</w:t>
        <w:br/>
        <w:t>wind</w:t>
      </w:r>
      <w:r>
        <w:t xml:space="preserve"> whipping,</w:t>
      </w:r>
      <w:r>
        <w:t xml:space="preserve"> cables</w:t>
      </w:r>
      <w:r>
        <w:t xml:space="preserve"> groaning.</w:t>
        <w:br/>
        <w:t>那里的温度不超过2度</w:t>
        <w:br/>
        <w:t>Couldn't</w:t>
      </w:r>
      <w:r>
        <w:t xml:space="preserve"> have</w:t>
      </w:r>
      <w:r>
        <w:t xml:space="preserve"> been</w:t>
      </w:r>
      <w:r>
        <w:t xml:space="preserve"> more</w:t>
      </w:r>
      <w:r>
        <w:t xml:space="preserve"> than</w:t>
      </w:r>
      <w:r>
        <w:t xml:space="preserve"> two</w:t>
      </w:r>
      <w:r>
        <w:t xml:space="preserve"> degrees</w:t>
      </w:r>
      <w:r>
        <w:t xml:space="preserve"> up</w:t>
      </w:r>
      <w:r>
        <w:t xml:space="preserve"> there.</w:t>
        <w:br/>
        <w:t>一月</w:t>
      </w:r>
      <w:r>
        <w:t xml:space="preserve"> 懂的吧－嗯</w:t>
        <w:br/>
        <w:t>January,</w:t>
      </w:r>
      <w:r>
        <w:t xml:space="preserve"> you</w:t>
      </w:r>
      <w:r>
        <w:t xml:space="preserve"> know?</w:t>
      </w:r>
      <w:r>
        <w:t xml:space="preserve"> -</w:t>
      </w:r>
      <w:r>
        <w:t xml:space="preserve"> Yeah.</w:t>
        <w:br/>
        <w:t>我撑不住了</w:t>
        <w:br/>
        <w:t>And</w:t>
      </w:r>
      <w:r>
        <w:t xml:space="preserve"> I</w:t>
      </w:r>
      <w:r>
        <w:t xml:space="preserve"> can't</w:t>
      </w:r>
      <w:r>
        <w:t xml:space="preserve"> hold</w:t>
      </w:r>
      <w:r>
        <w:t xml:space="preserve"> it</w:t>
      </w:r>
      <w:r>
        <w:t xml:space="preserve"> anymore.</w:t>
        <w:br/>
        <w:t>我被绑在安全带上</w:t>
      </w:r>
      <w:r>
        <w:t xml:space="preserve"> 往下看</w:t>
        <w:br/>
        <w:t>I'm</w:t>
      </w:r>
      <w:r>
        <w:t xml:space="preserve"> strapped</w:t>
      </w:r>
      <w:r>
        <w:t xml:space="preserve"> in</w:t>
      </w:r>
      <w:r>
        <w:t xml:space="preserve"> the</w:t>
      </w:r>
      <w:r>
        <w:t xml:space="preserve"> harness,</w:t>
      </w:r>
      <w:r>
        <w:t xml:space="preserve"> and</w:t>
      </w:r>
      <w:r>
        <w:t xml:space="preserve"> I</w:t>
      </w:r>
      <w:r>
        <w:t xml:space="preserve"> look</w:t>
      </w:r>
      <w:r>
        <w:t xml:space="preserve"> down,</w:t>
        <w:br/>
        <w:t>告诉亚瑟</w:t>
      </w:r>
      <w:r>
        <w:t xml:space="preserve"> 说"我得释放一下"</w:t>
        <w:br/>
        <w:t>I</w:t>
      </w:r>
      <w:r>
        <w:t xml:space="preserve"> tell</w:t>
      </w:r>
      <w:r>
        <w:t xml:space="preserve"> Arthur,</w:t>
      </w:r>
      <w:r>
        <w:t xml:space="preserve"> I</w:t>
      </w:r>
      <w:r>
        <w:t xml:space="preserve"> say,</w:t>
      </w:r>
      <w:r>
        <w:t xml:space="preserve"> "I</w:t>
      </w:r>
      <w:r>
        <w:t xml:space="preserve"> gotta</w:t>
      </w:r>
      <w:r>
        <w:t xml:space="preserve"> go."</w:t>
        <w:br/>
        <w:t>他该怎么办</w:t>
        <w:br/>
        <w:t>What's</w:t>
      </w:r>
      <w:r>
        <w:t xml:space="preserve"> he</w:t>
      </w:r>
      <w:r>
        <w:t xml:space="preserve"> gonna</w:t>
      </w:r>
      <w:r>
        <w:t xml:space="preserve"> do?</w:t>
        <w:br/>
        <w:t>你尿在亚瑟叔叔身上了</w:t>
        <w:br/>
        <w:t>You</w:t>
      </w:r>
      <w:r>
        <w:t xml:space="preserve"> peed</w:t>
      </w:r>
      <w:r>
        <w:t xml:space="preserve"> on</w:t>
      </w:r>
      <w:r>
        <w:t xml:space="preserve"> Uncle</w:t>
      </w:r>
      <w:r>
        <w:t xml:space="preserve"> Arthur?</w:t>
        <w:br/>
        <w:t>尿他身上了</w:t>
      </w:r>
      <w:r>
        <w:t xml:space="preserve"> 他能怎么办</w:t>
        <w:br/>
        <w:t>I</w:t>
      </w:r>
      <w:r>
        <w:t xml:space="preserve"> peed</w:t>
      </w:r>
      <w:r>
        <w:t xml:space="preserve"> on</w:t>
      </w:r>
      <w:r>
        <w:t xml:space="preserve"> him.</w:t>
      </w:r>
      <w:r>
        <w:t xml:space="preserve"> What</w:t>
      </w:r>
      <w:r>
        <w:t xml:space="preserve"> could</w:t>
      </w:r>
      <w:r>
        <w:t xml:space="preserve"> he</w:t>
      </w:r>
      <w:r>
        <w:t xml:space="preserve"> do?</w:t>
        <w:br/>
        <w:t>好</w:t>
      </w:r>
      <w:r>
        <w:t xml:space="preserve"> 抬下巴</w:t>
        <w:br/>
        <w:t>Okay,</w:t>
      </w:r>
      <w:r>
        <w:t xml:space="preserve"> lift</w:t>
      </w:r>
      <w:r>
        <w:t xml:space="preserve"> your</w:t>
      </w:r>
      <w:r>
        <w:t xml:space="preserve"> chin</w:t>
      </w:r>
      <w:r>
        <w:t xml:space="preserve"> up,</w:t>
      </w:r>
      <w:r>
        <w:t xml:space="preserve"> yeah.</w:t>
        <w:br/>
        <w:t>你怎么了</w:t>
        <w:br/>
        <w:t>What</w:t>
      </w:r>
      <w:r>
        <w:t xml:space="preserve"> the</w:t>
      </w:r>
      <w:r>
        <w:t xml:space="preserve"> hell's</w:t>
      </w:r>
      <w:r>
        <w:t xml:space="preserve"> wrong</w:t>
      </w:r>
      <w:r>
        <w:t xml:space="preserve"> with</w:t>
      </w:r>
      <w:r>
        <w:t xml:space="preserve"> you?</w:t>
        <w:br/>
        <w:t>这故事很好笑呀</w:t>
        <w:br/>
        <w:t>This</w:t>
      </w:r>
      <w:r>
        <w:t xml:space="preserve"> shit</w:t>
      </w:r>
      <w:r>
        <w:t xml:space="preserve"> is</w:t>
      </w:r>
      <w:r>
        <w:t xml:space="preserve"> funny.</w:t>
        <w:br/>
        <w:t>可我以前听过</w:t>
        <w:br/>
        <w:t>Well,</w:t>
      </w:r>
      <w:r>
        <w:t xml:space="preserve"> I've</w:t>
      </w:r>
      <w:r>
        <w:t xml:space="preserve"> heard</w:t>
      </w:r>
      <w:r>
        <w:t xml:space="preserve"> it</w:t>
      </w:r>
      <w:r>
        <w:t xml:space="preserve"> before.</w:t>
        <w:br/>
        <w:t>那又有什么区别</w:t>
        <w:br/>
        <w:t>What</w:t>
      </w:r>
      <w:r>
        <w:t xml:space="preserve"> difference</w:t>
      </w:r>
      <w:r>
        <w:t xml:space="preserve"> does</w:t>
      </w:r>
      <w:r>
        <w:t xml:space="preserve"> that</w:t>
      </w:r>
      <w:r>
        <w:t xml:space="preserve"> make?</w:t>
        <w:br/>
        <w:t>我重复讲的时候你就应该笑</w:t>
        <w:br/>
        <w:t>You're</w:t>
      </w:r>
      <w:r>
        <w:t xml:space="preserve"> supposed</w:t>
      </w:r>
      <w:r>
        <w:t xml:space="preserve"> to</w:t>
      </w:r>
      <w:r>
        <w:t xml:space="preserve"> damn</w:t>
      </w:r>
      <w:r>
        <w:t xml:space="preserve"> well</w:t>
      </w:r>
      <w:r>
        <w:t xml:space="preserve"> laugh</w:t>
      </w:r>
      <w:r>
        <w:t xml:space="preserve"> when</w:t>
      </w:r>
      <w:r>
        <w:t xml:space="preserve"> I</w:t>
      </w:r>
      <w:r>
        <w:t xml:space="preserve"> repeat</w:t>
      </w:r>
      <w:r>
        <w:t xml:space="preserve"> myself.</w:t>
        <w:br/>
        <w:t>老糊涂的人是我</w:t>
        <w:br/>
        <w:t>I'm</w:t>
      </w:r>
      <w:r>
        <w:t xml:space="preserve"> the</w:t>
      </w:r>
      <w:r>
        <w:t xml:space="preserve"> one</w:t>
      </w:r>
      <w:r>
        <w:t xml:space="preserve"> that's</w:t>
      </w:r>
      <w:r>
        <w:t xml:space="preserve"> senile.</w:t>
        <w:br/>
        <w:t>都不知道你在抱怨什么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complaining</w:t>
      </w:r>
      <w:r>
        <w:t xml:space="preserve"> about.</w:t>
        <w:br/>
        <w:t>我没在抱怨</w:t>
        <w:br/>
        <w:t>I'm</w:t>
      </w:r>
      <w:r>
        <w:t xml:space="preserve"> not</w:t>
      </w:r>
      <w:r>
        <w:t xml:space="preserve"> complaining.</w:t>
        <w:br/>
        <w:t>你想抱怨来着</w:t>
        <w:br/>
        <w:t>Well,</w:t>
      </w:r>
      <w:r>
        <w:t xml:space="preserve"> I</w:t>
      </w:r>
      <w:r>
        <w:t xml:space="preserve"> mean,</w:t>
      </w:r>
      <w:r>
        <w:t xml:space="preserve"> you</w:t>
      </w:r>
      <w:r>
        <w:t xml:space="preserve"> want</w:t>
      </w:r>
      <w:r>
        <w:t xml:space="preserve"> to.</w:t>
        <w:br/>
        <w:t>怎么了</w:t>
        <w:br/>
        <w:t>What</w:t>
      </w:r>
      <w:r>
        <w:t xml:space="preserve"> 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it?</w:t>
        <w:br/>
        <w:t>我会替你保密的</w:t>
        <w:br/>
        <w:t>Your</w:t>
      </w:r>
      <w:r>
        <w:t xml:space="preserve"> secret's</w:t>
      </w:r>
      <w:r>
        <w:t xml:space="preserve"> safe</w:t>
      </w:r>
      <w:r>
        <w:t xml:space="preserve"> with</w:t>
      </w:r>
      <w:r>
        <w:t xml:space="preserve"> me.</w:t>
        <w:br/>
        <w:t>是跟那件</w:t>
        <w:br/>
        <w:t>Is</w:t>
      </w:r>
      <w:r>
        <w:t xml:space="preserve"> this</w:t>
      </w:r>
      <w:r>
        <w:t xml:space="preserve"> about</w:t>
      </w:r>
      <w:r>
        <w:t xml:space="preserve"> that</w:t>
      </w:r>
      <w:r>
        <w:t xml:space="preserve"> thing</w:t>
        <w:br/>
        <w:t>你不该告诉我的事有关吗</w:t>
        <w:br/>
        <w:t>that</w:t>
      </w:r>
      <w:r>
        <w:t xml:space="preserve"> you</w:t>
      </w:r>
      <w:r>
        <w:t xml:space="preserve"> weren't</w:t>
      </w:r>
      <w:r>
        <w:t xml:space="preserve"> supposed</w:t>
      </w:r>
      <w:r>
        <w:t xml:space="preserve"> to</w:t>
      </w:r>
      <w:r>
        <w:t xml:space="preserve"> tell</w:t>
      </w:r>
      <w:r>
        <w:t xml:space="preserve"> me?</w:t>
        <w:br/>
        <w:t>你不该记得的</w:t>
        <w:br/>
        <w:t>You</w:t>
      </w:r>
      <w:r>
        <w:t xml:space="preserve"> weren't</w:t>
      </w:r>
      <w:r>
        <w:t xml:space="preserve"> supposed</w:t>
      </w:r>
      <w:r>
        <w:t xml:space="preserve"> to</w:t>
      </w:r>
      <w:r>
        <w:t xml:space="preserve"> remember.</w:t>
        <w:br/>
        <w:t>记得什么又不是我能选的</w:t>
        <w:br/>
        <w:t>I</w:t>
      </w:r>
      <w:r>
        <w:t xml:space="preserve"> don't</w:t>
      </w:r>
      <w:r>
        <w:t xml:space="preserve"> choose</w:t>
      </w:r>
      <w:r>
        <w:t xml:space="preserve"> what</w:t>
      </w:r>
      <w:r>
        <w:t xml:space="preserve"> I</w:t>
      </w:r>
      <w:r>
        <w:t xml:space="preserve"> forget.</w:t>
        <w:br/>
        <w:t>我可能得走了</w:t>
        <w:br/>
        <w:t>I</w:t>
      </w:r>
      <w:r>
        <w:t xml:space="preserve"> might</w:t>
      </w:r>
      <w:r>
        <w:t xml:space="preserve"> have</w:t>
      </w:r>
      <w:r>
        <w:t xml:space="preserve"> to</w:t>
      </w:r>
      <w:r>
        <w:t xml:space="preserve"> go</w:t>
      </w:r>
      <w:r>
        <w:t xml:space="preserve"> away.</w:t>
        <w:br/>
        <w:t>去哪儿</w:t>
        <w:br/>
        <w:t>Where?</w:t>
        <w:br/>
        <w:t>我没法带你一起走</w:t>
        <w:br/>
        <w:br/>
        <w:t>And</w:t>
      </w:r>
      <w:r>
        <w:t xml:space="preserve"> I</w:t>
      </w:r>
      <w:r>
        <w:t xml:space="preserve"> can't</w:t>
      </w:r>
      <w:r>
        <w:t xml:space="preserve"> take</w:t>
      </w:r>
      <w:r>
        <w:t xml:space="preserve"> you</w:t>
      </w:r>
      <w:r>
        <w:t xml:space="preserve"> with</w:t>
      </w:r>
      <w:r>
        <w:t xml:space="preserve"> me.</w:t>
        <w:br/>
        <w:t>我知道－我想带的可是没法带</w:t>
        <w:br/>
        <w:t>I</w:t>
      </w:r>
      <w:r>
        <w:t xml:space="preserve"> know.</w:t>
      </w:r>
      <w:r>
        <w:t xml:space="preserve"> -</w:t>
      </w:r>
      <w:r>
        <w:t xml:space="preserve"> I</w:t>
      </w:r>
      <w:r>
        <w:t xml:space="preserve"> want</w:t>
      </w:r>
      <w:r>
        <w:t xml:space="preserve"> to,</w:t>
      </w:r>
      <w:r>
        <w:t xml:space="preserve"> but</w:t>
      </w:r>
      <w:r>
        <w:t xml:space="preserve"> I</w:t>
      </w:r>
      <w:r>
        <w:t xml:space="preserve"> can't.</w:t>
        <w:br/>
        <w:t>看到那座桥了吗</w:t>
        <w:br/>
        <w:t>You</w:t>
      </w:r>
      <w:r>
        <w:t xml:space="preserve"> see</w:t>
      </w:r>
      <w:r>
        <w:t xml:space="preserve"> that</w:t>
      </w:r>
      <w:r>
        <w:t xml:space="preserve"> bridge?</w:t>
        <w:br/>
        <w:t>我阻止不了</w:t>
      </w:r>
      <w:r>
        <w:t xml:space="preserve"> 爸</w:t>
        <w:br/>
        <w:t>I</w:t>
      </w:r>
      <w:r>
        <w:t xml:space="preserve"> can't</w:t>
      </w:r>
      <w:r>
        <w:t xml:space="preserve"> stop</w:t>
      </w:r>
      <w:r>
        <w:t xml:space="preserve"> it,</w:t>
      </w:r>
      <w:r>
        <w:t xml:space="preserve"> Dad.</w:t>
        <w:br/>
        <w:t>你知道那座桥是谁建的不</w:t>
        <w:br/>
        <w:t>You</w:t>
      </w:r>
      <w:r>
        <w:t xml:space="preserve"> know</w:t>
      </w:r>
      <w:r>
        <w:t xml:space="preserve"> who</w:t>
      </w:r>
      <w:r>
        <w:t xml:space="preserve"> built</w:t>
      </w:r>
      <w:r>
        <w:t xml:space="preserve"> that</w:t>
      </w:r>
      <w:r>
        <w:t xml:space="preserve"> bridge?</w:t>
        <w:br/>
        <w:t>不是我说了算的</w:t>
        <w:br/>
        <w:t>It's</w:t>
      </w:r>
      <w:r>
        <w:t xml:space="preserve"> not</w:t>
      </w:r>
      <w:r>
        <w:t xml:space="preserve"> up</w:t>
      </w:r>
      <w:r>
        <w:t xml:space="preserve"> to</w:t>
      </w:r>
      <w:r>
        <w:t xml:space="preserve"> me.</w:t>
        <w:br/>
        <w:t>太迟了－我建的</w:t>
        <w:br/>
        <w:t>It's</w:t>
      </w:r>
      <w:r>
        <w:t xml:space="preserve"> too</w:t>
      </w:r>
      <w:r>
        <w:t xml:space="preserve"> late.</w:t>
      </w:r>
      <w:r>
        <w:t xml:space="preserve"> -</w:t>
      </w:r>
      <w:r>
        <w:t xml:space="preserve"> I</w:t>
      </w:r>
      <w:r>
        <w:t xml:space="preserve"> built</w:t>
      </w:r>
      <w:r>
        <w:t xml:space="preserve"> that</w:t>
      </w:r>
      <w:r>
        <w:t xml:space="preserve"> bridge.</w:t>
        <w:br/>
        <w:t>我和你亚瑟叔叔</w:t>
        <w:br/>
        <w:t>Me</w:t>
      </w:r>
      <w:r>
        <w:t xml:space="preserve"> and</w:t>
      </w:r>
      <w:r>
        <w:t xml:space="preserve"> your</w:t>
      </w:r>
      <w:r>
        <w:t xml:space="preserve"> Uncle</w:t>
      </w:r>
      <w:r>
        <w:t xml:space="preserve"> Arthur.</w:t>
        <w:br/>
        <w:t>竣工那天</w:t>
        <w:br/>
        <w:t>The</w:t>
      </w:r>
      <w:r>
        <w:t xml:space="preserve"> day</w:t>
      </w:r>
      <w:r>
        <w:t xml:space="preserve"> it</w:t>
      </w:r>
      <w:r>
        <w:t xml:space="preserve"> was</w:t>
      </w:r>
      <w:r>
        <w:t xml:space="preserve"> finished,</w:t>
        <w:br/>
        <w:t>我和你妈</w:t>
      </w:r>
      <w:r>
        <w:t xml:space="preserve"> 你姐姐一起踏上了那座桥</w:t>
        <w:br/>
        <w:t>I</w:t>
      </w:r>
      <w:r>
        <w:t xml:space="preserve"> walked</w:t>
      </w:r>
      <w:r>
        <w:t xml:space="preserve"> across</w:t>
      </w:r>
      <w:r>
        <w:t xml:space="preserve"> it</w:t>
      </w:r>
      <w:r>
        <w:t xml:space="preserve"> with</w:t>
      </w:r>
      <w:r>
        <w:t xml:space="preserve"> your</w:t>
      </w:r>
      <w:r>
        <w:t xml:space="preserve"> mum,</w:t>
      </w:r>
      <w:r>
        <w:t xml:space="preserve"> and</w:t>
      </w:r>
      <w:r>
        <w:t xml:space="preserve"> your</w:t>
      </w:r>
      <w:r>
        <w:t xml:space="preserve"> sister.</w:t>
        <w:br/>
        <w:t>她那会儿还不到13岁</w:t>
        <w:br/>
        <w:t>She</w:t>
      </w:r>
      <w:r>
        <w:t xml:space="preserve"> couldn't</w:t>
      </w:r>
      <w:r>
        <w:t xml:space="preserve"> have</w:t>
      </w:r>
      <w:r>
        <w:t xml:space="preserve"> been</w:t>
      </w:r>
      <w:r>
        <w:t xml:space="preserve"> more</w:t>
      </w:r>
      <w:r>
        <w:t xml:space="preserve"> than</w:t>
      </w:r>
      <w:r>
        <w:t xml:space="preserve"> 3.</w:t>
        <w:br/>
        <w:t>牵着她的小手</w:t>
        <w:br/>
        <w:t>Held</w:t>
      </w:r>
      <w:r>
        <w:t xml:space="preserve"> her</w:t>
      </w:r>
      <w:r>
        <w:t xml:space="preserve"> little</w:t>
      </w:r>
      <w:r>
        <w:t xml:space="preserve"> hand.</w:t>
        <w:br/>
        <w:t>她不让我抱</w:t>
        <w:br/>
        <w:t>She</w:t>
      </w:r>
      <w:r>
        <w:t xml:space="preserve"> wouldn't</w:t>
      </w:r>
      <w:r>
        <w:t xml:space="preserve"> let</w:t>
      </w:r>
      <w:r>
        <w:t xml:space="preserve"> me</w:t>
      </w:r>
      <w:r>
        <w:t xml:space="preserve"> pick</w:t>
      </w:r>
      <w:r>
        <w:t xml:space="preserve"> 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up.</w:t>
        <w:br/>
        <w:t>想一路走完全程</w:t>
        <w:br/>
        <w:t>She</w:t>
      </w:r>
      <w:r>
        <w:t xml:space="preserve"> wanted</w:t>
      </w:r>
      <w:r>
        <w:t xml:space="preserve"> to</w:t>
      </w:r>
      <w:r>
        <w:t xml:space="preserve"> walk</w:t>
      </w:r>
      <w:r>
        <w:t xml:space="preserve"> the</w:t>
      </w:r>
      <w:r>
        <w:t xml:space="preserve"> whole</w:t>
      </w:r>
      <w:r>
        <w:t xml:space="preserve"> way.</w:t>
        <w:br/>
        <w:t>好吧</w:t>
        <w:br/>
        <w:t>Yeah.</w:t>
        <w:br/>
        <w:t>All</w:t>
      </w:r>
      <w:r>
        <w:t xml:space="preserve"> right.</w:t>
        <w:br/>
        <w:t>她什么时候来啊</w:t>
        <w:br/>
        <w:t>So</w:t>
      </w:r>
      <w:r>
        <w:t xml:space="preserve"> when's</w:t>
      </w:r>
      <w:r>
        <w:t xml:space="preserve"> she</w:t>
      </w:r>
      <w:r>
        <w:t xml:space="preserve"> coming?</w:t>
        <w:br/>
        <w:t>Your</w:t>
      </w:r>
      <w:r>
        <w:t xml:space="preserve"> sister.</w:t>
        <w:br/>
        <w:t>她走了</w:t>
      </w:r>
      <w:r>
        <w:t xml:space="preserve"> 爸</w:t>
        <w:br/>
        <w:t>She's</w:t>
      </w:r>
      <w:r>
        <w:t xml:space="preserve"> gone,</w:t>
      </w:r>
      <w:r>
        <w:t xml:space="preserve"> Dad.</w:t>
        <w:br/>
        <w:t>朱莉娅走了</w:t>
        <w:br/>
        <w:t>Julia's</w:t>
      </w:r>
      <w:r>
        <w:t xml:space="preserve"> gone.</w:t>
        <w:br/>
        <w:t>妈也是</w:t>
        <w:br/>
        <w:t>Mum,</w:t>
      </w:r>
      <w:r>
        <w:t xml:space="preserve"> too.</w:t>
        <w:br/>
        <w:t>Oh.</w:t>
        <w:br/>
        <w:t>就剩你跟我了－我知道</w:t>
        <w:br/>
        <w:t>It's</w:t>
      </w:r>
      <w:r>
        <w:t xml:space="preserve"> just</w:t>
      </w:r>
      <w:r>
        <w:t xml:space="preserve"> you</w:t>
      </w:r>
      <w:r>
        <w:t xml:space="preserve"> and</w:t>
      </w:r>
      <w:r>
        <w:t xml:space="preserve"> me.</w:t>
      </w:r>
      <w:r>
        <w:t xml:space="preserve"> -</w:t>
      </w:r>
      <w:r>
        <w:t xml:space="preserve"> I</w:t>
      </w:r>
      <w:r>
        <w:t xml:space="preserve"> know</w:t>
      </w:r>
      <w:r>
        <w:t xml:space="preserve"> that.</w:t>
        <w:br/>
        <w:t>我当然知道了</w:t>
        <w:br/>
        <w:t>I</w:t>
      </w:r>
      <w:r>
        <w:t xml:space="preserve"> damn</w:t>
      </w:r>
      <w:r>
        <w:t xml:space="preserve"> well</w:t>
      </w:r>
      <w:r>
        <w:t xml:space="preserve"> know</w:t>
      </w:r>
      <w:r>
        <w:t xml:space="preserve"> that.</w:t>
        <w:br/>
        <w:t>别以为我不知道</w:t>
        <w:br/>
        <w:t>Don't</w:t>
      </w:r>
      <w:r>
        <w:t xml:space="preserve"> think</w:t>
      </w:r>
      <w:r>
        <w:t xml:space="preserve"> that</w:t>
      </w:r>
      <w:r>
        <w:t xml:space="preserve"> I</w:t>
      </w:r>
      <w:r>
        <w:t xml:space="preserve"> don't</w:t>
      </w:r>
      <w:r>
        <w:t xml:space="preserve"> know</w:t>
      </w:r>
      <w:r>
        <w:t xml:space="preserve"> that.</w:t>
        <w:br/>
        <w:t>抱歉</w:t>
        <w:br/>
        <w:t>Oh,</w:t>
      </w:r>
      <w:r>
        <w:t xml:space="preserve"> sorry.</w:t>
        <w:br/>
        <w:t>没事</w:t>
        <w:br/>
        <w:t>It's</w:t>
      </w:r>
      <w:r>
        <w:t xml:space="preserve"> okay.</w:t>
        <w:br/>
        <w:t>抱歉</w:t>
      </w:r>
      <w:r>
        <w:t xml:space="preserve"> 我只是</w:t>
      </w:r>
      <w:r>
        <w:t xml:space="preserve"> 对不起</w:t>
      </w:r>
      <w:r>
        <w:t xml:space="preserve"> 有时候我脑子会糊涂</w:t>
        <w:br/>
        <w:t>Sorry,</w:t>
      </w:r>
      <w:r>
        <w:t xml:space="preserve"> I</w:t>
      </w:r>
      <w:r>
        <w:t xml:space="preserve"> just,</w:t>
      </w:r>
      <w:r>
        <w:t xml:space="preserve"> sorry,</w:t>
      </w:r>
      <w:r>
        <w:t xml:space="preserve"> I</w:t>
      </w:r>
      <w:r>
        <w:t xml:space="preserve"> just</w:t>
      </w:r>
      <w:r>
        <w:t xml:space="preserve"> get</w:t>
      </w:r>
      <w:r>
        <w:t xml:space="preserve"> confused</w:t>
      </w:r>
      <w:r>
        <w:t xml:space="preserve"> sometimes.</w:t>
        <w:br/>
        <w:t>没事的</w:t>
        <w:br/>
        <w:t>It's</w:t>
      </w:r>
      <w:r>
        <w:t xml:space="preserve"> okay.</w:t>
        <w:br/>
        <w:t>不代表我不知道什么是真实的</w:t>
        <w:br/>
        <w:t>Doesn't</w:t>
      </w:r>
      <w:r>
        <w:t xml:space="preserve"> mean</w:t>
      </w:r>
      <w:r>
        <w:t xml:space="preserve"> that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what's</w:t>
      </w:r>
      <w:r>
        <w:t xml:space="preserve"> real.</w:t>
        <w:br/>
        <w:t>明天见</w:t>
      </w:r>
      <w:r>
        <w:t xml:space="preserve"> </w:t>
      </w:r>
      <w:r>
        <w:t xml:space="preserve"> 好吗</w:t>
        <w:br/>
        <w:t>See</w:t>
      </w:r>
      <w:r>
        <w:t xml:space="preserve"> you</w:t>
      </w:r>
      <w:r>
        <w:t xml:space="preserve"> tomorrow,</w:t>
      </w:r>
      <w:r>
        <w:t xml:space="preserve"> okay?</w:t>
        <w:br/>
        <w:t>Okay.</w:t>
        <w:br/>
        <w:t>保证－我保证</w:t>
        <w:br/>
        <w:t>Promise</w:t>
      </w:r>
      <w:r>
        <w:t xml:space="preserve"> me...</w:t>
      </w:r>
      <w:r>
        <w:t xml:space="preserve"> -</w:t>
      </w:r>
      <w:r>
        <w:t xml:space="preserve"> Yeah,</w:t>
      </w:r>
      <w:r>
        <w:t xml:space="preserve"> I</w:t>
      </w:r>
      <w:r>
        <w:t xml:space="preserve"> promise.</w:t>
        <w:br/>
        <w:t>不是</w:t>
      </w:r>
      <w:r>
        <w:t xml:space="preserve"> 答应我别让他们把我活捉</w:t>
        <w:br/>
        <w:t>No,</w:t>
      </w:r>
      <w:r>
        <w:t xml:space="preserve"> promise</w:t>
      </w:r>
      <w:r>
        <w:t xml:space="preserve"> me</w:t>
      </w:r>
      <w:r>
        <w:t xml:space="preserve"> you</w:t>
      </w:r>
      <w:r>
        <w:t xml:space="preserve"> won't</w:t>
      </w:r>
      <w:r>
        <w:t xml:space="preserve"> let</w:t>
      </w:r>
      <w:r>
        <w:t xml:space="preserve"> them</w:t>
      </w:r>
      <w:r>
        <w:t xml:space="preserve"> take</w:t>
      </w:r>
      <w:r>
        <w:t xml:space="preserve"> me</w:t>
      </w:r>
      <w:r>
        <w:t xml:space="preserve"> alive.</w:t>
        <w:br/>
        <w:t>擅离职守</w:t>
        <w:br/>
        <w:t>Absent</w:t>
      </w:r>
      <w:r>
        <w:t xml:space="preserve"> without</w:t>
      </w:r>
      <w:r>
        <w:t xml:space="preserve"> leave,</w:t>
        <w:br/>
        <w:t>未经授权使用武器系统</w:t>
        <w:br/>
        <w:t>unauthorized</w:t>
      </w:r>
      <w:r>
        <w:t xml:space="preserve"> deployment</w:t>
      </w:r>
      <w:r>
        <w:t xml:space="preserve"> of</w:t>
      </w:r>
      <w:r>
        <w:t xml:space="preserve"> weapons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systems,</w:t>
        <w:br/>
        <w:t>违反</w:t>
        <w:br/>
        <w:t>violation</w:t>
      </w:r>
      <w:r>
        <w:t xml:space="preserve"> of,</w:t>
        <w:br/>
        <w:t>你们管偷一架该死的兀鹰叫什么</w:t>
        <w:br/>
        <w:t>I</w:t>
      </w:r>
      <w:r>
        <w:t xml:space="preserve"> mean,</w:t>
      </w:r>
      <w:r>
        <w:t xml:space="preserve"> what</w:t>
      </w:r>
      <w:r>
        <w:t xml:space="preserve"> do</w:t>
      </w:r>
      <w:r>
        <w:t xml:space="preserve"> you</w:t>
      </w:r>
      <w:r>
        <w:t xml:space="preserve"> even</w:t>
      </w:r>
      <w:r>
        <w:t xml:space="preserve"> call</w:t>
      </w:r>
      <w:r>
        <w:t xml:space="preserve"> stealing</w:t>
      </w:r>
      <w:r>
        <w:t xml:space="preserve"> a</w:t>
      </w:r>
      <w:r>
        <w:t xml:space="preserve"> goddamn</w:t>
      </w:r>
      <w:r>
        <w:t xml:space="preserve"> Condor?</w:t>
        <w:br/>
        <w:t>长官</w:t>
        <w:br/>
        <w:t>Sir.</w:t>
        <w:br/>
        <w:t>你这违反了15项《军队统一法典》的规定</w:t>
        <w:br/>
        <w:t>I'm</w:t>
      </w:r>
      <w:r>
        <w:t xml:space="preserve"> looking</w:t>
      </w:r>
      <w:r>
        <w:t xml:space="preserve"> at</w:t>
      </w:r>
      <w:r>
        <w:t xml:space="preserve"> 15</w:t>
      </w:r>
      <w:r>
        <w:t xml:space="preserve"> infractions</w:t>
      </w:r>
      <w:r>
        <w:t xml:space="preserve"> of</w:t>
      </w:r>
      <w:r>
        <w:t xml:space="preserve"> the</w:t>
      </w:r>
      <w:r>
        <w:t xml:space="preserve"> UCMJ,</w:t>
        <w:br/>
        <w:t>其中一项涉及将上膛的武器</w:t>
        <w:br/>
        <w:t>one</w:t>
      </w:r>
      <w:r>
        <w:t xml:space="preserve"> of</w:t>
      </w:r>
      <w:r>
        <w:t xml:space="preserve"> which</w:t>
      </w:r>
      <w:r>
        <w:t xml:space="preserve"> involves</w:t>
      </w:r>
      <w:r>
        <w:t xml:space="preserve"> pointing</w:t>
      </w:r>
      <w:r>
        <w:t xml:space="preserve"> a</w:t>
      </w:r>
      <w:r>
        <w:t xml:space="preserve"> loaded</w:t>
      </w:r>
      <w:r>
        <w:t xml:space="preserve"> weapon</w:t>
        <w:br/>
        <w:t>指着军官的脸</w:t>
        <w:br/>
        <w:t>in</w:t>
      </w:r>
      <w:r>
        <w:t xml:space="preserve"> the</w:t>
      </w:r>
      <w:r>
        <w:t xml:space="preserve"> face</w:t>
      </w:r>
      <w:r>
        <w:t xml:space="preserve"> of</w:t>
      </w:r>
      <w:r>
        <w:t xml:space="preserve"> an</w:t>
      </w:r>
      <w:r>
        <w:t xml:space="preserve"> officer?</w:t>
        <w:br/>
        <w:t>是我&amp;hearts;干&amp;hearts;的</w:t>
      </w:r>
      <w:r>
        <w:t xml:space="preserve"> 长官</w:t>
        <w:br/>
        <w:t>I</w:t>
      </w:r>
      <w:r>
        <w:t xml:space="preserve"> did</w:t>
      </w:r>
      <w:r>
        <w:t xml:space="preserve"> that,</w:t>
      </w:r>
      <w:r>
        <w:t xml:space="preserve"> sir.</w:t>
        <w:br/>
        <w:t>长官</w:t>
      </w:r>
      <w:r>
        <w:t xml:space="preserve"> 我有可靠消息</w:t>
        <w:br/>
        <w:t>Sir,</w:t>
      </w:r>
      <w:r>
        <w:t xml:space="preserve"> I</w:t>
      </w:r>
      <w:r>
        <w:t xml:space="preserve"> had</w:t>
      </w:r>
      <w:r>
        <w:t xml:space="preserve"> credible</w:t>
      </w:r>
      <w:r>
        <w:t xml:space="preserve"> information.</w:t>
        <w:br/>
        <w:t>你那是感觉</w:t>
      </w:r>
      <w:r>
        <w:t xml:space="preserve"> 是妄想</w:t>
        <w:br/>
        <w:t>You</w:t>
      </w:r>
      <w:r>
        <w:t xml:space="preserve"> had</w:t>
      </w:r>
      <w:r>
        <w:t xml:space="preserve"> a</w:t>
      </w:r>
      <w:r>
        <w:t xml:space="preserve"> feeling.</w:t>
      </w:r>
      <w:r>
        <w:t xml:space="preserve"> You</w:t>
      </w:r>
      <w:r>
        <w:t xml:space="preserve"> had</w:t>
      </w:r>
      <w:r>
        <w:t xml:space="preserve"> a</w:t>
      </w:r>
      <w:r>
        <w:t xml:space="preserve"> delusion.</w:t>
        <w:br/>
        <w:t>你越界了</w:t>
        <w:br/>
        <w:t>You</w:t>
      </w:r>
      <w:r>
        <w:t xml:space="preserve"> went</w:t>
      </w:r>
      <w:r>
        <w:t xml:space="preserve"> outside</w:t>
      </w:r>
      <w:r>
        <w:t xml:space="preserve"> the</w:t>
      </w:r>
      <w:r>
        <w:t xml:space="preserve"> chain.</w:t>
        <w:br/>
        <w:t>对不对</w:t>
        <w:br/>
        <w:t>Didn't</w:t>
      </w:r>
      <w:r>
        <w:t xml:space="preserve"> ya?</w:t>
        <w:br/>
        <w:t>是的</w:t>
      </w:r>
      <w:r>
        <w:t xml:space="preserve"> 长官</w:t>
        <w:br/>
        <w:t>Yes,</w:t>
      </w:r>
      <w:r>
        <w:t xml:space="preserve"> sir.</w:t>
        <w:br/>
        <w:t>立即生效</w:t>
        <w:br/>
        <w:t>ive</w:t>
      </w:r>
      <w:r>
        <w:t xml:space="preserve"> immediately,</w:t>
        <w:br/>
        <w:t>银队暂停作战</w:t>
        <w:br/>
        <w:t>Silver</w:t>
      </w:r>
      <w:r>
        <w:t xml:space="preserve"> Team</w:t>
      </w:r>
      <w:r>
        <w:t xml:space="preserve"> is</w:t>
      </w:r>
      <w:r>
        <w:t xml:space="preserve"> suspended</w:t>
      </w:r>
      <w:r>
        <w:t xml:space="preserve"> from</w:t>
      </w:r>
      <w:r>
        <w:t xml:space="preserve"> combat</w:t>
      </w:r>
      <w:r>
        <w:t xml:space="preserve"> operations,</w:t>
        <w:br/>
        <w:t>直到另行通知</w:t>
        <w:br/>
        <w:t>'til</w:t>
      </w:r>
      <w:r>
        <w:t xml:space="preserve"> further</w:t>
      </w:r>
      <w:r>
        <w:t xml:space="preserve"> notice.</w:t>
        <w:br/>
        <w:t>凯斯上将</w:t>
      </w:r>
      <w:r>
        <w:t xml:space="preserve"> 我知道</w:t>
        <w:br/>
        <w:t>Admiral</w:t>
      </w:r>
      <w:r>
        <w:t xml:space="preserve"> Keyes,</w:t>
      </w:r>
      <w:r>
        <w:t xml:space="preserve"> I</w:t>
      </w:r>
      <w:r>
        <w:t xml:space="preserve"> know--</w:t>
        <w:br/>
        <w:t>你知道个屁</w:t>
      </w:r>
      <w:r>
        <w:t xml:space="preserve"> 因为你就不该知道</w:t>
        <w:br/>
        <w:t>You</w:t>
      </w:r>
      <w:r>
        <w:t xml:space="preserve"> know</w:t>
      </w:r>
      <w:r>
        <w:t xml:space="preserve"> nothing</w:t>
      </w:r>
      <w:r>
        <w:t xml:space="preserve"> because</w:t>
      </w:r>
      <w:r>
        <w:t xml:space="preserve"> it's</w:t>
      </w:r>
      <w:r>
        <w:t xml:space="preserve"> not</w:t>
      </w:r>
      <w:r>
        <w:t xml:space="preserve"> your</w:t>
      </w:r>
      <w:r>
        <w:t xml:space="preserve"> job</w:t>
      </w:r>
      <w:r>
        <w:t xml:space="preserve"> to</w:t>
      </w:r>
      <w:r>
        <w:t xml:space="preserve"> know.</w:t>
        <w:br/>
        <w:t>那是我的事</w:t>
        <w:br/>
        <w:t>It's</w:t>
      </w:r>
      <w:r>
        <w:t xml:space="preserve"> mine.</w:t>
        <w:br/>
        <w:t>你的工作就是服从命令</w:t>
        <w:br/>
        <w:t>Your</w:t>
      </w:r>
      <w:r>
        <w:t xml:space="preserve"> job</w:t>
      </w:r>
      <w:r>
        <w:t xml:space="preserve"> is</w:t>
      </w:r>
      <w:r>
        <w:t xml:space="preserve"> to</w:t>
      </w:r>
      <w:r>
        <w:t xml:space="preserve"> follow</w:t>
      </w:r>
      <w:r>
        <w:t xml:space="preserve"> orders.</w:t>
        <w:br/>
        <w:t>钴队到过韦谢格勒</w:t>
      </w:r>
      <w:r>
        <w:t xml:space="preserve"> 长官</w:t>
        <w:br/>
        <w:t>Cobalt</w:t>
      </w:r>
      <w:r>
        <w:t xml:space="preserve"> was</w:t>
      </w:r>
      <w:r>
        <w:t xml:space="preserve"> at</w:t>
      </w:r>
      <w:r>
        <w:t xml:space="preserve"> Visegrád,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sir.</w:t>
        <w:br/>
        <w:t>那是什么</w:t>
        <w:br/>
        <w:t>What's</w:t>
      </w:r>
      <w:r>
        <w:t xml:space="preserve"> that?</w:t>
        <w:br/>
        <w:t>四天前</w:t>
      </w:r>
      <w:r>
        <w:t xml:space="preserve"> 钴队被派往阿克蒂斯四号&amp;hearts;</w:t>
        <w:br/>
        <w:t>Four</w:t>
      </w:r>
      <w:r>
        <w:t xml:space="preserve"> days</w:t>
      </w:r>
      <w:r>
        <w:t xml:space="preserve"> ago,</w:t>
      </w:r>
      <w:r>
        <w:t xml:space="preserve"> Cobalt</w:t>
      </w:r>
      <w:r>
        <w:t xml:space="preserve"> was</w:t>
      </w:r>
      <w:r>
        <w:t xml:space="preserve"> deployed</w:t>
      </w:r>
      <w:r>
        <w:t xml:space="preserve"> to</w:t>
      </w:r>
      <w:r>
        <w:t xml:space="preserve"> Aktis</w:t>
      </w:r>
      <w:r>
        <w:t xml:space="preserve"> IV.</w:t>
        <w:br/>
        <w:t>不</w:t>
      </w:r>
      <w:r>
        <w:t xml:space="preserve"> 不是的</w:t>
        <w:br/>
        <w:t>No,</w:t>
      </w:r>
      <w:r>
        <w:t xml:space="preserve"> this</w:t>
      </w:r>
      <w:r>
        <w:t xml:space="preserve"> isn't</w:t>
      </w:r>
      <w:r>
        <w:t xml:space="preserve"> right.</w:t>
        <w:br/>
        <w:t>我看过钴队飞行计划</w:t>
        <w:br/>
        <w:t>I</w:t>
      </w:r>
      <w:r>
        <w:t xml:space="preserve"> saw</w:t>
      </w:r>
      <w:r>
        <w:t xml:space="preserve"> Cobalt's</w:t>
      </w:r>
      <w:r>
        <w:t xml:space="preserve"> flight</w:t>
      </w:r>
      <w:r>
        <w:t xml:space="preserve"> plan.</w:t>
        <w:br/>
        <w:t>－士官长－我看到了</w:t>
        <w:br/>
        <w:t>Chief.</w:t>
      </w:r>
      <w:r>
        <w:t xml:space="preserve"> -</w:t>
      </w:r>
      <w:r>
        <w:t xml:space="preserve"> I</w:t>
      </w:r>
      <w:r>
        <w:t xml:space="preserve"> saw</w:t>
      </w:r>
      <w:r>
        <w:t xml:space="preserve"> it.</w:t>
        <w:br/>
        <w:t>他们给篡改了</w:t>
        <w:br/>
        <w:t>They</w:t>
      </w:r>
      <w:r>
        <w:t xml:space="preserve"> changed</w:t>
      </w:r>
      <w:r>
        <w:t xml:space="preserve"> it!</w:t>
        <w:br/>
        <w:t>我清楚自己看到了什么</w:t>
        <w:br/>
        <w:t>I</w:t>
      </w:r>
      <w:r>
        <w:t xml:space="preserve"> know</w:t>
      </w:r>
      <w:r>
        <w:t xml:space="preserve"> what</w:t>
      </w:r>
      <w:r>
        <w:t xml:space="preserve"> I</w:t>
      </w:r>
      <w:r>
        <w:t xml:space="preserve"> saw.</w:t>
        <w:br/>
        <w:t>约翰-117被解除现役</w:t>
        <w:br/>
        <w:t>John-117</w:t>
      </w:r>
      <w:r>
        <w:t xml:space="preserve"> is</w:t>
      </w:r>
      <w:r>
        <w:t xml:space="preserve"> relieved</w:t>
      </w:r>
      <w:r>
        <w:t xml:space="preserve"> from</w:t>
      </w:r>
      <w:r>
        <w:t xml:space="preserve"> active</w:t>
      </w:r>
      <w:r>
        <w:t xml:space="preserve"> duty,</w:t>
        <w:br/>
        <w:t>在通过精神评估之前</w:t>
        <w:br/>
        <w:t>and</w:t>
      </w:r>
      <w:r>
        <w:t xml:space="preserve"> will</w:t>
      </w:r>
      <w:r>
        <w:t xml:space="preserve"> be</w:t>
      </w:r>
      <w:r>
        <w:t xml:space="preserve"> confined</w:t>
      </w:r>
      <w:r>
        <w:t xml:space="preserve"> to</w:t>
      </w:r>
      <w:r>
        <w:t xml:space="preserve"> barracks</w:t>
        <w:br/>
        <w:t>不得离开营房&amp;hearts;</w:t>
        <w:br/>
        <w:t>'til</w:t>
      </w:r>
      <w:r>
        <w:t xml:space="preserve"> such</w:t>
      </w:r>
      <w:r>
        <w:t xml:space="preserve"> a</w:t>
      </w:r>
      <w:r>
        <w:t xml:space="preserve"> time</w:t>
      </w:r>
      <w:r>
        <w:t xml:space="preserve"> as</w:t>
      </w:r>
      <w:r>
        <w:t xml:space="preserve"> he</w:t>
      </w:r>
      <w:r>
        <w:t xml:space="preserve"> clears</w:t>
      </w:r>
      <w:r>
        <w:t xml:space="preserve"> a</w:t>
      </w:r>
      <w:r>
        <w:t xml:space="preserve"> psychiatric</w:t>
      </w:r>
      <w:r>
        <w:t xml:space="preserve"> evaluation.</w:t>
        <w:br/>
        <w:t>什么</w:t>
        <w:br/>
        <w:t>A</w:t>
      </w:r>
      <w:r>
        <w:t xml:space="preserve"> what?</w:t>
        <w:br/>
        <w:t>117将接受精神化学检查</w:t>
        <w:br/>
        <w:t>117</w:t>
      </w:r>
      <w:r>
        <w:t xml:space="preserve"> will</w:t>
      </w:r>
      <w:r>
        <w:t xml:space="preserve"> submit</w:t>
      </w:r>
      <w:r>
        <w:t xml:space="preserve"> to</w:t>
      </w:r>
      <w:r>
        <w:t xml:space="preserve"> neurochemical--</w:t>
        <w:br/>
        <w:t>是你的命令</w:t>
      </w:r>
      <w:r>
        <w:t xml:space="preserve"> 还是阿克森的</w:t>
        <w:br/>
        <w:t>Is</w:t>
      </w:r>
      <w:r>
        <w:t xml:space="preserve"> this</w:t>
      </w:r>
      <w:r>
        <w:t xml:space="preserve"> you,</w:t>
      </w:r>
      <w:r>
        <w:t xml:space="preserve"> or</w:t>
      </w:r>
      <w:r>
        <w:t xml:space="preserve"> is</w:t>
      </w:r>
      <w:r>
        <w:t xml:space="preserve"> this</w:t>
      </w:r>
      <w:r>
        <w:t xml:space="preserve"> Ackerson?</w:t>
        <w:br/>
        <w:t>约翰</w:t>
      </w:r>
      <w:r>
        <w:t xml:space="preserve"> 别说了</w:t>
        <w:br/>
        <w:t>John,</w:t>
      </w:r>
      <w:r>
        <w:t xml:space="preserve"> stop.</w:t>
        <w:br/>
        <w:t>整理服装</w:t>
      </w:r>
      <w:r>
        <w:t xml:space="preserve"> 解散</w:t>
        <w:br/>
        <w:t>Rack</w:t>
      </w:r>
      <w:r>
        <w:t xml:space="preserve"> your</w:t>
      </w:r>
      <w:r>
        <w:t xml:space="preserve"> suits,</w:t>
      </w:r>
      <w:r>
        <w:t xml:space="preserve"> dismissed.</w:t>
        <w:br/>
        <w:t>你有试过为我们辩护吗</w:t>
        <w:br/>
        <w:t>Did</w:t>
      </w:r>
      <w:r>
        <w:t xml:space="preserve"> you</w:t>
      </w:r>
      <w:r>
        <w:t xml:space="preserve"> even</w:t>
      </w:r>
      <w:r>
        <w:t xml:space="preserve"> try</w:t>
      </w:r>
      <w:r>
        <w:t xml:space="preserve"> to</w:t>
      </w:r>
      <w:r>
        <w:t xml:space="preserve"> defend</w:t>
      </w:r>
      <w:r>
        <w:t xml:space="preserve"> us?</w:t>
        <w:br/>
        <w:t>我是你不用面对军事法庭审判的唯一原因</w:t>
        <w:br/>
        <w:t>I'm</w:t>
      </w:r>
      <w:r>
        <w:t xml:space="preserve"> the</w:t>
      </w:r>
      <w:r>
        <w:t xml:space="preserve"> only</w:t>
      </w:r>
      <w:r>
        <w:t xml:space="preserve"> reason</w:t>
      </w:r>
      <w:r>
        <w:t xml:space="preserve"> you're</w:t>
      </w:r>
      <w:r>
        <w:t xml:space="preserve"> not</w:t>
      </w:r>
      <w:r>
        <w:t xml:space="preserve"> facing</w:t>
      </w:r>
      <w:r>
        <w:t xml:space="preserve"> a</w:t>
      </w:r>
      <w:r>
        <w:t xml:space="preserve"> court-martial.</w:t>
        <w:br/>
        <w:t>你骗我们</w:t>
        <w:br/>
        <w:t>You</w:t>
      </w:r>
      <w:r>
        <w:t xml:space="preserve"> lied</w:t>
      </w:r>
      <w:r>
        <w:t xml:space="preserve"> to</w:t>
      </w:r>
      <w:r>
        <w:t xml:space="preserve"> us.</w:t>
        <w:br/>
        <w:t>我把完成任务需要知道的事都告诉你们了</w:t>
        <w:br/>
        <w:t>I</w:t>
      </w:r>
      <w:r>
        <w:t xml:space="preserve"> told</w:t>
      </w:r>
      <w:r>
        <w:t xml:space="preserve"> you</w:t>
      </w:r>
      <w:r>
        <w:t xml:space="preserve"> what</w:t>
      </w:r>
      <w:r>
        <w:t xml:space="preserve"> you</w:t>
      </w:r>
      <w:r>
        <w:t xml:space="preserve"> needed</w:t>
      </w:r>
      <w:r>
        <w:t xml:space="preserve"> to</w:t>
      </w:r>
      <w:r>
        <w:t xml:space="preserve"> know</w:t>
      </w:r>
      <w:r>
        <w:t xml:space="preserve"> to</w:t>
      </w:r>
      <w:r>
        <w:t xml:space="preserve"> complete</w:t>
      </w:r>
      <w:r>
        <w:t xml:space="preserve"> the</w:t>
      </w:r>
      <w:r>
        <w:t xml:space="preserve"> mission.</w:t>
        <w:br/>
        <w:t>－根本没有任务－钴队就在韦谢格勒</w:t>
        <w:br/>
        <w:t>There</w:t>
      </w:r>
      <w:r>
        <w:t xml:space="preserve"> was</w:t>
      </w:r>
      <w:r>
        <w:t xml:space="preserve"> no</w:t>
      </w:r>
      <w:r>
        <w:t xml:space="preserve"> mission.</w:t>
      </w:r>
      <w:r>
        <w:t xml:space="preserve"> -</w:t>
      </w:r>
      <w:r>
        <w:t xml:space="preserve"> Cobalt</w:t>
      </w:r>
      <w:r>
        <w:t xml:space="preserve"> was</w:t>
      </w:r>
      <w:r>
        <w:t xml:space="preserve"> at</w:t>
      </w:r>
      <w:r>
        <w:t xml:space="preserve"> Visegrád.</w:t>
        <w:br/>
        <w:t>－士官长</w:t>
      </w:r>
      <w:r>
        <w:t xml:space="preserve"> 能谈谈吗－是海军情报局干的</w:t>
      </w:r>
      <w:r>
        <w:t xml:space="preserve"> 这一切</w:t>
        <w:br/>
        <w:t>Chief,</w:t>
      </w:r>
      <w:r>
        <w:t xml:space="preserve"> can</w:t>
      </w:r>
      <w:r>
        <w:t xml:space="preserve"> I</w:t>
      </w:r>
      <w:r>
        <w:t xml:space="preserve"> talk</w:t>
      </w:r>
      <w:r>
        <w:t xml:space="preserve"> to</w:t>
      </w:r>
      <w:r>
        <w:t xml:space="preserve"> you?</w:t>
      </w:r>
      <w:r>
        <w:t xml:space="preserve"> -</w:t>
      </w:r>
      <w:r>
        <w:t xml:space="preserve"> This</w:t>
      </w:r>
      <w:r>
        <w:t xml:space="preserve"> is</w:t>
      </w:r>
      <w:r>
        <w:t xml:space="preserve"> ONI,</w:t>
      </w:r>
      <w:r>
        <w:t xml:space="preserve"> all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it.</w:t>
        <w:br/>
        <w:t>－是阿克森干的－不是吧</w:t>
      </w:r>
      <w:r>
        <w:t xml:space="preserve"> 士官长</w:t>
        <w:br/>
        <w:t>This</w:t>
      </w:r>
      <w:r>
        <w:t xml:space="preserve"> is</w:t>
      </w:r>
      <w:r>
        <w:t xml:space="preserve"> Ackerson.</w:t>
      </w:r>
      <w:r>
        <w:t xml:space="preserve"> -</w:t>
      </w:r>
      <w:r>
        <w:t xml:space="preserve"> Come</w:t>
      </w:r>
      <w:r>
        <w:t xml:space="preserve"> on,</w:t>
      </w:r>
      <w:r>
        <w:t xml:space="preserve"> Chief.</w:t>
        <w:br/>
        <w:t>－不然他干嘛来这－听不下去了</w:t>
        <w:br/>
        <w:t>Why</w:t>
      </w:r>
      <w:r>
        <w:t xml:space="preserve"> do</w:t>
      </w:r>
      <w:r>
        <w:t xml:space="preserve"> you</w:t>
      </w:r>
      <w:r>
        <w:t xml:space="preserve"> think</w:t>
      </w:r>
      <w:r>
        <w:t xml:space="preserve"> he's</w:t>
      </w:r>
      <w:r>
        <w:t xml:space="preserve"> here?</w:t>
      </w:r>
      <w:r>
        <w:t xml:space="preserve"> -</w:t>
      </w:r>
      <w:r>
        <w:t xml:space="preserve"> I</w:t>
      </w:r>
      <w:r>
        <w:t xml:space="preserve"> can't</w:t>
      </w:r>
      <w:r>
        <w:t xml:space="preserve"> listen</w:t>
      </w:r>
      <w:r>
        <w:t xml:space="preserve"> to</w:t>
      </w:r>
      <w:r>
        <w:t xml:space="preserve"> this.</w:t>
        <w:br/>
        <w:t>你们要去哪儿</w:t>
        <w:br/>
        <w:t>Where</w:t>
      </w:r>
      <w:r>
        <w:t xml:space="preserve"> do</w:t>
      </w:r>
      <w:r>
        <w:t xml:space="preserve"> you</w:t>
      </w:r>
      <w:r>
        <w:t xml:space="preserve"> think</w:t>
      </w:r>
      <w:r>
        <w:t xml:space="preserve"> you're</w:t>
      </w:r>
      <w:r>
        <w:t xml:space="preserve"> going?</w:t>
        <w:br/>
        <w:t>瓦纳克</w:t>
        <w:br/>
        <w:t>Vannak!</w:t>
        <w:br/>
        <w:t>－你失控了－什么</w:t>
        <w:br/>
        <w:t>You</w:t>
      </w:r>
      <w:r>
        <w:t xml:space="preserve"> are</w:t>
      </w:r>
      <w:r>
        <w:t xml:space="preserve"> out</w:t>
      </w:r>
      <w:r>
        <w:t xml:space="preserve"> of</w:t>
      </w:r>
      <w:r>
        <w:t xml:space="preserve"> control.</w:t>
      </w:r>
      <w:r>
        <w:t xml:space="preserve"> -</w:t>
      </w:r>
      <w:r>
        <w:t xml:space="preserve"> What?</w:t>
        <w:br/>
        <w:t>你脑子不清楚</w:t>
      </w:r>
      <w:r>
        <w:t xml:space="preserve"> 反复无常</w:t>
        <w:br/>
        <w:t>You're</w:t>
      </w:r>
      <w:r>
        <w:t xml:space="preserve"> not</w:t>
      </w:r>
      <w:r>
        <w:t xml:space="preserve"> thinking</w:t>
      </w:r>
      <w:r>
        <w:t xml:space="preserve"> straight,</w:t>
      </w:r>
      <w:r>
        <w:t xml:space="preserve"> you're</w:t>
      </w:r>
      <w:r>
        <w:t xml:space="preserve"> erratic.</w:t>
        <w:br/>
        <w:t>你什么时候也开始质疑我的判断了</w:t>
        <w:br/>
        <w:t>Since</w:t>
      </w:r>
      <w:r>
        <w:t xml:space="preserve"> when</w:t>
      </w:r>
      <w:r>
        <w:t xml:space="preserve"> do</w:t>
      </w:r>
      <w:r>
        <w:t xml:space="preserve"> you</w:t>
      </w:r>
      <w:r>
        <w:t xml:space="preserve"> question</w:t>
      </w:r>
      <w:r>
        <w:t xml:space="preserve"> my</w:t>
      </w:r>
      <w:r>
        <w:t xml:space="preserve"> judgment?</w:t>
        <w:br/>
        <w:t>自从你开始看见死人开始</w:t>
        <w:br/>
        <w:t>Since</w:t>
      </w:r>
      <w:r>
        <w:t xml:space="preserve"> you</w:t>
      </w:r>
      <w:r>
        <w:t xml:space="preserve"> started</w:t>
      </w:r>
      <w:r>
        <w:t xml:space="preserve"> seeing</w:t>
      </w:r>
      <w:r>
        <w:t xml:space="preserve"> dead</w:t>
      </w:r>
      <w:r>
        <w:t xml:space="preserve"> people.</w:t>
        <w:br/>
        <w:t>你在圣所看见马吉这事我谁都没告诉</w:t>
        <w:br/>
        <w:t>I</w:t>
      </w:r>
      <w:r>
        <w:t xml:space="preserve"> didn't</w:t>
      </w:r>
      <w:r>
        <w:t xml:space="preserve"> tell</w:t>
      </w:r>
      <w:r>
        <w:t xml:space="preserve"> anyone</w:t>
      </w:r>
      <w:r>
        <w:t xml:space="preserve"> you</w:t>
      </w:r>
      <w:r>
        <w:t xml:space="preserve"> said</w:t>
      </w:r>
      <w:r>
        <w:t xml:space="preserve"> you</w:t>
      </w:r>
      <w:r>
        <w:t xml:space="preserve"> saw</w:t>
      </w:r>
      <w:r>
        <w:t xml:space="preserve"> Makee</w:t>
      </w:r>
      <w:r>
        <w:t xml:space="preserve"> on</w:t>
      </w:r>
      <w:r>
        <w:t xml:space="preserve"> Sanctuary.</w:t>
        <w:br/>
        <w:t>约翰</w:t>
      </w:r>
      <w:r>
        <w:t xml:space="preserve"> 我想帮你</w:t>
        <w:br/>
        <w:t>John,</w:t>
      </w:r>
      <w:r>
        <w:t xml:space="preserve"> I'm</w:t>
      </w:r>
      <w:r>
        <w:t xml:space="preserve"> trying</w:t>
      </w:r>
      <w:r>
        <w:t xml:space="preserve"> to</w:t>
      </w:r>
      <w:r>
        <w:t xml:space="preserve"> help</w:t>
      </w:r>
      <w:r>
        <w:t xml:space="preserve"> you.</w:t>
        <w:br/>
        <w:t>我想以朋友身份跟你谈谈</w:t>
        <w:br/>
        <w:t>I'm</w:t>
      </w:r>
      <w:r>
        <w:t xml:space="preserve"> trying</w:t>
      </w:r>
      <w:r>
        <w:t xml:space="preserve"> to</w:t>
      </w:r>
      <w:r>
        <w:t xml:space="preserve"> talk</w:t>
      </w:r>
      <w:r>
        <w:t xml:space="preserve"> to</w:t>
      </w:r>
      <w:r>
        <w:t xml:space="preserve"> you,</w:t>
      </w:r>
      <w:r>
        <w:t xml:space="preserve"> as</w:t>
      </w:r>
      <w:r>
        <w:t xml:space="preserve"> your</w:t>
      </w:r>
      <w:r>
        <w:t xml:space="preserve"> friend.</w:t>
        <w:br/>
        <w:t>我用不着朋友</w:t>
      </w:r>
      <w:r>
        <w:t xml:space="preserve"> 下士</w:t>
      </w:r>
      <w:r>
        <w:t xml:space="preserve"> 我要的是斯巴达战士</w:t>
        <w:br/>
        <w:t>I</w:t>
      </w:r>
      <w:r>
        <w:t xml:space="preserve"> don't</w:t>
      </w:r>
      <w:r>
        <w:t xml:space="preserve"> need</w:t>
      </w:r>
      <w:r>
        <w:t xml:space="preserve"> a</w:t>
      </w:r>
      <w:r>
        <w:t xml:space="preserve"> friend,</w:t>
      </w:r>
      <w:r>
        <w:t xml:space="preserve"> Petty</w:t>
      </w:r>
      <w:r>
        <w:t xml:space="preserve"> Officer,</w:t>
      </w:r>
      <w:r>
        <w:t xml:space="preserve"> I</w:t>
      </w:r>
      <w:r>
        <w:t xml:space="preserve"> need</w:t>
      </w:r>
      <w:r>
        <w:t xml:space="preserve"> a</w:t>
      </w:r>
      <w:r>
        <w:t xml:space="preserve"> Spartan.</w:t>
        <w:br/>
        <w:t>你为什么不试着当个称职的战士呢</w:t>
        <w:br/>
        <w:t>Why</w:t>
      </w:r>
      <w:r>
        <w:t xml:space="preserve"> don't</w:t>
      </w:r>
      <w:r>
        <w:t xml:space="preserve"> you</w:t>
      </w:r>
      <w:r>
        <w:t xml:space="preserve"> try</w:t>
      </w:r>
      <w:r>
        <w:t xml:space="preserve"> doing</w:t>
      </w:r>
      <w:r>
        <w:t xml:space="preserve"> that?</w:t>
        <w:br/>
        <w:t>125,</w:t>
      </w:r>
      <w:r>
        <w:t xml:space="preserve"> you</w:t>
      </w:r>
      <w:r>
        <w:t xml:space="preserve"> are</w:t>
      </w:r>
      <w:r>
        <w:t xml:space="preserve"> not</w:t>
      </w:r>
      <w:r>
        <w:t xml:space="preserve"> dismissed!</w:t>
        <w:br/>
        <w:t>Hey!</w:t>
        <w:br/>
        <w:t>她是谁啊</w:t>
        <w:br/>
        <w:t>Who</w:t>
      </w:r>
      <w:r>
        <w:t xml:space="preserve"> is</w:t>
      </w:r>
      <w:r>
        <w:t xml:space="preserve"> she?</w:t>
        <w:br/>
        <w:t>-</w:t>
      </w:r>
      <w:r>
        <w:t xml:space="preserve"> Kwan?</w:t>
      </w:r>
      <w:r>
        <w:t xml:space="preserve"> -</w:t>
      </w:r>
      <w:r>
        <w:t xml:space="preserve"> Shh!</w:t>
        <w:br/>
        <w:t>你干什么</w:t>
        <w:br/>
        <w:t>What're</w:t>
      </w:r>
      <w:r>
        <w:t xml:space="preserve"> you</w:t>
      </w:r>
      <w:r>
        <w:t xml:space="preserve"> doing?</w:t>
        <w:br/>
        <w:t>－你有危险－我看得出来</w:t>
        <w:br/>
        <w:t>You're</w:t>
      </w:r>
      <w:r>
        <w:t xml:space="preserve"> in</w:t>
      </w:r>
      <w:r>
        <w:t xml:space="preserve"> danger.</w:t>
      </w:r>
      <w:r>
        <w:t xml:space="preserve"> -</w:t>
      </w:r>
      <w:r>
        <w:t xml:space="preserve"> I</w:t>
      </w:r>
      <w:r>
        <w:t xml:space="preserve"> can</w:t>
      </w:r>
      <w:r>
        <w:t xml:space="preserve"> see</w:t>
      </w:r>
      <w:r>
        <w:t xml:space="preserve"> that.</w:t>
        <w:br/>
        <w:t>不是鲁比·安要动你</w:t>
        <w:br/>
        <w:t>Not</w:t>
      </w:r>
      <w:r>
        <w:t xml:space="preserve"> from</w:t>
      </w:r>
      <w:r>
        <w:t xml:space="preserve"> Ruby</w:t>
      </w:r>
      <w:r>
        <w:t xml:space="preserve"> Ann.</w:t>
        <w:br/>
        <w:t>我是说你们的船员</w:t>
        <w:br/>
        <w:t>I'm</w:t>
      </w:r>
      <w:r>
        <w:t xml:space="preserve"> talking</w:t>
      </w:r>
      <w:r>
        <w:t xml:space="preserve"> about</w:t>
      </w:r>
      <w:r>
        <w:t xml:space="preserve"> your</w:t>
      </w:r>
      <w:r>
        <w:t xml:space="preserve"> crew.</w:t>
        <w:br/>
        <w:t>鲁比·安把他们买&amp;hearts;&amp;hearts;通了</w:t>
        <w:br/>
        <w:t>Ruby</w:t>
      </w:r>
      <w:r>
        <w:t xml:space="preserve"> Ann</w:t>
      </w:r>
      <w:r>
        <w:t xml:space="preserve"> bought</w:t>
      </w:r>
      <w:r>
        <w:t xml:space="preserve"> them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off.</w:t>
        <w:br/>
        <w:t>－他们摆脱了索伦－什么</w:t>
        <w:br/>
        <w:t>They</w:t>
      </w:r>
      <w:r>
        <w:t xml:space="preserve"> got</w:t>
      </w:r>
      <w:r>
        <w:t xml:space="preserve"> rid</w:t>
      </w:r>
      <w:r>
        <w:t xml:space="preserve"> of</w:t>
      </w:r>
      <w:r>
        <w:t xml:space="preserve"> Soren.</w:t>
      </w:r>
      <w:r>
        <w:t xml:space="preserve"> -</w:t>
      </w:r>
      <w:r>
        <w:t xml:space="preserve"> What?</w:t>
        <w:br/>
        <w:t>－接下来就是你－什么</w:t>
        <w:br/>
        <w:t>You're</w:t>
      </w:r>
      <w:r>
        <w:t xml:space="preserve"> next.</w:t>
      </w:r>
      <w:r>
        <w:t xml:space="preserve"> -</w:t>
      </w:r>
      <w:r>
        <w:t xml:space="preserve"> What?</w:t>
        <w:br/>
        <w:t>索伦是不是－我不知道</w:t>
        <w:br/>
        <w:t>Is</w:t>
      </w:r>
      <w:r>
        <w:t xml:space="preserve"> Soren--</w:t>
      </w:r>
      <w:r>
        <w:t xml:space="preserve"> -</w:t>
      </w:r>
      <w:r>
        <w:t xml:space="preserve"> I</w:t>
      </w:r>
      <w:r>
        <w:t xml:space="preserve"> don't</w:t>
      </w:r>
      <w:r>
        <w:t xml:space="preserve"> know.</w:t>
        <w:br/>
        <w:t>你赶紧带上凯斯勒走</w:t>
        <w:br/>
        <w:t>You</w:t>
      </w:r>
      <w:r>
        <w:t xml:space="preserve"> have</w:t>
      </w:r>
      <w:r>
        <w:t xml:space="preserve"> to</w:t>
      </w:r>
      <w:r>
        <w:t xml:space="preserve"> get</w:t>
      </w:r>
      <w:r>
        <w:t xml:space="preserve"> Kessler</w:t>
      </w:r>
      <w:r>
        <w:t xml:space="preserve"> and</w:t>
      </w:r>
      <w:r>
        <w:t xml:space="preserve"> go.</w:t>
        <w:br/>
        <w:t>－拜托</w:t>
      </w:r>
      <w:r>
        <w:t xml:space="preserve"> 我&amp;hearts;干&amp;hearts;掉你了哎－才没有</w:t>
        <w:br/>
        <w:t>Come</w:t>
      </w:r>
      <w:r>
        <w:t xml:space="preserve"> on,</w:t>
      </w:r>
      <w:r>
        <w:t xml:space="preserve"> man,</w:t>
      </w:r>
      <w:r>
        <w:t xml:space="preserve"> I</w:t>
      </w:r>
      <w:r>
        <w:t xml:space="preserve"> got</w:t>
      </w:r>
      <w:r>
        <w:t xml:space="preserve"> you.</w:t>
      </w:r>
      <w:r>
        <w:t xml:space="preserve"> -</w:t>
      </w:r>
      <w:r>
        <w:t xml:space="preserve"> Did</w:t>
      </w:r>
      <w:r>
        <w:t xml:space="preserve"> not.</w:t>
        <w:br/>
        <w:t>开玩笑吗</w:t>
      </w:r>
      <w:r>
        <w:t xml:space="preserve"> 这个距离</w:t>
        <w:br/>
        <w:t>Are</w:t>
      </w:r>
      <w:r>
        <w:t xml:space="preserve"> you</w:t>
      </w:r>
      <w:r>
        <w:t xml:space="preserve"> kidding</w:t>
      </w:r>
      <w:r>
        <w:t xml:space="preserve"> me,</w:t>
      </w:r>
      <w:r>
        <w:t xml:space="preserve"> at</w:t>
      </w:r>
      <w:r>
        <w:t xml:space="preserve"> this</w:t>
      </w:r>
      <w:r>
        <w:t xml:space="preserve"> range?</w:t>
        <w:br/>
        <w:t>拜托</w:t>
      </w:r>
      <w:r>
        <w:t xml:space="preserve"> 兄弟－这是士官长</w:t>
        <w:br/>
        <w:t>Come</w:t>
      </w:r>
      <w:r>
        <w:t xml:space="preserve"> on,</w:t>
      </w:r>
      <w:r>
        <w:t xml:space="preserve"> man.</w:t>
      </w:r>
      <w:r>
        <w:t xml:space="preserve"> -</w:t>
      </w:r>
      <w:r>
        <w:t xml:space="preserve"> It's</w:t>
      </w:r>
      <w:r>
        <w:t xml:space="preserve"> Master</w:t>
      </w:r>
      <w:r>
        <w:t xml:space="preserve"> Chief.</w:t>
        <w:br/>
        <w:t>是啊</w:t>
      </w:r>
      <w:r>
        <w:t xml:space="preserve"> </w:t>
      </w:r>
      <w:r>
        <w:t xml:space="preserve"> 是士官长</w:t>
        <w:br/>
        <w:t>Yeah,</w:t>
      </w:r>
      <w:r>
        <w:t xml:space="preserve"> it's</w:t>
      </w:r>
      <w:r>
        <w:t xml:space="preserve"> Master</w:t>
      </w:r>
      <w:r>
        <w:t xml:space="preserve"> Chief,</w:t>
        <w:br/>
        <w:t>大卸八块了嘛</w:t>
        <w:br/>
        <w:t>in</w:t>
      </w:r>
      <w:r>
        <w:t xml:space="preserve"> eight</w:t>
      </w:r>
      <w:r>
        <w:t xml:space="preserve"> different</w:t>
      </w:r>
      <w:r>
        <w:t xml:space="preserve"> pieces.</w:t>
        <w:br/>
        <w:t>才不是</w:t>
      </w:r>
      <w:r>
        <w:t xml:space="preserve"> 你打偏了</w:t>
        <w:br/>
        <w:t>Nope,</w:t>
      </w:r>
      <w:r>
        <w:t xml:space="preserve"> nope,</w:t>
      </w:r>
      <w:r>
        <w:t xml:space="preserve"> you</w:t>
      </w:r>
      <w:r>
        <w:t xml:space="preserve"> missed.</w:t>
        <w:br/>
        <w:t>Fine.</w:t>
        <w:br/>
        <w:t>你们干嘛呢</w:t>
        <w:br/>
        <w:t>What</w:t>
      </w:r>
      <w:r>
        <w:t xml:space="preserve"> are</w:t>
      </w:r>
      <w:r>
        <w:t xml:space="preserve"> you</w:t>
      </w:r>
      <w:r>
        <w:t xml:space="preserve"> doing</w:t>
      </w:r>
      <w:r>
        <w:t xml:space="preserve"> here?</w:t>
        <w:br/>
        <w:t>玩呀</w:t>
        <w:br/>
        <w:t>Playing.</w:t>
        <w:br/>
        <w:t>我们有好消息</w:t>
        <w:br/>
        <w:t>We</w:t>
      </w:r>
      <w:r>
        <w:t xml:space="preserve"> have</w:t>
      </w:r>
      <w:r>
        <w:t xml:space="preserve"> good</w:t>
      </w:r>
      <w:r>
        <w:t xml:space="preserve"> news.</w:t>
        <w:br/>
        <w:t>飞船修好了</w:t>
        <w:br/>
        <w:t>Ship's</w:t>
      </w:r>
      <w:r>
        <w:t xml:space="preserve"> fixed.</w:t>
        <w:br/>
        <w:t>我们可以出发了</w:t>
        <w:br/>
        <w:t>We</w:t>
      </w:r>
      <w:r>
        <w:t xml:space="preserve"> can</w:t>
      </w:r>
      <w:r>
        <w:t xml:space="preserve"> leave.</w:t>
        <w:br/>
        <w:t>你之前说要几天时间的</w:t>
        <w:br/>
        <w:t>You</w:t>
      </w:r>
      <w:r>
        <w:t xml:space="preserve"> said</w:t>
      </w:r>
      <w:r>
        <w:t xml:space="preserve"> it</w:t>
      </w:r>
      <w:r>
        <w:t xml:space="preserve"> would</w:t>
      </w:r>
      <w:r>
        <w:t xml:space="preserve"> take</w:t>
      </w:r>
      <w:r>
        <w:t xml:space="preserve"> a</w:t>
      </w:r>
      <w:r>
        <w:t xml:space="preserve"> couple</w:t>
      </w:r>
      <w:r>
        <w:t xml:space="preserve"> of</w:t>
      </w:r>
      <w:r>
        <w:t xml:space="preserve"> days.</w:t>
        <w:br/>
        <w:t>那可是索伦</w:t>
        <w:br/>
        <w:t>It's</w:t>
      </w:r>
      <w:r>
        <w:t xml:space="preserve"> Soren.</w:t>
        <w:br/>
        <w:t>－我们加班干了整宿－过来</w:t>
        <w:br/>
        <w:t>We</w:t>
      </w:r>
      <w:r>
        <w:t xml:space="preserve"> worked</w:t>
      </w:r>
      <w:r>
        <w:t xml:space="preserve"> all</w:t>
      </w:r>
      <w:r>
        <w:t xml:space="preserve"> night.</w:t>
      </w:r>
      <w:r>
        <w:t xml:space="preserve"> -</w:t>
      </w:r>
      <w:r>
        <w:t xml:space="preserve"> Come</w:t>
      </w:r>
      <w:r>
        <w:t xml:space="preserve"> here.</w:t>
        <w:br/>
        <w:t>－没玩儿完呢</w:t>
      </w:r>
      <w:r>
        <w:t xml:space="preserve"> －凯斯勒</w:t>
        <w:br/>
        <w:t>We're</w:t>
      </w:r>
      <w:r>
        <w:t xml:space="preserve"> not</w:t>
      </w:r>
      <w:r>
        <w:t xml:space="preserve"> finished.</w:t>
      </w:r>
      <w:r>
        <w:t xml:space="preserve"> -</w:t>
      </w:r>
      <w:r>
        <w:t xml:space="preserve"> Kessler.</w:t>
        <w:br/>
        <w:t>该走了</w:t>
        <w:br/>
        <w:t>Time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go.</w:t>
        <w:br/>
        <w:t>我能去吗</w:t>
        <w:br/>
        <w:t>Can</w:t>
      </w:r>
      <w:r>
        <w:t xml:space="preserve"> I</w:t>
      </w:r>
      <w:r>
        <w:t xml:space="preserve"> come?</w:t>
        <w:br/>
        <w:t>－好呀－不行</w:t>
        <w:br/>
        <w:t>Yeah.</w:t>
      </w:r>
      <w:r>
        <w:t xml:space="preserve"> -</w:t>
      </w:r>
      <w:r>
        <w:t xml:space="preserve"> No.</w:t>
        <w:br/>
        <w:t>所有人都去</w:t>
        <w:br/>
        <w:t>Everybody</w:t>
      </w:r>
      <w:r>
        <w:t xml:space="preserve"> goes.</w:t>
        <w:br/>
        <w:t>我们是一家人嘛</w:t>
        <w:br/>
        <w:t>We're</w:t>
      </w:r>
      <w:r>
        <w:t xml:space="preserve"> all</w:t>
      </w:r>
      <w:r>
        <w:t xml:space="preserve"> family.</w:t>
        <w:br/>
        <w:t>你们先过去</w:t>
      </w:r>
      <w:r>
        <w:t xml:space="preserve"> 我一会儿去飞船跟你们汇合</w:t>
        <w:br/>
        <w:t>You</w:t>
      </w:r>
      <w:r>
        <w:t xml:space="preserve"> go</w:t>
      </w:r>
      <w:r>
        <w:t xml:space="preserve"> ahead,</w:t>
      </w:r>
      <w:r>
        <w:t xml:space="preserve"> I'll</w:t>
      </w:r>
      <w:r>
        <w:t xml:space="preserve"> meet</w:t>
      </w:r>
      <w:r>
        <w:t xml:space="preserve"> you</w:t>
      </w:r>
      <w:r>
        <w:t xml:space="preserve"> at</w:t>
      </w:r>
      <w:r>
        <w:t xml:space="preserve"> the</w:t>
      </w:r>
      <w:r>
        <w:t xml:space="preserve"> ship.</w:t>
        <w:br/>
        <w:t>我们可以等</w:t>
        <w:br/>
        <w:t>We</w:t>
      </w:r>
      <w:r>
        <w:t xml:space="preserve"> can</w:t>
      </w:r>
      <w:r>
        <w:t xml:space="preserve"> wait.</w:t>
        <w:br/>
        <w:t>不必麻烦</w:t>
      </w:r>
      <w:r>
        <w:t xml:space="preserve"> 我能行的</w:t>
        <w:br/>
        <w:t>Don't</w:t>
      </w:r>
      <w:r>
        <w:t xml:space="preserve"> trouble</w:t>
      </w:r>
      <w:r>
        <w:t xml:space="preserve"> yourselves,</w:t>
      </w:r>
      <w:r>
        <w:t xml:space="preserve"> I</w:t>
      </w:r>
      <w:r>
        <w:t xml:space="preserve"> can</w:t>
      </w:r>
      <w:r>
        <w:t xml:space="preserve"> manage.</w:t>
        <w:br/>
        <w:t>－卡丽娜－不麻烦</w:t>
        <w:br/>
        <w:t>Carina.</w:t>
      </w:r>
      <w:r>
        <w:t xml:space="preserve"> -</w:t>
      </w:r>
      <w:r>
        <w:t xml:space="preserve"> It's</w:t>
      </w:r>
      <w:r>
        <w:t xml:space="preserve"> no</w:t>
      </w:r>
      <w:r>
        <w:t xml:space="preserve"> trouble.</w:t>
        <w:br/>
        <w:t>卡丽娜</w:t>
        <w:br/>
        <w:t>Carina.</w:t>
        <w:br/>
        <w:t>走了</w:t>
        <w:br/>
        <w:t>Come</w:t>
      </w:r>
      <w:r>
        <w:t xml:space="preserve"> on.</w:t>
        <w:br/>
        <w:t>去拿你东西</w:t>
        <w:br/>
        <w:t>Get</w:t>
      </w:r>
      <w:r>
        <w:t xml:space="preserve"> your</w:t>
      </w:r>
      <w:r>
        <w:t xml:space="preserve"> things.</w:t>
        <w:br/>
        <w:t>关</w:t>
      </w:r>
      <w:r>
        <w:t xml:space="preserve"> 你可以出来了</w:t>
        <w:br/>
        <w:t>Kwan,</w:t>
      </w:r>
      <w:r>
        <w:t xml:space="preserve"> you</w:t>
      </w:r>
      <w:r>
        <w:t xml:space="preserve"> can</w:t>
      </w:r>
      <w:r>
        <w:t xml:space="preserve"> come</w:t>
      </w:r>
      <w:r>
        <w:t xml:space="preserve"> out.</w:t>
        <w:br/>
        <w:t>你们当初加入海军情报局的时候</w:t>
      </w:r>
      <w:r>
        <w:t xml:space="preserve"> 就想干这事吗</w:t>
        <w:br/>
        <w:t>So,</w:t>
      </w:r>
      <w:r>
        <w:t xml:space="preserve"> when</w:t>
      </w:r>
      <w:r>
        <w:t xml:space="preserve"> you</w:t>
      </w:r>
      <w:r>
        <w:t xml:space="preserve"> guys</w:t>
      </w:r>
      <w:r>
        <w:t xml:space="preserve"> joined</w:t>
      </w:r>
      <w:r>
        <w:t xml:space="preserve"> ONI,</w:t>
      </w:r>
      <w:r>
        <w:t xml:space="preserve"> is</w:t>
      </w:r>
      <w:r>
        <w:t xml:space="preserve"> this</w:t>
      </w:r>
      <w:r>
        <w:t xml:space="preserve"> what</w:t>
      </w:r>
      <w:r>
        <w:t xml:space="preserve"> you</w:t>
      </w:r>
      <w:r>
        <w:t xml:space="preserve"> had</w:t>
      </w:r>
      <w:r>
        <w:t xml:space="preserve"> in</w:t>
      </w:r>
      <w:r>
        <w:t xml:space="preserve"> mind?</w:t>
        <w:br/>
        <w:t>我们也不喜欢这样</w:t>
      </w:r>
      <w:r>
        <w:t xml:space="preserve"> 士官长</w:t>
        <w:br/>
        <w:t>We</w:t>
      </w:r>
      <w:r>
        <w:t xml:space="preserve"> don't</w:t>
      </w:r>
      <w:r>
        <w:t xml:space="preserve"> like</w:t>
      </w:r>
      <w:r>
        <w:t xml:space="preserve"> this</w:t>
      </w:r>
      <w:r>
        <w:t xml:space="preserve"> any</w:t>
      </w:r>
      <w:r>
        <w:t xml:space="preserve"> more</w:t>
      </w:r>
      <w:r>
        <w:t xml:space="preserve"> than</w:t>
      </w:r>
      <w:r>
        <w:t xml:space="preserve"> you</w:t>
      </w:r>
      <w:r>
        <w:t xml:space="preserve"> do,</w:t>
      </w:r>
      <w:r>
        <w:t xml:space="preserve"> Chief.</w:t>
        <w:br/>
        <w:t>如果你们再靠近点</w:t>
        <w:br/>
        <w:br/>
        <w:t>If</w:t>
      </w:r>
      <w:r>
        <w:t xml:space="preserve"> you</w:t>
      </w:r>
      <w:r>
        <w:t xml:space="preserve"> get</w:t>
      </w:r>
      <w:r>
        <w:t xml:space="preserve"> any</w:t>
      </w:r>
      <w:r>
        <w:t xml:space="preserve"> closer,</w:t>
        <w:br/>
        <w:t>我们就得谈谈此刻的感觉了</w:t>
        <w:br/>
        <w:t>we're</w:t>
      </w:r>
      <w:r>
        <w:t xml:space="preserve"> gonna</w:t>
      </w:r>
      <w:r>
        <w:t xml:space="preserve"> have</w:t>
      </w:r>
      <w:r>
        <w:t xml:space="preserve"> to</w:t>
      </w:r>
      <w:r>
        <w:t xml:space="preserve"> talk</w:t>
      </w:r>
      <w:r>
        <w:t xml:space="preserve"> about</w:t>
      </w:r>
      <w:r>
        <w:t xml:space="preserve"> our</w:t>
      </w:r>
      <w:r>
        <w:t xml:space="preserve"> feelings.</w:t>
        <w:br/>
        <w:t>就是例行的心理评估</w:t>
      </w:r>
      <w:r>
        <w:t xml:space="preserve"> 士官长</w:t>
        <w:br/>
        <w:t>It's</w:t>
      </w:r>
      <w:r>
        <w:t xml:space="preserve"> just</w:t>
      </w:r>
      <w:r>
        <w:t xml:space="preserve"> a</w:t>
      </w:r>
      <w:r>
        <w:t xml:space="preserve"> routine</w:t>
      </w:r>
      <w:r>
        <w:t xml:space="preserve"> psych</w:t>
      </w:r>
      <w:r>
        <w:t xml:space="preserve"> eval,</w:t>
      </w:r>
      <w:r>
        <w:t xml:space="preserve"> Chief.</w:t>
        <w:br/>
        <w:t>－抱歉－什么</w:t>
        <w:br/>
        <w:t>Sorry.</w:t>
      </w:r>
      <w:r>
        <w:t xml:space="preserve"> -</w:t>
      </w:r>
      <w:r>
        <w:t xml:space="preserve"> What?</w:t>
        <w:br/>
        <w:t>－嗨－嘿</w:t>
      </w:r>
      <w:r>
        <w:t xml:space="preserve"> 里兹</w:t>
        <w:br/>
        <w:t>Hi.</w:t>
      </w:r>
      <w:r>
        <w:t xml:space="preserve"> -</w:t>
      </w:r>
      <w:r>
        <w:t xml:space="preserve"> Hey,</w:t>
      </w:r>
      <w:r>
        <w:t xml:space="preserve"> Riz.</w:t>
        <w:br/>
        <w:t>他们把我们的训练取消了</w:t>
        <w:br/>
        <w:t>They</w:t>
      </w:r>
      <w:r>
        <w:t xml:space="preserve"> canceled</w:t>
      </w:r>
      <w:r>
        <w:t xml:space="preserve"> 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training.</w:t>
        <w:br/>
        <w:t>我&amp;hearts;干&amp;hearts;坐在铺位上</w:t>
      </w:r>
      <w:r>
        <w:t xml:space="preserve"> 然后就</w:t>
        <w:br/>
        <w:t>I</w:t>
      </w:r>
      <w:r>
        <w:t xml:space="preserve"> was</w:t>
      </w:r>
      <w:r>
        <w:t xml:space="preserve"> sitting</w:t>
      </w:r>
      <w:r>
        <w:t xml:space="preserve"> in</w:t>
      </w:r>
      <w:r>
        <w:t xml:space="preserve"> my</w:t>
      </w:r>
      <w:r>
        <w:t xml:space="preserve"> bunk,</w:t>
      </w:r>
      <w:r>
        <w:t xml:space="preserve"> so--</w:t>
        <w:br/>
        <w:t>就决定过来</w:t>
        <w:br/>
        <w:t>So</w:t>
      </w:r>
      <w:r>
        <w:t xml:space="preserve"> you</w:t>
      </w:r>
      <w:r>
        <w:t xml:space="preserve"> decided</w:t>
      </w:r>
      <w:r>
        <w:t xml:space="preserve"> to</w:t>
      </w:r>
      <w:r>
        <w:t xml:space="preserve"> come</w:t>
      </w:r>
      <w:r>
        <w:t xml:space="preserve"> by</w:t>
      </w:r>
      <w:r>
        <w:t xml:space="preserve"> here?</w:t>
        <w:br/>
        <w:t>Yeah.</w:t>
        <w:br/>
        <w:t>看看我发现谁了</w:t>
        <w:br/>
        <w:t>Look</w:t>
      </w:r>
      <w:r>
        <w:t xml:space="preserve"> who</w:t>
      </w:r>
      <w:r>
        <w:t xml:space="preserve"> I</w:t>
      </w:r>
      <w:r>
        <w:t xml:space="preserve"> found.</w:t>
        <w:br/>
        <w:t>嘿</w:t>
      </w:r>
      <w:r>
        <w:t xml:space="preserve"> 一起吃晚饭呀</w:t>
        <w:br/>
        <w:t>Hey,</w:t>
      </w:r>
      <w:r>
        <w:t xml:space="preserve"> join</w:t>
      </w:r>
      <w:r>
        <w:t xml:space="preserve"> us</w:t>
      </w:r>
      <w:r>
        <w:t xml:space="preserve"> for</w:t>
      </w:r>
      <w:r>
        <w:t xml:space="preserve"> dinner.</w:t>
        <w:br/>
        <w:t>约会之夜泡汤了</w:t>
        <w:br/>
        <w:t>There</w:t>
      </w:r>
      <w:r>
        <w:t xml:space="preserve"> goes</w:t>
      </w:r>
      <w:r>
        <w:t xml:space="preserve"> date</w:t>
      </w:r>
      <w:r>
        <w:t xml:space="preserve"> night.</w:t>
        <w:br/>
        <w:t>不好意思啊</w:t>
        <w:br/>
        <w:t>Oh,</w:t>
      </w:r>
      <w:r>
        <w:t xml:space="preserve"> I'm</w:t>
      </w:r>
      <w:r>
        <w:t xml:space="preserve"> sorry.</w:t>
        <w:br/>
        <w:t>不会不会</w:t>
      </w:r>
      <w:r>
        <w:t xml:space="preserve"> 别听他的</w:t>
        <w:br/>
        <w:t>No,</w:t>
      </w:r>
      <w:r>
        <w:t xml:space="preserve"> no,</w:t>
      </w:r>
      <w:r>
        <w:t xml:space="preserve"> no,</w:t>
      </w:r>
      <w:r>
        <w:t xml:space="preserve"> no,</w:t>
      </w:r>
      <w:r>
        <w:t xml:space="preserve"> don't</w:t>
      </w:r>
      <w:r>
        <w:t xml:space="preserve"> listen</w:t>
      </w:r>
      <w:r>
        <w:t xml:space="preserve"> to</w:t>
      </w:r>
      <w:r>
        <w:t xml:space="preserve"> him.</w:t>
        <w:br/>
        <w:t>他对约会之夜的想法就是他听着</w:t>
        <w:br/>
        <w:t>His</w:t>
      </w:r>
      <w:r>
        <w:t xml:space="preserve"> idea</w:t>
      </w:r>
      <w:r>
        <w:t xml:space="preserve"> of</w:t>
      </w:r>
      <w:r>
        <w:t xml:space="preserve"> date</w:t>
      </w:r>
      <w:r>
        <w:t xml:space="preserve"> night</w:t>
      </w:r>
      <w:r>
        <w:t xml:space="preserve"> ends</w:t>
      </w:r>
      <w:r>
        <w:t xml:space="preserve"> with</w:t>
      </w:r>
      <w:r>
        <w:t xml:space="preserve"> him</w:t>
      </w:r>
      <w:r>
        <w:t xml:space="preserve"> falling</w:t>
      </w:r>
      <w:r>
        <w:t xml:space="preserve"> asleep</w:t>
        <w:br/>
        <w:t>卫星信&amp;hearts;号&amp;hearts;&amp;hearts;入睡</w:t>
      </w:r>
      <w:r>
        <w:t xml:space="preserve"> 而我则去洗碗</w:t>
        <w:br/>
        <w:t>listening</w:t>
      </w:r>
      <w:r>
        <w:t xml:space="preserve"> to</w:t>
      </w:r>
      <w:r>
        <w:t xml:space="preserve"> the</w:t>
      </w:r>
      <w:r>
        <w:t xml:space="preserve"> sat-link,</w:t>
      </w:r>
      <w:r>
        <w:t xml:space="preserve"> and</w:t>
      </w:r>
      <w:r>
        <w:t xml:space="preserve"> me</w:t>
      </w:r>
      <w:r>
        <w:t xml:space="preserve"> doing</w:t>
      </w:r>
      <w:r>
        <w:t xml:space="preserve"> the</w:t>
      </w:r>
      <w:r>
        <w:t xml:space="preserve"> dishes.</w:t>
        <w:br/>
        <w:t>宝儿</w:t>
      </w:r>
      <w:r>
        <w:t xml:space="preserve"> 不是你洗碗</w:t>
      </w:r>
      <w:r>
        <w:t xml:space="preserve"> 是机器洗</w:t>
        <w:br/>
        <w:t>Babe,</w:t>
      </w:r>
      <w:r>
        <w:t xml:space="preserve"> you</w:t>
      </w:r>
      <w:r>
        <w:t xml:space="preserve"> don't</w:t>
      </w:r>
      <w:r>
        <w:t xml:space="preserve"> do</w:t>
      </w:r>
      <w:r>
        <w:t xml:space="preserve"> the</w:t>
      </w:r>
      <w:r>
        <w:t xml:space="preserve"> dishes,</w:t>
      </w:r>
      <w:r>
        <w:t xml:space="preserve"> the</w:t>
      </w:r>
      <w:r>
        <w:t xml:space="preserve"> machine</w:t>
      </w:r>
      <w:r>
        <w:t xml:space="preserve"> does.</w:t>
        <w:br/>
        <w:t>总得有人按按钮吧</w:t>
      </w:r>
      <w:r>
        <w:t xml:space="preserve"> 过来</w:t>
        <w:br/>
        <w:t>Someone</w:t>
      </w:r>
      <w:r>
        <w:t xml:space="preserve"> has</w:t>
      </w:r>
      <w:r>
        <w:t xml:space="preserve"> to</w:t>
      </w:r>
      <w:r>
        <w:t xml:space="preserve"> press</w:t>
      </w:r>
      <w:r>
        <w:t xml:space="preserve"> the</w:t>
      </w:r>
      <w:r>
        <w:t xml:space="preserve"> button,</w:t>
      </w:r>
      <w:r>
        <w:t xml:space="preserve"> come</w:t>
      </w:r>
      <w:r>
        <w:t xml:space="preserve"> here.</w:t>
        <w:br/>
        <w:t>希望你饿了</w:t>
        <w:br/>
        <w:t>You</w:t>
      </w:r>
      <w:r>
        <w:t xml:space="preserve"> know,</w:t>
      </w:r>
      <w:r>
        <w:t xml:space="preserve"> I</w:t>
      </w:r>
      <w:r>
        <w:t xml:space="preserve"> hope</w:t>
      </w:r>
      <w:r>
        <w:t xml:space="preserve"> you're</w:t>
      </w:r>
      <w:r>
        <w:t xml:space="preserve"> hungry.</w:t>
        <w:br/>
        <w:t>吃完饭我给你治疗一下吧</w:t>
        <w:br/>
        <w:t>I</w:t>
      </w:r>
      <w:r>
        <w:t xml:space="preserve"> can</w:t>
      </w:r>
      <w:r>
        <w:t xml:space="preserve"> give</w:t>
      </w:r>
      <w:r>
        <w:t xml:space="preserve"> you</w:t>
      </w:r>
      <w:r>
        <w:t xml:space="preserve"> some</w:t>
      </w:r>
      <w:r>
        <w:t xml:space="preserve"> treatment</w:t>
      </w:r>
      <w:r>
        <w:t xml:space="preserve"> after</w:t>
      </w:r>
      <w:r>
        <w:t xml:space="preserve"> we</w:t>
      </w:r>
      <w:r>
        <w:t xml:space="preserve"> eat,</w:t>
      </w:r>
      <w:r>
        <w:t xml:space="preserve"> yeah?</w:t>
        <w:br/>
        <w:t>我来不是治疗的</w:t>
        <w:br/>
        <w:t>Oh,</w:t>
      </w:r>
      <w:r>
        <w:t xml:space="preserve"> I</w:t>
      </w:r>
      <w:r>
        <w:t xml:space="preserve"> didn't</w:t>
      </w:r>
      <w:r>
        <w:t xml:space="preserve"> really</w:t>
      </w:r>
      <w:r>
        <w:t xml:space="preserve"> come</w:t>
      </w:r>
      <w:r>
        <w:t xml:space="preserve"> here</w:t>
      </w:r>
      <w:r>
        <w:t xml:space="preserve"> for</w:t>
      </w:r>
      <w:r>
        <w:t xml:space="preserve"> that.</w:t>
        <w:br/>
        <w:t>没事吧</w:t>
        <w:br/>
        <w:t>Everything</w:t>
      </w:r>
      <w:r>
        <w:t xml:space="preserve"> okay?</w:t>
        <w:br/>
        <w:t>我觉得我刚开始走</w:t>
        <w:br/>
        <w:t>Um,</w:t>
      </w:r>
      <w:r>
        <w:t xml:space="preserve"> I</w:t>
      </w:r>
      <w:r>
        <w:t xml:space="preserve"> guess</w:t>
      </w:r>
      <w:r>
        <w:t xml:space="preserve"> I</w:t>
      </w:r>
      <w:r>
        <w:t xml:space="preserve"> just</w:t>
      </w:r>
      <w:r>
        <w:t xml:space="preserve"> started</w:t>
      </w:r>
      <w:r>
        <w:t xml:space="preserve"> walking,</w:t>
        <w:br/>
        <w:t>结果发现不知道去哪儿</w:t>
        <w:br/>
        <w:t>but</w:t>
      </w:r>
      <w:r>
        <w:t xml:space="preserve"> it</w:t>
      </w:r>
      <w:r>
        <w:t xml:space="preserve"> turns</w:t>
      </w:r>
      <w:r>
        <w:t xml:space="preserve"> out</w:t>
      </w:r>
      <w:r>
        <w:t xml:space="preserve"> I</w:t>
      </w:r>
      <w:r>
        <w:t xml:space="preserve"> don't</w:t>
      </w:r>
      <w:r>
        <w:t xml:space="preserve"> really</w:t>
      </w:r>
      <w:r>
        <w:t xml:space="preserve"> have</w:t>
      </w:r>
      <w:r>
        <w:t xml:space="preserve"> anywhere</w:t>
      </w:r>
      <w:r>
        <w:t xml:space="preserve"> to</w:t>
      </w:r>
      <w:r>
        <w:t xml:space="preserve"> go.</w:t>
        <w:br/>
        <w:t>真服了</w:t>
      </w:r>
      <w:r>
        <w:t xml:space="preserve"> 你让我好难过</w:t>
      </w:r>
      <w:r>
        <w:t xml:space="preserve"> 泣就旦土土</w:t>
        <w:br/>
        <w:t>Oh,</w:t>
      </w:r>
      <w:r>
        <w:t xml:space="preserve"> for</w:t>
      </w:r>
      <w:r>
        <w:t xml:space="preserve"> God's</w:t>
      </w:r>
      <w:r>
        <w:t xml:space="preserve"> sake,</w:t>
      </w:r>
      <w:r>
        <w:t xml:space="preserve"> you're</w:t>
      </w:r>
      <w:r>
        <w:t xml:space="preserve"> making</w:t>
      </w:r>
      <w:r>
        <w:t xml:space="preserve"> me</w:t>
      </w:r>
      <w:r>
        <w:t xml:space="preserve"> sad.</w:t>
        <w:br/>
        <w:t>我们必须得喝一杯了</w:t>
      </w:r>
      <w:r>
        <w:t xml:space="preserve"> 坐</w:t>
        <w:br/>
        <w:t>Now</w:t>
      </w:r>
      <w:r>
        <w:t xml:space="preserve"> we</w:t>
      </w:r>
      <w:r>
        <w:t xml:space="preserve"> have</w:t>
      </w:r>
      <w:r>
        <w:t xml:space="preserve"> to</w:t>
      </w:r>
      <w:r>
        <w:t xml:space="preserve"> drink,</w:t>
      </w:r>
      <w:r>
        <w:t xml:space="preserve"> sit.</w:t>
        <w:br/>
        <w:t>看起来好漂亮</w:t>
        <w:br/>
        <w:t>It</w:t>
      </w:r>
      <w:r>
        <w:t xml:space="preserve"> looks</w:t>
      </w:r>
    </w:p>
    <w:p>
      <w:r>
        <w:t xml:space="preserve"> beautiful.</w:t>
        <w:br/>
        <w:t>谢谢</w:t>
        <w:br/>
        <w:t>Thank</w:t>
      </w:r>
      <w:r>
        <w:t xml:space="preserve"> you.</w:t>
        <w:br/>
        <w:t>路易斯身体可好</w:t>
        <w:br/>
        <w:t>Louis'</w:t>
      </w:r>
      <w:r>
        <w:t xml:space="preserve"> health?</w:t>
        <w:br/>
        <w:t>喝的这是什么</w:t>
        <w:br/>
        <w:t>What</w:t>
      </w:r>
      <w:r>
        <w:t xml:space="preserve"> are</w:t>
      </w:r>
      <w:r>
        <w:t xml:space="preserve"> we</w:t>
      </w:r>
      <w:r>
        <w:t xml:space="preserve"> drinking?</w:t>
        <w:br/>
        <w:t>你最喜欢的</w:t>
        <w:br/>
        <w:t>Your</w:t>
      </w:r>
      <w:r>
        <w:t xml:space="preserve"> favorite.</w:t>
        <w:br/>
        <w:t>聊聊吧</w:t>
        <w:br/>
        <w:t>Talk</w:t>
      </w:r>
      <w:r>
        <w:t xml:space="preserve"> to</w:t>
      </w:r>
      <w:r>
        <w:t xml:space="preserve"> me.</w:t>
        <w:br/>
        <w:t>前几天</w:t>
      </w:r>
      <w:r>
        <w:t xml:space="preserve"> 你说</w:t>
        <w:br/>
        <w:t>The</w:t>
      </w:r>
      <w:r>
        <w:t xml:space="preserve"> other</w:t>
      </w:r>
      <w:r>
        <w:t xml:space="preserve"> day,</w:t>
      </w:r>
      <w:r>
        <w:t xml:space="preserve"> you</w:t>
      </w:r>
      <w:r>
        <w:t xml:space="preserve"> said</w:t>
        <w:br/>
        <w:t>还有其他的生活方式</w:t>
      </w:r>
      <w:r>
        <w:t xml:space="preserve"> 其他事可以做</w:t>
        <w:br/>
        <w:t>there</w:t>
      </w:r>
      <w:r>
        <w:t xml:space="preserve"> were</w:t>
      </w:r>
      <w:r>
        <w:t xml:space="preserve"> other</w:t>
      </w:r>
      <w:r>
        <w:t xml:space="preserve"> ways</w:t>
      </w:r>
      <w:r>
        <w:t xml:space="preserve"> to</w:t>
      </w:r>
      <w:r>
        <w:t xml:space="preserve"> live,</w:t>
      </w:r>
      <w:r>
        <w:t xml:space="preserve"> other</w:t>
      </w:r>
      <w:r>
        <w:t xml:space="preserve"> things</w:t>
      </w:r>
      <w:r>
        <w:t xml:space="preserve"> to</w:t>
      </w:r>
      <w:r>
        <w:t xml:space="preserve"> be.</w:t>
        <w:br/>
        <w:t>没错</w:t>
        <w:br/>
        <w:t>That's</w:t>
      </w:r>
      <w:r>
        <w:t xml:space="preserve"> right.</w:t>
        <w:br/>
        <w:t>比如说</w:t>
        <w:br/>
        <w:t>Like</w:t>
      </w:r>
      <w:r>
        <w:t xml:space="preserve"> what?</w:t>
        <w:br/>
        <w:t>我们不知道任务未经授权</w:t>
        <w:br/>
        <w:t>We</w:t>
      </w:r>
      <w:r>
        <w:t xml:space="preserve"> didn't</w:t>
      </w:r>
      <w:r>
        <w:t xml:space="preserve"> know</w:t>
      </w:r>
      <w:r>
        <w:t xml:space="preserve"> the</w:t>
      </w:r>
      <w:r>
        <w:t xml:space="preserve"> mission</w:t>
      </w:r>
      <w:r>
        <w:t xml:space="preserve"> wasn't</w:t>
      </w:r>
      <w:r>
        <w:t xml:space="preserve"> authorized.</w:t>
        <w:br/>
        <w:t>我</w:t>
      </w:r>
      <w:r>
        <w:t xml:space="preserve"> 里兹</w:t>
      </w:r>
      <w:r>
        <w:t xml:space="preserve"> 瓦纳克</w:t>
        <w:br/>
        <w:t>Me,</w:t>
      </w:r>
      <w:r>
        <w:t xml:space="preserve"> Riz,</w:t>
      </w:r>
      <w:r>
        <w:t xml:space="preserve"> Vannak.</w:t>
        <w:br/>
        <w:t>一无所知</w:t>
        <w:br/>
        <w:t>We</w:t>
      </w:r>
      <w:r>
        <w:t xml:space="preserve"> were</w:t>
      </w:r>
      <w:r>
        <w:t xml:space="preserve"> in</w:t>
      </w:r>
      <w:r>
        <w:t xml:space="preserve"> the</w:t>
      </w:r>
      <w:r>
        <w:t xml:space="preserve"> dark.</w:t>
        <w:br/>
        <w:t>顺便说一句</w:t>
        <w:br/>
        <w:t>And</w:t>
      </w:r>
      <w:r>
        <w:t xml:space="preserve"> for</w:t>
      </w:r>
      <w:r>
        <w:t xml:space="preserve"> the</w:t>
      </w:r>
      <w:r>
        <w:t xml:space="preserve"> record,</w:t>
        <w:br/>
        <w:t>士官长只是在做他认为正确的事</w:t>
        <w:br/>
        <w:t>Chief</w:t>
      </w:r>
      <w:r>
        <w:t xml:space="preserve"> was</w:t>
      </w:r>
      <w:r>
        <w:t xml:space="preserve"> just</w:t>
      </w:r>
      <w:r>
        <w:t xml:space="preserve"> doing</w:t>
      </w:r>
      <w:r>
        <w:t xml:space="preserve"> what</w:t>
      </w:r>
      <w:r>
        <w:t xml:space="preserve"> he</w:t>
      </w:r>
      <w:r>
        <w:t xml:space="preserve"> thought</w:t>
      </w:r>
      <w:r>
        <w:t xml:space="preserve"> was</w:t>
      </w:r>
      <w:r>
        <w:t xml:space="preserve"> right.</w:t>
        <w:br/>
        <w:t>这正是我担心的</w:t>
        <w:br/>
        <w:t>Well,</w:t>
      </w:r>
      <w:r>
        <w:t xml:space="preserve"> that's</w:t>
      </w:r>
      <w:r>
        <w:t xml:space="preserve"> what</w:t>
      </w:r>
      <w:r>
        <w:t xml:space="preserve"> concerns</w:t>
      </w:r>
      <w:r>
        <w:t xml:space="preserve"> me.</w:t>
        <w:br/>
        <w:t>很感谢你过来</w:t>
        <w:br/>
        <w:t>Look,</w:t>
      </w:r>
      <w:r>
        <w:t xml:space="preserve"> I</w:t>
      </w:r>
      <w:r>
        <w:t xml:space="preserve"> appreciate</w:t>
      </w:r>
      <w:r>
        <w:t xml:space="preserve"> you</w:t>
      </w:r>
      <w:r>
        <w:t xml:space="preserve"> coming</w:t>
      </w:r>
      <w:r>
        <w:t xml:space="preserve"> down</w:t>
      </w:r>
      <w:r>
        <w:t xml:space="preserve"> here</w:t>
        <w:br/>
        <w:t>为你的指挥官辩护</w:t>
        <w:br/>
        <w:t>to</w:t>
      </w:r>
      <w:r>
        <w:t xml:space="preserve"> advocate</w:t>
      </w:r>
      <w:r>
        <w:t xml:space="preserve"> for</w:t>
      </w:r>
      <w:r>
        <w:t xml:space="preserve"> your</w:t>
      </w:r>
      <w:r>
        <w:t xml:space="preserve"> CO.</w:t>
        <w:br/>
        <w:t>如果士官长越界</w:t>
        <w:br/>
        <w:t>If</w:t>
      </w:r>
      <w:r>
        <w:t xml:space="preserve"> the</w:t>
      </w:r>
      <w:r>
        <w:t xml:space="preserve"> Chief</w:t>
      </w:r>
      <w:r>
        <w:t xml:space="preserve"> went</w:t>
      </w:r>
      <w:r>
        <w:t xml:space="preserve"> outside</w:t>
      </w:r>
      <w:r>
        <w:t xml:space="preserve"> the</w:t>
      </w:r>
      <w:r>
        <w:t xml:space="preserve"> chain,</w:t>
        <w:br/>
        <w:t>就需要纪律约束</w:t>
      </w:r>
      <w:r>
        <w:t xml:space="preserve"> 我明白</w:t>
        <w:br/>
        <w:t>there</w:t>
      </w:r>
      <w:r>
        <w:t xml:space="preserve"> needs</w:t>
      </w:r>
      <w:r>
        <w:t xml:space="preserve"> to</w:t>
      </w:r>
      <w:r>
        <w:t xml:space="preserve"> be</w:t>
      </w:r>
      <w:r>
        <w:t xml:space="preserve"> discipline,</w:t>
      </w:r>
      <w:r>
        <w:t xml:space="preserve"> I</w:t>
      </w:r>
      <w:r>
        <w:t xml:space="preserve"> get</w:t>
      </w:r>
      <w:r>
        <w:t xml:space="preserve"> that.</w:t>
        <w:br/>
        <w:t>但我们的存在不是跟这儿干坐着</w:t>
        <w:br/>
        <w:t>But</w:t>
      </w:r>
      <w:r>
        <w:t xml:space="preserve"> we're</w:t>
      </w:r>
      <w:r>
        <w:t xml:space="preserve"> not</w:t>
      </w:r>
      <w:r>
        <w:t xml:space="preserve"> built</w:t>
      </w:r>
      <w:r>
        <w:t xml:space="preserve"> to</w:t>
      </w:r>
      <w:r>
        <w:t xml:space="preserve"> sit</w:t>
      </w:r>
      <w:r>
        <w:t xml:space="preserve"> around</w:t>
      </w:r>
      <w:r>
        <w:t xml:space="preserve"> and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https://d.book118.com/518016140033006036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18016140033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