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爱国卫生活动总结（30篇）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爱国卫生活动总结（通用30篇）</w:t>
      </w:r>
      <w:r>
        <w:rPr>
          <w:lang w:eastAsia="zh-CN"/>
        </w:rPr>
        <w:br/>
      </w:r>
      <w:r>
        <w:rPr>
          <w:lang w:eastAsia="zh-CN"/>
        </w:rPr>
        <w:t xml:space="preserve">    爱国卫生活动总结 篇1 </w:t>
      </w:r>
      <w:r>
        <w:rPr>
          <w:lang w:eastAsia="zh-CN"/>
        </w:rPr>
        <w:br/>
      </w:r>
      <w:r>
        <w:rPr>
          <w:lang w:eastAsia="zh-CN"/>
        </w:rPr>
        <w:t>　　4月是全国爱国卫生月，__县紧紧围绕“关注小环境、共享大健康”的主题，多措并举，深入开展爱国卫生运动，倡导健康文明生活方式，预防控制重大疾病。</w:t>
      </w:r>
      <w:r>
        <w:rPr>
          <w:lang w:eastAsia="zh-CN"/>
        </w:rPr>
        <w:br/>
      </w:r>
      <w:r>
        <w:rPr>
          <w:lang w:eastAsia="zh-CN"/>
        </w:rPr>
        <w:t>　　一是亲力亲为。</w:t>
      </w:r>
      <w:r>
        <w:rPr>
          <w:lang w:eastAsia="zh-CN"/>
        </w:rPr>
        <w:br/>
      </w:r>
      <w:r>
        <w:rPr>
          <w:lang w:eastAsia="zh-CN"/>
        </w:rPr>
        <w:t>　　全县各单位将爱国卫生工作列入“一把手”负总责，亲自抓，亲力亲为，并将爱国卫生月与县委政府部署的“四年并进、四城同创”结合起来，加强对基层检查指导，动员全社会参与创建活动，重点开展爱国卫生运动、卫生整治与绿化美化等一系列活动，促进城乡环境进一步改善。</w:t>
      </w:r>
      <w:r>
        <w:rPr>
          <w:lang w:eastAsia="zh-CN"/>
        </w:rPr>
        <w:br/>
      </w:r>
      <w:r>
        <w:rPr>
          <w:lang w:eastAsia="zh-CN"/>
        </w:rPr>
        <w:t>　　二是大造声势。</w:t>
      </w:r>
      <w:r>
        <w:rPr>
          <w:lang w:eastAsia="zh-CN"/>
        </w:rPr>
        <w:br/>
      </w:r>
      <w:r>
        <w:rPr>
          <w:lang w:eastAsia="zh-CN"/>
        </w:rPr>
        <w:t>　　全县各新闻媒体主动密切配合对全县爱国卫生行动进行宣传报道，大力宣传推进“厕所革命”、“开展春季病媒防控”、“关注你我身边健康环境”、“宣传倡导垃圾分类”，并对城市卫生问题进行新闻舆论监督，营造全民动手治脏、治乱、治污，搞好环境卫生的社会氛围。</w:t>
      </w:r>
      <w:r>
        <w:rPr>
          <w:lang w:eastAsia="zh-CN"/>
        </w:rPr>
        <w:br/>
      </w:r>
      <w:r>
        <w:rPr>
          <w:lang w:eastAsia="zh-CN"/>
        </w:rPr>
        <w:t>　　三是人人动手。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城市是我家，清洁卫生靠大家”。当前四月份正是春暖花开的季节，也是老鼠、蚊子、苍蝇等病媒昆虫大量繁殖和传播疾病的高峰期，抓住时机，人人动工手，从身边做起，大力开展消灭“四害”行动，大力预防各种虫媒传染病的发生和流行。</w:t>
      </w:r>
      <w:r>
        <w:rPr>
          <w:lang w:eastAsia="zh-CN"/>
        </w:rPr>
        <w:br/>
      </w:r>
      <w:r>
        <w:rPr>
          <w:lang w:eastAsia="zh-CN"/>
        </w:rPr>
        <w:t xml:space="preserve">    爱国卫生活动总结 篇2 </w:t>
      </w:r>
      <w:r>
        <w:rPr>
          <w:lang w:eastAsia="zh-CN"/>
        </w:rPr>
        <w:br/>
      </w:r>
      <w:r>
        <w:rPr>
          <w:lang w:eastAsia="zh-CN"/>
        </w:rPr>
        <w:t>　　4月份，是我国第34个爱国卫生月活动，为认真落实各级有关爱国卫生月活动的要求，增强学生的文明卫生意识，引导学生形成良好的卫生习惯，我校结合实际情况，于四月份开展爱国卫生月活动，在广大师生共同努力下，学校爱国卫生工作有了显着进度，取得了一些良好成绩。</w:t>
      </w:r>
      <w:r>
        <w:rPr>
          <w:lang w:eastAsia="zh-CN"/>
        </w:rPr>
        <w:br/>
      </w:r>
      <w:r>
        <w:rPr>
          <w:lang w:eastAsia="zh-CN"/>
        </w:rPr>
        <w:t>　　一、广泛宣传爱国卫生月活动</w:t>
      </w:r>
      <w:r>
        <w:rPr>
          <w:lang w:eastAsia="zh-CN"/>
        </w:rPr>
        <w:br/>
      </w:r>
      <w:r>
        <w:rPr>
          <w:lang w:eastAsia="zh-CN"/>
        </w:rPr>
        <w:t>　　我校的爱国卫生活动月以“文明健康、绿色环保”为主题，广泛动员全体师生积极参与环境卫生脏、乱、差等情况的综合整治，重点清除垃圾箱周围、各办公室、各功能室的角落、厕所等公共场所、卫生死角。防止疾病传播，保障了师生身体健康，进一步促进了学校精神文明建设，学校利用板报、标语等载体积极宣传卫生月标语和爱卫条例。激发广大师生的使命感和荣誉感，促使他们爱护学校环境，自觉做到不乱扔、乱倒、乱吐、乱画、乱张贴，提高全民爱卫意识，从而营造出“人人爱卫生、讲卫生，人人爱学校”的良好氛围。</w:t>
      </w:r>
      <w:r>
        <w:rPr>
          <w:lang w:eastAsia="zh-CN"/>
        </w:rPr>
        <w:br/>
      </w:r>
      <w:r>
        <w:rPr>
          <w:lang w:eastAsia="zh-CN"/>
        </w:rPr>
        <w:t>　　二、抓环境卫生制度管理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制定、健全了卫生管理制度，落实责任，进行定期检查。我校制定了爱国卫生工作计划，并成立了领导小组，主要领导全面负责。</w:t>
      </w:r>
      <w:r>
        <w:rPr>
          <w:lang w:eastAsia="zh-CN"/>
        </w:rPr>
        <w:br/>
      </w:r>
      <w:r>
        <w:rPr>
          <w:lang w:eastAsia="zh-CN"/>
        </w:rPr>
        <w:t>　　三、坚持一日常规的卫生打扫习惯</w:t>
      </w:r>
      <w:r>
        <w:rPr>
          <w:lang w:eastAsia="zh-CN"/>
        </w:rPr>
        <w:br/>
      </w:r>
      <w:r>
        <w:rPr>
          <w:lang w:eastAsia="zh-CN"/>
        </w:rPr>
        <w:t>　　各办公室及门前的卫生工作由教师负责，各班学生负责公共场所、卫生区等的清洁卫生，班主任每日督促过问卫生打扫情况，学生实行早晨大扫，并组织定期和不定期检查，保证了全校清洁卫生工作有人管，有具体的人员做，保持校园的良好环境。</w:t>
      </w:r>
      <w:r>
        <w:rPr>
          <w:lang w:eastAsia="zh-CN"/>
        </w:rPr>
        <w:br/>
      </w:r>
      <w:r>
        <w:rPr>
          <w:lang w:eastAsia="zh-CN"/>
        </w:rPr>
        <w:t>　　四、学校成立了“卫生监督小组”</w:t>
      </w:r>
      <w:r>
        <w:rPr>
          <w:lang w:eastAsia="zh-CN"/>
        </w:rPr>
        <w:br/>
      </w:r>
      <w:r>
        <w:rPr>
          <w:lang w:eastAsia="zh-CN"/>
        </w:rPr>
        <w:t>　　这样为24小时保持校园洁净提供了实际有效地保证。学生之中也起到相互督促的作用，使那些不讲卫生的同学有所收敛，有利于人人讲文明，人人讲卫生的良好习惯的形成。</w:t>
      </w:r>
      <w:r>
        <w:rPr>
          <w:lang w:eastAsia="zh-CN"/>
        </w:rPr>
        <w:br/>
      </w:r>
      <w:r>
        <w:rPr>
          <w:lang w:eastAsia="zh-CN"/>
        </w:rPr>
        <w:t>　　五、学校实行卫生评比制度</w:t>
      </w:r>
      <w:r>
        <w:rPr>
          <w:lang w:eastAsia="zh-CN"/>
        </w:rPr>
        <w:br/>
      </w:r>
      <w:r>
        <w:rPr>
          <w:lang w:eastAsia="zh-CN"/>
        </w:rPr>
        <w:t>　　设置流动红旗，实行卫生评比制度，并把卫生评分纳入常规分作为班主任、班级考核的重要依据之一。</w:t>
      </w:r>
      <w:r>
        <w:rPr>
          <w:lang w:eastAsia="zh-CN"/>
        </w:rPr>
        <w:br/>
      </w:r>
      <w:r>
        <w:rPr>
          <w:lang w:eastAsia="zh-CN"/>
        </w:rPr>
        <w:t>　　六、开展卫生知识主题教育活动</w:t>
      </w:r>
      <w:r>
        <w:rPr>
          <w:lang w:eastAsia="zh-CN"/>
        </w:rPr>
        <w:br/>
      </w:r>
      <w:r>
        <w:rPr>
          <w:lang w:eastAsia="zh-CN"/>
        </w:rPr>
        <w:t>　　学校组织举行了卫生知识主题教育活动，并要求各班要针对卫生知识方面的问题出一期专题黑板报、手抄报。学校要求教师在教学过程经常渗透一些卫生知识的教育。</w:t>
      </w:r>
      <w:r>
        <w:rPr>
          <w:lang w:eastAsia="zh-CN"/>
        </w:rPr>
        <w:br/>
      </w:r>
      <w:r>
        <w:rPr>
          <w:lang w:eastAsia="zh-CN"/>
        </w:rPr>
        <w:t>　　通过开展爱国卫生活动，我们学校师生一起动手做了一些实际工作，使我们学校的环境卫生发生了很大改变，今后，我们要持之以恒，巩固成果，同时我们也意识到搞好校园环境卫生是一项艰巨性任务，因此，我校将认真寻找差距、积极进取，努力为广大师生创设一个美好的校园环境而不懈努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爱国卫生活动总结 篇3 </w:t>
      </w:r>
      <w:r>
        <w:rPr>
          <w:lang w:eastAsia="zh-CN"/>
        </w:rPr>
        <w:br/>
      </w:r>
      <w:r>
        <w:rPr>
          <w:lang w:eastAsia="zh-CN"/>
        </w:rPr>
        <w:t>　　4月是爱国卫生月。为认真贯彻落实党中央、国务院决策部署，深入开展爱国卫生运动，倡导文明健康绿色环保生活方式，大一中校团委和学生会在全校范围内组织开展了以“爱卫有我，文明同行”为主题的“爱国卫生月”活动，以倡导文明健康绿色环保生活方式和筑牢疫情群防群控防线为主要内容，全面提升学生的绿色环保意识和防疫卫生知识。</w:t>
      </w:r>
      <w:r>
        <w:rPr>
          <w:lang w:eastAsia="zh-CN"/>
        </w:rPr>
        <w:br/>
      </w:r>
      <w:r>
        <w:rPr>
          <w:lang w:eastAsia="zh-CN"/>
        </w:rPr>
        <w:t>　　一、组织统筹：</w:t>
      </w:r>
      <w:r>
        <w:rPr>
          <w:lang w:eastAsia="zh-CN"/>
        </w:rPr>
        <w:br/>
      </w:r>
      <w:r>
        <w:rPr>
          <w:lang w:eastAsia="zh-CN"/>
        </w:rPr>
        <w:t>　　校团委和学生会认真学习市爱卫会《关于开展第34个爱国卫生月活动的通知》和《关于印发20__年大连市爱国卫生运动工作要点的通知》，围绕“爱卫有我，文明同行”的活动主题，结合校疫情防控工作，研究制定了大一中爱国卫生月活动方案，有序开展各项活动。</w:t>
      </w:r>
      <w:r>
        <w:rPr>
          <w:lang w:eastAsia="zh-CN"/>
        </w:rPr>
        <w:br/>
      </w:r>
      <w:r>
        <w:rPr>
          <w:lang w:eastAsia="zh-CN"/>
        </w:rPr>
        <w:t>　　二、活动纪实：</w:t>
      </w:r>
      <w:r>
        <w:rPr>
          <w:lang w:eastAsia="zh-CN"/>
        </w:rPr>
        <w:br/>
      </w:r>
      <w:r>
        <w:rPr>
          <w:lang w:eastAsia="zh-CN"/>
        </w:rPr>
        <w:t>　　1、卫生月主题宣传活动</w:t>
      </w:r>
      <w:r>
        <w:rPr>
          <w:lang w:eastAsia="zh-CN"/>
        </w:rPr>
        <w:br/>
      </w:r>
      <w:r>
        <w:rPr>
          <w:lang w:eastAsia="zh-CN"/>
        </w:rPr>
        <w:t>　　认真落实市爱卫办与文明办、健康大连推进办联合制发的《大连市倡导文明健康绿色环保生活方式的通知》，制作主题海报，主题宣传ppt等爱国卫生月宣传教育资料，介绍了爱国卫生运动的发展历程、工作成效及重大意义，发布在校学生会官网和各班级群。以班级为单位组织全校师生线上学习，提升了大家的爱国卫生意识，营造了深厚爱国卫生运动的活动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同学们积极参与，并将学习成果践行到清扫卫生、做家务等居家学习生活中，纷纷在家中开展了爱国卫生实践行动，践行文明健康绿色环保生活方式。</w:t>
      </w:r>
      <w:r>
        <w:rPr>
          <w:lang w:eastAsia="zh-CN"/>
        </w:rPr>
        <w:br/>
      </w:r>
      <w:r>
        <w:rPr>
          <w:lang w:eastAsia="zh-CN"/>
        </w:rPr>
        <w:t>　　2、防疫主题宣传活动</w:t>
      </w:r>
      <w:r>
        <w:rPr>
          <w:lang w:eastAsia="zh-CN"/>
        </w:rPr>
        <w:br/>
      </w:r>
      <w:r>
        <w:rPr>
          <w:lang w:eastAsia="zh-CN"/>
        </w:rPr>
        <w:t>　　围绕常态化下疫情防控、新冠疫苗接种等内容开展线上科普宣传。制作了相关ppt，引导同学们重新学习了科学佩戴口罩、勤洗手、常通风、强免疫、保持社交距离等疫情防控知识，引导全校师生以积极乐观的心态、科学严谨的防疫知识、精准有效的防控措施，全面落实各项疫情防控工作。同时，通过防疫心理健康指导，引导师生树立正确的健康观，以积极乐观的心态面对疫情，做自己健康的第一责任人。</w:t>
      </w:r>
      <w:r>
        <w:rPr>
          <w:lang w:eastAsia="zh-CN"/>
        </w:rPr>
        <w:br/>
      </w:r>
      <w:r>
        <w:rPr>
          <w:lang w:eastAsia="zh-CN"/>
        </w:rPr>
        <w:t>　　3、垃圾分类宣传活动</w:t>
      </w:r>
      <w:r>
        <w:rPr>
          <w:lang w:eastAsia="zh-CN"/>
        </w:rPr>
        <w:br/>
      </w:r>
      <w:r>
        <w:rPr>
          <w:lang w:eastAsia="zh-CN"/>
        </w:rPr>
        <w:t>　　为了进一步强化全民环境卫生意识，提高城市的文明程度，大一中继续在全体师生中开展“垃圾分类，有你有我”主题活动，制作垃圾分类知识小视频，倡导大家在日常生活中掌握垃圾分类知识，对生活垃圾按“可回收垃圾”“有害垃圾”“厨余垃圾”“其他垃圾”进行分类，分类完毕后用不同颜色塑料袋包装并注明垃圾种类。全校同学积极参与，通过理论与实践，掌握了垃圾分类的知识，也在家庭中推广了垃圾分类的意识和环保行为，也将有效地促进学校的环境的进一步改善。</w:t>
      </w:r>
      <w:r>
        <w:rPr>
          <w:lang w:eastAsia="zh-CN"/>
        </w:rPr>
        <w:br/>
      </w:r>
      <w:r>
        <w:rPr>
          <w:lang w:eastAsia="zh-CN"/>
        </w:rPr>
        <w:t>　　三、活动成效：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当前疫情形势复杂的情况下，广泛动员每名学生深入持久参与爱国卫生运动，做好环境卫生维护，按照防疫要求科学防控是我们早日战胜新冠肺炎的强大基础。作为新时代中学生，更应该通过实际行动来践行。通过爱国卫生月一系列的线上、线下活动，同学们不仅学习了爱国卫生月、垃圾分类、疫情防控知识等知识，积极在居家学习和生活中践行，形成了全体师生人人参与、学生与家庭共同行动的良好氛围，并为大家自觉养成文明健康生活方式，切实提升了绿色环保意识和健康素养水平打下坚实的基础。</w:t>
      </w:r>
      <w:r>
        <w:rPr>
          <w:lang w:eastAsia="zh-CN"/>
        </w:rPr>
        <w:br/>
      </w:r>
      <w:r>
        <w:rPr>
          <w:lang w:eastAsia="zh-CN"/>
        </w:rPr>
        <w:t xml:space="preserve">    爱国卫生活动总结 篇4 </w:t>
      </w:r>
      <w:r>
        <w:rPr>
          <w:lang w:eastAsia="zh-CN"/>
        </w:rPr>
        <w:br/>
      </w:r>
      <w:r>
        <w:rPr>
          <w:lang w:eastAsia="zh-CN"/>
        </w:rPr>
        <w:t>　　4月，我校以上级主管部门的工作要求为目标，结合本校实际，通过全体师生的共同努力，积极开展爱国卫生活动。现将活动情况总结如下：</w:t>
      </w:r>
      <w:r>
        <w:rPr>
          <w:lang w:eastAsia="zh-CN"/>
        </w:rPr>
        <w:br/>
      </w:r>
      <w:r>
        <w:rPr>
          <w:lang w:eastAsia="zh-CN"/>
        </w:rPr>
        <w:t>　　一、提高认识，健全组织，完善制度，明确责任。</w:t>
      </w:r>
      <w:r>
        <w:rPr>
          <w:lang w:eastAsia="zh-CN"/>
        </w:rPr>
        <w:br/>
      </w:r>
      <w:r>
        <w:rPr>
          <w:lang w:eastAsia="zh-CN"/>
        </w:rPr>
        <w:t>　　卫生工作是学校的重要工作，它不仅仅是校容校貌的问题，也不仅仅是环境育人的问题，而是事关办学方向、事关培养学生的综合素质，甚至事关学校整体形象、学校可持续发展的大事。鉴于这个认识，我校历年来十分重视卫生工作，每学年都专门成立了以一把手校长为组长的卫生工作领导小组，全面领导学校卫生工作，各班设有卫生委员和卫生监督员，形成畅道无阻的卫生工作网络。做到分工明确，责任到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为使学校卫生工作顺利实施和确保目标的实现，保证学校卫生工作的细致化、持久化、制度化。我校已制订有《学校一日常规》《环境卫生管理制度》《卫生评比实施细则》等一系列规章制度，并在工作中逐步加以完善，做到了日查、周评、月比，使学校环境卫生、疾病防控等工作得到了制度上的保障和制约。</w:t>
      </w:r>
      <w:r>
        <w:rPr>
          <w:lang w:eastAsia="zh-CN"/>
        </w:rPr>
        <w:br/>
      </w:r>
      <w:r>
        <w:rPr>
          <w:lang w:eastAsia="zh-CN"/>
        </w:rPr>
        <w:t>　　进入四月份，学校再次召开学校卫生工作领导小组成员会议，布置学校的卫生整治工作防控、除四害及卫生防疫工作。</w:t>
      </w:r>
      <w:r>
        <w:rPr>
          <w:lang w:eastAsia="zh-CN"/>
        </w:rPr>
        <w:br/>
      </w:r>
      <w:r>
        <w:rPr>
          <w:lang w:eastAsia="zh-CN"/>
        </w:rPr>
        <w:t>　　二、积极响应号召，广泛宣传第29个爱国卫生月。</w:t>
      </w:r>
      <w:r>
        <w:rPr>
          <w:lang w:eastAsia="zh-CN"/>
        </w:rPr>
        <w:br/>
      </w:r>
      <w:r>
        <w:rPr>
          <w:lang w:eastAsia="zh-CN"/>
        </w:rPr>
        <w:t>　　结合我校实际，学校卫生工作领导小组于四月初在全校进行了广泛宣传和动员，以“全员参与”为主，利用学校教师会、学生集会、校园广播站、黑板报等形式，进行第29个爱国卫生月主题宣传。号召全体师生员工参与治理环境，重点清理校园死角、公共绿化区和教室、办公室、厕所卫生，并对全体师生进行了保护环境、节约资源、营造环境友好型和资源节约型校园的宣传。积极的宣传是学校师生参与爱国卫生月活动的前提保障，通过宣传发动，整个爱国卫生月活动中全体师生都能积极参与，全校卫生工作成效显著。</w:t>
      </w:r>
      <w:r>
        <w:rPr>
          <w:lang w:eastAsia="zh-CN"/>
        </w:rPr>
        <w:br/>
      </w:r>
      <w:r>
        <w:rPr>
          <w:lang w:eastAsia="zh-CN"/>
        </w:rPr>
        <w:t>　　三、全面深入开展爱卫工作。</w:t>
      </w:r>
      <w:r>
        <w:rPr>
          <w:lang w:eastAsia="zh-CN"/>
        </w:rPr>
        <w:br/>
      </w:r>
      <w:r>
        <w:rPr>
          <w:lang w:eastAsia="zh-CN"/>
        </w:rPr>
        <w:t>　　在广泛宣传发动的基础上，我校在整个爱国卫生月中，开展了以下具体活动：</w:t>
      </w:r>
      <w:r>
        <w:rPr>
          <w:lang w:eastAsia="zh-CN"/>
        </w:rPr>
        <w:br/>
      </w:r>
      <w:r>
        <w:rPr>
          <w:lang w:eastAsia="zh-CN"/>
        </w:rPr>
        <w:t>　　1、具体宣传活动。全校教师大会，校长向全体教师进行了爱国卫生月活动动员。利用国旗下的讲话作动员，还利用校园广播发表了主题活动广播讲话，各班级召开了主题班会，使全体师生思想意识得到提升。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2、校园环境整治。4月份全校进行了分阶段校园环境整治活动。第一、二周着重进行了绿化区杂草清理和死角清除。第三、四周着重进行了教室、办公室的卫生清理，清除了一些死角，基本能杜绝四害的滋生。</w:t>
      </w:r>
      <w:r>
        <w:rPr>
          <w:lang w:eastAsia="zh-CN"/>
        </w:rPr>
        <w:br/>
      </w:r>
      <w:r>
        <w:rPr>
          <w:lang w:eastAsia="zh-CN"/>
        </w:rPr>
        <w:t>　　3、关注师生安全。师生安全是学校第一要务，结合二月份的全校安全大检查，四月份学校卫生工作领导小组对学校卫生工作进行了整治，严防病从口入。4月中旬，学校组织师生清理了校园周边环境的卫生，把爱国卫生月活动推广到社会。</w:t>
      </w:r>
      <w:r>
        <w:rPr>
          <w:lang w:eastAsia="zh-CN"/>
        </w:rPr>
        <w:br/>
      </w:r>
      <w:r>
        <w:rPr>
          <w:lang w:eastAsia="zh-CN"/>
        </w:rPr>
        <w:t>　　4、卫生习惯教育。学生的文明学习、生活习惯，是保证环境卫生的根本所在。因此学校利用爱国卫生月活动，对全校学生进行了文明礼仪再教育和卫生习惯教育。学校开展了卫生知识讲座、健康知识讲座，以养成教育为主，持之以恒地进行卫生习惯教育。召开了以“讲文明、讲卫生、从我做起”的主题队会活动。要求学生在小事中寻找不足之处，从自身做起改良自己的习惯，做到“勤洗手，喝开水，吃熟食，勤通风、晒衣被”，养成良好的卫生习惯。学校一贯坚持的“人人有事做，事事有人做”再次得到落实。</w:t>
      </w:r>
      <w:r>
        <w:rPr>
          <w:lang w:eastAsia="zh-CN"/>
        </w:rPr>
        <w:br/>
      </w:r>
      <w:r>
        <w:rPr>
          <w:lang w:eastAsia="zh-CN"/>
        </w:rPr>
        <w:t>　　5、切实做好传染病和其他疾病的预防工作。</w:t>
      </w:r>
      <w:r>
        <w:rPr>
          <w:lang w:eastAsia="zh-CN"/>
        </w:rPr>
        <w:br/>
      </w:r>
      <w:r>
        <w:rPr>
          <w:lang w:eastAsia="zh-CN"/>
        </w:rPr>
        <w:t>　　学校严格执行晨检制度。做好每天的检查记录，发现问题及时报告。切实把各种传染病的预防工作做到了实处。学校和卫生院联手，及时防治疾病，积极接种疫苗，取得社会一直好评。学校至今未发现疫情。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爱国卫生月即将过去，虽然取得了一定的成绩，但也存在一些不足。我们深深懂得，卫生文明健康校园环境既是一所学校综合实力的体现，也是衡量学校物质文明和精神文明建设成果的重要标志。今后，我们将在上级有关部门的正确领导下，要加大爱国卫生工作力度，更好地宣传开展爱国卫生工作，与时俱进，开拓创新，不断反思，总结经验，深化“爱国卫生”理念，提高“爱国卫生”活动实效，为全体师生创设一个整洁、优美的校园工作、学习环境，促进身心和谐、健康地成长。为全校师生员工的身体健康水平做出我们应有的贡献。</w:t>
      </w:r>
      <w:r>
        <w:rPr>
          <w:lang w:eastAsia="zh-CN"/>
        </w:rPr>
        <w:br/>
      </w:r>
      <w:r>
        <w:rPr>
          <w:lang w:eastAsia="zh-CN"/>
        </w:rPr>
        <w:t xml:space="preserve">    爱国卫生活动总结 篇5 </w:t>
      </w:r>
      <w:r>
        <w:rPr>
          <w:lang w:eastAsia="zh-CN"/>
        </w:rPr>
        <w:br/>
      </w:r>
      <w:r>
        <w:rPr>
          <w:lang w:eastAsia="zh-CN"/>
        </w:rPr>
        <w:t>　　根据《爱国卫生运动委员会办公室关于开展冬春季爱国卫生运动助力常态化疫情防控的通知》（爱卫办发〔20__〕1号）文件要求，我办高度重视，积极安排了此项工作，现将此项工作开展情况报告如下：</w:t>
      </w:r>
      <w:r>
        <w:rPr>
          <w:lang w:eastAsia="zh-CN"/>
        </w:rPr>
        <w:br/>
      </w:r>
      <w:r>
        <w:rPr>
          <w:lang w:eastAsia="zh-CN"/>
        </w:rPr>
        <w:t>　　一、提高认识，加强领导</w:t>
      </w:r>
      <w:r>
        <w:rPr>
          <w:lang w:eastAsia="zh-CN"/>
        </w:rPr>
        <w:br/>
      </w:r>
      <w:r>
        <w:rPr>
          <w:lang w:eastAsia="zh-CN"/>
        </w:rPr>
        <w:t>　　为做好新冠疫情常态化防控工作，我办成立了联创工作领导小组，将冬春季爱国卫生运动与卫生细胞创建、疫情防控相结合，统筹安排部署、力争将工作落到了实处。</w:t>
      </w:r>
      <w:r>
        <w:rPr>
          <w:lang w:eastAsia="zh-CN"/>
        </w:rPr>
        <w:br/>
      </w:r>
      <w:r>
        <w:rPr>
          <w:lang w:eastAsia="zh-CN"/>
        </w:rPr>
        <w:t>　　二、夯实责任，扎实工作</w:t>
      </w:r>
      <w:r>
        <w:rPr>
          <w:lang w:eastAsia="zh-CN"/>
        </w:rPr>
        <w:br/>
      </w:r>
      <w:r>
        <w:rPr>
          <w:lang w:eastAsia="zh-CN"/>
        </w:rPr>
        <w:t>　　（一）坚持清洁区卫生清扫。我办继续坚持每周星期五上午组织单位人员打扫清洁区、及时对乱拉乱挂、乱搭乱建、乱停乱放物品进行清理；同时清理单位院内卫生死角，整治脏、乱、差，营造了干净、整洁、规范、有序、文明、健康的人居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加强健康知识宣传教育。一是我办始终坚持把提高单位干部素质、促进人的全面发展、营造团结和谐、健康向上的人文环境贯穿在爱国卫生运动工作的全过程，充分利用新闻媒体、联创专栏、宣传教育等多种形式，加大对全体干部职工爱国卫生运动宣传教育力度，倡导科学、健康、文明的生活方式，培养良好的生活行为习惯，引导干部职工自觉遵守疫情防控要求，提高自己保护意识，营造了全体干部职工动员、关注、参与冬春季爱国卫生运动的良好氛围。二是加强公共卫生安全法律意识，重点围绕《传染病防治法》、《基本医疗卫生与健康促进法》等卫生法规开展普法宣传，牢固树立维护公共卫生安全是每个公民必须履行的'义务和责任，积极倡导“每个人是自己健康第一责任人”的理念，不断提升公众的公共卫生安全法律意识;三是积极倡导文明卫生习惯，坚持养成勤洗手、戴口罩、不扎堆、不聚集，减少外出，保持距离，出现症状主动就诊、合理膳食、心理平衡等健康生活方式。践行《中国公民健康素养66条》和“三减三健”，切实降低疫情传播的风险，有效提升了居民健康素养水平和自己防范疾病的意识。</w:t>
      </w:r>
      <w:r>
        <w:rPr>
          <w:lang w:eastAsia="zh-CN"/>
        </w:rPr>
        <w:br/>
      </w:r>
      <w:r>
        <w:rPr>
          <w:lang w:eastAsia="zh-CN"/>
        </w:rPr>
        <w:t>　　（三）开展病媒生物防治工作。一是我办清除病媒生物孳生场所，广泛动员干部职工清理宅前屋后垃圾、修补了大院内部下水道和排水沟，在通向外环境管道安装挡鼠网，防止鼠类进入大院，铲除“四害”栖息场所，有效地降低了“四害”密度。二是各科室配备了苍蝇拍、灭蚊杀虫剂等工具，对单位内的垃圾桶做到每日清理一次，严禁乱堆乱放乱倒，保持卫生间干净无异味，不积粪便，污水排放畅通，及时排</w:t>
      </w:r>
      <w:r>
        <w:rPr>
          <w:lang w:eastAsia="zh-CN"/>
        </w:rPr>
        <w:br/>
      </w:r>
      <w:r>
        <w:rPr>
          <w:lang w:eastAsia="zh-CN"/>
        </w:rPr>
        <w:t>　　除积水、平整洼地，防止苍蝇滋生，同时积极做好灭蟑螂的预防工作，一旦发现，立即组织灭杀。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四）实施单位绿化美化亮化。今年以来，我办先后多次购买了花卉，更换了破损花盆，对单位阳台、过道、办公室进行了美化；同时更换修补破损门窗、窗纱等，改善办公条件；对办公楼进行亮化，对前期亮化损坏的霓虹灯进行更换，每晚准时开霓虹灯。</w:t>
      </w:r>
      <w:r>
        <w:rPr>
          <w:lang w:eastAsia="zh-CN"/>
        </w:rPr>
        <w:br/>
      </w:r>
      <w:r>
        <w:rPr>
          <w:lang w:eastAsia="zh-CN"/>
        </w:rPr>
        <w:t>　　（五）积极进行禁烟控烟活动。单位的办公室、会议室等公共场所，禁止吸烟，并设有醒目的禁烟标志，要求进入办公室一律不得吸烟，包括外来来访人员。单位所有工作人齐抓共管控烟工作，全体参与控烟活动，人人争做控烟主人。充分利用宣传资料、专栏，组织学习等各种形式，对单位工作人员开展吸烟有害健康的宣传教育，提高单位人员控烟知识，培养自觉抵制吸烟的良好观念，增强自己保健意识和能力。</w:t>
      </w:r>
      <w:r>
        <w:rPr>
          <w:lang w:eastAsia="zh-CN"/>
        </w:rPr>
        <w:br/>
      </w:r>
      <w:r>
        <w:rPr>
          <w:lang w:eastAsia="zh-CN"/>
        </w:rPr>
        <w:t>　　三、加强督导，全面检查</w:t>
      </w:r>
      <w:r>
        <w:rPr>
          <w:lang w:eastAsia="zh-CN"/>
        </w:rPr>
        <w:br/>
      </w:r>
      <w:r>
        <w:rPr>
          <w:lang w:eastAsia="zh-CN"/>
        </w:rPr>
        <w:t>　　我办全面展开了督导检查工作，重点检查了廉政灶食品卫生、公共场所卫生、各办公室卫生，对工作开展不力的办公室下达了整改意见，对公共场所卫生不达标的限期整改。通过这一系列活动，本单位干部职工健康意识逐步深化，干部职工文明卫生意识不断增强，单位环境卫生也上了新台阶。后期我办将继续强抓单位卫生管理工作，确保工作抓实抓细，抓出实效。</w:t>
      </w:r>
      <w:r>
        <w:rPr>
          <w:lang w:eastAsia="zh-CN"/>
        </w:rPr>
        <w:br/>
      </w:r>
      <w:r>
        <w:rPr>
          <w:lang w:eastAsia="zh-CN"/>
        </w:rPr>
        <w:t xml:space="preserve">    爱国卫生活动总结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为进一步贯彻落实市委、市政府和市爱卫办以及南城区街道办关于“爱国卫生月”的文件精神，我们彩臣三村社区以科学发展观为指导，树立社会大卫生观念，广泛宣传发动，动员全民积极参与整治环境卫生，改善人居环境，提高健康水平。现将“爱国卫生月”活动总结如下：</w:t>
      </w:r>
      <w:r>
        <w:rPr>
          <w:lang w:eastAsia="zh-CN"/>
        </w:rPr>
        <w:br/>
      </w:r>
      <w:r>
        <w:rPr>
          <w:lang w:eastAsia="zh-CN"/>
        </w:rPr>
        <w:t>　　(一)全面开展环境综合整治活动</w:t>
      </w:r>
      <w:r>
        <w:rPr>
          <w:lang w:eastAsia="zh-CN"/>
        </w:rPr>
        <w:br/>
      </w:r>
      <w:r>
        <w:rPr>
          <w:lang w:eastAsia="zh-CN"/>
        </w:rPr>
        <w:t>　　(1)深入社区摸清辖区内楼道堆积物状况后，张贴通知单，要求居民自我在限时内及时清理干净，摸清辖区内牛皮癣存在情景以及卫生死角等情景，对辖区内有物业公司有小菜园无整改补绿的地段和面积作统计并及时上报街道爱卫办。</w:t>
      </w:r>
      <w:r>
        <w:rPr>
          <w:lang w:eastAsia="zh-CN"/>
        </w:rPr>
        <w:br/>
      </w:r>
      <w:r>
        <w:rPr>
          <w:lang w:eastAsia="zh-CN"/>
        </w:rPr>
        <w:t>　　(2)广泛宣传发动，调动各方面的力量，营造氛围，开展大规模的爱国卫生活动，把社区志愿者充分利用起来，他们佩戴红袖章，有的在小区内巡逻，制止“乱搭乱建、乱堆乱放、乱贴乱画、乱拉乱挂”等不礼貌现象的发生，有的'手捧创卫创模宣传资料挨家挨户上门散发和宣讲，有的手拿刷子小桶或畚箕扫帚清除社区内牛皮癣和卫生死角。掀起了环境卫生综合整治工作的新高潮。</w:t>
      </w:r>
      <w:r>
        <w:rPr>
          <w:lang w:eastAsia="zh-CN"/>
        </w:rPr>
        <w:br/>
      </w:r>
      <w:r>
        <w:rPr>
          <w:lang w:eastAsia="zh-CN"/>
        </w:rPr>
        <w:t>　　(3)联合社区四家结对单位市人大办公室、市烟草局、市第三人民医院、永安财险，他们按创卫创模任务分解要求，利用双休日，从百忙中抽出时间，进社区开展集中整治活动。我们为四家单位分配任务到每一栋楼幢及楼道，他们在铲除小广告、清除卫生死角，打扫楼道卫生、清除楼道堆积物等过程中，以劳动为光荣，以党员的标准来要求自我，不怕脏，不怕累，积极投身到轰轰烈烈的爱国卫生运动中去。我们深入辖区内职责单位加强联系和沟通，书面发出通知，整治环境卫生脏乱差现象，各个单位都积极响应，确保环境整治落到实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(二)全面开展春季“灭鼠、灭蟑”为重点的除“四害”活动</w:t>
      </w:r>
      <w:r>
        <w:rPr>
          <w:lang w:eastAsia="zh-CN"/>
        </w:rPr>
        <w:br/>
      </w:r>
      <w:r>
        <w:rPr>
          <w:lang w:eastAsia="zh-CN"/>
        </w:rPr>
        <w:t>　　广泛宣传以科学“灭鼠、灭蟑”除害防病知识，提高群众的除害防病意识。按照“环境治理为主，药物消杀为辅，标本兼治”的原则和“统一组织，统一药物，统一时间”的要求，本月_日为除“四害“活动日，我们社区组织集中消杀。一是检查毒饵站、防鼠网等除“四害”设施，将破损情景及时上报;二是联系物业公司发放药品，告之每两个毒饵站投一包药，专人投药，专人寻查，专人补药，专人清理;三是组织社区志愿者上门发放蟑螂药，讲解灭蟑螂知识。大规模地进行了除“四害”活动。</w:t>
      </w:r>
      <w:r>
        <w:rPr>
          <w:lang w:eastAsia="zh-CN"/>
        </w:rPr>
        <w:br/>
      </w:r>
      <w:r>
        <w:rPr>
          <w:lang w:eastAsia="zh-CN"/>
        </w:rPr>
        <w:t>　　(三)积极开展健康教育活动</w:t>
      </w:r>
      <w:r>
        <w:rPr>
          <w:lang w:eastAsia="zh-CN"/>
        </w:rPr>
        <w:br/>
      </w:r>
      <w:r>
        <w:rPr>
          <w:lang w:eastAsia="zh-CN"/>
        </w:rPr>
        <w:t>　　本月_日，我们_村邀请第_人民医院医师向社区_多名居民群众进行健康知识讲座，讲座资料为如何预防心血管疾病我们把讲座资料打印_多份，连同爱卫办下发的卫生知识材料发放给社区居民。_日为健康教育宣教日，我们又进行了广场式义诊，三院五名医师为社区_多位居民群众测量血压，健康咨询等多方位宣传健康理念，倡导健康生活，提高居民卫生意识和健康素质。我们将活动情景发送到今日启东邮箱。</w:t>
      </w:r>
      <w:r>
        <w:rPr>
          <w:lang w:eastAsia="zh-CN"/>
        </w:rPr>
        <w:br/>
      </w:r>
      <w:r>
        <w:rPr>
          <w:lang w:eastAsia="zh-CN"/>
        </w:rPr>
        <w:t>　　(四)开展自查和督查工作</w:t>
      </w:r>
      <w:r>
        <w:rPr>
          <w:lang w:eastAsia="zh-CN"/>
        </w:rPr>
        <w:br/>
      </w:r>
      <w:r>
        <w:rPr>
          <w:lang w:eastAsia="zh-CN"/>
        </w:rPr>
        <w:t>　　深入社区对前阶段创卫创模工作进行自查，发现问题及时记录，及时汇报，及时整改;督查辖区单位内部卫生大扫除状况，较令人满意。</w:t>
      </w:r>
      <w:r>
        <w:rPr>
          <w:lang w:eastAsia="zh-CN"/>
        </w:rPr>
        <w:br/>
      </w:r>
      <w:r>
        <w:rPr>
          <w:lang w:eastAsia="zh-CN"/>
        </w:rPr>
        <w:t xml:space="preserve">    爱国卫生活动总结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为巩固我市国家卫生城市成果，争创全国文明城市，积极开展爱国卫生月活动。根据《关于开展爱国卫生月活动的通知》，现将我局爱国卫生月活动总结如下：</w:t>
      </w:r>
      <w:r>
        <w:rPr>
          <w:lang w:eastAsia="zh-CN"/>
        </w:rPr>
        <w:br/>
      </w:r>
      <w:r>
        <w:rPr>
          <w:lang w:eastAsia="zh-CN"/>
        </w:rPr>
        <w:t>　　一、突出业务重点，开展环境综合整治工作</w:t>
      </w:r>
      <w:r>
        <w:rPr>
          <w:lang w:eastAsia="zh-CN"/>
        </w:rPr>
        <w:br/>
      </w:r>
      <w:r>
        <w:rPr>
          <w:lang w:eastAsia="zh-CN"/>
        </w:rPr>
        <w:t>　　加强重点排污企业的监管，做到达标排放，重点对建筑施工企业的扬尘和餐饮单位的油烟的'监控和治理，保证城区空气质量良好。切实解决建筑施工噪声，厂矿企业生产噪声扰民问题，加强夜间巡查，为广大市民创造一个良好的学习、工作和休息的环境。严格控制污染源，加强建设项目环境管理，严把入口关，严格执行《环境影响评价法》和“三同时”制度，从源头上控制新污染的产生。</w:t>
      </w:r>
      <w:r>
        <w:rPr>
          <w:lang w:eastAsia="zh-CN"/>
        </w:rPr>
        <w:br/>
      </w:r>
      <w:r>
        <w:rPr>
          <w:lang w:eastAsia="zh-CN"/>
        </w:rPr>
        <w:t>　　二、广泛动员，做好爱国卫生宣传工作</w:t>
      </w:r>
      <w:r>
        <w:rPr>
          <w:lang w:eastAsia="zh-CN"/>
        </w:rPr>
        <w:br/>
      </w:r>
      <w:r>
        <w:rPr>
          <w:lang w:eastAsia="zh-CN"/>
        </w:rPr>
        <w:t>　　我局利用电子屏、网络等平台广泛宣传今年爱卫主题标语”防疫有我，爱卫同行“，激发全局职工城市荣誉感，促使职工爱护城市环境，自觉做到不乱扔、乱倒、乱吐、乱画、乱张贴，提高爱卫意识，从而营造人人爱卫生，讲卫生的良好氛围。结合环保宣传，广泛持久地开展“讲文明、讲科学、讲卫生、改陋习、树新风”活动，努力提高公共卫生意识，自觉维护城市环境卫生，巩固国家卫生城市成果，争创全国文明城市。</w:t>
      </w:r>
      <w:r>
        <w:rPr>
          <w:lang w:eastAsia="zh-CN"/>
        </w:rPr>
        <w:br/>
      </w:r>
      <w:r>
        <w:rPr>
          <w:lang w:eastAsia="zh-CN"/>
        </w:rPr>
        <w:t>　　三、注重基础，开展爱国卫生专项工作</w:t>
      </w:r>
      <w:r>
        <w:rPr>
          <w:lang w:eastAsia="zh-CN"/>
        </w:rPr>
        <w:br/>
      </w:r>
      <w:r>
        <w:rPr>
          <w:lang w:eastAsia="zh-CN"/>
        </w:rPr>
        <w:t>　　开展卫生大扫除活动。局属各科室，各事业单位利用周末开展全局卫生大扫除活动。大力整治办公场所及周边的环境卫生。开展了办公区灭鼠、灭蚊、灭蝇等活动，有效预防了疾病的发生和流行。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我局在爱国卫生工作中，虽取得了一些成果，但也存在着许多不足。在以后的爱卫工作中，我局将加大力度，争取在工作效率和工作质量上取得更大的成绩，更好地宣传爱卫工作和开展局爱卫工作，为全市人民的身体健康水平做出贡献。</w:t>
      </w:r>
      <w:r>
        <w:rPr>
          <w:lang w:eastAsia="zh-CN"/>
        </w:rPr>
        <w:br/>
      </w:r>
      <w:r>
        <w:rPr>
          <w:lang w:eastAsia="zh-CN"/>
        </w:rPr>
        <w:t xml:space="preserve">    爱国卫生活动总结 篇8 </w:t>
      </w:r>
      <w:r>
        <w:rPr>
          <w:lang w:eastAsia="zh-CN"/>
        </w:rPr>
        <w:br/>
      </w:r>
      <w:r>
        <w:rPr>
          <w:lang w:eastAsia="zh-CN"/>
        </w:rPr>
        <w:t>　　4月是全国第二十六个爱国卫生月，为做好今年爱国卫生月各项活动，全面贯彻落实爱卫办文件精神，迎合卫生月“远离病媒侵害你我共享健康”这一主题，杭州市绿洲花园幼儿园积极开展了一系列活动对幼儿进行宣传教育，以便让幼儿养成良好的卫生习惯和环保意识。</w:t>
      </w:r>
      <w:r>
        <w:rPr>
          <w:lang w:eastAsia="zh-CN"/>
        </w:rPr>
        <w:br/>
      </w:r>
      <w:r>
        <w:rPr>
          <w:lang w:eastAsia="zh-CN"/>
        </w:rPr>
        <w:t>　　绿洲花园幼儿园通过板报、健康专栏等形式向家长、老师、幼儿宣传卫生健康的相关知识，让大家积极参与到爱国卫生月的活动中来。小中大各班开展了丰富多彩的爱国卫生月活动：小班的宝宝在幼儿园绿化带进行拣落叶活动，大家分工合作，忙得不亦乐乎。中班的宝宝开展了“从我做起，从小事做起”大扫除活动，有的擦窗户，有的擦栏杆。大班的宝宝在老师的带领下，来到幼儿园的大型玩具前打扫卫生，孩子们干得热火朝天。</w:t>
      </w:r>
      <w:r>
        <w:rPr>
          <w:lang w:eastAsia="zh-CN"/>
        </w:rPr>
        <w:br/>
      </w:r>
      <w:r>
        <w:rPr>
          <w:lang w:eastAsia="zh-CN"/>
        </w:rPr>
        <w:t>　　全园还开展了争做“禁烟小卫士”的主题活动，老师们运用图片、故事、儿歌等幼儿容易接受的方式对孩子进行禁烟方面相关教育，大班的孩子们用自己的'画来宣传吸烟的危害，从而倡导健康生活。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经过“爱国卫生月”系列活动，“绿色生活”的理念正潜移默化地深入到了幼儿的内心并且体现于行动中。幼儿园还要求孩子做“小老师”监督家长保护环境，通过孩子影响其家人，共同维护环境卫生，创造一个整洁美好的家园。</w:t>
      </w:r>
      <w:r>
        <w:rPr>
          <w:lang w:eastAsia="zh-CN"/>
        </w:rPr>
        <w:br/>
      </w:r>
      <w:r>
        <w:rPr>
          <w:lang w:eastAsia="zh-CN"/>
        </w:rPr>
        <w:t xml:space="preserve">    爱国卫生活动总结 篇9 </w:t>
      </w:r>
      <w:r>
        <w:rPr>
          <w:lang w:eastAsia="zh-CN"/>
        </w:rPr>
        <w:br/>
      </w:r>
      <w:r>
        <w:rPr>
          <w:lang w:eastAsia="zh-CN"/>
        </w:rPr>
        <w:t>　　4月是爱国卫生月，近日，梅陇六居以“让上海更清洁，让市民更健康”为主题开展爱国卫生月系列活动。</w:t>
      </w:r>
      <w:r>
        <w:rPr>
          <w:lang w:eastAsia="zh-CN"/>
        </w:rPr>
        <w:br/>
      </w:r>
      <w:r>
        <w:rPr>
          <w:lang w:eastAsia="zh-CN"/>
        </w:rPr>
        <w:t>　　一、广泛宣传，进取动员，全面开展环境综合整治活动</w:t>
      </w:r>
      <w:r>
        <w:rPr>
          <w:lang w:eastAsia="zh-CN"/>
        </w:rPr>
        <w:br/>
      </w:r>
      <w:r>
        <w:rPr>
          <w:lang w:eastAsia="zh-CN"/>
        </w:rPr>
        <w:t>　　首先，利用宣传栏、宣传板报、微信公众平台等方式广泛宣传，调动力量，营造氛围，开展大规模的爱国卫生活动。其次，发动党员、群众等志愿者开展“清洁家园”活动，清除小区卫生死角、打扫楼道卫生、清除楼道堆物等现象。最终，发放宣传资料，劝阻小区居民乱搭乱建、乱堆乱放、乱贴乱画、乱拉乱挂等不礼貌现象的发生，掀起了环境卫生综合整治工作的新高潮。</w:t>
      </w:r>
      <w:r>
        <w:rPr>
          <w:lang w:eastAsia="zh-CN"/>
        </w:rPr>
        <w:br/>
      </w:r>
      <w:r>
        <w:rPr>
          <w:lang w:eastAsia="zh-CN"/>
        </w:rPr>
        <w:t>　　根据居民反映的楼道堆物等现象，深入辖区摸清辖区内楼道堆积物状况后，张贴通知单，要求居民自我在限时内及时清理干净，自觉维护小区环境整洁、卫生。</w:t>
      </w:r>
      <w:r>
        <w:rPr>
          <w:lang w:eastAsia="zh-CN"/>
        </w:rPr>
        <w:br/>
      </w:r>
      <w:r>
        <w:rPr>
          <w:lang w:eastAsia="zh-CN"/>
        </w:rPr>
        <w:t>　　二、全面开展春季“灭鼠、灭蟑”为重点的除“四害”活动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春季是除“四害”的关键时期。梅陇六居根据小区自身特点，广泛宣传以科学“灭鼠、灭蟑”除害防病知识，提高群众的除害防病意识。按照环境治理为主，药物消杀为辅，标本兼治的原则和统一组织、统一药物、统一时间的.要求，梅陇六居联合物业进行集中清理行动。首先，在小区绿化草丛等“四害”活动区域悬挂捕蝇笼，放置毒饵站等除“四害”设施;其次，每个毒饵站投入药包，专人投药、寻查、补药、清理;最终，组织社区志愿者上门发放蟑螂药，为社区居民讲解灭蟑螂知识。</w:t>
      </w:r>
      <w:r>
        <w:rPr>
          <w:lang w:eastAsia="zh-CN"/>
        </w:rPr>
        <w:br/>
      </w:r>
      <w:r>
        <w:rPr>
          <w:lang w:eastAsia="zh-CN"/>
        </w:rPr>
        <w:t>　　三、积极开展健康教育活动</w:t>
      </w:r>
      <w:r>
        <w:rPr>
          <w:lang w:eastAsia="zh-CN"/>
        </w:rPr>
        <w:br/>
      </w:r>
      <w:r>
        <w:rPr>
          <w:lang w:eastAsia="zh-CN"/>
        </w:rPr>
        <w:t>　　梅陇六居特邀社区医院的朱医生为社区居民进行健康知识讲座，定期为居民测量血压等常规身体检查。</w:t>
      </w:r>
      <w:r>
        <w:rPr>
          <w:lang w:eastAsia="zh-CN"/>
        </w:rPr>
        <w:br/>
      </w:r>
      <w:r>
        <w:rPr>
          <w:lang w:eastAsia="zh-CN"/>
        </w:rPr>
        <w:t>　　四、开展自查和督查工作</w:t>
      </w:r>
      <w:r>
        <w:rPr>
          <w:lang w:eastAsia="zh-CN"/>
        </w:rPr>
        <w:br/>
      </w:r>
      <w:r>
        <w:rPr>
          <w:lang w:eastAsia="zh-CN"/>
        </w:rPr>
        <w:t>　　梅陇六居定期开展自查自纠工作，深入社区对前阶段的“创全”和爱卫月工作进行自查，发现问题及时记录、汇报和整改。</w:t>
      </w:r>
      <w:r>
        <w:rPr>
          <w:lang w:eastAsia="zh-CN"/>
        </w:rPr>
        <w:br/>
      </w:r>
      <w:r>
        <w:rPr>
          <w:lang w:eastAsia="zh-CN"/>
        </w:rPr>
        <w:t>　　经过这段时期的突击部署和认真实干，锦鸿公寓小区的环境卫生取得了明显的改善，要长久维持小区环境的整洁、卫生，需要居委、物业、居民的共同守护。梅陇六居将继续在工作效率和工作质量上取得更大的成绩，为小区环境的整洁，居民身体的健康水平做出应有的贡献。</w:t>
      </w:r>
      <w:r>
        <w:rPr>
          <w:lang w:eastAsia="zh-CN"/>
        </w:rPr>
        <w:br/>
      </w:r>
      <w:r>
        <w:rPr>
          <w:lang w:eastAsia="zh-CN"/>
        </w:rPr>
        <w:t xml:space="preserve">    爱国卫生活动总结 篇10 </w:t>
      </w:r>
      <w:r>
        <w:rPr>
          <w:lang w:eastAsia="zh-CN"/>
        </w:rPr>
        <w:br/>
      </w:r>
      <w:r>
        <w:rPr>
          <w:lang w:eastAsia="zh-CN"/>
        </w:rPr>
        <w:t>　　今年四月是全国第__个爱国卫生月，活动主题是。为切实搞好第__个爱国卫生月活动，营造清洁卫生环境，共建健康美好生活，我社区结合实际情况，进行了卓有成效的爱国卫生月活动，现将本次活动总结如下：</w:t>
      </w:r>
      <w:r>
        <w:rPr>
          <w:lang w:eastAsia="zh-CN"/>
        </w:rPr>
        <w:br/>
      </w:r>
      <w:r>
        <w:rPr>
          <w:lang w:eastAsia="zh-CN"/>
        </w:rPr>
        <w:t>　　一、组织开展集中宣传活动。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做好爱国卫生月和世界卫生日宣传活动。为进一步加大宣传报道力度，通过电子显示屏、板报、制作宣传专栏等，普及宣传春季传染病防治知识及健康教育常识，大力宣传《郑州市爱国卫生条例》和《郑州市爱国卫生管理办法》，在辖区形成了人人讲卫生、人人搞卫生的浓厚氛围。</w:t>
      </w:r>
      <w:r>
        <w:rPr>
          <w:lang w:eastAsia="zh-CN"/>
        </w:rPr>
        <w:br/>
      </w:r>
      <w:r>
        <w:rPr>
          <w:lang w:eastAsia="zh-CN"/>
        </w:rPr>
        <w:t>　　二、开展春季灭鼠灭蟑螂活动。</w:t>
      </w:r>
      <w:r>
        <w:rPr>
          <w:lang w:eastAsia="zh-CN"/>
        </w:rPr>
        <w:br/>
      </w:r>
      <w:r>
        <w:rPr>
          <w:lang w:eastAsia="zh-CN"/>
        </w:rPr>
        <w:t>　　春季是鼠类、蟑螂活动季节，爱国卫生月期间，要求辖区各单位积极组织开展春季鼠类和蟑螂集中防制活动，加大物理防制力度，完善各类防制设施；对一些老鼠、蟑螂密度较高的.场所，要及时组织集中消杀活动。</w:t>
      </w:r>
      <w:r>
        <w:rPr>
          <w:lang w:eastAsia="zh-CN"/>
        </w:rPr>
        <w:br/>
      </w:r>
      <w:r>
        <w:rPr>
          <w:lang w:eastAsia="zh-CN"/>
        </w:rPr>
        <w:t>　　三、开展吸烟有害健康的宣传活动</w:t>
      </w:r>
      <w:r>
        <w:rPr>
          <w:lang w:eastAsia="zh-CN"/>
        </w:rPr>
        <w:br/>
      </w:r>
      <w:r>
        <w:rPr>
          <w:lang w:eastAsia="zh-CN"/>
        </w:rPr>
        <w:t>　　在等游客密集场所，通过标语横幅、散发宣传单等形式向游客宣传吸烟有害健康的常识和案例，倡导健康的生活方式。</w:t>
      </w:r>
      <w:r>
        <w:rPr>
          <w:lang w:eastAsia="zh-CN"/>
        </w:rPr>
        <w:br/>
      </w:r>
      <w:r>
        <w:rPr>
          <w:lang w:eastAsia="zh-CN"/>
        </w:rPr>
        <w:t>　　四、加强对经营户卫生管理</w:t>
      </w:r>
      <w:r>
        <w:rPr>
          <w:lang w:eastAsia="zh-CN"/>
        </w:rPr>
        <w:br/>
      </w:r>
      <w:r>
        <w:rPr>
          <w:lang w:eastAsia="zh-CN"/>
        </w:rPr>
        <w:t>　　由我社区各网格员定期对各经营户的卫生状况进行检查，检查内容包括其经营场所的环境卫生、门前三包、食品卫生管理，对存在的问题进行了罚款和责令限期整改的处理。</w:t>
      </w:r>
      <w:r>
        <w:rPr>
          <w:lang w:eastAsia="zh-CN"/>
        </w:rPr>
        <w:br/>
      </w:r>
      <w:r>
        <w:rPr>
          <w:lang w:eastAsia="zh-CN"/>
        </w:rPr>
        <w:t>　　五、组织保洁员对辖区环境卫生进行了全面彻底的大清扫。</w:t>
      </w:r>
      <w:r>
        <w:rPr>
          <w:lang w:eastAsia="zh-CN"/>
        </w:rPr>
        <w:br/>
      </w:r>
      <w:r>
        <w:rPr>
          <w:lang w:eastAsia="zh-CN"/>
        </w:rPr>
        <w:t>　　将辖区卫生责任区域重新进行了划分，确保责任到人，奖惩分明。对无主管楼院等重点部位做到常态化保洁，消除卫生死角。</w:t>
      </w:r>
      <w:r>
        <w:rPr>
          <w:lang w:eastAsia="zh-CN"/>
        </w:rPr>
        <w:br/>
      </w:r>
      <w:r>
        <w:rPr>
          <w:lang w:eastAsia="zh-CN"/>
        </w:rPr>
        <w:t>　　此次活动保证了爱国卫生月活动扎实有效地开展，确保了各项工作落到实处，并取得了明显成效。</w:t>
      </w:r>
      <w:r>
        <w:rPr>
          <w:lang w:eastAsia="zh-CN"/>
        </w:rPr>
        <w:br/>
      </w:r>
      <w:r>
        <w:rPr>
          <w:lang w:eastAsia="zh-CN"/>
        </w:rPr>
        <w:t xml:space="preserve">    爱国卫生活动总结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今年4月是第__个爱国卫生月。为认真贯彻国家和省、市、县关于深入开展爱国卫生运动部署要求，发扬爱国卫生运动优良传统，进一步推动我校爱国卫生月工作的开展，根据市爱卫办、市文明办、健康保定领导小组办公室《关于开展第__个爱国卫生月活动的通知》和县教体局相关通知要求，结合我校爱国卫生实际，开展了以“文明健康绿色环保”为主题的爱国卫生月活动。</w:t>
      </w:r>
      <w:r>
        <w:rPr>
          <w:lang w:eastAsia="zh-CN"/>
        </w:rPr>
        <w:br/>
      </w:r>
      <w:r>
        <w:rPr>
          <w:lang w:eastAsia="zh-CN"/>
        </w:rPr>
        <w:t>　　1、积极响应号召，广泛宣文明健康绿色环保生活方式。结合我校实际，学校卫生工作领导小组在全校进行了广泛宣传和动员，大力倡导“文明健康绿色环保”的理念，动员师生广泛参与，充分利用学校教职工会议、国旗下讲话、学校电子滚动屏幕、校园广播、板报站等形式进行宣传。</w:t>
      </w:r>
      <w:r>
        <w:rPr>
          <w:lang w:eastAsia="zh-CN"/>
        </w:rPr>
        <w:br/>
      </w:r>
      <w:r>
        <w:rPr>
          <w:lang w:eastAsia="zh-CN"/>
        </w:rPr>
        <w:t>　　2、开展文明健康、绿色环保生活方式主题教育班会，积极倡导“讲卫生、树文明、重健康”，引导学生学习掌握健康生活方式、疫情防控、近视预防等知识，预防疾病发生与传播，并通过“小手拉大手”，带动家庭成员摒弃不文明、不卫生行为习惯，养成良好生活方式。</w:t>
      </w:r>
      <w:r>
        <w:rPr>
          <w:lang w:eastAsia="zh-CN"/>
        </w:rPr>
        <w:br/>
      </w:r>
      <w:r>
        <w:rPr>
          <w:lang w:eastAsia="zh-CN"/>
        </w:rPr>
        <w:t>　　3、开展春季病媒防控。坚持预防为主，药物防制为辅的病媒生物综合防制原则，动员组织师生集中开展除“四害”行动，开展大扫除，全面排查病媒生物孳生重点场所，开展春季病媒生物防治，降低病媒生物密度，有效预防媒介疾病发生。同时坚持科学规范做好公共场所、重点部位消毒消杀，助力常态化疫情防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4、积极开展“垃圾分类”“健康乐跑”“光盘行动”“绿色出行”等活动，传播文明健康、绿色环保理念，充分调动师生的积极性和主动性，形成人人动手、人人参与爱国卫生运动的良好氛围。</w:t>
      </w:r>
      <w:r>
        <w:rPr>
          <w:lang w:eastAsia="zh-CN"/>
        </w:rPr>
        <w:br/>
      </w:r>
      <w:r>
        <w:rPr>
          <w:lang w:eastAsia="zh-CN"/>
        </w:rPr>
        <w:t>　　此次爱国卫生月活动中，我校积极倡导文明健康、绿色环保生活方式，引导师生讲卫生、树文明、重健康，进一步提高了全体师生对爱国卫生月的认识，传播了文明健康、绿色环保的理念，为形成文明健康、绿色环保生活方式营造了浓厚氛围。</w:t>
      </w:r>
      <w:r>
        <w:rPr>
          <w:lang w:eastAsia="zh-CN"/>
        </w:rPr>
        <w:br/>
      </w:r>
      <w:r>
        <w:rPr>
          <w:lang w:eastAsia="zh-CN"/>
        </w:rPr>
        <w:t xml:space="preserve">    爱国卫生活动总结 篇12 </w:t>
      </w:r>
      <w:r>
        <w:rPr>
          <w:lang w:eastAsia="zh-CN"/>
        </w:rPr>
        <w:br/>
      </w:r>
      <w:r>
        <w:rPr>
          <w:lang w:eastAsia="zh-CN"/>
        </w:rPr>
        <w:t>　　今年4月份是全国爱国卫生月，根据县局文件及合肥市教育局《转发省教育厅、省爱国卫生运动委员会关于第25个爱国卫生月活动、积极防控禽流感及做好当前传染病防控工作的通知》（合教秘[20__]156号）精神，扎实有效地开展爱国卫生月活动，促进广大师生身心健康，现就做好我校禽流感和当前传染病防控工作及开展第25个爱国卫生月活动情况总结如下：</w:t>
      </w:r>
      <w:r>
        <w:rPr>
          <w:lang w:eastAsia="zh-CN"/>
        </w:rPr>
        <w:br/>
      </w:r>
      <w:r>
        <w:rPr>
          <w:lang w:eastAsia="zh-CN"/>
        </w:rPr>
        <w:t>　　一、成立组织</w:t>
      </w:r>
      <w:r>
        <w:rPr>
          <w:lang w:eastAsia="zh-CN"/>
        </w:rPr>
        <w:br/>
      </w:r>
      <w:r>
        <w:rPr>
          <w:lang w:eastAsia="zh-CN"/>
        </w:rPr>
        <w:t>　　组长：</w:t>
      </w:r>
      <w:r>
        <w:rPr>
          <w:lang w:eastAsia="zh-CN"/>
        </w:rPr>
        <w:br/>
      </w:r>
      <w:r>
        <w:rPr>
          <w:lang w:eastAsia="zh-CN"/>
        </w:rPr>
        <w:t>　　副组长：</w:t>
      </w:r>
      <w:r>
        <w:rPr>
          <w:lang w:eastAsia="zh-CN"/>
        </w:rPr>
        <w:br/>
      </w:r>
      <w:r>
        <w:rPr>
          <w:lang w:eastAsia="zh-CN"/>
        </w:rPr>
        <w:t>　　成员：</w:t>
      </w:r>
      <w:r>
        <w:rPr>
          <w:lang w:eastAsia="zh-CN"/>
        </w:rPr>
        <w:br/>
      </w:r>
      <w:r>
        <w:rPr>
          <w:lang w:eastAsia="zh-CN"/>
        </w:rPr>
        <w:t>　　二、重点活动内容</w:t>
      </w:r>
      <w:r>
        <w:rPr>
          <w:lang w:eastAsia="zh-CN"/>
        </w:rPr>
        <w:br/>
      </w:r>
      <w:r>
        <w:rPr>
          <w:lang w:eastAsia="zh-CN"/>
        </w:rPr>
        <w:t>　　（一）整治环境卫生脏乱差，突出整治脏的问题。各班以爱国卫生月活动为契机，广泛宣传，全面开展了环境卫生大扫除活动，认真抓好班级及责任区卫生清理，不留卫生死角。团委开展了卫生评比、以点带面，推进活动的开展，使爱国卫生月活动收到了预期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（二）做好重点场所的.整治工作。学校组织对食堂、寝室、垃圾箱、厕所等重点场所进行突击整治。</w:t>
      </w:r>
      <w:r>
        <w:rPr>
          <w:lang w:eastAsia="zh-CN"/>
        </w:rPr>
        <w:br/>
      </w:r>
      <w:r>
        <w:rPr>
          <w:lang w:eastAsia="zh-CN"/>
        </w:rPr>
        <w:t>　　（三）积极开展晨检工作。春季是多种传染病的旺盛期。各班采取了综合防治措施，组织学生开展环境卫生整治行动，清除“四害”孳生地，并对各班各寝室进行消毒，有效的防控了春季传染病及人感染H7N9禽流感的发生。</w:t>
      </w:r>
      <w:r>
        <w:rPr>
          <w:lang w:eastAsia="zh-CN"/>
        </w:rPr>
        <w:br/>
      </w:r>
      <w:r>
        <w:rPr>
          <w:lang w:eastAsia="zh-CN"/>
        </w:rPr>
        <w:t>　　（四）切实做好健康教育工作。各班以健康教育促进行动为抓手，学校充分利用校园广播、黑板报、主题班会等渠道广泛宣传健康教育知识，采取了多种形式，有组织、有计划地开展了健康知识普及教育活动，及春季预防疾病知识，加强了健康教育队伍建设，全面提高师生健康素养综合水平。</w:t>
      </w:r>
      <w:r>
        <w:rPr>
          <w:lang w:eastAsia="zh-CN"/>
        </w:rPr>
        <w:br/>
      </w:r>
      <w:r>
        <w:rPr>
          <w:lang w:eastAsia="zh-CN"/>
        </w:rPr>
        <w:t>　　三、活动安排</w:t>
      </w:r>
      <w:r>
        <w:rPr>
          <w:lang w:eastAsia="zh-CN"/>
        </w:rPr>
        <w:br/>
      </w:r>
      <w:r>
        <w:rPr>
          <w:lang w:eastAsia="zh-CN"/>
        </w:rPr>
        <w:t>　　（一）宣传发动阶段（4月_日—4月_日）</w:t>
      </w:r>
      <w:r>
        <w:rPr>
          <w:lang w:eastAsia="zh-CN"/>
        </w:rPr>
        <w:br/>
      </w:r>
      <w:r>
        <w:rPr>
          <w:lang w:eastAsia="zh-CN"/>
        </w:rPr>
        <w:t>　　健全组织，制定爱国卫生月活动实施方案，确定工作重点，明确任务目标，召开班主任会议，全面动员部署爱国卫生月活动，积极开展宣传，营造良好活动氛围。</w:t>
      </w:r>
      <w:r>
        <w:rPr>
          <w:lang w:eastAsia="zh-CN"/>
        </w:rPr>
        <w:br/>
      </w:r>
      <w:r>
        <w:rPr>
          <w:lang w:eastAsia="zh-CN"/>
        </w:rPr>
        <w:t>　　（二）集中整治阶段（4月_日—4月_日）</w:t>
      </w:r>
      <w:r>
        <w:rPr>
          <w:lang w:eastAsia="zh-CN"/>
        </w:rPr>
        <w:br/>
      </w:r>
      <w:r>
        <w:rPr>
          <w:lang w:eastAsia="zh-CN"/>
        </w:rPr>
        <w:t>　　围绕活动方案，认真开展以治脏为重点的爱国卫生运动，推进班级入责任区卫生整洁行动，达到治脏目的，做好春季传染病及人感染H7N9禽流感的防控工作，扎实推进健康教育工作，提高师生保健水平。</w:t>
      </w:r>
      <w:r>
        <w:rPr>
          <w:lang w:eastAsia="zh-CN"/>
        </w:rPr>
        <w:br/>
      </w:r>
      <w:r>
        <w:rPr>
          <w:lang w:eastAsia="zh-CN"/>
        </w:rPr>
        <w:t xml:space="preserve">    爱国卫生活动总结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今年4月是全国第二十七个爱国卫生月,为改变学校及周边环境卫生面貌，提高师生的文明意识、卫生意识和环境意识，我校结合学校实际,围绕“全民参与爱国卫生 共建共享健康高淳”的活动主题,让广大师生学习和了解卫生知识,形成崇尚健康生活方式,养成文明健康的行为，在全校师生的共同努力下，取得了一定的成效。现将我校爱国卫生月活动总结如下:</w:t>
      </w:r>
      <w:r>
        <w:rPr>
          <w:lang w:eastAsia="zh-CN"/>
        </w:rPr>
        <w:br/>
      </w:r>
      <w:r>
        <w:rPr>
          <w:lang w:eastAsia="zh-CN"/>
        </w:rPr>
        <w:t>　　一、加强宣传,提高认识。</w:t>
      </w:r>
      <w:r>
        <w:rPr>
          <w:lang w:eastAsia="zh-CN"/>
        </w:rPr>
        <w:br/>
      </w:r>
      <w:r>
        <w:rPr>
          <w:lang w:eastAsia="zh-CN"/>
        </w:rPr>
        <w:t>　　为了使爱国卫生活动人人皆知,班喻户晓.学校加大了活动的宣传力度,通过主办宣传橱窗,通过国旗下讲话大力宣传爱国卫生工作的重要性和必要性。通过活动使全体师生认识到开展爱国卫生活动与个人,学校,家庭,社会息息相关,形成了崇尚健康生活方式,养成文明健康行为的良好氛围,提高了学生防范疾病的自我保护意识和能力,促进了科学文明的生活方式和卫生习惯的养成,激发了师生追求美好生活的热情,营造了讲卫生光荣,不讲卫生可耻的校园氛围。</w:t>
      </w:r>
      <w:r>
        <w:rPr>
          <w:lang w:eastAsia="zh-CN"/>
        </w:rPr>
        <w:br/>
      </w:r>
      <w:r>
        <w:rPr>
          <w:lang w:eastAsia="zh-CN"/>
        </w:rPr>
        <w:t>　　二、落实责任,消除死角。</w:t>
      </w:r>
      <w:r>
        <w:rPr>
          <w:lang w:eastAsia="zh-CN"/>
        </w:rPr>
        <w:br/>
      </w:r>
      <w:r>
        <w:rPr>
          <w:lang w:eastAsia="zh-CN"/>
        </w:rPr>
        <w:t>　　学校进一步修改完善了清洁区责任制,把全校的卫生区域划分到了每一个年级,每个班。利用周四下午时间,对卫生区域进行了彻底的清扫,重点是花园,厕所,使所有卫生区域达到了地面干净,无纸屑,无杂物,彻底消除卫生死角。各班严格执行学校卫生工作管理条例。红领巾监督岗学生利用课余时间坚守岗位,维护班级环境卫生区域,并随时保洁,做到了墙壁,窗台,地面,无乱涂乱画,黑板及时擦,讲桌上教师用品和学生作业本摆放整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三、加强教育,注重实效。</w:t>
      </w:r>
      <w:r>
        <w:rPr>
          <w:lang w:eastAsia="zh-CN"/>
        </w:rPr>
        <w:br/>
      </w:r>
      <w:r>
        <w:rPr>
          <w:lang w:eastAsia="zh-CN"/>
        </w:rPr>
        <w:t>　　1、卫生教育知识。利用晨会,班队课对学生进行传染性疾病的知识再教育,增强学生卫生防疫意识。</w:t>
      </w:r>
      <w:r>
        <w:rPr>
          <w:lang w:eastAsia="zh-CN"/>
        </w:rPr>
        <w:br/>
      </w:r>
      <w:r>
        <w:rPr>
          <w:lang w:eastAsia="zh-CN"/>
        </w:rPr>
        <w:t>　　2、加大校内清扫力度,认真落实清扫保洁制度。及时清扫办公室道,厕所,及时清运垃圾,及时清理垃圾箱，保证师生生命健康。</w:t>
      </w:r>
      <w:r>
        <w:rPr>
          <w:lang w:eastAsia="zh-CN"/>
        </w:rPr>
        <w:br/>
      </w:r>
      <w:r>
        <w:rPr>
          <w:lang w:eastAsia="zh-CN"/>
        </w:rPr>
        <w:t>　　“珍视天空,关爱大地；抵制污染,保护环境；清洁校园,从我做起；美化环境,人人有责!”爱国卫生月即将过去,但我们仍将加大爱卫工作力度,真抓实干,争取在工作效率和工作质量上取得更大的成绩,为全体师生创设一个整洁、优美的工作和学习环境,促进师生身心健康。</w:t>
      </w:r>
      <w:r>
        <w:rPr>
          <w:lang w:eastAsia="zh-CN"/>
        </w:rPr>
        <w:br/>
      </w:r>
      <w:r>
        <w:rPr>
          <w:lang w:eastAsia="zh-CN"/>
        </w:rPr>
        <w:t xml:space="preserve">    爱国卫生活动总结 篇14 </w:t>
      </w:r>
      <w:r>
        <w:rPr>
          <w:lang w:eastAsia="zh-CN"/>
        </w:rPr>
        <w:br/>
      </w:r>
      <w:r>
        <w:rPr>
          <w:lang w:eastAsia="zh-CN"/>
        </w:rPr>
        <w:t>　　在第__个爱国卫生月期间，我镇按照区爱卫会工作安排和部署，在全镇辖区积极开展爱国卫生月活动，活动取得了较好的成效，现将第__个爱国卫生月活动的开展情况总结如下：为保障爱国卫生月活动的顺利开展，成立了以镇镇长为组长的__镇第__个爱国卫生月活动领导小组。4月6日在镇二楼会议室以“历史与展望——为了人民健康”为主题，结合社会环境综合治理工作，召开了__镇爱国卫生运动动员大会，并制定《20__年__镇爱国卫生月活动实施方案》，并下发到各村委会(社区)，进行宣传发动。各村、社区制作了一期爱国卫生宣传专栏，集中宣传爱国卫生运动历史和新时期重点工作内容。</w:t>
      </w:r>
      <w:r>
        <w:rPr>
          <w:lang w:eastAsia="zh-CN"/>
        </w:rPr>
        <w:br/>
      </w:r>
    </w:p>
    <w:p w:rsidR="001B1F19" w14:textId="27C3F48A">
      <w:pPr>
        <w:rPr>
          <w:rFonts w:hint="eastAsia"/>
          <w:lang w:eastAsia="zh-CN"/>
        </w:rPr>
      </w:pPr>
      <w:r>
        <w:rPr>
          <w:lang w:eastAsia="zh-CN"/>
        </w:rPr>
        <w:t>　　镇党委政府对爱国卫生月环境卫生工写作网作高度重视，由党委书记李云书为总指挥，镇长冯志刚总负责，党委委员_新、副镇长何红桃具体负责，组织爱国卫生月的各项活动，在全镇范围内开展“全镇清扫”活动和全镇范围内的环境卫生大整治行动。结合区社会环境综合治理工作的开展，我镇对村、社区生活区环境卫生、街巷院落进行彻底清扫;对铁路、泸昆高速、杭长高速、320国道沿线、东临一级公路等交通沿线和村庄，各村、社区主要河流水域沿线的积存垃圾和杂物进行了彻底的清理，对水面漂浮物进行全面打捞。对使村民生产、生活造成环境污染的猪场、水库进行退养退包。做到了横向到村、纵向到户，不留空白、不留死角，使我镇的环境卫生得到了明显改善。</w:t>
      </w:r>
      <w:r>
        <w:rPr>
          <w:lang w:eastAsia="zh-CN"/>
        </w:rPr>
        <w:br/>
      </w:r>
      <w:r>
        <w:rPr>
          <w:lang w:eastAsia="zh-CN"/>
        </w:rPr>
        <w:t>　　我镇按照“以块为主，条块结合”的原则，把卫生整治的各项工作任务分解到各村、社区。爱国卫生月活动期间，镇领导小组不定期对各村委会、社区活动开展情况进行全面督导、检查，对各项活动进行实地查看和考核，对组织工作不力、收效差的村委会及社区予以通报批评。通过协调指导、督促检查，不断推动了活动的顺利开展，巩固“爱国卫生月”活动各项活动取得的成果。</w:t>
      </w:r>
      <w:r>
        <w:rPr>
          <w:lang w:eastAsia="zh-CN"/>
        </w:rPr>
        <w:br/>
      </w:r>
      <w:r>
        <w:rPr>
          <w:lang w:eastAsia="zh-CN"/>
        </w:rPr>
        <w:t xml:space="preserve">    爱国卫生活动总结 篇15 </w:t>
      </w:r>
      <w:r>
        <w:rPr>
          <w:lang w:eastAsia="zh-CN"/>
        </w:rPr>
        <w:br/>
      </w:r>
      <w:r>
        <w:rPr>
          <w:lang w:eastAsia="zh-CN"/>
        </w:rPr>
        <w:t>　　今年3月是第二十六个爱国卫生月，我园依照教委工作安排部署，围绕“爱国卫生”主题，在全园积极展开爱国卫生月活动。活动获得了较好的成效，现将第二十六个爱国卫生月活动的展开情况总结以下：</w:t>
      </w:r>
      <w:r>
        <w:rPr>
          <w:lang w:eastAsia="zh-CN"/>
        </w:rPr>
        <w:br/>
      </w:r>
      <w:r>
        <w:rPr>
          <w:lang w:eastAsia="zh-CN"/>
        </w:rPr>
        <w:t>　　一、加强</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https://d.book118.com/518105007023006033</w:t>
        </w:r>
      </w:hyperlink>
    </w:p>
    <w:p w:rsidR="001B1F19">
      <w:pPr>
        <w:rPr>
          <w:rFonts w:hint="eastAsia"/>
          <w:lang w:eastAsia="zh-CN"/>
        </w:rPr>
      </w:pPr>
    </w:p>
    <w:sectPr>
      <w:type w:val="nextPage"/>
      <w:pgSz w:w="11906" w:h="16838"/>
      <w:pgMar w:top="1440" w:right="1800" w:bottom="1440" w:left="1800" w:header="851" w:footer="992" w:gutter="0"/>
      <w:pgNumType w:start="2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18105007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