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2024食品安全心得体会600字（33篇）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2024食品安全心得体会600字（通用33篇）</w:t>
      </w:r>
      <w:r>
        <w:rPr>
          <w:lang w:eastAsia="zh-CN"/>
        </w:rPr>
        <w:br/>
      </w:r>
      <w:r>
        <w:rPr>
          <w:lang w:eastAsia="zh-CN"/>
        </w:rPr>
        <w:t xml:space="preserve">    2024食品安全心得体会600字 篇1 </w:t>
      </w:r>
      <w:r>
        <w:rPr>
          <w:lang w:eastAsia="zh-CN"/>
        </w:rPr>
        <w:br/>
      </w:r>
      <w:r>
        <w:rPr>
          <w:lang w:eastAsia="zh-CN"/>
        </w:rPr>
        <w:t>　　今年九月份以来，一场声势浩大的食品安全专项整治活动，在全国拉下了帷幕，结合我县实际情况，就我县食品安全工作提出几点思考。</w:t>
      </w:r>
      <w:r>
        <w:rPr>
          <w:lang w:eastAsia="zh-CN"/>
        </w:rPr>
        <w:br/>
      </w:r>
      <w:r>
        <w:rPr>
          <w:lang w:eastAsia="zh-CN"/>
        </w:rPr>
        <w:t>　　一、普及公民食品安全知识</w:t>
      </w:r>
      <w:r>
        <w:rPr>
          <w:lang w:eastAsia="zh-CN"/>
        </w:rPr>
        <w:br/>
      </w:r>
      <w:r>
        <w:rPr>
          <w:lang w:eastAsia="zh-CN"/>
        </w:rPr>
        <w:t>　　食品安全关系到人民群众身体健康和生命安全，只有普及公民食品安全知识，提高公民的食品安全意识，才能有效防范食品事故的发生，县一报两台要大力宣传食品安全知识，新闻媒体要开辟专栏，加大食品安全宣传力度，在人口密集的地方以及交通要道悬挂宣传标语，举办食品安全讲座、食品安全图展、发放明白纸，举办食品安全知识竟赛等群众喜闻乐见的形式，帮助群众解疑释惑，使食品安全深入人心，逐步形成群众理性消费观念，从而有效避免食品事故的发生。</w:t>
      </w:r>
      <w:r>
        <w:rPr>
          <w:lang w:eastAsia="zh-CN"/>
        </w:rPr>
        <w:br/>
      </w:r>
      <w:r>
        <w:rPr>
          <w:lang w:eastAsia="zh-CN"/>
        </w:rPr>
        <w:t>　　二 、培养食品从业人员的社会责任意识和职业道德意识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正确引导食品从业人员树立良好的职业道德和社会责任意识，做到诚信守法，健全制度，规范经营，开展承诺服务，自觉接受消费者监督和执法部门监管。引导食品从业人员树立以诚信守法为荣，以欺诈违规为耻的经营理念，建立信用自律和风险防范制度，着力打造诚信企业，深入推进食品行业信用体系建设，促进食品安全状况根本好转。</w:t>
      </w:r>
      <w:r>
        <w:rPr>
          <w:lang w:eastAsia="zh-CN"/>
        </w:rPr>
        <w:br/>
      </w:r>
      <w:r>
        <w:rPr>
          <w:lang w:eastAsia="zh-CN"/>
        </w:rPr>
        <w:t>　　三、加大打击制售假昌伪劣食品力度</w:t>
      </w:r>
      <w:r>
        <w:rPr>
          <w:lang w:eastAsia="zh-CN"/>
        </w:rPr>
        <w:br/>
      </w:r>
      <w:r>
        <w:rPr>
          <w:lang w:eastAsia="zh-CN"/>
        </w:rPr>
        <w:t>　　坚决取缔无卫生许可证，营业执照，食品生产许可证的非法生产加工黑窝点，严历打击制售假昌伪劣食品和回收食品生产加工食品，以及乱用滥用食品添加剂的违法行为，加大打击销售不合格食品、伪劣食品的力度。对违规生产经营的食品从业人员要严肃查处，严惩不贷，决不迁就姑息。在打黑、打非、打假中各执法部门要通力协作，紧密配合，联手出击，实行混合双打，部门联手，使不安全食品无藏身之地，从源头上杜绝食品事故的发生。</w:t>
      </w:r>
      <w:r>
        <w:rPr>
          <w:lang w:eastAsia="zh-CN"/>
        </w:rPr>
        <w:br/>
      </w:r>
      <w:r>
        <w:rPr>
          <w:lang w:eastAsia="zh-CN"/>
        </w:rPr>
        <w:t>　　四、完善食品安全监管监督机制</w:t>
      </w:r>
      <w:r>
        <w:rPr>
          <w:lang w:eastAsia="zh-CN"/>
        </w:rPr>
        <w:br/>
      </w:r>
      <w:r>
        <w:rPr>
          <w:lang w:eastAsia="zh-CN"/>
        </w:rPr>
        <w:t>　　食品安全涉及到千家万户,需要全方位监管，不仅要进一步完善行政执法监督，还要组织人大代表以法监督，政协委员民主监督，新闻媒体舆论监督，消费协会维权监督，人民群众社会监督，对食品安全工作进行跟踪监督，建立健全监督网络体系，营造人人关注食品安全氛围。通过完善监督机制，不断巩固食品安全整治成果。</w:t>
      </w:r>
      <w:r>
        <w:rPr>
          <w:lang w:eastAsia="zh-CN"/>
        </w:rPr>
        <w:br/>
      </w:r>
      <w:r>
        <w:rPr>
          <w:lang w:eastAsia="zh-CN"/>
        </w:rPr>
        <w:t>　　五、加强对食品安全工作的领导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食品安全是一项复杂长期艰巨的任务，不可能一蹴而就，一劳永逸，必须要建立长效机制，切实加强对食品安全工作的领导，决不能开展整治时一阵风，整治过后一场空，对食品安全整治不求形式上的轰轰烈烈，但愿日长地久，要常抓不懈，县工商、质监、卫生、商务、农业等相关部门要整合人力资源，抽调精兵强将，成立专职机构，集中办公，各乡镇食品安全监管办公室要确定专人负责，做到定编定岗定员，确保食品安全工作顺利进行。</w:t>
      </w:r>
      <w:r>
        <w:rPr>
          <w:lang w:eastAsia="zh-CN"/>
        </w:rPr>
        <w:br/>
      </w:r>
      <w:r>
        <w:rPr>
          <w:lang w:eastAsia="zh-CN"/>
        </w:rPr>
        <w:t xml:space="preserve">    2024食品安全心得体会600字 篇2 </w:t>
      </w:r>
      <w:r>
        <w:rPr>
          <w:lang w:eastAsia="zh-CN"/>
        </w:rPr>
        <w:br/>
      </w:r>
      <w:r>
        <w:rPr>
          <w:lang w:eastAsia="zh-CN"/>
        </w:rPr>
        <w:t>　　食品安全，是我们的生活的重中之重，也许有人会说，食品安全离我们很远，如果你也这么觉得，你就错了。下面，我就跟大家说说我身边的食品安全问题吧。</w:t>
      </w:r>
      <w:r>
        <w:rPr>
          <w:lang w:eastAsia="zh-CN"/>
        </w:rPr>
        <w:br/>
      </w:r>
      <w:r>
        <w:rPr>
          <w:lang w:eastAsia="zh-CN"/>
        </w:rPr>
        <w:t>　　在我们学习，同学们马上要放学的时候，各个小商小贩都做好了迎接大量学生的充分准备，放学的铃声就好比小商家的预备铃，学生在出了校门后，就会有很多同学围在小吃摊周围，有炸串、烤冷面、油炸鸡柳等，就连摊主与食物赤手空拳的“搏斗”也视而不见，还有一些同学涌进仓买，不一会儿手里就拿了各种各样的袋装小食品。其中有一位同学对我们说，他喜欢吃炸串，吃了一串还想吃，有时回家饭都不想吃了。</w:t>
      </w:r>
      <w:r>
        <w:rPr>
          <w:lang w:eastAsia="zh-CN"/>
        </w:rPr>
        <w:br/>
      </w:r>
      <w:r>
        <w:rPr>
          <w:lang w:eastAsia="zh-CN"/>
        </w:rPr>
        <w:t>　　面对这样的情景，我们特别着急。为此，我们特意找到生物老师，请她谈谈这些食品的危害。李老师说到，那些食品很多是“三无”食品，不知道保质期和生产来源，更重要的是我们不了解制作者的健康状况，如果制作者有传染病，那我们也就间接被传染了。摊位暴露在外面，上面落满了灰尘和细菌，我们吃了容易腹痛、腹泻，甚至是食物中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据了解，这些食品多为油炸食品，油质没有保障，也有使用“地沟油”的情况，而且油经常反复使用，容易引起肥胖，这些油脂在体内堆积，诱发多种疾病，像胃肠炎和心血管疾病、肝脏病变等。</w:t>
      </w:r>
      <w:r>
        <w:rPr>
          <w:lang w:eastAsia="zh-CN"/>
        </w:rPr>
        <w:br/>
      </w:r>
      <w:r>
        <w:rPr>
          <w:lang w:eastAsia="zh-CN"/>
        </w:rPr>
        <w:t>　　我们要劝告那些商贩们，不能光为自己的小利益，而坑害学生们的健康!</w:t>
      </w:r>
      <w:r>
        <w:rPr>
          <w:lang w:eastAsia="zh-CN"/>
        </w:rPr>
        <w:br/>
      </w:r>
      <w:r>
        <w:rPr>
          <w:lang w:eastAsia="zh-CN"/>
        </w:rPr>
        <w:t>　　我们更要对同学们说，为了自己，为了家人，为了将来，行动起来吧，拒绝不安全的食品入口，增强食品安全意识，养成良好饮食卫生习惯!</w:t>
      </w:r>
      <w:r>
        <w:rPr>
          <w:lang w:eastAsia="zh-CN"/>
        </w:rPr>
        <w:br/>
      </w:r>
      <w:r>
        <w:rPr>
          <w:lang w:eastAsia="zh-CN"/>
        </w:rPr>
        <w:t>　　让我们身边的食品安全问题得到解决吧，还我们一个健康的饮食环境。</w:t>
      </w:r>
      <w:r>
        <w:rPr>
          <w:lang w:eastAsia="zh-CN"/>
        </w:rPr>
        <w:br/>
      </w:r>
      <w:r>
        <w:rPr>
          <w:lang w:eastAsia="zh-CN"/>
        </w:rPr>
        <w:t xml:space="preserve">    2024食品安全心得体会600字 篇3 </w:t>
      </w:r>
      <w:r>
        <w:rPr>
          <w:lang w:eastAsia="zh-CN"/>
        </w:rPr>
        <w:br/>
      </w:r>
      <w:r>
        <w:rPr>
          <w:lang w:eastAsia="zh-CN"/>
        </w:rPr>
        <w:t>　　要是说起我和食品安全的故事，那是多得三天三夜也说不完，像沙滩上的五彩的贝壳，里面装满了各种各样的事情，那么现在，我就从我童年的沙滩上拾起一个粉红色的小贝壳来给大家展示一下吧!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有一次，我和妈妈一起到一家超市去买东西。一走进超市，我迫不及待地奔向了卖零食的地方，挑起零食来。超市里的东西可真多哪!看得我眼花缭乱。我随手拿起一包冰雪杨梅正准备放进购物篮里，这时后，妈妈走了过来，和蔼地对我说：“楠楠，这东西不卫生，还是别买了吧!”“好，我不买了，妈妈!”“走，我们买别的东西去!”妈妈牵着我的手向卖牛奶的地方走去。来到了卖牛奶的地方，我兴高采烈地奔了过去，拿起了一袋酸奶放在篮子里，妈妈拿过来前后瞧了一瞧，突然眼睛一亮，对我说：“楠楠，你看，这里保质期是14天，它已经过期了，吃了对人身体不好，换一袋吧!”妈妈又拿起一袋酸奶看了看，说：“拿这袋吧，这袋没过期，你瞧!”“哦，我知道了，以后我会记住的!”我附合着。我们又到了卖牛肉干的地方。这里的牛肉干可真多呀，各式各样的，我看着就垂涎三尺。我挑了一袋大包的牛肉干拿在手里，妈妈一看这牌子，就摇摇头，说：“楠楠，这种牌子不好，上回不是电视上说，这牌子不卫生，不要去买，你忘了吗?”“哦!”我惭愧地点了点头。我又拿了一袋上面标着“绿色食品”的`牛肉干，放进了购物篮。妈妈看了微笑着点点头。下面，我们又去了卖火腿肠的地方，这回，我不再犯以前的错误，这些要求我都看了一遍，这才把火腿肠放进了篮子。</w:t>
      </w:r>
      <w:r>
        <w:rPr>
          <w:lang w:eastAsia="zh-CN"/>
        </w:rPr>
        <w:br/>
      </w:r>
      <w:r>
        <w:rPr>
          <w:lang w:eastAsia="zh-CN"/>
        </w:rPr>
        <w:t>　　这次购物，我懂得了许多道理。我们买东西要看好生产日期，和牌子，还要看它是不是绿色食品，不要买三无食品，要注意食品安全，还要预防“病从口入”，不要让细菌进入体内呦!</w:t>
      </w:r>
      <w:r>
        <w:rPr>
          <w:lang w:eastAsia="zh-CN"/>
        </w:rPr>
        <w:br/>
      </w:r>
      <w:r>
        <w:rPr>
          <w:lang w:eastAsia="zh-CN"/>
        </w:rPr>
        <w:t xml:space="preserve">    2024食品安全心得体会600字 篇4 </w:t>
      </w:r>
      <w:r>
        <w:rPr>
          <w:lang w:eastAsia="zh-CN"/>
        </w:rPr>
        <w:br/>
      </w:r>
      <w:r>
        <w:rPr>
          <w:lang w:eastAsia="zh-CN"/>
        </w:rPr>
        <w:t>　　哪一个人不愿笑语常开，那一个家庭不愿幸福美满，哪一个企业不愿兴旺发达。但要想做到这些，首先的前提是安全。安全犹如一根七彩的丝线，把我们这一个个美好的愿望连接起来，构成一个稳定、祥和、五彩缤纷的世界，如果有一天，这根线断了，首先断在一食品的安全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常听老爸老妈们说：“该吃些什么好呀?吃什么最安全呢?哎，真是愁死了。”这也难怪，现在已经曝出猪肉里注水，蔬菜里残留农药，制造火腿用的是死猪肉，喂奶粉的孩子一定会喂出一个大头娃娃，这一系列丑恶的事实。一件件丑恶的事被揭发，一家家毒辣的饭店被查封，一起起惊悚的中毒事件在不断发生。</w:t>
      </w:r>
      <w:r>
        <w:rPr>
          <w:lang w:eastAsia="zh-CN"/>
        </w:rPr>
        <w:br/>
      </w:r>
      <w:r>
        <w:rPr>
          <w:lang w:eastAsia="zh-CN"/>
        </w:rPr>
        <w:t>　　俗话说：“民以食为天。”就有一个建筑工地发生了一起中毒事件。工地里住着几十个建筑工人，工人们在建筑工地的自助食堂用餐，由二位大妈供应工人们的伙食。有一天，工人们用餐后发生了意想不到的事，几十名工人先后出现头晕、呕吐、昏厥等现象。汗珠一颗颗豆子似的从额头上滚下来，他们脸色发青、嘴唇发白，脸上没有一丝血色，还时不时的发出撕心裂肺的叫喊声。看着都叫人心酸。工人们疼得无法工作，还好抢救及时，只造成了一人死亡。有些人可能会说：“不就是一条人命吗?有什么值得大惊小怪的呢?”但是，这可是一个鲜活的人呀，说没就没了，多可惜呀!一场因饭菜中的农药引起的中毒事件，对工人们及家属造成了惊吓，也造成了难以挽回的悲痛，同时也给工地带来了损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其实，不需要说到这么远的程度上，就说说我们的校园好了，也存在着食品的隐患。第一，就拿我的学校来说，我们学校旁的小卖铺星星点点，一到放学时间，便可听见大叔大婶们的声音：“小朋友，这很香的，一包才5角钱呢。”一个个小同学就被骗了，大家你一元，我五角的落入了这香喷喷的陷阱。其实又看新闻的人都知道，五角食品中含有大量染色素，防腐剂。这些都是化学物质，吃了对人体可是有害的，轻者：头晕，呕吐，重者则要住院。其二：我们的学校大都都会有一些小青年来买豆花。有一次，我看见好多同学围在一个角落，我也过去凑个热闹。一位同学说：“老板，我的豆花好了没?”这时，老板正在数钱，又在做豆花，手上会有多少细菌落入豆花中，其次，这位老板是否洗过手才开始做豆花的。一连串疑问在我的脑海中浮现，我害怕得撒腿就跑。</w:t>
      </w:r>
      <w:r>
        <w:rPr>
          <w:lang w:eastAsia="zh-CN"/>
        </w:rPr>
        <w:br/>
      </w:r>
      <w:r>
        <w:rPr>
          <w:lang w:eastAsia="zh-CN"/>
        </w:rPr>
        <w:t>　　20_年第三季度食物中毒类突发公共卫生事件报告65起，中毒2382人，其中死亡50人。才3个月便死了这么多人，真是叫人揪心呀。</w:t>
      </w:r>
      <w:r>
        <w:rPr>
          <w:lang w:eastAsia="zh-CN"/>
        </w:rPr>
        <w:br/>
      </w:r>
      <w:r>
        <w:rPr>
          <w:lang w:eastAsia="zh-CN"/>
        </w:rPr>
        <w:t>　　所以，大家一定要安全饮食。虽说：“心是铁，饭是钢，一顿不吃饿得慌。”但大家也不能饥不择食。要为食品安全，我们的安全构建一片和谐的蓝天呀。</w:t>
      </w:r>
      <w:r>
        <w:rPr>
          <w:lang w:eastAsia="zh-CN"/>
        </w:rPr>
        <w:br/>
      </w:r>
      <w:r>
        <w:rPr>
          <w:lang w:eastAsia="zh-CN"/>
        </w:rPr>
        <w:t xml:space="preserve">    2024食品安全心得体会600字 篇5 </w:t>
      </w:r>
      <w:r>
        <w:rPr>
          <w:lang w:eastAsia="zh-CN"/>
        </w:rPr>
        <w:br/>
      </w:r>
      <w:r>
        <w:rPr>
          <w:lang w:eastAsia="zh-CN"/>
        </w:rPr>
        <w:t>　　一、广泛宣传重教育</w:t>
      </w:r>
      <w:r>
        <w:rPr>
          <w:lang w:eastAsia="zh-CN"/>
        </w:rPr>
        <w:br/>
      </w:r>
      <w:r>
        <w:rPr>
          <w:lang w:eastAsia="zh-CN"/>
        </w:rPr>
        <w:t>　　今年以来我局围绕“民以食为天，食以安为先”的工作原则，认真宣传《中华人民共和国食品安全法》和《河北省城市市容管理条例》和《冀州市餐厨废弃物管理办法》，认真宣传食品安全对维护人民群众身体健康和生命安全的重大意义。制作宣传展牌五块、印制各类宣传页3000余份，在冀州市影院广场、迎宾市场多次开展宣传工作，还利用电视媒体对乱扔乱倒、随意占道等不卫生、不礼貌行为予以公开曝光。</w:t>
      </w:r>
      <w:r>
        <w:rPr>
          <w:lang w:eastAsia="zh-CN"/>
        </w:rPr>
        <w:br/>
      </w:r>
      <w:r>
        <w:rPr>
          <w:lang w:eastAsia="zh-CN"/>
        </w:rPr>
        <w:t>　　二、建立组织抓落实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食品安全方面我局建立了长效管理机制，成立了以局长为组长，副局长同三个中队长为成员的“食品安全工作领导小组”，以城管局执法大队为主体，抽调收费科三名成员，共计22人全面开展工作。制订了详细的工作方案，明确了工作目标和任务。</w:t>
      </w:r>
      <w:r>
        <w:rPr>
          <w:lang w:eastAsia="zh-CN"/>
        </w:rPr>
        <w:br/>
      </w:r>
      <w:r>
        <w:rPr>
          <w:lang w:eastAsia="zh-CN"/>
        </w:rPr>
        <w:t>　　三、强化措施见成效</w:t>
      </w:r>
      <w:r>
        <w:rPr>
          <w:lang w:eastAsia="zh-CN"/>
        </w:rPr>
        <w:br/>
      </w:r>
      <w:r>
        <w:rPr>
          <w:lang w:eastAsia="zh-CN"/>
        </w:rPr>
        <w:t>　　1、加强食品摊贩监管工作。目前市区范围内各类食品、肉食摊贩90余个，为规范食品、肉食摊贩的经营场所，我们在市区内不一样区域或背街小巷确定了7个小型食品、肉食、蔬菜水果市场，规定凡经营肉食、食品的摊贩必须进入规定市场，严厉打击和取缔流动摊贩。同时规定了经营时间，根据季节的不一样采用不一样的时间段，既便于业主经营，又便于卫生、防疫等执法部门检查。清理、规范肉食、食品摊贩35个，取缔占道屠宰、占道加工5处，对12个违法占道经营的食品、肉食摊贩进行了行政处罚。</w:t>
      </w:r>
      <w:r>
        <w:rPr>
          <w:lang w:eastAsia="zh-CN"/>
        </w:rPr>
        <w:br/>
      </w:r>
      <w:r>
        <w:rPr>
          <w:lang w:eastAsia="zh-CN"/>
        </w:rPr>
        <w:t>　　2、加强餐厨废弃物管理。为进一步贯彻国家、省和衡水市、冀州市政府关于严厉打击“地沟油”违法犯罪活动的精神，全面加强我市食用油安全监管，保障人民群众身体健康，我局从源头抓起，在全市市区范围内开展了拉网式大排查，排查的重点是各类饭店餐馆、火锅店、街头食品摊贩，学校、企事业单位和工地食堂等，对涉及排放餐厨废弃物的单位及个体户做到彻底排查，不存在死角、不落环节、不留盲区。在排查中异常注意发现利用餐厨废弃物提炼“地沟油”的黑窝点，彻底摸清了餐厨废弃物的流向，对随意倾倒废弃物的单位和个人及时进行了制止和规范。共排查餐饮业和企事单位及个体户350个，对餐厨废弃物搜集不合格的13个单位进行了限期整改。未发现利用餐厨废弃物提炼“地沟油”的企业和黑窝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努力为市民创造良好的生活环境。为促进食品安全工作的良好局面，我局对冀州市肉食、蔬菜销售情景，区域分布情景进行了详细的调查。根据市民提出的见意，经过综合考察与分析，为方便群众净化美化城市环境，我局向市政府提出在朝阳大街北段和昌成路中段分别建设占地30亩与5亩的中小型食品、肉食、蔬菜水果综合性批发和零售市场。目前已开始征地等前期工作，预计明年上半年投入使用。</w:t>
      </w:r>
      <w:r>
        <w:rPr>
          <w:lang w:eastAsia="zh-CN"/>
        </w:rPr>
        <w:br/>
      </w:r>
      <w:r>
        <w:rPr>
          <w:lang w:eastAsia="zh-CN"/>
        </w:rPr>
        <w:t xml:space="preserve">    2024食品安全心得体会600字 篇6 </w:t>
      </w:r>
      <w:r>
        <w:rPr>
          <w:lang w:eastAsia="zh-CN"/>
        </w:rPr>
        <w:br/>
      </w:r>
      <w:r>
        <w:rPr>
          <w:lang w:eastAsia="zh-CN"/>
        </w:rPr>
        <w:t>　　今天的语文课上，张老师给我们讲了校园周边食品安全的专题讲座，并给我们观看了相关的图片及资料。看了这些图片，我的心里久久不能平静。</w:t>
      </w:r>
      <w:r>
        <w:rPr>
          <w:lang w:eastAsia="zh-CN"/>
        </w:rPr>
        <w:br/>
      </w:r>
      <w:r>
        <w:rPr>
          <w:lang w:eastAsia="zh-CN"/>
        </w:rPr>
        <w:t>　　羊肉串是我平时最喜欢的特色小吃了。可是，当老师给我们讲到很多烧烤店里的羊肉并不是真的羊肉，大多都是腐烂动物身上的肉，然后商家再把肉串好放在羊尿里泡，以此来以假乱真欺骗顾客。听老师这么一说，我顿时觉得恶心极了，并后悔平时不应该那么嘴馋，吃这些假羊肉串。</w:t>
      </w:r>
      <w:r>
        <w:rPr>
          <w:lang w:eastAsia="zh-CN"/>
        </w:rPr>
        <w:br/>
      </w:r>
      <w:r>
        <w:rPr>
          <w:lang w:eastAsia="zh-CN"/>
        </w:rPr>
        <w:t>　　肉夹馍也是我平时经常吃的早餐了。每天早上，爸爸都会去路口给我和妈妈买上两个肉夹馍当早饭吃。可是谁知道肉夹馍也不是放心早餐，原来肉夹馍里的肉都是用一些死猪肉做成的`这些黑心小贩们这样对待顾客，他们的良心就不会受到谴责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类似于这样的食品安全问题还有很多很多，比如:喜宴上常用的海参都是添加了各种有毒的化工原料;米线为了增加口感和弹性，放入了一些工业胶;麻辣烫里的蔬菜从不清洗，商贩们怕顾客吃了会拉肚子，都提前在汤里放入了拉肚子药;臭豆腐放在粪便里泡上一段时间;一些炸串用的竹签，基本上都是在马路上捡来的，不经过任何消毒就再次利用……这些不法小贩们为了获取高额利润，不惜伤害顾客的身体，他们的这种行为就是在犯罪啊!校食堂食品安全工作综合素质。</w:t>
      </w:r>
      <w:r>
        <w:rPr>
          <w:lang w:eastAsia="zh-CN"/>
        </w:rPr>
        <w:br/>
      </w:r>
      <w:r>
        <w:rPr>
          <w:lang w:eastAsia="zh-CN"/>
        </w:rPr>
        <w:t>　　2、抓好食品安全的宣传教育，在师生。食堂从业人员中，广泛开展《食品安全法》的学习，通过小手拉大手。一个学生带动一个家庭，一个家庭带动一个社区，从而带动整个社会，使之全民认识食品安全工作的重要性。迫切性，提高食品安全意识。</w:t>
      </w:r>
      <w:r>
        <w:rPr>
          <w:lang w:eastAsia="zh-CN"/>
        </w:rPr>
        <w:br/>
      </w:r>
      <w:r>
        <w:rPr>
          <w:lang w:eastAsia="zh-CN"/>
        </w:rPr>
        <w:t>　　3、抓好食堂饮食安全管理，严把食品采购关，切断食源性污染和疾病的发生，大宗食品定点采购，严格索证，建好台账，严禁采购散装调味品，做好蔬菜农药残留检测，不符合要求的蔬菜，严禁进入校园，加强食用油。禽畜肉等的检查，确保安全;加强从业人员卫生安全教育，规范食品加工销售过程管理，以保证食品卫生安全。民以食为天，食以安为先，我们将积极行动，落实〝全市食品安全专题培训〞会议精神，切实抓好学校食品安全管理，保证广大学生饮食安全。</w:t>
      </w:r>
      <w:r>
        <w:rPr>
          <w:lang w:eastAsia="zh-CN"/>
        </w:rPr>
        <w:br/>
      </w:r>
      <w:r>
        <w:rPr>
          <w:lang w:eastAsia="zh-CN"/>
        </w:rPr>
        <w:t xml:space="preserve">    2024食品安全心得体会600字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食品安全文化是大部分企业都在推行的一个重点文化宣传工作，作为食品行业更加应该做好食品安全的工作，让我们的消费者买的放心吃得安心，针对食品安全行为公司特意制作了一份学习案列给我们学习，针对案列中的行为让我有了深深的体会。</w:t>
      </w:r>
      <w:r>
        <w:rPr>
          <w:lang w:eastAsia="zh-CN"/>
        </w:rPr>
        <w:br/>
      </w:r>
      <w:r>
        <w:rPr>
          <w:lang w:eastAsia="zh-CN"/>
        </w:rPr>
        <w:t>　　我们作为行政部门虽然不比生产部门的人直接接触到食品，但是对食品安全行为一样的不能忽视，只要作为一名食品行业的员工，不论在哪个岗位都要把食品安全放在第一位，只要这样才能做一个合格的食品行业员工。</w:t>
      </w:r>
      <w:r>
        <w:rPr>
          <w:lang w:eastAsia="zh-CN"/>
        </w:rPr>
        <w:br/>
      </w:r>
      <w:r>
        <w:rPr>
          <w:lang w:eastAsia="zh-CN"/>
        </w:rPr>
        <w:t>　　针对案列中的洗手案列，其实不管医院安装多少个洗手池，最主要的还是人的思想需进行改变，需要灌输洗手的理念给医院的所有人，而不是为了他们方便给他们每个房间里安装一个洗手池，如果一个不爱洗手的人你安装10个洗手池都是不会洗手的，一个爱干净爱洗手的人，不管洗手池距离他有多远他依然会朝着那个方向去洗手。同样的作为食品行业的我们，洗手对我们来说真的很重要，因为食品都是从我们每一个人手中生产出来的，这对食品安全真的太重要了，不仅关系到我们的个人卫生而且还关系到我们整个企业的名誉，所以作为食品行业的制造者们要改变思想，去掉消极懒惰思想，留存积极思想，让我们每个人都可以成为合格的食品安全制造者，制造出合格、安全、放心的产品，作为食品行业的行为榜样。</w:t>
      </w:r>
      <w:r>
        <w:rPr>
          <w:lang w:eastAsia="zh-CN"/>
        </w:rPr>
        <w:br/>
      </w:r>
      <w:r>
        <w:rPr>
          <w:lang w:eastAsia="zh-CN"/>
        </w:rPr>
        <w:t>　　针对工厂目前的状况，我个人建议：建立组织，制定各项食品卫生制度，加强内部卫生知识培训，增强企业全员的卫生意识，自觉遵守各项制度，规范消除生产过程中人为因素增强食品污染的机率，加强内部检查，落实各项制度及时发现食品安全隐患及时消除。</w:t>
      </w:r>
      <w:r>
        <w:rPr>
          <w:lang w:eastAsia="zh-CN"/>
        </w:rPr>
        <w:br/>
      </w:r>
      <w:r>
        <w:rPr>
          <w:lang w:eastAsia="zh-CN"/>
        </w:rPr>
        <w:t xml:space="preserve">    2024食品安全心得体会600字 篇8 </w:t>
      </w:r>
      <w:r>
        <w:rPr>
          <w:lang w:eastAsia="zh-CN"/>
        </w:rPr>
        <w:br/>
      </w:r>
      <w:r>
        <w:rPr>
          <w:lang w:eastAsia="zh-CN"/>
        </w:rPr>
        <w:t>　　一、普及公民食品安全知识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食品安全关系到人民群众身体健康和生命安全，只有普及公民食品安全知识，提高公民的食品安全意识，才能有效防范食品事故的发生，县一报两台要大力宣传食品安全知识，新闻媒体要开辟专栏，加大食品安全宣传力度，在人口密集的地方以及交通要道悬挂宣传标语，举办食品安全讲座、食品安全图展、发放明白纸，举办食品安全知识竟赛等群众喜闻乐见的形式，帮助群众解疑释惑，使食品安全深入人心，逐步形成群众理性消费观念，从而有效避免食品事故的发生。</w:t>
      </w:r>
      <w:r>
        <w:rPr>
          <w:lang w:eastAsia="zh-CN"/>
        </w:rPr>
        <w:br/>
      </w:r>
      <w:r>
        <w:rPr>
          <w:lang w:eastAsia="zh-CN"/>
        </w:rPr>
        <w:t>　　二 、培养食品从业人员的社会责任意识和职业道德意识</w:t>
      </w:r>
      <w:r>
        <w:rPr>
          <w:lang w:eastAsia="zh-CN"/>
        </w:rPr>
        <w:br/>
      </w:r>
      <w:r>
        <w:rPr>
          <w:lang w:eastAsia="zh-CN"/>
        </w:rPr>
        <w:t>　　正确引导食品从业人员树立良好的职业道德和社会责任意识，做到诚信守法，健全制度，规范经营，开展承诺服务，自觉接受消费者监督和执法部门监管。引导食品从业人员树立以诚信守法为荣，以欺诈违规为耻的经营理念，建立信用自律和风险防范制度，着力打造诚信企业，深入推进食品行业信用体系建设，促进食品安全状况根本好转。</w:t>
      </w:r>
      <w:r>
        <w:rPr>
          <w:lang w:eastAsia="zh-CN"/>
        </w:rPr>
        <w:br/>
      </w:r>
      <w:r>
        <w:rPr>
          <w:lang w:eastAsia="zh-CN"/>
        </w:rPr>
        <w:t>　　三、加大打击制售假昌伪劣食品力度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坚决取缔无卫生许可证，营业执照，食品生产许可证的非法生产加工黑窝点，严历打击制售假昌伪劣食品和回收食品生产加工食品，以及乱用滥用食品添加剂的违法行为，加大打击销售不合格食品、伪劣食品的力度。对违规生产经营的食品从业人员要严肃查处，严惩不贷，决不迁就姑息。在打黑、打非、打假中各执法部门要通力协作，紧密配合，联手出击，实行混合双打，部门联手，使不安全食品无藏身之地，从源头上杜绝食品事故的发生。</w:t>
      </w:r>
      <w:r>
        <w:rPr>
          <w:lang w:eastAsia="zh-CN"/>
        </w:rPr>
        <w:br/>
      </w:r>
      <w:r>
        <w:rPr>
          <w:lang w:eastAsia="zh-CN"/>
        </w:rPr>
        <w:t>　　四、完善食品安全监管监督机制</w:t>
      </w:r>
      <w:r>
        <w:rPr>
          <w:lang w:eastAsia="zh-CN"/>
        </w:rPr>
        <w:br/>
      </w:r>
      <w:r>
        <w:rPr>
          <w:lang w:eastAsia="zh-CN"/>
        </w:rPr>
        <w:t>　　食品安全涉及到千家万户,需要全方位监管，不仅要进一步完善行政执法监督，还要组织人大代表以法监督，政协委员民主监督，新闻媒体舆论监督，消费协会维权监督，人民群众社会监督，对食品安全工作进行跟踪监督，建立健全监督网络体系，营造人人关注食品安全氛围。通过完善监督机制，不断巩固食品安全整治成果。</w:t>
      </w:r>
      <w:r>
        <w:rPr>
          <w:lang w:eastAsia="zh-CN"/>
        </w:rPr>
        <w:br/>
      </w:r>
      <w:r>
        <w:rPr>
          <w:lang w:eastAsia="zh-CN"/>
        </w:rPr>
        <w:t>　　五、加强对食品安全工作的领导</w:t>
      </w:r>
      <w:r>
        <w:rPr>
          <w:lang w:eastAsia="zh-CN"/>
        </w:rPr>
        <w:br/>
      </w:r>
      <w:r>
        <w:rPr>
          <w:lang w:eastAsia="zh-CN"/>
        </w:rPr>
        <w:t>　　食品安全是一项复杂长期艰巨的任务，不可能一蹴而就，一劳永逸，必须要建立长效机制，切实加强对食品安全工作的领导，决不能开展整治时一阵风，整治过后一场空，对食品安全整治不求形式上的轰轰烈烈，但愿日长地久，要常抓不懈，县工商、质监、卫生、商务、农业等相关部门要整合人力资源，抽调精兵强将，成立专职机构，集中办公，各乡镇食品安全监管办公室要确定专人负责，做到定编定岗定员，确保食品安全工作顺利进行。</w:t>
      </w:r>
      <w:r>
        <w:rPr>
          <w:lang w:eastAsia="zh-CN"/>
        </w:rPr>
        <w:br/>
      </w:r>
      <w:r>
        <w:rPr>
          <w:lang w:eastAsia="zh-CN"/>
        </w:rPr>
        <w:t xml:space="preserve">    2024食品安全心得体会600字 篇9 </w:t>
      </w:r>
      <w:r>
        <w:rPr>
          <w:lang w:eastAsia="zh-CN"/>
        </w:rPr>
        <w:br/>
      </w:r>
      <w:r>
        <w:rPr>
          <w:lang w:eastAsia="zh-CN"/>
        </w:rPr>
        <w:t>　　“民以食为天，食以安为先”，食品安全问题关系到每个人的身体健康，牵动着每个人的神经。尽管它有如此大的重要性，但却屡禁不止，每年都有食品问题出现。应对这样的问题，我感觉很悲哀，人们对食品安全问题的态度不明确，不坚挺，导致这样的问题成出不穷，屡禁不止，值得我们深刻的反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谈到食品安全，那首先要明白什么是食品安全。简单的讲食品安全就是对人体健康，对生命安全，对食品的更高要求就是没有受到环境的污染。</w:t>
      </w:r>
      <w:r>
        <w:rPr>
          <w:lang w:eastAsia="zh-CN"/>
        </w:rPr>
        <w:br/>
      </w:r>
      <w:r>
        <w:rPr>
          <w:lang w:eastAsia="zh-CN"/>
        </w:rPr>
        <w:t>　　大家都明白食品质量安全关注的重点就是食品的污染对人类的健康、安全带来的威胁。作为一名中学生，我更深知学校食品安全的重要性。学校的食品安全问题关系到同学们的身体健康，在学校和社会齐抓共管的同时，同学们自我也要学会怎样辨别安全和卫生的食品。</w:t>
      </w:r>
      <w:r>
        <w:rPr>
          <w:lang w:eastAsia="zh-CN"/>
        </w:rPr>
        <w:br/>
      </w:r>
      <w:r>
        <w:rPr>
          <w:lang w:eastAsia="zh-CN"/>
        </w:rPr>
        <w:t>　　第一要明白的常识，不是含食品添加剂的食物就必须不安全不卫生，严格按照国家标准使用食品添加剂，是不会对人体健康产生影响的。主要是此刻一些不良食品生产销售商，超范围、超剂量使用食品添加剂，或使用工业级原料顶替食品添加剂的行为，将严重危害消费者的健康。比如苏丹红鸭蛋中国台湾食品中所含的塑化剂等等。</w:t>
      </w:r>
      <w:r>
        <w:rPr>
          <w:lang w:eastAsia="zh-CN"/>
        </w:rPr>
        <w:br/>
      </w:r>
      <w:r>
        <w:rPr>
          <w:lang w:eastAsia="zh-CN"/>
        </w:rPr>
        <w:t>　　第二食品在食用前必须要彻底清洁。生吃瓜果要洗净。瓜果蔬菜在生长过程中不仅仅会沾染病菌、病毒、寄生虫卵，还有残留的农药、杀虫剂等，如果不清洗干净，不仅仅可能染上疾病，还可能造成农药中毒。另外也要避免进食生鲜或未经彻底加热的鱼、虾、蟹和水生动植物，以防止未被加热杀死的细菌病毒寄生虫进入人体导致传染病发生。</w:t>
      </w:r>
      <w:r>
        <w:rPr>
          <w:lang w:eastAsia="zh-CN"/>
        </w:rPr>
        <w:br/>
      </w:r>
      <w:r>
        <w:rPr>
          <w:lang w:eastAsia="zh-CN"/>
        </w:rPr>
        <w:t>　　第三就是不要食用一些来路不明的动植物，不要认为野生的东西就是营养的，大家应当明白20__年非典，致命的冠状病毒可能来自于野生动物的果子狸，一些动植物体内本身包含天然毒素。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第四选择新鲜和安全的食品。购买食品时，要注意查看其感官性状，是否有腐败变质。尤其是对小食品，不要只看其花花绿绿的外表诱人，要查看其生产日期、保质期，是否有厂名、厂址、生产许可证号(QS号)等标识。不能买过期食品和没有厂名厂址的产品。否则，一旦出现质量问题无法追究。</w:t>
      </w:r>
      <w:r>
        <w:rPr>
          <w:lang w:eastAsia="zh-CN"/>
        </w:rPr>
        <w:br/>
      </w:r>
      <w:r>
        <w:rPr>
          <w:lang w:eastAsia="zh-CN"/>
        </w:rPr>
        <w:t>　　第五养成良好的卫生习惯。不到没有卫生许可证的小摊贩处购买食物。饮用贴合卫生要求的饮用水，最好是喝白开水。提倡体育锻炼，以增强机体免疫力，抵御病菌的侵袭。</w:t>
      </w:r>
      <w:r>
        <w:rPr>
          <w:lang w:eastAsia="zh-CN"/>
        </w:rPr>
        <w:br/>
      </w:r>
      <w:r>
        <w:rPr>
          <w:lang w:eastAsia="zh-CN"/>
        </w:rPr>
        <w:t>　　只要我们认识和了解食品安全知识，掌握一些预防方法，提高自我卫生意识，就能最大限度减少食物中毒的风险度，健康消费、科学消费、安全消费，保证我们的身体健康，食品安全的问题需要我们全社会的共同参与，履行起我们共同的职责，构建和谐健康的生活。</w:t>
      </w:r>
      <w:r>
        <w:rPr>
          <w:lang w:eastAsia="zh-CN"/>
        </w:rPr>
        <w:br/>
      </w:r>
      <w:r>
        <w:rPr>
          <w:lang w:eastAsia="zh-CN"/>
        </w:rPr>
        <w:t xml:space="preserve">    2024食品安全心得体会600字 篇10 </w:t>
      </w:r>
      <w:r>
        <w:rPr>
          <w:lang w:eastAsia="zh-CN"/>
        </w:rPr>
        <w:br/>
      </w:r>
      <w:r>
        <w:rPr>
          <w:lang w:eastAsia="zh-CN"/>
        </w:rPr>
        <w:t>　　严管食品药品安全，是为人民健康把关的迫切需要。在部署20__年重点工作任务时，政府工作报告提出，要完善监管体制机制，充实基层监管力量，夯实各方责任，坚持源头控制、产管并重、重典治乱，坚决把好人民群众饮食用药安全的每一道关口。</w:t>
      </w:r>
      <w:r>
        <w:rPr>
          <w:lang w:eastAsia="zh-CN"/>
        </w:rPr>
        <w:br/>
      </w:r>
      <w:r>
        <w:rPr>
          <w:lang w:eastAsia="zh-CN"/>
        </w:rPr>
        <w:t>　　法规制度是严管食品药品的监管依据和执法利器。完善监管机制必须注重相关法律法规的标准衔接，构筑相互支撑的规章体系。要不断完善对农产品、食品药品质量安全法规和相关实施条例的补充修订，力求立法的缜密与精细，规避法律“真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知己知彼，方能百战不殆。面对生产经营主体量大面广，质量安全的未知风险、人为风险、衍生风险交织共存的复杂情况，严管食品药品安全，必须构筑全方位、全天候、立体式的监控网络，尤其要完善将食品药品安全风险布控于未始，消灭于萌芽的预警与“发现”机制，布下安全监管的“千里眼”、“顺风耳”。</w:t>
      </w:r>
      <w:r>
        <w:rPr>
          <w:lang w:eastAsia="zh-CN"/>
        </w:rPr>
        <w:br/>
      </w:r>
      <w:r>
        <w:rPr>
          <w:lang w:eastAsia="zh-CN"/>
        </w:rPr>
        <w:t>　　这就要求以科技创新强化食品药品安全监管体系，充分发挥科学仪器和信息科技的协同创新优势，加快建设跨地区、跨部门和功能完善、覆盖乡村的食品药品安全信息平台，构建电子信息追溯系统、质量标识制度、信息化指挥平台、食品药品质量信用记录等，大力推动快速检测仪器的研制和产业化，构筑人防、技防、物防等综合发力的群防群治格局。</w:t>
      </w:r>
      <w:r>
        <w:rPr>
          <w:lang w:eastAsia="zh-CN"/>
        </w:rPr>
        <w:br/>
      </w:r>
      <w:r>
        <w:rPr>
          <w:lang w:eastAsia="zh-CN"/>
        </w:rPr>
        <w:t>　　完善监管体制机制，必须强化地方政府对食品药品安全负总责的责任体系，发挥其统筹部署和协调各方的作用，坚持源头控制，实施产管并重，认真把好生产、运输、贮藏、加工等每一道关口，决不放过任何细微末节。这就需要科学整合包括农业、工商、卫生、质检、食药监等政府部门在内的行政管理资源，既做到强化分工明确、各司其职、责任到人的阵地坚守，又要构筑相互协调、资源共享、统一高效的共管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食品药品安全是生产出来的，更是严管出来的。完善监管体制机制，就应当严格执法、重典治乱，提升经营者造假、制假、售假和执法者失职、失责、失察的违法违规成本。坚持“严”字当头、“实”处发力，坚持党政同责、标本兼治，实施最严谨的标准、最严格的监管、最严厉的处罚、最严肃的问责，完善监管体系，强化基层基础，不断提高食品药品安全监管能力、水平和效率。</w:t>
      </w:r>
      <w:r>
        <w:rPr>
          <w:lang w:eastAsia="zh-CN"/>
        </w:rPr>
        <w:br/>
      </w:r>
      <w:r>
        <w:rPr>
          <w:lang w:eastAsia="zh-CN"/>
        </w:rPr>
        <w:t xml:space="preserve">    2024食品安全心得体会600字 篇11 </w:t>
      </w:r>
      <w:r>
        <w:rPr>
          <w:lang w:eastAsia="zh-CN"/>
        </w:rPr>
        <w:br/>
      </w:r>
      <w:r>
        <w:rPr>
          <w:lang w:eastAsia="zh-CN"/>
        </w:rPr>
        <w:t>　　现在社会经济发展了，人们的生活水平在不断提高，超市里的商品琳琅满目，让人挑花了眼。那一天中午，妈妈不再家，我到超市买东西吃。挑了一包“统一”方便面，回到家煮着吃了，觉得味道不错，正准备把方便面的牌子记下来，下次再去买这种方便面的时候，突然肚子就绞痛起来。痛得头昏眼花，实在忍受不住了，我只得给妈妈打了电话，妈妈回来赶紧把我送到医院。</w:t>
      </w:r>
      <w:r>
        <w:rPr>
          <w:lang w:eastAsia="zh-CN"/>
        </w:rPr>
        <w:br/>
      </w:r>
      <w:r>
        <w:rPr>
          <w:lang w:eastAsia="zh-CN"/>
        </w:rPr>
        <w:t>　　医生诊断说，是吃了变质的食品。打了点滴，吃了药，肚子这才好受了些。回到家，拿起方便面的包装袋一看，啊?原来已经过了保质期了。我一方面气愤超市竟然把过期的食品摆在货架上，一方面后悔自己为什么买东西的时候不先看看生产日期呢。在学校开展的“关注食品安全，共创健康美好生活”主题活动中，我了解到更多的事例：</w:t>
      </w:r>
      <w:r>
        <w:rPr>
          <w:lang w:eastAsia="zh-CN"/>
        </w:rPr>
        <w:br/>
      </w:r>
      <w:r>
        <w:rPr>
          <w:lang w:eastAsia="zh-CN"/>
        </w:rPr>
        <w:t>　　广州出现大头婴儿是因为长期食用劣质奶粉才发病的。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奶粉包装精美，上面标明“强化铁、锌、钙及维生素ad，添加免疫球蛋白、DNA，容易被宝宝消化及吸收，0至10个月婴儿适用”。调查结果显示，各方面都达不到要求。“旭明”牌龙口粉丝，在包装纸上赫然写明了“无公害农产品”的字样，配料说明上也注明了豌豆、淀粉的成分。谁知道却是用农用碳酸氢铵化肥提取下脚料淀粉，添加增白剂的手法做出来的'。记者暗访“凤爪”生产作坊，刚走进大门，一排油光滑亮的鸡鸭凤翅呈现在眼前，只见作坊里面却乌黑不堪，污水横流，潮湿的空气中，散发着异味。众多的事例让我认识到，食品安全真的很重要。</w:t>
      </w:r>
      <w:r>
        <w:rPr>
          <w:lang w:eastAsia="zh-CN"/>
        </w:rPr>
        <w:br/>
      </w:r>
      <w:r>
        <w:rPr>
          <w:lang w:eastAsia="zh-CN"/>
        </w:rPr>
        <w:t>　　如果我那天吃的不是变质食品，而是有毒食品，不知道会有什么样的结果啊。</w:t>
      </w:r>
      <w:r>
        <w:rPr>
          <w:lang w:eastAsia="zh-CN"/>
        </w:rPr>
        <w:br/>
      </w:r>
      <w:r>
        <w:rPr>
          <w:lang w:eastAsia="zh-CN"/>
        </w:rPr>
        <w:t xml:space="preserve">    2024食品安全心得体会600字 篇12 </w:t>
      </w:r>
      <w:r>
        <w:rPr>
          <w:lang w:eastAsia="zh-CN"/>
        </w:rPr>
        <w:br/>
      </w:r>
      <w:r>
        <w:rPr>
          <w:lang w:eastAsia="zh-CN"/>
        </w:rPr>
        <w:t>　　在街上，在饭店，酒店里都有足够的食物给你吃，但许多人都没有注意食品安全。</w:t>
      </w:r>
      <w:r>
        <w:rPr>
          <w:lang w:eastAsia="zh-CN"/>
        </w:rPr>
        <w:br/>
      </w:r>
      <w:r>
        <w:rPr>
          <w:lang w:eastAsia="zh-CN"/>
        </w:rPr>
        <w:t>　　有些人在那暴饮暴食就出现了许多食品安全的问题，比如食品相克的道理：番茄不能与虾一起吃，土豆不能与鸡蛋一起吃等例子，否则会引起食物相克。暴饮暴食就会让你不知不觉就食物中毒，所以吃的时候要注意食品相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食品安全中，有许多要注意。第一是少吃垃圾食品，第二是注意食品相克，第三不要吃过期食品。有人可能会说：“这个我们都知道，还用说吗?”我会肯定回答：“必须注意!”因为我有经历，有次我在校园里早餐吃了糯米饭后，又喝了牛奶结果回到教室里便肚子痛，跑到厕所里去了,而且我们班的人也有一大堆跑进厕所，我便觉得牛奶和糯米饭是不是有相克问题。星期天我吃了一个饭团喝了一杯牛奶，总觉得应该没事，可到了晚上我在寝室翻来覆去，怎么也睡不着。于是我闭上眼睛突然肚子很痛，还在一直“咕咕”叫。后来，我凌晨四五点睡着，早上起床十分困，叠被子都有气无力。然后我到盥洗室刷牙，突然一阵恶心，吐了!然后晕晕沉沉，去了医务室，发烧了，还被送去医院。所以说要重视食品安全。</w:t>
      </w:r>
      <w:r>
        <w:rPr>
          <w:lang w:eastAsia="zh-CN"/>
        </w:rPr>
        <w:br/>
      </w:r>
      <w:r>
        <w:rPr>
          <w:lang w:eastAsia="zh-CN"/>
        </w:rPr>
        <w:t>　　垃圾食品大家都知道：KFC、方便面、碳酸饮料等各种零食都是，要尽量少吃。还有街上的小吃，大多数用的油都是地沟油，吃了让人拉肚子。</w:t>
      </w:r>
      <w:r>
        <w:rPr>
          <w:lang w:eastAsia="zh-CN"/>
        </w:rPr>
        <w:br/>
      </w:r>
      <w:r>
        <w:rPr>
          <w:lang w:eastAsia="zh-CN"/>
        </w:rPr>
        <w:t>　　食品安全，人人有责。我们每个人都应该要注意食品安全，免遭“危机”。</w:t>
      </w:r>
      <w:r>
        <w:rPr>
          <w:lang w:eastAsia="zh-CN"/>
        </w:rPr>
        <w:br/>
      </w:r>
      <w:r>
        <w:rPr>
          <w:lang w:eastAsia="zh-CN"/>
        </w:rPr>
        <w:t xml:space="preserve">    2024食品安全心得体会600字 篇13 </w:t>
      </w:r>
      <w:r>
        <w:rPr>
          <w:lang w:eastAsia="zh-CN"/>
        </w:rPr>
        <w:br/>
      </w:r>
      <w:r>
        <w:rPr>
          <w:lang w:eastAsia="zh-CN"/>
        </w:rPr>
        <w:t>　　民以食为天，食品安全就是天大的事，它影响着人身体的健康，关乎着人的性命。</w:t>
      </w:r>
      <w:r>
        <w:rPr>
          <w:lang w:eastAsia="zh-CN"/>
        </w:rPr>
        <w:br/>
      </w:r>
      <w:r>
        <w:rPr>
          <w:lang w:eastAsia="zh-CN"/>
        </w:rPr>
        <w:t>　　电视上的播出，报纸上的报料，揭发着一个个令人目瞪口呆的真相：那杯使我们馋言欲滴的珍珠奶茶，竟是从不堪入目的地下工厂里加工出来的;那颗红彤彤的枣子，居然是青色的冬枣在药水中泡过而变色成的。最近闹得全国沸沸扬扬、家喻户晓的三鹿奶粉，搞得人心惶惶。</w:t>
      </w:r>
      <w:r>
        <w:rPr>
          <w:lang w:eastAsia="zh-CN"/>
        </w:rPr>
        <w:br/>
      </w:r>
      <w:r>
        <w:rPr>
          <w:lang w:eastAsia="zh-CN"/>
        </w:rPr>
        <w:t>　　我们如何相信天天吃的食物是安全的?</w:t>
      </w:r>
      <w:r>
        <w:rPr>
          <w:lang w:eastAsia="zh-CN"/>
        </w:rPr>
        <w:br/>
      </w:r>
      <w:r>
        <w:rPr>
          <w:lang w:eastAsia="zh-CN"/>
        </w:rPr>
        <w:t>　　过去小学的时候，上学、放学路上我总是被小摊上那香气扑鼻的烧烤、无骨鸡柳、臭豆腐所吸引。这些琳琅满目的食品，惹得我口水流下三千尺，可又不知道是否有害健康，只能望而却步，咽下口中的口水，不得不远离这些诱惑。然而我真的不想吃吗?绝对不是，归根结底还是食品安全问题使我形成怀疑，因而在好吃与安全之间，我迷茫了。</w:t>
      </w:r>
      <w:r>
        <w:rPr>
          <w:lang w:eastAsia="zh-CN"/>
        </w:rPr>
        <w:br/>
      </w:r>
    </w:p>
    <w:p w:rsidR="001B1F19" w14:textId="27C3F48A">
      <w:pPr>
        <w:rPr>
          <w:rFonts w:hint="eastAsia"/>
          <w:lang w:eastAsia="zh-CN"/>
        </w:rPr>
      </w:pPr>
      <w:r>
        <w:rPr>
          <w:lang w:eastAsia="zh-CN"/>
        </w:rPr>
        <w:t>　　就像三鹿奶粉事件的发生，伊利、蒙牛等多家奶企业的奶制品被查出含有三聚氰胺，市场上奶制品的销售量急剧下降，民众对各大品牌的奶制品作出了质疑，许多新生儿父母都不知给孩子选择哪种品牌的奶粉了!</w:t>
      </w:r>
      <w:r>
        <w:rPr>
          <w:lang w:eastAsia="zh-CN"/>
        </w:rPr>
        <w:br/>
      </w:r>
      <w:r>
        <w:rPr>
          <w:lang w:eastAsia="zh-CN"/>
        </w:rPr>
        <w:t>　　按理说，食品安全是理所当然的。但现在谁能保证什么食品是安全的呢?食品安全不该是重印保质期就能蒙混过关，昧着良心赚黑钱，拿人民的健康当赌注!</w:t>
      </w:r>
      <w:r>
        <w:rPr>
          <w:lang w:eastAsia="zh-CN"/>
        </w:rPr>
        <w:br/>
      </w:r>
      <w:r>
        <w:rPr>
          <w:lang w:eastAsia="zh-CN"/>
        </w:rPr>
        <w:t>　　食品的安全再度敲响警钟，有关部门应该更加重视食品安全的问题。加强食品安全，提高食品卫生监督检验能力，及时发现隐患，防患于未然，是摆在有关部门面前的紧迫任务!</w:t>
      </w:r>
      <w:r>
        <w:rPr>
          <w:lang w:eastAsia="zh-CN"/>
        </w:rPr>
        <w:br/>
      </w:r>
      <w:r>
        <w:rPr>
          <w:lang w:eastAsia="zh-CN"/>
        </w:rPr>
        <w:t>　　安全食品何处寻?愿垃圾食品远离我们的身边，让健康食品与我们相伴让食品安全处处寻!</w:t>
      </w:r>
      <w:r>
        <w:rPr>
          <w:lang w:eastAsia="zh-CN"/>
        </w:rPr>
        <w:br/>
      </w:r>
      <w:r>
        <w:rPr>
          <w:lang w:eastAsia="zh-CN"/>
        </w:rPr>
        <w:t xml:space="preserve">    2024食品安全心得体会600字 篇14 </w:t>
      </w:r>
      <w:r>
        <w:rPr>
          <w:lang w:eastAsia="zh-CN"/>
        </w:rPr>
        <w:br/>
      </w:r>
      <w:r>
        <w:rPr>
          <w:lang w:eastAsia="zh-CN"/>
        </w:rPr>
        <w:t>　　我们都知道，也在电视或者报纸上看见过不少对食品安全问题的报道，真是让人感到心寒，为什么在社会上有那么多的危害人体健康的食品呢?其责任就在于我们自己。因为我们没有把自己管好，让利益熏坏了我们的良知，我没有能力消除那些危害人类的食品，但我可以为此出一份计策，好让那些生产销售危害食品的人从中看到自己的良知，洗心革命。</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https://d.book118.com/518113077005006045</w:t>
        </w:r>
      </w:hyperlink>
    </w:p>
    <w:p w:rsidR="001B1F19">
      <w:pPr>
        <w:rPr>
          <w:rFonts w:hint="eastAsia"/>
          <w:lang w:eastAsia="zh-CN"/>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1811307700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