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柴静看见读书心得体会（33篇）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柴静看见读书心得体会（精选33篇）</w:t>
      </w:r>
      <w:r>
        <w:rPr>
          <w:lang w:eastAsia="zh-CN"/>
        </w:rPr>
        <w:br/>
      </w:r>
      <w:r>
        <w:rPr>
          <w:lang w:eastAsia="zh-CN"/>
        </w:rPr>
        <w:t xml:space="preserve">    柴静看见读书心得体会 篇1 </w:t>
      </w:r>
      <w:r>
        <w:rPr>
          <w:lang w:eastAsia="zh-CN"/>
        </w:rPr>
        <w:br/>
      </w:r>
      <w:r>
        <w:rPr>
          <w:lang w:eastAsia="zh-CN"/>
        </w:rPr>
        <w:t>　　除了不断刷新朋友圈里那些喧闹浮夸的文字，另一种选择是泡上一杯茶，用难得清闲的时光和清醒的头脑静静一读这篇曾触动许多人的文章。初次接触《看见》是在微信上看到的一篇文章&amp;&amp;《当你在为生存而挣扎的时候，咱们就是平等的》，也是这篇文章使我记住了柴静这个名字，也使我有进一步了解她的欲望，而《看见》使我得以满足，既认识了柴静也成长了自己。</w:t>
      </w:r>
      <w:r>
        <w:rPr>
          <w:lang w:eastAsia="zh-CN"/>
        </w:rPr>
        <w:br/>
      </w:r>
      <w:r>
        <w:rPr>
          <w:lang w:eastAsia="zh-CN"/>
        </w:rPr>
        <w:t>　　《看见》是知名记者、主持人柴静讲述自己在央视十年历程的自传性作品，既是柴静个人的成长告白书，某种程度上也可视作中国社会十年变迁的备忘录。书的封面是柴静采访中的照片，几位满脸皱纹的老农笑着围坐在一起，一个小朋友也毫不怯场地在大家面前玩耍。在农村，能让老人和小孩如此放松地出现在镜头前，那绝不是容易的事情。翻过来，在柴静的简介里，寥寥几句话写完了她的工作经历。不像许多名人出书，在简介里写满各类荣誉、头衔。通过这就给人以平凡有爱、简单真实的形象。</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最浅层的，通过读《看见》确实看见了很多新闻采访背后的故事。她尽可能诚实地描述每一个事件、每一个事件背后的人。使我们了解到社会最隐私角落里的一些事，一些值得我们关注和反思的事。就不一一列举了。通过这些人和事我们可以身临其境地感受当事人的情感，体会事件的本质，这都缘于柴静的真实，以及由心而发的热情和关怀。她关注的不是新闻，而是新闻中的人。无论是擦去失去表姐的痛苦小男孩的眼泪，还是要求地震中失去孩子的父亲不要喝酒吸烟以准备再次怀孕虽然看起来违背新闻人的职业准则，但却是对一个正常人情感的回归。因为从理智角度看，报道事件本身不能植入个人情感，否则就失去了事件本身的客观性，但从情感角度，不带任何感情色彩只是冰冷的事件，唯有用理智的头脑和一颗带有感情的心才能看到世界的真实。情不自禁为故事角色痛心或愉悦，这就是柴静。</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而透过事件，我们站在柴静的角度看这本书，我们会看到一个人不断成长的经历。从刚进新闻界的高度自我肯定到遭遇挫折，再到重新审视自己找到定位。从早期的青涩、懵懂、不接地气到后来的自省、观察和沉淀。她用最朴实的文字记录了自己的青涩、困惑，坚持和成长。书中的记录不是简单的叙述，它融合了自己对每件事件中所反映出的问题的思考，对人性的探究和对自己、对记者职业职责的不断思索。柴静对于记者职业的热情和对自我不断打破再纠正的态度令人感动。我们需要的就是这种态度和精神，虽然我们的工作不是记者，我们也要有这种对工作、对职业始终保持热情的心态。对于自身的缺憾不足要敢于自我打破，审视自己矫枉过正。生活里怎样是你的事，上了节目就不能有这个。因为我们都一样是普通人，会犯错、会惶恐、会困惑，只有由内心而发的热情才是坚持的支柱。不断的自省和思考使我们学会去回归生活，去认识而不是去指责批判。</w:t>
      </w:r>
      <w:r>
        <w:rPr>
          <w:lang w:eastAsia="zh-CN"/>
        </w:rPr>
        <w:br/>
      </w:r>
      <w:r>
        <w:rPr>
          <w:lang w:eastAsia="zh-CN"/>
        </w:rPr>
        <w:t>　　从更深层次的阅读这本书，我看到了什么是韧劲儿，它是对自己要求的坚守。不断相信，不断怀疑，不断幻想，不断摧毁，不断重建，为的只是避免成为偏见或附庸。柴静是一个追求精确、追求深度的人。当然这也是在她不断成长中所养成的，在她刚进入央视时同样惨败过。她做的第一期节目是关于剖腹产话题，采访录了三十分钟，谈完剖腹产怎么不好就结束了。结果送审后被公开批评你告诉人们剖腹产是错误的，自然生产如何好，这只是一个知识层面，你深下去没有?谁有权利决定剖腹产?医生和家属，怎么决定?这是一个医疗体制的问题，还有没有比这个更深的层面?如果你认为人们选择剖腹产是错误的观点，那么这个观点是如何传播的?人们为什么会相信它?一个新闻事实至少可以深入到知识、行业、社会三个不同层面，你找了几个层面?同样我们在对待工作，处理事情时有没有想过更深层面?是不是只考虑眼前而不顾长远?处理事情是不是差不多就行了?这是我们需要深刻自省的。真相往往就在于毫米之间。把一杯水从桌上端到嘴边并不吃力，把它精确地移动一毫米却要花更多的时间和更多气力。精确是一件笨重的事。人与人的差别就是从细微处开始的，多想一点，做好一点，终究造就不平凡!</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看见》是一本讲故事的书，但在书中我看见更多的是关于人生的感悟，对世界的觉悟，以及如何对待工作，对待周围的人和事。最令人深思的是死亡不可怕，最可怕的是无意识，那才相当于死。就像叶子从痛苦的蜷缩中要用力舒展一样，人也要从不假思索的蒙昧里挣脱，这才是活着。</w:t>
      </w:r>
      <w:r>
        <w:rPr>
          <w:lang w:eastAsia="zh-CN"/>
        </w:rPr>
        <w:br/>
      </w:r>
      <w:r>
        <w:rPr>
          <w:lang w:eastAsia="zh-CN"/>
        </w:rPr>
        <w:t>　　《看见》。这是一本震撼人心，使人共鸣的书。没有装饰，没有点缀，阖上这本书仍然可以身临其境地感受当事人的情感，体味事件的本质，感悟人生的真谛，任复杂的情感与感动静静流淌。</w:t>
      </w:r>
      <w:r>
        <w:rPr>
          <w:lang w:eastAsia="zh-CN"/>
        </w:rPr>
        <w:br/>
      </w:r>
      <w:r>
        <w:rPr>
          <w:lang w:eastAsia="zh-CN"/>
        </w:rPr>
        <w:t xml:space="preserve">    柴静看见读书心得体会 篇2 </w:t>
      </w:r>
      <w:r>
        <w:rPr>
          <w:lang w:eastAsia="zh-CN"/>
        </w:rPr>
        <w:br/>
      </w:r>
      <w:r>
        <w:rPr>
          <w:lang w:eastAsia="zh-CN"/>
        </w:rPr>
        <w:t>　　决定写文的那一天，我看着书目发呆。的确，我只是个肤浅的喜好文字的人，喜欢看安意如写的那些诗情画意的词赏析，喜欢在那些词藻中遐想，然后说说那些我认为的人生哲理，偶尔发发感慨，既没有多少深度，也缺乏足够的思考，纯属的自娱。书目上的每一本书，按理说，都是我望而止步的，看着书名，我就能想象到一个夫子在我面前讲书的情景了，所以选择柴静，除了因为知道她是个让人敬仰的记者，更多的，只能说是天意吧!</w:t>
      </w:r>
      <w:r>
        <w:rPr>
          <w:lang w:eastAsia="zh-CN"/>
        </w:rPr>
        <w:br/>
      </w:r>
      <w:r>
        <w:rPr>
          <w:lang w:eastAsia="zh-CN"/>
        </w:rPr>
        <w:t>　　匆匆下载了电子书，放在手机里便没有再管了，直到前些天的晚上热的睡不着了，才带着些许催眠的心里看起来了。可谁知，这一看，就是整整一夜，有笑有哭，有无奈，有欣慰，我不想说我喜欢上了这本书，只想说，作为一个读者，我很完全的演绎了这本书的心情，不是因为别的，只因为作者的每一句话，都写到了人心里最柔软的部分，故而，在这深夜，我看着你的《看见》，流露出了人性最真实最本能的心情。</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看这本书的开头的时候，我一直觉得柴静就是一个十足的感性的人，她似乎不是记者，不是新闻事件的挖掘人，她只是个观众，一个有权利和当事人见面并责问他们的观众，她看着非典病人会流泪，面对恶人会咄咄逼人的责问，她有自己的评判标准，在镜头前控制不住自己的情感，有意无意的透露自己的感官认识，甚至引导观众的评判观，用自我感觉渲染电视机前的所有观众，那个时候的她好亲切，好像和我总是统一战线，她恨我恨，她哭我哭，她笑我笑，我的脸上好像一直都是她的表情，生动的表情。可是慢慢的，她变了，看似短短的几章她就慢慢的变了，但是我知道，真正去体验这个变的过程的柴静，其中的痛苦和艰辛，用文字是写不出来的。她慢慢的像一个记者了，虽然自己依旧独自的感性着，但是能用理性去告诉别人一个事实。少了一丝敢爱敢恨的直言责问，多了一些理性的陈述和成熟的选择，她能忍了，甚至可以做到没有任何表情，可以握紧了拳头收起拼命想伸出的双手，但是她的文字依旧透露着她的心情，一字一句里依旧撞击着我的心，不能平静，深夜里，我丝毫没有睡意。</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说完了人，再来看看这些事。首先，请原谅我不能对每件事深深的研读。这本书，里面大概有二十几章，讲了多多少少几十个故事，每个故事又有每一个故事可以透露出的信息和存在的价值，这个，我相信每一个读者都有自己的见解，都可以读出你们所处阶段的所能读出的深意，我再多说其实也是无意。我匆匆的读完这本书，从中得到的最大收获不是从哪件事中看见了什么哲理，也不是哪件事触动了我的心，毕竟，我只是粗读，我的收获是从一件件事中，看见了一个人的成长和成熟，在一个职业中慢慢的成熟，心态慢慢的成熟，深度慢慢变沉，让我这个大学生，真真切切的认识了什么才是成熟，什么才叫成长。</w:t>
      </w:r>
      <w:r>
        <w:rPr>
          <w:lang w:eastAsia="zh-CN"/>
        </w:rPr>
        <w:br/>
      </w:r>
      <w:r>
        <w:rPr>
          <w:lang w:eastAsia="zh-CN"/>
        </w:rPr>
        <w:t>　　柴静到新闻调查的前半段，全国的非典事件，初中生集体自杀事件，警察包庇弟弟等等的事件，全部是一气呵成的写完，留给我的只是自己去思考和自己去感悟，可是慢慢地，到后来的两会，山西煤矿，虐猫视频等等，我看到的是越来越多的作者对事件的思考和深究，似乎是慢慢从一个旁观者的角度转到了人物当中，并且对于事件中每一个人都有独特的见解和评论，这让我看见了文章开头陈虹所说的记者应该有的一种欲望，那是对于新闻的欲望，对事件剖析的一种欲望，是记者应该具备的素质。到再后来的时候，很多作者以反问的手法写出来的句子，我已是不能很明白了，不能参透其中的深意，说白了，就是柴静能够到达的深度，对于我来说已经太深了，我不曾经历过这些，甚至不曾经历过什么，人生阅历尚不足以与人媲美，那么我所能参透的东西，当然也可见一般了。不过可以确定的是，我知道，她在成长，她的字里行间开始透露出成熟的气息，不一样的是，这种成熟里，我还能看见有一种叫活力的东西。</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关掉书本，看看周围的人，我只能说这么一句话：许多人所谓的成熟，不过是被习俗磨去了棱角，变得世故而实际了。那不是成熟，而是精神的早衰和个性的灭亡。真正的成熟应当是独特个性的形成，真实自我的发现，精神上的结果和丰收。现在，越来越多的大学生把世故当成熟，把死寂当沉稳，完完全全进入了一个成熟打造的误区。像大人一样世故而实际，对于青春而年少时遇到的一切机遇轻易放弃，不再会疯狂，不再会拼搏，不再有挥洒热汗热泪的感觉，那不叫变成熟，那顶多只能算会模仿。社会上，越来越多的模仿秀在上演，越来越多的孩子开始早熟，这是一种悲哀，一种全社会的悲哀。当你听到，电视机里一个17、8岁的少年对着全国观众说长的漂亮的人，才有青春时，我知道很多同龄的孩子会笑，但是，更可悲的是，笑完了之后，我看见了一个个人的沉默，看见他们从内心深处发出一种迷茫的无奈，从眼睛里看着，那种感觉，一览无遗。也许是我本性就透着些许的悲观，所以我敏感于任何悲伤的情绪，甚至可能会自动的夸大一些悲伤的情绪，但是，无论怎样，我看的出来，周围越来越多和我一样大的孩子，慢慢走向成熟的误区，慢慢淹没了，原本属于他们的青春。对此，我无能为力。因为，如果不是看见了这本书，我会和他们一样，把世故当成熟，将成熟进行到底。</w:t>
      </w:r>
      <w:r>
        <w:rPr>
          <w:lang w:eastAsia="zh-CN"/>
        </w:rPr>
        <w:br/>
      </w:r>
      <w:r>
        <w:rPr>
          <w:lang w:eastAsia="zh-CN"/>
        </w:rPr>
        <w:t>　　是夜，我看着你的看见，终于看到了即将出现的黎明。也许，现在的我不能完全看透，但是柴静，但是这本书，他们就像一个向导，为我指了通向黎明的道路。所谓成熟，是发现自我，超越自我，展现独特自我却不孤立自我的一种表现，在成熟这段道路上，还有很多路，需要我们自己去铺。</w:t>
      </w:r>
      <w:r>
        <w:rPr>
          <w:lang w:eastAsia="zh-CN"/>
        </w:rPr>
        <w:br/>
      </w:r>
      <w:r>
        <w:rPr>
          <w:lang w:eastAsia="zh-CN"/>
        </w:rPr>
        <w:t xml:space="preserve">    柴静看见读书心得体会 篇3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这几天下班回家看见女儿在看柴静的《看见》，兴趣使然，我便与她一起读了这本书。原先对柴静的节目并不怎么关注，但看了这本书之后，我真心赞叹这位姑娘敢于探寻真相的执着和勇气。其实我本不该称呼她为姑娘，因为柴静与我同年生，她经历的中国社会变迁与我经历的是完全一样的。这本书中，有非典、汶川地震以及北京奥运这样轰动中国的大事件，也有讲述平凡个体的小故事。柴静白描式的娓娓道来，也一点一点牵起了我的回忆，仿佛我也回到起点，从小姑娘到中年妇女重新走了一遭。所以我更愿意称其为小姑娘，来体会这位央视名记者的成长历程。</w:t>
      </w:r>
      <w:r>
        <w:rPr>
          <w:lang w:eastAsia="zh-CN"/>
        </w:rPr>
        <w:br/>
      </w:r>
      <w:r>
        <w:rPr>
          <w:lang w:eastAsia="zh-CN"/>
        </w:rPr>
        <w:t>　　刚进央视的时候，她还是个有楞有角的小姑娘，她知道自己能到达的高度。为了得到自己想要的答案，她可以微笑着向被采访者抛出尖锐的问题，把人家堵到墙角，像一把匕首一样剥出真相。</w:t>
      </w:r>
      <w:r>
        <w:rPr>
          <w:lang w:eastAsia="zh-CN"/>
        </w:rPr>
        <w:br/>
      </w:r>
      <w:r>
        <w:rPr>
          <w:lang w:eastAsia="zh-CN"/>
        </w:rPr>
        <w:t>　　在采访完踩猫女那期节目后，她开始意识到采访的意义不在于批判坏人，歌颂好人，而在于给每个人平等地诉说自己的权利。看似应该遭到唾弃的人也有自己的无奈，也值得悲悯，我们要做的只是充分的理解，而不是冲动得一刀把好人和坏人切开。</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做唐山地震三十年的报道，她明白了，记者要冷静客观，现在早过了媒体提供观点让别人读的年代，媒体应该做的只是提供信息，而把是非对错的判断留给自己。别总想着要比大众更有深度地思考问题，不管你的第二落点多漂亮，有一个简单疑问总是绕不过去的，那就是真的，还是假的?我认为这样很好，中国人不善于表达自己的观点，是因为怕自己的观点被别人觉得肤浅或可笑，所以总喜欢搜索别人的应该是正确的观点。这样下去，中国的下一代会丧失自己思考的能力。</w:t>
      </w:r>
      <w:r>
        <w:rPr>
          <w:lang w:eastAsia="zh-CN"/>
        </w:rPr>
        <w:br/>
      </w:r>
      <w:r>
        <w:rPr>
          <w:lang w:eastAsia="zh-CN"/>
        </w:rPr>
        <w:t>　　做5&amp;12汶川地震专题，柴静早已不是那个急功近利的小姑娘了。她第一次尝试没有策划案，没有主题方向，什么都不知道的拍摄。摄像机往幸存者家门口一架，什么问题也不想，她索性与灾区人民一起生活了起来。无需刻意选材，生活自然地从片子里流淌出来，有悲伤，有同情，有鼓舞，有感动，个中滋味，由着观众自己体会，因为，真实自有万钧之力。</w:t>
      </w:r>
      <w:r>
        <w:rPr>
          <w:lang w:eastAsia="zh-CN"/>
        </w:rPr>
        <w:br/>
      </w:r>
      <w:r>
        <w:rPr>
          <w:lang w:eastAsia="zh-CN"/>
        </w:rPr>
        <w:t>　　采访，不仅是工作，更是人与人的往来。在十年的问与答中，柴静记录下淹没在宏大叙事中的动人细节，为时代留下私人的注脚。正是透过这些注脚，我们才得以真正地看见。</w:t>
      </w:r>
      <w:r>
        <w:rPr>
          <w:lang w:eastAsia="zh-CN"/>
        </w:rPr>
        <w:br/>
      </w:r>
      <w:r>
        <w:rPr>
          <w:lang w:eastAsia="zh-CN"/>
        </w:rPr>
        <w:t xml:space="preserve">    柴静看见读书心得体会 篇4 </w:t>
      </w:r>
      <w:r>
        <w:rPr>
          <w:lang w:eastAsia="zh-CN"/>
        </w:rPr>
        <w:br/>
      </w:r>
      <w:r>
        <w:rPr>
          <w:lang w:eastAsia="zh-CN"/>
        </w:rPr>
        <w:t>　　第一次听见柴静这个名字是通过《新闻调查》这个栏目。这么多年过去了，节目的内容早已忘的差不多了，但是她那短发、冷酷的屏幕印象却让我一直印象深刻。</w:t>
      </w:r>
      <w:r>
        <w:rPr>
          <w:lang w:eastAsia="zh-CN"/>
        </w:rPr>
        <w:br/>
      </w:r>
      <w:r>
        <w:rPr>
          <w:lang w:eastAsia="zh-CN"/>
        </w:rPr>
        <w:t>　　《看见》也算是当年比较火的一本书，地位大概类似于当年余秋雨的《文化苦旅》一般。在没有读之前，我一直把它想象成一本鸡汤书，直到今年意外发现它的评分竟然高达8.8分，才下定决心要把它买回来读读看</w:t>
      </w:r>
      <w:r>
        <w:rPr>
          <w:lang w:eastAsia="zh-CN"/>
        </w:rPr>
        <w:br/>
      </w:r>
      <w:r>
        <w:rPr>
          <w:lang w:eastAsia="zh-CN"/>
        </w:rPr>
        <w:t>　　初看书名，“看见”，总觉得透漏出一股话没说完的劲。读完之后，我慢慢体会到了柴静对“看见”这两个字的理解，以及希望表达的含义。</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不是听到、感到、觉得等等，而是看见。这两个字代表了客观、独立性以及真实，保持对真相的追求，而不只是浅显的评判，尽管这条道路是崎岖以及充满矛盾的。</w:t>
      </w:r>
      <w:r>
        <w:rPr>
          <w:lang w:eastAsia="zh-CN"/>
        </w:rPr>
        <w:br/>
      </w:r>
      <w:r>
        <w:rPr>
          <w:lang w:eastAsia="zh-CN"/>
        </w:rPr>
        <w:t>　　文中所选的众多案例，从普通人的视角来看，已经不存在太多还值得被发掘或发现的新闻价值，是早已能够盖棺定论的事情。但是柴静从更深层次的角度出发，揭示了事件之后被普罗大众所忽视的细节，像剥洋葱般不断揭开事件的真相。</w:t>
      </w:r>
      <w:r>
        <w:rPr>
          <w:lang w:eastAsia="zh-CN"/>
        </w:rPr>
        <w:br/>
      </w:r>
      <w:r>
        <w:rPr>
          <w:lang w:eastAsia="zh-CN"/>
        </w:rPr>
        <w:t>　　用我在文中给我印象最强烈的三段话作为本次的读书小结吧：</w:t>
      </w:r>
      <w:r>
        <w:rPr>
          <w:lang w:eastAsia="zh-CN"/>
        </w:rPr>
        <w:br/>
      </w:r>
      <w:r>
        <w:rPr>
          <w:lang w:eastAsia="zh-CN"/>
        </w:rPr>
        <w:t>　　一、保持对不同论述的警惕，才能保持自己的独立性。探索就是要不断相信，不断怀疑，不断幻灭，不断摧毁，不断重建，为的就是避免成为偏见的附庸。或者说，煽动各种偏见互殴，从而取得平衡，这就是我所理解的“探索”</w:t>
      </w:r>
      <w:r>
        <w:rPr>
          <w:lang w:eastAsia="zh-CN"/>
        </w:rPr>
        <w:br/>
      </w:r>
      <w:r>
        <w:rPr>
          <w:lang w:eastAsia="zh-CN"/>
        </w:rPr>
        <w:t>　　二、这本书中，我没有刻意选择标志性事件，也没有描绘历史的雄心，在大量的新闻报道里，我只选择了留给我强烈生命印象的人，因为工作原因，我恰好与这些人相遇。他们是流淌的，从我心腹深处的石坝上满溢出来，坚硬的成见和模式被一遍遍冲刷，摇摇欲坠，土崩瓦解。这种摇晃时危险的，但思想的本质就是不安。我试着尽可能诚实的写下这不断犯错、不断推翻、不断疑问、不断重建的事实和因果，一个国家由人构成，一个人也由无数他人构成，你想如何报道一个国家，就要如何报道自己</w:t>
      </w:r>
      <w:r>
        <w:rPr>
          <w:lang w:eastAsia="zh-CN"/>
        </w:rPr>
        <w:br/>
      </w:r>
      <w:r>
        <w:rPr>
          <w:lang w:eastAsia="zh-CN"/>
        </w:rPr>
        <w:t>　　三、采访不是用来评判，只是用来了解;不用来改变世界，只用来认识世界。</w:t>
      </w:r>
      <w:r>
        <w:rPr>
          <w:lang w:eastAsia="zh-CN"/>
        </w:rPr>
        <w:br/>
      </w:r>
      <w:r>
        <w:rPr>
          <w:lang w:eastAsia="zh-CN"/>
        </w:rPr>
        <w:t xml:space="preserve">    柴静看见读书心得体会 篇5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柴静的《看见》，我喜欢，语言可以朴实到可爱的程度。</w:t>
      </w:r>
      <w:r>
        <w:rPr>
          <w:lang w:eastAsia="zh-CN"/>
        </w:rPr>
        <w:br/>
      </w:r>
      <w:r>
        <w:rPr>
          <w:lang w:eastAsia="zh-CN"/>
        </w:rPr>
        <w:t>　　我从《看见》中感受到的是温情、温暖、人性、关怀。如果有人看着这个说这是表演，那么我挺希望大家都具有这样的表演修养，好好修养一下自己，在私下里练好了，这样就可以到关键时候自然地表演出来。</w:t>
      </w:r>
      <w:r>
        <w:rPr>
          <w:lang w:eastAsia="zh-CN"/>
        </w:rPr>
        <w:br/>
      </w:r>
      <w:r>
        <w:rPr>
          <w:lang w:eastAsia="zh-CN"/>
        </w:rPr>
        <w:t>　　也许是社会冷漠的程度太深，让我们中有的人真的对现实中的温暖也不那么相信了，仿佛只有电影电视剧中的温暖才是我们理性中可以相信的，可以欣赏的，生活中的真实可感的温暖，却变成了表演。这难道要去责怪在生活中表达自己的温暖的人么?你表达出那么多的温暖，是想让我们这些惯于冷漠的人显得太冷酷吗?这难道也可以算作是柴静的错?</w:t>
      </w:r>
      <w:r>
        <w:rPr>
          <w:lang w:eastAsia="zh-CN"/>
        </w:rPr>
        <w:br/>
      </w:r>
      <w:r>
        <w:rPr>
          <w:lang w:eastAsia="zh-CN"/>
        </w:rPr>
        <w:t>　　我喜欢柴静，她的《看见》，让我对现实的温暖充满信心，为打破冰冷加了一把炭火。我对柴静的认识是遥远的，可以肯定她不认识我。但是，从现在开始，我想我会关注柴静，她也许会因为名声在外多了些客观的压力，不过我相信她的内心是坚韧和勇敢的，所以她当得起任何的评论。</w:t>
      </w:r>
      <w:r>
        <w:rPr>
          <w:lang w:eastAsia="zh-CN"/>
        </w:rPr>
        <w:br/>
      </w:r>
      <w:r>
        <w:rPr>
          <w:lang w:eastAsia="zh-CN"/>
        </w:rPr>
        <w:t>　　我祝福她。</w:t>
      </w:r>
      <w:r>
        <w:rPr>
          <w:lang w:eastAsia="zh-CN"/>
        </w:rPr>
        <w:br/>
      </w:r>
      <w:r>
        <w:rPr>
          <w:lang w:eastAsia="zh-CN"/>
        </w:rPr>
        <w:t xml:space="preserve">    柴静看见读书心得体会 篇6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中央电视台记者柴静所写的《看见》一书，可以说是中国社会十年变迁的备忘录。作者把自己在新闻第一线的真相挖掘，如北京"非典"阻击战，山西因煤矿资源过度无序开采引发的环保问题，村民选举，征地拆迁等重大事件以及新闻背后的故事，真实地记录下来。书中的文字很接地气，有民有官，有国有家，有情有理，文字平实，让读者更真切、更深刻了解身边这块土地上曾发生过的与大家的命运休戚相关的大事，知道它们如何发生，又该怎样面对。正如作者所说的"这本书中，我没有刻意选择标志性事件，也没有描绘历史的雄心，在大量的新闻报道里，我只选择了留给我强烈生命印象的人，因为工作原因，我恰好与这些人相遇。一个国家由人构成，一个人也由无数他人构成，你想如何报道一个国家，就要如何报道自己。"</w:t>
      </w:r>
      <w:r>
        <w:rPr>
          <w:lang w:eastAsia="zh-CN"/>
        </w:rPr>
        <w:br/>
      </w:r>
      <w:r>
        <w:rPr>
          <w:lang w:eastAsia="zh-CN"/>
        </w:rPr>
        <w:t>　　难能可贵的是尽管书中所写的内容都是这个社会最激荡的部分，升斗小民也好，国家大事也罢，在作者笔下都是通过平静、理性的文字表现出来，尽力展现作者所了解的事实，没有加入自己的主观价值，没有做任何直接和间接地是非判断。在书中的章节结尾，作者最后留给读者的不一定是真相，而是一个问题，一个可以引发读者思考的问题，她没有强加评论告诉读者什么是好的，什么是坏的，她给读者看她所看到的真实情况，让读者自己去思考，去评判。</w:t>
      </w:r>
      <w:r>
        <w:rPr>
          <w:lang w:eastAsia="zh-CN"/>
        </w:rPr>
        <w:br/>
      </w:r>
      <w:r>
        <w:rPr>
          <w:lang w:eastAsia="zh-CN"/>
        </w:rPr>
        <w:t>　　在作者安静、诚恳的文字情绪感染下，读后对自己思考问题，看人解事颇有触动和启发：多思才能敏行，慎行才能正品。</w:t>
      </w:r>
      <w:r>
        <w:rPr>
          <w:lang w:eastAsia="zh-CN"/>
        </w:rPr>
        <w:br/>
      </w:r>
      <w:r>
        <w:rPr>
          <w:lang w:eastAsia="zh-CN"/>
        </w:rPr>
        <w:t>　　深入了解真相，客观评判人和事。在我们的工作生活中，或多或少会犯经验主义的错误，看人待物有时也会存在"浅尝辄止"的现象。如果以自己的生活经验、生活逻辑和价值观去揣度他人他事，往往谬之千里。只有深入实际，沉下心来做事情，才能做好事，做成事。</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学会换位思考，跳出问题看问题。换位思考真正做到很难，我们受过的教育，所处的环境，所站的位置，个人的性格，这些都影响着我们看事情、做事情的态度。在我们的工作生活中，跳出问题看问题，才能不冲动，不急躁，不盲目。</w:t>
      </w:r>
      <w:r>
        <w:rPr>
          <w:lang w:eastAsia="zh-CN"/>
        </w:rPr>
        <w:br/>
      </w:r>
      <w:r>
        <w:rPr>
          <w:lang w:eastAsia="zh-CN"/>
        </w:rPr>
        <w:t>　　加强自身修炼，踏实平和处世。人的一生从懵懂到老练，从稚嫩到成熟，走走停停，我们都有过青春热血的豪迈，现在有了中年的稳中求上进，希望年老时能与子孙共看夕阳美好时光。岁月荏苒，不断地做好自己，锤炼自己，反省自己，做到"清慎勤"，就能走好踏实平和的人生。</w:t>
      </w:r>
      <w:r>
        <w:rPr>
          <w:lang w:eastAsia="zh-CN"/>
        </w:rPr>
        <w:br/>
      </w:r>
      <w:r>
        <w:rPr>
          <w:lang w:eastAsia="zh-CN"/>
        </w:rPr>
        <w:t xml:space="preserve">    柴静看见读书心得体会 篇7 </w:t>
      </w:r>
      <w:r>
        <w:rPr>
          <w:lang w:eastAsia="zh-CN"/>
        </w:rPr>
        <w:br/>
      </w:r>
      <w:r>
        <w:rPr>
          <w:lang w:eastAsia="zh-CN"/>
        </w:rPr>
        <w:t>　　柴静，央视知名记者、主持人。</w:t>
      </w:r>
      <w:r>
        <w:rPr>
          <w:lang w:eastAsia="zh-CN"/>
        </w:rPr>
        <w:br/>
      </w:r>
      <w:r>
        <w:rPr>
          <w:lang w:eastAsia="zh-CN"/>
        </w:rPr>
        <w:t>　　相信如果柴静小姐抛开电视节目的话，大概会是个出色的文字记者。《看见》这本书，人物鲜活，故事真实，感情质朴，细节动人。一本400多页厚实的书，分两次竟能够读完，这也许得益于她的文字写得踏实，没有戾气。</w:t>
      </w:r>
      <w:r>
        <w:rPr>
          <w:lang w:eastAsia="zh-CN"/>
        </w:rPr>
        <w:br/>
      </w:r>
      <w:r>
        <w:rPr>
          <w:lang w:eastAsia="zh-CN"/>
        </w:rPr>
        <w:t>　　何为戾气?就是不满、忿忿不平、攻击式的利剑。</w:t>
      </w:r>
      <w:r>
        <w:rPr>
          <w:lang w:eastAsia="zh-CN"/>
        </w:rPr>
        <w:br/>
      </w:r>
      <w:r>
        <w:rPr>
          <w:lang w:eastAsia="zh-CN"/>
        </w:rPr>
        <w:t>　　不同于尖锐的政治时事记者，看柴静的文章，不会有太多让你感到不适的地方。客观地来说，读这本书，就像是带你浅浅地经历她在央视工作的十年，十年中她用肉眼所看见的毕生难忘之场景。</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看见》并不是零零散散的故事或片段，而是一个人所经历的真实的十年。柴静的新闻始于生命，最终也回归生命与人生的思考。20-年的“非典”让她最直观看到死亡与生命，以及人在死亡面前最真实的态度。如果说一个人没有看过生命如何消亡，他就无法真正理解人或者生命。陈虻是柴静在新闻中的引导者，他的逝去，让三十而立的她再次思考生命与人生。</w:t>
      </w:r>
      <w:r>
        <w:rPr>
          <w:lang w:eastAsia="zh-CN"/>
        </w:rPr>
        <w:br/>
      </w:r>
      <w:r>
        <w:rPr>
          <w:lang w:eastAsia="zh-CN"/>
        </w:rPr>
        <w:t>　　书中的这十多个故事，并不是刻意挑选，也不是那些最轰动的节目，而是每一个故事之间都被一种叫做“理解”的东西串联起来。每个人的人生都是被其他人影响的过程，而人真正的成长来自于自己的经历，也来自于对经历的理解。看见他人的人生，其实也就是看见自己。</w:t>
      </w:r>
      <w:r>
        <w:rPr>
          <w:lang w:eastAsia="zh-CN"/>
        </w:rPr>
        <w:br/>
      </w:r>
      <w:r>
        <w:rPr>
          <w:lang w:eastAsia="zh-CN"/>
        </w:rPr>
        <w:t>　　用柴静同事王开岭的话来说：“做新闻，就是和这个时代的疾病打交道，我们都是时代的患者，采访在很大程度是病友之间的相互探问。”　　用柴静自己的话来说，“当一个人关心别人的时候，才会忘记自己。”“理解的基础是感受。人能感受别人的时候，心就变软了，软不是脆弱，是韧性。”</w:t>
      </w:r>
      <w:r>
        <w:rPr>
          <w:lang w:eastAsia="zh-CN"/>
        </w:rPr>
        <w:br/>
      </w:r>
      <w:r>
        <w:rPr>
          <w:lang w:eastAsia="zh-CN"/>
        </w:rPr>
        <w:t>　　400多页的书，也没上几张个人照片，弄几个名人;不写八卦、不扯段子、不摆朋友录;不肯将就成文，篇篇使劲全力，满心满意都在纸上。凭自身的采访经历，事后反思，连缀成篇，看似“小”，实则写的正是那个大大的中国，和中国的人。</w:t>
      </w:r>
      <w:r>
        <w:rPr>
          <w:lang w:eastAsia="zh-CN"/>
        </w:rPr>
        <w:br/>
      </w:r>
      <w:r>
        <w:rPr>
          <w:lang w:eastAsia="zh-CN"/>
        </w:rPr>
        <w:t xml:space="preserve">    柴静看见读书心得体会 篇8 </w:t>
      </w:r>
      <w:r>
        <w:rPr>
          <w:lang w:eastAsia="zh-CN"/>
        </w:rPr>
        <w:br/>
      </w:r>
      <w:r>
        <w:rPr>
          <w:lang w:eastAsia="zh-CN"/>
        </w:rPr>
        <w:t>　　花了一周的时间，断断续续地读完了柴静的《看见》，感触良多。看书之前，在网上看了很多介绍、书评，反映甚好。我曾以为这不过是一部介绍一个优秀的记者如何成长的书，是一本出入职场的心路历程。然而令我始料未及的是，这本书很沉重，以致于我无法一目十行，速读完成。</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柴静在书中引用了她在工作中的采访新闻和事件，但她并不是在简单的去描述这些片段，用这些片段去展示她的辉煌与荣耀。正如她自己所说，她试着尽可能诚实地写下着不断犯错、不断推断、不断重建的事实和因果。她在写的，其实是自己这十年中走过的路，她自身的成长。柴静在十年中探索着逻辑，有一天她懂了，于是有了自己认识事物的坐标系。正如她在序言中写道：“要想看见，就要从蒙昧中睁开眼来。这才是最困难的地方，因为蒙昧就是我自身，像石头一样成了心里的坝。”我的第一个感触便是思考，独立的思考，摆脱“自我”影响的思考。何谓成功，在我看来便是平和，宠辱不惊。如何能够平和，这是建立在自知的基础之上，自知自己是个普通人，尊重自己的内心学会平和得制定目标和计划、判断得失。“不要因为走得太远，而忘了我们为什么出发。”平和很难达到，至少目前的我做不到，这需要时间的历练，需要过程，不知十年后能否做到?</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同样柴静的敬业令我折服，为了记者的职业道德，不断压抑着自己的情绪、打磨着自己的冷静和理智，但她热爱这份工作，她心甘情愿。我的第二个感触便是责任感。在非典面前，她不甘于只做一个旁观者，没有设备记录，没有同事陪伴，独自一人进入病区，承受着被传染的风险，和病人面对面交流。在山西采访时，一位官员带着讥笑的说：“你怎么不给山西办点好事儿?”“我办的就是。”她可以在不断的余震中走入地震灾区，冒着生命危险走入非典病区，顶着各种压力采访敏感话题，凭的就是一份责任感。在采访两会时，有个编导说柴静“看你采访，眼睛里都放着光，攫取的光”，这种“光”正是她的热情的所在。责任感是一个有职业道德的人必不可少的。我是一名教师，我的职业是教书育人，传道授业解惑意味着改变别人的思想，这不是一件简单的事情。责任感在我看来就是不愧对每一节课，不敷衍，对学生和家长负责任，能让我的学生从每节课中学到一点内容，也许这种看法比较肤浅，但这也是我目前致力于达到的目标。</w:t>
      </w:r>
      <w:r>
        <w:rPr>
          <w:lang w:eastAsia="zh-CN"/>
        </w:rPr>
        <w:br/>
      </w:r>
      <w:r>
        <w:rPr>
          <w:lang w:eastAsia="zh-CN"/>
        </w:rPr>
        <w:t>　　《看见》中还令我深有感触的就是包容。包容建立在尊重与理解的基础之上，尊重不等于礼貌，理解也不是可怜。存在即合理，我们往往只看见受害方，一味的去谴责侵害方，却缺少对于他们的谅解。“一个人他的心在硬，也有自己心底一角的温柔”这是《沉默中的尖叫》一章中小梅的话，即使她父亲经常殴打她母亲，她仍然相信父亲会温柔，只是没有被发现。Kim对孩子说“可以恨爸爸错误的行为，不要恨爸爸这个人”。我们缺少的就是这颗包容的心。包容不同于容忍和宽容。容忍还有个“忍”字，表示造成了不悦但没有改变侵害。宽容有个“宽”字，表示一方的大度，不是平等的“容”，唯有包容是全方位的容。理解，站在孩子的角度去看待他们的行为，可以对他们的行为提出合理的建议，但表示对他们错误行为的理解，这是我要去学习的。</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胡适说：“给你自由，你不独立，仍是奴隶。”学会独立思考，可以表达看法，但不偏激。能了解事件背后的本质，能包容别人的观点，客观公正的评价。学会反思，在反思中去建立属于我自己的认识事物的坐标系，这也许就是我从这本书中学到的。</w:t>
      </w:r>
      <w:r>
        <w:rPr>
          <w:lang w:eastAsia="zh-CN"/>
        </w:rPr>
        <w:br/>
      </w:r>
      <w:r>
        <w:rPr>
          <w:lang w:eastAsia="zh-CN"/>
        </w:rPr>
        <w:t xml:space="preserve">    柴静看见读书心得体会 篇9 </w:t>
      </w:r>
      <w:r>
        <w:rPr>
          <w:lang w:eastAsia="zh-CN"/>
        </w:rPr>
        <w:br/>
      </w:r>
      <w:r>
        <w:rPr>
          <w:lang w:eastAsia="zh-CN"/>
        </w:rPr>
        <w:t>　　现在书的市场鱼龙混杂，有的时候我都不知道该买哪本书来读，经常是很多书翻了一半就读不下去了。学校举行的教师读书活动中，老师们群策群力，推荐出了很多值得一看的好书，在工作之余，到书海里畅游，让我们觉得自己依然年轻，自己和这个世界依然紧密相连。好享受那种爱不释手，欲罢不能，如饥似渴地读完一本再去读另一本的感觉，很充实、很快乐、很甜蜜。</w:t>
      </w:r>
      <w:r>
        <w:rPr>
          <w:lang w:eastAsia="zh-CN"/>
        </w:rPr>
        <w:br/>
      </w:r>
      <w:r>
        <w:rPr>
          <w:lang w:eastAsia="zh-CN"/>
        </w:rPr>
        <w:t>　　对于柴静，以前只认为她很另类，很多年轻漂亮的主持人都积极寻找嫁入豪门的机会，不惜嫁给能当自己父亲的富翁，她没有。她不浮夸、不奢华，普通、真实。真正地认识她缘于读《看见》这本书，从心底里佩服这个外表柔弱，内心坚强、倔强的小姑娘，她带给人令人振奋的一股力量——正能量，而我们这个社会太需要这种正能量。</w:t>
      </w:r>
      <w:r>
        <w:rPr>
          <w:lang w:eastAsia="zh-CN"/>
        </w:rPr>
        <w:br/>
      </w:r>
      <w:r>
        <w:rPr>
          <w:lang w:eastAsia="zh-CN"/>
        </w:rPr>
        <w:t>　　书的撰写让我看到了柴静的文字功底，每一篇报道都条理清晰、语言简洁、丝毫没有废话，这也正是做教师的我应该努力学习的地方。</w:t>
      </w:r>
      <w:r>
        <w:rPr>
          <w:lang w:eastAsia="zh-CN"/>
        </w:rPr>
        <w:br/>
      </w:r>
      <w:r>
        <w:rPr>
          <w:lang w:eastAsia="zh-CN"/>
        </w:rPr>
        <w:t>　　回到书的内容，我不是新闻人，但能感觉到柴静的新闻是她自己找到的一种新闻表达，是自己的我就很欣赏。所以看到这本书中描写的人和事我感悟《看见》名符其实。</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当把这本带着油墨香的《看见》捧在手心儿里时，首先，书的封面让我一看便亲切得不能自已，作者那恬静的笑容被一群纯朴的笑脸包围着，一下子拉近了与读者的距离。作者开篇直言不讳地表明来自思想深处的观点：“我试着尽可能诚实地写下这不断犯错、不断推翻、不断疑问、不断重建的事实和因果，一个国家由人构成，一个人也由无数他人构成，你想如何报道一个国家，就要如何报道自己。”而从整本书的内容来看，作者的确是在用一个成熟记者的思想和平实的语言，深刻地揭示出人生的真谛。</w:t>
      </w:r>
      <w:r>
        <w:rPr>
          <w:lang w:eastAsia="zh-CN"/>
        </w:rPr>
        <w:br/>
      </w:r>
      <w:r>
        <w:rPr>
          <w:lang w:eastAsia="zh-CN"/>
        </w:rPr>
        <w:t>　　“我天生没有什么机灵劲儿。”这是作者刚到央视工作时，面对男同事们的戏谑而对自己的评价，然后只好“呆呆地去倒了几杯水”。类似的镜头对每个人来说都感到很真实，因为很多人都经历过。但随着在工作岗位上的历练，和生活中遇到得一些人一些事儿，还有面对各种突发事件时对人性的思考，思想也就渐渐成熟起来，并且能冷静地面对世间的一切“苦难”。就像作者在书里说得：“像叶子从痛苦的蜷缩中要用力舒展一样，人也要从不假思索的蒙昧里挣脱，这才是活着。”这句话似乎给萎靡的人注射了鸡血，让人的精神为之一振!会自然而然地对人生进行观察、思考、反思和评判。</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有人说《看见》这本书的内容除了给人以人生得思考外，作者更多记录得是自己的成长。这话我觉着挺在理儿。什么是真实?最真实的文字莫过于作者对自己真切的成长记录，而让那些处在人生懵懂的人们从这成长的文字中体会和感受到真实的爱与痛，只有在这种爱与痛中激发出来的能量，才叫人生的“正能量”。其中作者写了一个去新疆地震采访的镜头：“路已经破坏得很厉害，一颠簸，我和巨大的德国搜救犬一起滚倒在厢板上。它一声不吭，从我的身子底下挪开，把大尾巴抽出来，厢板上一拍，琥珀色的眼睛看着我，等我爬起来了，竖耳拧头目视远方。”没有真实的经历，你怎么能编造得出如此惊心动魄的画面!</w:t>
      </w:r>
      <w:r>
        <w:rPr>
          <w:lang w:eastAsia="zh-CN"/>
        </w:rPr>
        <w:br/>
      </w:r>
      <w:r>
        <w:rPr>
          <w:lang w:eastAsia="zh-CN"/>
        </w:rPr>
        <w:t>　　而真正让人惊心动魄得是关于作者记录“探寻事实真相”的“非典”和“汶川地震”。“负责人看看录音杆：‘这个毛茸茸的东西不能进’。”这是因为录音杆不能消毒。面对这样的危险，作者坚定地说：“那让我进去，我可以消毒。”看到这里时，作为一个读者，我的心已经热血沸腾!虽然没有作者那种经历与豪气，但她无私无谓的精神深深地感染了我!在作者对汶川地震的细节描述中，让人产生更多对生命的珍重和亲情的思索。要说谁不怕死亡，那真是睁眼说瞎话，但当每个人在面对死亡来临时，亦或者说看到那些在灾难中，还没来得及展示人生的美好就死亡后，那种痛心疾首的体会似乎无处渲泄!而作者在书里对人类中“人性”的解读，特别是对生活在底层人的关注和敢于为老百姓说话的胆量，刹那间就将读者的心疏导开来。</w:t>
      </w:r>
      <w:r>
        <w:rPr>
          <w:lang w:eastAsia="zh-CN"/>
        </w:rPr>
        <w:br/>
      </w:r>
      <w:r>
        <w:rPr>
          <w:lang w:eastAsia="zh-CN"/>
        </w:rPr>
        <w:t>　　读完这本书，突然对写作有了新的认识与感悟：有时候一个人的观点不重要，重要的是写作千万不能瞎编，要尽可能地让“我笔写我心”来还原事实真相。作者用记者敏锐的眼睛观察，从当事人的角度思考，就这样在平淡中用内敛而朴实的笔触描述出思想中的“正能量!”。</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我们承担着教书育人的责任，如果把每个孩子都能培养成说真话、做真事的人，我们的民族何愁不振兴，我们的国家何愁不强大?</w:t>
      </w:r>
      <w:r>
        <w:rPr>
          <w:lang w:eastAsia="zh-CN"/>
        </w:rPr>
        <w:br/>
      </w:r>
      <w:r>
        <w:rPr>
          <w:lang w:eastAsia="zh-CN"/>
        </w:rPr>
        <w:t xml:space="preserve">    柴静看见读书心得体会 篇10 </w:t>
      </w:r>
      <w:r>
        <w:rPr>
          <w:lang w:eastAsia="zh-CN"/>
        </w:rPr>
        <w:br/>
      </w:r>
      <w:r>
        <w:rPr>
          <w:lang w:eastAsia="zh-CN"/>
        </w:rPr>
        <w:t>　　《看见》里面有很多话都让人印象深刻，比如：你总是太投入了，热爱就会夸张，感情就会变形，就没有办法真实的认识事物了。这是陈虹对柴静说的，仿佛也是对我说的。我是感性与理性的结合，不了解我的人会认为我很冷漠，是一个经济学上所讲的理性人，追求个人利益的化，其实，他们不了解，我心理的那片天空很蓝，它喜欢阳光，喜欢温暖，热爱人与人之间的真挚感情，太冷漠的人我会远离，因为内心承受不了冰冷的东西。</w:t>
      </w:r>
      <w:r>
        <w:rPr>
          <w:lang w:eastAsia="zh-CN"/>
        </w:rPr>
        <w:br/>
      </w:r>
      <w:r>
        <w:rPr>
          <w:lang w:eastAsia="zh-CN"/>
        </w:rPr>
        <w:t>　　书中还有一句“人的一生，有的是将来，永远有下一拨人，下一个地方，不一样的生活”。我现在还是很念旧，恐怕自己会一直这样下去，舍不得的东西太多，那些青春年华，那些灿烂的回忆，尽管模模糊糊地在脑子里游荡，可是就是存在，有人说，存在即合理，但它会影响我向前迈进的步伐，因为我会回头张望，脚步沉沉地，迈不出去，不过，总有一天，我会忘记那些，勇敢地向前走，只是那个日子应该快了吧。</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花了两天时间把《看见》看完，正像她自己说的那样，她没有刻意地选择标志性事件，只是选择了在工作中遇到的一些人，一些事情，而已。正是因为这样，我渐渐地喜欢上了这个记者，这位主持人，因为她的一份简单。在《看见》中，我看见了柴静，看见了我自己。她是一个有自己想法的女人，在别人看来或许会有些许孤傲，其实，我和她一样，我们只是将独立看得很重要，不喜欢依赖，喜欢背起包就走的洒脱与豪迈。性格上的另外一些地方，说不清楚确切的点在哪里，反正我是看见了自己的影子。</w:t>
      </w:r>
      <w:r>
        <w:rPr>
          <w:lang w:eastAsia="zh-CN"/>
        </w:rPr>
        <w:br/>
      </w:r>
      <w:r>
        <w:rPr>
          <w:lang w:eastAsia="zh-CN"/>
        </w:rPr>
        <w:t>　　坦白说，《看见》这本书的开头部分并没有吸引到我，她的一些陈述让我感到别扭，也曾经闪过一丝放弃阅读的念头，不过庆幸的是我读完了，感受颇丰。柴静的主要工作是采访，这就要求她必须去接触一些具体的人物，具体而细微的事情，那些事情或琐碎，或热门，或悲痛，请允许我用这个词来形容汶川地震。柴静的每一次采访，每一个报道，即使她是简单记录，字里行间我依旧能够感受到她天生对细微事物有着深刻的体会，她把人看透，把事情看透。</w:t>
      </w:r>
      <w:r>
        <w:rPr>
          <w:lang w:eastAsia="zh-CN"/>
        </w:rPr>
        <w:br/>
      </w:r>
      <w:r>
        <w:rPr>
          <w:lang w:eastAsia="zh-CN"/>
        </w:rPr>
        <w:t xml:space="preserve">    柴静看见读书心得体会 篇11 </w:t>
      </w:r>
      <w:r>
        <w:rPr>
          <w:lang w:eastAsia="zh-CN"/>
        </w:rPr>
        <w:br/>
      </w:r>
      <w:r>
        <w:rPr>
          <w:lang w:eastAsia="zh-CN"/>
        </w:rPr>
        <w:t>　　《看见》，没有浮华的封面，没有彩页的铜版纸，没有知名人物的推荐，一如书中的柴静，真实，不矫揉造作。如果可以抛开现实的种.种，如果可以重新选择，我也希望自己像柴静一样，当一名记者，去与那些人相遇，去抽丝剥茧地发现事实真相，去感受理解那些人的悲与喜。</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看见》记录了柴静的十年，蜕变的十年。前些年，她的节目风格是做猛题，烈度高，对抗强，再配以尖锐的问答、犀利讽刺的结语，以为这样的她会更受观众的喜欢。到后来在陈虻的指点下才醒悟过来，明白记者要提供的是事实，而不是情绪。斯宾诺莎界定“观察”的实质是：不赞美，不责难，甚至也不惋惜，但求了解认识而已。真正的记者应该要给对方说话的机会，不应有太多自己的主观评价，要从多方面、多角度地将更深层的真相呈现在观众面前，让观众去做评判，正如那首歌中所唱，你是我的眼，就够了，而不要当观众的心或脑。虽然我们并不是记者，但是工作中、生活中的我们也需要有记者一样的思维，就事论事，以事实说话，对事不对人。</w:t>
      </w:r>
      <w:r>
        <w:rPr>
          <w:lang w:eastAsia="zh-CN"/>
        </w:rPr>
        <w:br/>
      </w:r>
      <w:r>
        <w:rPr>
          <w:lang w:eastAsia="zh-CN"/>
        </w:rPr>
        <w:t>　　《看见》的二十个章节里，散落着几十个柴静所经历的故事，什么非典、两会、山西煤矿等等，许多故事单独拎出来都很值得人深思和反省。这里我无法一一列举各个故事带给我的冲击和启发，只是想针对“看见”二字谈谈自己的感想。《看见》在行文中诠释了几个问题，即为什么看，看什么，怎么看。</w:t>
      </w:r>
      <w:r>
        <w:rPr>
          <w:lang w:eastAsia="zh-CN"/>
        </w:rPr>
        <w:br/>
      </w:r>
      <w:r>
        <w:rPr>
          <w:lang w:eastAsia="zh-CN"/>
        </w:rPr>
        <w:t>　　首先，为什么看。有人说柴静采访时，眼睛里放着光，攫取的光。这种光，我认为是欲望。虽然柴静心里知道什么样的题能拿奖、被表扬，但她只想做那些打心眼里有欲望的话题，那些能触动她内心的话题。正是这种欲望，带着她冒着生命危险进入非典病区，带着她从美国返程回国进入汶川地震灾区，带着她顶住人身被威胁的压力探寻真相。一个记者，是为了奖金、虚荣心、收视率、恐惧而工作，还是为了最简单的东西而工作，这决定了他看见什么，报道什么，而生活中的我们，又是在为什么而工作呢?</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其次，看什么。陈虻在第一次见面时，问柴静“如果你来做新闻，你关心什么”，柴静回答“我关心新闻当中的人”。十年的新闻记者经历，让柴静对人性的理解和感悟更加透彻，《看见》中的故事也到处体现着人性的光辉与矛盾，体现着人性的善与恶。当人们清一色地在声讨药家鑫和虐猫女的时候，柴静用平和朴素的语言向我们讲述了两个由于不同悲剧而造成的悲剧。“人最大的慈悲是给生命一个救赎的机会”。在了解了悲剧背后的悲剧后，也许我们的愤怒有所消退，更多地抱以理解。现在许多电视节目习惯地把一个人塑造为好人，另一个人为坏人，而实际上这个世界并没有好人和坏人，只有做了好事的人，和做了坏事的人。每个人所站的角度不同，经历经验不同，对好坏的判断标准也不同，要做出评判需要更多地去看人性，看动机。管理工作也一样，最终是做人的工作，对人性的把握决定了管理水平的高低。</w:t>
      </w:r>
      <w:r>
        <w:rPr>
          <w:lang w:eastAsia="zh-CN"/>
        </w:rPr>
        <w:br/>
      </w:r>
      <w:r>
        <w:rPr>
          <w:lang w:eastAsia="zh-CN"/>
        </w:rPr>
        <w:t>　　最后，怎么看。十年，柴静从起初的好奇和预设答案到后来的仅仅只是去理解和呈现，这是一个成长的过程。未经生活摔打的理想主义者，以自己的道德审视一切，以自己以为的标准看待世界，缺乏对复杂的剖析。只有在“清水里呛呛，血水里泡泡，咸水里滚滚”，对世态炎凉人情冷暖有了切身的体会，才有足够的经验以及由经验升华出来的智慧和直觉去做出更合理的判断、更公正的评价。刚从象牙塔出来的这一年，学到的东西比在大学里学到的更真切更刻骨铭心，也许我无法像柴静一样去接触那么多的故事，但是试着去经历那些不一样的人、事、物，才能更快地成熟。</w:t>
      </w:r>
      <w:r>
        <w:rPr>
          <w:lang w:eastAsia="zh-CN"/>
        </w:rPr>
        <w:br/>
      </w:r>
      <w:r>
        <w:rPr>
          <w:lang w:eastAsia="zh-CN"/>
        </w:rPr>
        <w:t>　　除了经历，在认知的道路上，还有重要的一点，是学会独立思考。在信息泛滥的今天，要像柴静一样，“不断犯错、不断推翻、不断疑问、不断重建事实和因果”，在循环往复的反思中剥开表相，深入内里，建立属于自己的认识体系，方能成长。</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十年，柴静成长了，成熟了，有了自己的思想，有了自己的风格。未来的十年，我会怎样?</w:t>
      </w:r>
      <w:r>
        <w:rPr>
          <w:lang w:eastAsia="zh-CN"/>
        </w:rPr>
        <w:br/>
      </w:r>
      <w:r>
        <w:rPr>
          <w:lang w:eastAsia="zh-CN"/>
        </w:rPr>
        <w:t xml:space="preserve">    柴静看见读书心得体会 篇12 </w:t>
      </w:r>
      <w:r>
        <w:rPr>
          <w:lang w:eastAsia="zh-CN"/>
        </w:rPr>
        <w:br/>
      </w:r>
      <w:r>
        <w:rPr>
          <w:lang w:eastAsia="zh-CN"/>
        </w:rPr>
        <w:t>　　《看见》里面有很多话都让人印象深刻，比如：你总是太投入了，热爱就会夸张，感情就会变形，就没有办法真实的认识事物了。这是陈虹对柴静说的，仿佛也是对我说的。我是感性与理性的结合，不了解我的人会认为我很冷漠，是一个经济学上所讲的理性人，追求个人利益的最大化，其实，他们不了解，我心理的那片天空很蓝，它喜欢阳光，喜欢温暖，热爱人与人之间的真挚感情，太冷漠的人我会远离，因为内心承受不了冰冷的东西。</w:t>
      </w:r>
      <w:r>
        <w:rPr>
          <w:lang w:eastAsia="zh-CN"/>
        </w:rPr>
        <w:br/>
      </w:r>
      <w:r>
        <w:rPr>
          <w:lang w:eastAsia="zh-CN"/>
        </w:rPr>
        <w:t>　　书中还有一句“人的一生，有的是将来，永远有下一拨人，下一个地方，不一样的生活”。我此刻还是很念旧，恐怕自己会一向这样下去，舍不得的东西太多，那些青春年华，那些灿烂的回忆，尽管模模糊糊地在脑子里游荡，但是就是存在，有人说，存在即合理，但它会影响我向前迈进的步伐，因为我会回头张望，脚步沉沉地，迈不出去，但是，总有一天，我会忘记那些，勇敢地向前走，只是那个日子就应快了吧。</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花了两天时间把《看见》看完，正像她自己说的那样，她没有刻意地选取标志性事件，只是选取了在工作中遇到的一些人，一些事情，仅此而已。正式因为这样，我渐渐地喜欢上了这个记者，这位主持人，因为她的一份简单。在《看见》中，我看见了柴静，看见了我自己。她是一个有自己想法的女人，在别人看来或许会有些许孤傲，其实，我和她一样，我们只是将独立看得很很重要，不喜欢依靠，喜欢背起包就走的洒脱与豪迈。性格上的另外一些地方，说不清楚确切的点在哪里，反正我是看见了自己的影子。</w:t>
      </w:r>
      <w:r>
        <w:rPr>
          <w:lang w:eastAsia="zh-CN"/>
        </w:rPr>
        <w:br/>
      </w:r>
      <w:r>
        <w:rPr>
          <w:lang w:eastAsia="zh-CN"/>
        </w:rPr>
        <w:t>　　坦白说，《看见》这本书的开头部分并没有吸引到我，她的一些陈述让我感到别扭，也以前闪过一丝放下阅读的念头，但是庆幸的是我读完了，感受颇丰。柴静的主要工作是采访，这就要求她务必去接触一些具体的人物，具体而细微的事情，那些事情或琐碎，或热门，或悲痛，请允许我用这个词来形容汶川地震。柴静的每一次采访，每一个报道，即使她是简单记录，字里行间我依旧能够感受到她天生对细微事物有着深刻的体会，她把人看透，把事情看透。</w:t>
      </w:r>
      <w:r>
        <w:rPr>
          <w:lang w:eastAsia="zh-CN"/>
        </w:rPr>
        <w:br/>
      </w:r>
      <w:r>
        <w:rPr>
          <w:lang w:eastAsia="zh-CN"/>
        </w:rPr>
        <w:t xml:space="preserve">    柴静看见读书心得体会 篇13 </w:t>
      </w:r>
      <w:r>
        <w:rPr>
          <w:lang w:eastAsia="zh-CN"/>
        </w:rPr>
        <w:br/>
      </w:r>
      <w:r>
        <w:rPr>
          <w:lang w:eastAsia="zh-CN"/>
        </w:rPr>
        <w:t>　　《看见》这本书23万字，柴静说陆续写了3年，群友推荐、读者杂志报道、微博上传播，终于决定买回来，一方面为了群友间交流有共同话题，一方面也想借鉴一下畅销书到底如何打造的。从一开始泛读到后期精读摘录包括读后感整理约用了12小时，收获还不错：</w:t>
      </w:r>
      <w:r>
        <w:rPr>
          <w:lang w:eastAsia="zh-CN"/>
        </w:rPr>
        <w:br/>
      </w:r>
      <w:r>
        <w:rPr>
          <w:lang w:eastAsia="zh-CN"/>
        </w:rPr>
        <w:t>　　了解新闻媒体业一些知识和新闻背后的故事，柴静采访的一些人物给她的启发也给我留下了深刻印象，我特别关注她从湖南卫视“新青年”主持红人到央视转行新闻从零开始的艰难转型。</w:t>
      </w:r>
      <w:r>
        <w:rPr>
          <w:lang w:eastAsia="zh-CN"/>
        </w:rPr>
        <w:br/>
      </w:r>
      <w:r>
        <w:rPr>
          <w:lang w:eastAsia="zh-CN"/>
        </w:rPr>
        <w:t>　　一、新闻背后的一些故事，对人的关注，对人性的理解。</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对药家鑫采访报道那篇，让我又一次深刻体会到，给孩子一个宽松的成长环境太重要了;药家鑫因恐惧不敢面对严厉爸爸才在刹那间失去人性，残忍捅杀张妙;柴静采访过的一个忧郁症孩子给她来信说，他能理解药家鑫，他也曾因为爸爸严厉管教而恨他，得了忧郁症，后来庆幸在心理医生那里得到了宣泄，爸爸和孩子都得救了，而药家鑫没有，直到他被执行死刑后，他爸爸可能都还没有完全意识到他的严厉缺爱对儿子造成的伤害有多大，也许这也是上天对他的惩罚吧—中年失子。</w:t>
      </w:r>
      <w:r>
        <w:rPr>
          <w:lang w:eastAsia="zh-CN"/>
        </w:rPr>
        <w:br/>
      </w:r>
      <w:r>
        <w:rPr>
          <w:lang w:eastAsia="zh-CN"/>
        </w:rPr>
        <w:t>　　二、独特人物采访，给她启发也让我收获颇丰</w:t>
      </w:r>
      <w:r>
        <w:rPr>
          <w:lang w:eastAsia="zh-CN"/>
        </w:rPr>
        <w:br/>
      </w:r>
      <w:r>
        <w:rPr>
          <w:lang w:eastAsia="zh-CN"/>
        </w:rPr>
        <w:t>　　1、老爷子大智慧;</w:t>
      </w:r>
      <w:r>
        <w:rPr>
          <w:lang w:eastAsia="zh-CN"/>
        </w:rPr>
        <w:br/>
      </w:r>
      <w:r>
        <w:rPr>
          <w:lang w:eastAsia="zh-CN"/>
        </w:rPr>
        <w:t>　　柴静某次采访一位老爷子，做企业十几年，挣了几百亿，捐出四十亿做公益。他崇拜曾国藩，要“求缺”。闲着没事的时候，我说你经商很成功，那要你来经营新闻，能做成么。他认为跟企业一样，抓住核心竞争力，建立品牌，品牌就是人。我说负面新闻你怎么处理?他摇摇头说，新闻不分正面负面，新闻的核心是真实。这老爷子大智慧：核心竞争力基础上的品牌才更有生命力，企业和个人可能都一样</w:t>
      </w:r>
      <w:r>
        <w:rPr>
          <w:lang w:eastAsia="zh-CN"/>
        </w:rPr>
        <w:br/>
      </w:r>
      <w:r>
        <w:rPr>
          <w:lang w:eastAsia="zh-CN"/>
        </w:rPr>
        <w:t>　　2、胡适的自由独立观点;</w:t>
      </w:r>
      <w:r>
        <w:rPr>
          <w:lang w:eastAsia="zh-CN"/>
        </w:rPr>
        <w:br/>
      </w:r>
      <w:r>
        <w:rPr>
          <w:lang w:eastAsia="zh-CN"/>
        </w:rPr>
        <w:t>　　1946年，胡适在北大演讲中说，你们要争独立，不要争自由。你们说要争自由，自由是针对外面束缚而言的，独立是你们自己的事，给你自由而不独立，仍是奴隶。独立要不盲从，不手欺骗，不依赖门户，不依赖别人，这就是独立的精神。</w:t>
      </w:r>
      <w:r>
        <w:rPr>
          <w:lang w:eastAsia="zh-CN"/>
        </w:rPr>
        <w:br/>
      </w:r>
      <w:r>
        <w:rPr>
          <w:lang w:eastAsia="zh-CN"/>
        </w:rPr>
        <w:t>　　3、哈佛教授的浮出水面“不得不”：</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问一个哈佛的老教授，社会上那么多问题，改起来有很多惰性，怎么改?他说，让问题浮出水面，让它“不得不”改变。联想到当下不断爆出各类贪官腐败案和食品安全事件，根据哈佛老教授的观点，原来让问题浮出水面不是情况更糟糕，而是我们已进入改进过程。电台新闻听到，7月1日起中央在从上而下自上率下改进作风，恩，对这届政府有信心，对中国未来有信心，明天会更好!</w:t>
      </w:r>
      <w:r>
        <w:rPr>
          <w:lang w:eastAsia="zh-CN"/>
        </w:rPr>
        <w:br/>
      </w:r>
      <w:r>
        <w:rPr>
          <w:lang w:eastAsia="zh-CN"/>
        </w:rPr>
        <w:t>　　4、长期默默广西支教的德国人卢安克转而高调：</w:t>
      </w:r>
      <w:r>
        <w:rPr>
          <w:lang w:eastAsia="zh-CN"/>
        </w:rPr>
        <w:br/>
      </w:r>
      <w:r>
        <w:rPr>
          <w:lang w:eastAsia="zh-CN"/>
        </w:rPr>
        <w:t>　　在接受柴静采访时，卢安克说：“以前我不想见记者，不想给别人看到我做的事情。后来我看到曼德拉的一句话，他说，如果因为怕别人看到就不做自己觉得该做的事情，把它隐藏起来，那就等于说谁都不能做这个事情。如果自己把它做出来并让人看到，那就等于说谁都可以这样做，然后很多人都会这样去做。因为这句话我才考虑接受你们的采访。”当下我们看到社会中的很多人在高调做公益做慈善，我们终于可以找到依据出处了。</w:t>
      </w:r>
      <w:r>
        <w:rPr>
          <w:lang w:eastAsia="zh-CN"/>
        </w:rPr>
        <w:br/>
      </w:r>
      <w:r>
        <w:rPr>
          <w:lang w:eastAsia="zh-CN"/>
        </w:rPr>
        <w:t>　　前期有群友对美丽去阳光之家给智障孩子上公益阅读课并拍照分享有非议，他们认为做好事就该低调，不该张扬。我是这么理解慈善和公益的：“有人认为，慈善就该低调，作为个体这么想也是对的。但如果是站在社会管理者角度，一定是发动更多人加入爱心奉献团队为首要己任。慈善不是有钱人的专利，需要更多有心人，有钱出钱，有力出力。</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国家财力有限，社会需要更多资源和力量来做慈善，包括公益，如果没有我的分享，包括还有其他很多媒体的宣传，大家还知道有那么一个弱势群体存在吗?说实在话，没去那儿体验之前，我根本不知道阳光之家这些孩子们的存在，根本了解他们的需求”，也许我们高调宣传推广幸福读书会爱心公益也是一样，希望通过我们的先行动再带动更多人爱读书，读好书，提升幸福感，传播正能量，读书是件幸福快乐的事!</w:t>
      </w:r>
      <w:r>
        <w:rPr>
          <w:lang w:eastAsia="zh-CN"/>
        </w:rPr>
        <w:br/>
      </w:r>
      <w:r>
        <w:rPr>
          <w:lang w:eastAsia="zh-CN"/>
        </w:rPr>
        <w:t>　　犹太人年均读书40多本，美国人均7本，日本人均8本，中国人均读书4.3本，也许中国人广泛阅读还有很长的路要走，这也许也正是我们幸福读书会存在并发展的社会意义所在吧。</w:t>
      </w:r>
      <w:r>
        <w:rPr>
          <w:lang w:eastAsia="zh-CN"/>
        </w:rPr>
        <w:br/>
      </w:r>
      <w:r>
        <w:rPr>
          <w:lang w:eastAsia="zh-CN"/>
        </w:rPr>
        <w:t>　　三、从省台娱乐红人到央视新闻的艰难转型。</w:t>
      </w:r>
      <w:r>
        <w:rPr>
          <w:lang w:eastAsia="zh-CN"/>
        </w:rPr>
        <w:br/>
      </w:r>
      <w:r>
        <w:rPr>
          <w:lang w:eastAsia="zh-CN"/>
        </w:rPr>
        <w:t>　　她从湖南卫视“新青年”当红主持人，到央视时空连线16分钟时事评论，连线多方专家同时讨论，这对柴静是很大挑战：从头开始，点滴学起，不断积累，打磨三年，终于在新闻调查中，积极主动争取20__年非典报道并凭此夯实在央视地位。时空连线同事说，柴静那时天天采访前打40分钟电话，写出100多个采访问题，化妆时还斜着眼睛继续写。</w:t>
      </w:r>
      <w:r>
        <w:rPr>
          <w:lang w:eastAsia="zh-CN"/>
        </w:rPr>
        <w:br/>
      </w:r>
      <w:r>
        <w:rPr>
          <w:lang w:eastAsia="zh-CN"/>
        </w:rPr>
        <w:t>　　观众说那个就是报道非典的央视记者，柴静听到这句话的成就感抵去之前几个月的辛劳。她在央视的起步是专业还是勇气?!反正有些在一线工作的人比如医务工作者也被染上了sars。没有人随随便便可以成功，也许需要智慧、需要专业、有时更需要奋不顾身的勇气!</w:t>
      </w:r>
      <w:r>
        <w:rPr>
          <w:lang w:eastAsia="zh-CN"/>
        </w:rPr>
        <w:br/>
      </w:r>
      <w:r>
        <w:rPr>
          <w:lang w:eastAsia="zh-CN"/>
        </w:rPr>
        <w:t>　　读完这本书延伸出自己想进一步读的书一是胡适传记和他的中国哲学史大纲，另一是斯宾罗莎《伦理学》，深入研究幸福学也需要专业积累。</w:t>
      </w:r>
      <w:r>
        <w:rPr>
          <w:lang w:eastAsia="zh-CN"/>
        </w:rPr>
        <w:br/>
      </w:r>
      <w:r>
        <w:rPr>
          <w:lang w:eastAsia="zh-CN"/>
        </w:rPr>
        <w:t xml:space="preserve">    柴静看见读书心得体会 篇14 </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第一次听见柴静这个名字是通过《新闻调查》这个栏目。这么多年过去了，节目的内容早已忘的差不多了，但是她那短发、冷酷的屏幕印象却让我一直印象深刻。</w:t>
      </w:r>
      <w:r>
        <w:rPr>
          <w:lang w:eastAsia="zh-CN"/>
        </w:rPr>
        <w:br/>
      </w:r>
      <w:r>
        <w:rPr>
          <w:lang w:eastAsia="zh-CN"/>
        </w:rPr>
        <w:t>　　《看见》也算是当年比较火的一本书，地位大概类似于当年余秋雨的《文化苦旅》一般。在没有读之前，我一直把它想象成一本鸡汤书，直到今年意外发现它的评分竟然高达8.8分，才下定决心要把它买回来读读看</w:t>
      </w:r>
      <w:r>
        <w:rPr>
          <w:lang w:eastAsia="zh-CN"/>
        </w:rPr>
        <w:br/>
      </w:r>
      <w:r>
        <w:rPr>
          <w:lang w:eastAsia="zh-CN"/>
        </w:rPr>
        <w:t>　　初看书名，“看见”，总觉得透漏出一股话没说完的劲。读完之后，我慢慢体会到了柴静对“看见”这两个字的理解，以及希望表达的含义。</w:t>
      </w:r>
      <w:r>
        <w:rPr>
          <w:lang w:eastAsia="zh-CN"/>
        </w:rPr>
        <w:br/>
      </w:r>
      <w:r>
        <w:rPr>
          <w:lang w:eastAsia="zh-CN"/>
        </w:rPr>
        <w:t>　　不是听到、感到、觉得等等，而是看见。这两个字代表了客观、独立性以及真实，保持对真相的追求，而不只是浅显的评判，尽管这条道路是崎岖以及充满矛盾的。</w:t>
      </w:r>
      <w:r>
        <w:rPr>
          <w:lang w:eastAsia="zh-CN"/>
        </w:rPr>
        <w:br/>
      </w:r>
      <w:r>
        <w:rPr>
          <w:lang w:eastAsia="zh-CN"/>
        </w:rPr>
        <w:t>　　文中所选的众多案例，从普通人的视角来看，已经不存在太多还值得被发掘或发现的新闻价值，是早已能够盖棺定论的事情。但是柴静从更深层次的角度出发，揭示了事件之后被普罗大众所忽视的细节，像剥洋葱般不断揭开事件的真相。</w:t>
      </w:r>
      <w:r>
        <w:rPr>
          <w:lang w:eastAsia="zh-CN"/>
        </w:rPr>
        <w:br/>
      </w:r>
      <w:r>
        <w:rPr>
          <w:lang w:eastAsia="zh-CN"/>
        </w:rPr>
        <w:t>　　用我在文中给我印象最强烈的三段话作为本次的读书小结吧：</w:t>
      </w:r>
      <w:r>
        <w:rPr>
          <w:lang w:eastAsia="zh-CN"/>
        </w:rPr>
        <w:br/>
      </w:r>
      <w:r>
        <w:rPr>
          <w:lang w:eastAsia="zh-CN"/>
        </w:rPr>
        <w:t>　　一、保持对不同论述的警惕，才能保持自己的独立性。探索就是要不断相信，不断怀疑，不断幻灭，不断摧毁，不断重建，为的就是避免成为偏见的附庸。或者说，煽动各种偏见互殴，从而取得平衡，这就是我所理解的“探索”</w:t>
      </w:r>
      <w:r>
        <w:rPr>
          <w:lang w:eastAsia="zh-CN"/>
        </w:rPr>
        <w:br/>
      </w:r>
    </w:p>
    <w:p w:rsidR="001B1F19" w14:textId="27C3F48A">
      <w:pPr>
        <w:rPr>
          <w:lang w:eastAsia="zh-CN"/>
        </w:rPr>
      </w:pPr>
      <w:r>
        <w:rPr>
          <w:lang w:eastAsia="zh-CN"/>
        </w:rPr>
        <w:t>　　二、这本书中，我没有刻意选择标志性事件，也没有描绘历史的雄心，在大量的新闻报道里，我只选择了留给我强烈生命印象的人，因为工作原因，我恰好与这些人相遇。他们是流淌的，从我心腹深处的石坝上满溢出来，坚硬的成见和模式被一遍遍冲刷，摇摇欲坠，土崩瓦解。这种摇晃时危险的，但思想的本质就是不安。我试着尽可能诚实的写下这不断犯错、不断推翻、不断疑问、不断重建的事实和因果，一个国家由人构成，一个人也由无数他人构成，你想如何报道一个国家，就要如何报道自己</w:t>
      </w:r>
      <w:r>
        <w:rPr>
          <w:lang w:eastAsia="zh-CN"/>
        </w:rPr>
        <w:br/>
      </w:r>
      <w:r>
        <w:rPr>
          <w:lang w:eastAsia="zh-CN"/>
        </w:rPr>
        <w:t>　　三、采访不是用来评判，只是用来了解;不用来改变世界，只用来认识世界。记者的道德，是让人明白</w:t>
      </w:r>
      <w:r>
        <w:rPr>
          <w:lang w:eastAsia="zh-CN"/>
        </w:rPr>
        <w:br/>
      </w:r>
      <w:r>
        <w:rPr>
          <w:lang w:eastAsia="zh-CN"/>
        </w:rPr>
        <w:t xml:space="preserve">    柴静看见读书心得体会 篇15 </w:t>
      </w:r>
      <w:r>
        <w:rPr>
          <w:lang w:eastAsia="zh-CN"/>
        </w:rPr>
        <w:br/>
      </w:r>
      <w:r>
        <w:rPr>
          <w:lang w:eastAsia="zh-CN"/>
        </w:rPr>
        <w:t>　　对柴静第一次印象深刻的是网上她演讲的那个视频《认识的人了解的事》，整个演讲一气呵成，是一个很平静的叙述，但对于我却有一种非常震撼的感动，是故事里人做的事情，也是她非常合适的表述。平静、坚定、有个性、有力量。后来看到网上说这个视频感动了成千上万的人。</w:t>
      </w:r>
      <w:r>
        <w:rPr>
          <w:lang w:eastAsia="zh-CN"/>
        </w:rPr>
        <w:br/>
      </w:r>
      <w:r>
        <w:rPr>
          <w:lang w:eastAsia="zh-CN"/>
        </w:rPr>
        <w:t>　　第二次，记不得是哪里看到了柴静调查某个事件说自己可能会有危险，但是自己也要去追寻事实。当时在想做新闻是这样吗?</w:t>
      </w:r>
      <w:r>
        <w:rPr>
          <w:lang w:eastAsia="zh-CN"/>
        </w:rPr>
        <w:br/>
      </w:r>
      <w:r>
        <w:rPr>
          <w:lang w:eastAsia="zh-CN"/>
        </w:rPr>
        <w:t>　　读《看见》这是第三次感触她。</w:t>
      </w:r>
      <w:r>
        <w:rPr>
          <w:lang w:eastAsia="zh-CN"/>
        </w:rPr>
        <w:br/>
      </w:r>
      <w:r>
        <w:rPr>
          <w:lang w:eastAsia="zh-CN"/>
        </w:rPr>
        <w:t>　　书的撰写让我看到了柴静的文字功底，确实了得，汉字这门语言她的使用让自己感觉到真的是相差十万八千里。从这点也让我对提高自己的汉语知识和文字表达能力有了更强的动力。</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https://d.book118.com/518131002046006041</w:t>
        </w:r>
      </w:hyperlink>
    </w:p>
    <w:p w:rsidR="001B1F19">
      <w:pPr>
        <w:rPr>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8131002046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