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有关小王子的读书心得体会（35篇）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有关小王子的读书心得体会（通用35篇）</w:t>
      </w:r>
      <w:r>
        <w:rPr>
          <w:lang w:eastAsia="zh-CN"/>
        </w:rPr>
        <w:br/>
      </w:r>
      <w:r>
        <w:rPr>
          <w:lang w:eastAsia="zh-CN"/>
        </w:rPr>
        <w:t xml:space="preserve">    有关小王子的读书心得体会 篇1 </w:t>
      </w:r>
      <w:r>
        <w:rPr>
          <w:lang w:eastAsia="zh-CN"/>
        </w:rPr>
        <w:br/>
      </w:r>
      <w:r>
        <w:rPr>
          <w:lang w:eastAsia="zh-CN"/>
        </w:rPr>
        <w:t>　　今年寒假，我在家里读完了《小王子》这本书。这本书故事很有趣。它为我们讲述了一位飞行员因飞机故障，被迫降落在无边无际的撒哈拉大沙漠中，遇见了小王子之后听小王子讲自己所经历奇妙之旅的故事。</w:t>
      </w:r>
      <w:r>
        <w:rPr>
          <w:lang w:eastAsia="zh-CN"/>
        </w:rPr>
        <w:br/>
      </w:r>
      <w:r>
        <w:rPr>
          <w:lang w:eastAsia="zh-CN"/>
        </w:rPr>
        <w:t>　　小王子来自B612小行星。他是孤独的，在他心情低落的时候，他会提着凳子追着太阳看日落。只有欣赏日落时那脉脉含情的余晖，才是他唯一的乐趣。他曾一天看四十三次日落，因为他心里充满了无尽的孤独和忧伤。幸运的是一朵玫瑰花进入了他的生活，她是一朵美丽而且非常骄傲的花。敏感的小王子因为玫瑰一次恼怒，他离开B612小行星，抛下了玫瑰，开始了自己孤单而又奇妙的旅行。</w:t>
      </w:r>
      <w:r>
        <w:rPr>
          <w:lang w:eastAsia="zh-CN"/>
        </w:rPr>
        <w:br/>
      </w:r>
      <w:r>
        <w:rPr>
          <w:lang w:eastAsia="zh-CN"/>
        </w:rPr>
        <w:t>　　他先后访问六个星球，他刚来到地球时发现人类没有想象力。后来小王子在地球上遇见一只狐狸，这可不是一直一般的狐狸哟!狐狸求小王子驯养它，但是小王子只是想去交朋友。所以狐狸把真理：“肉眼看不见事务的本质，只有用心灵才能洞察一切。”——作为礼物，送给小王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小王子》是一本关于生活的寓言。正如书中所说的，水对心是有益处的。而《小王子》就如水般澄清透彻，使人安宁并且心生暖意。在生活中，有时，我们不能太讲究实际，幻想也会让人感到身心愉悦，有了前进目标。我们要像那个飞行员以及小王子一样，珍惜友情。我们更要学习小王子敢于承担责任，勇于探索人生，最终获得启迪的精神。</w:t>
      </w:r>
      <w:r>
        <w:rPr>
          <w:lang w:eastAsia="zh-CN"/>
        </w:rPr>
        <w:br/>
      </w:r>
      <w:r>
        <w:rPr>
          <w:lang w:eastAsia="zh-CN"/>
        </w:rPr>
        <w:t>　　正如这本书所说：“纯真的感情，永久的守候，不变的宽容!”</w:t>
      </w:r>
      <w:r>
        <w:rPr>
          <w:lang w:eastAsia="zh-CN"/>
        </w:rPr>
        <w:br/>
      </w:r>
      <w:r>
        <w:rPr>
          <w:lang w:eastAsia="zh-CN"/>
        </w:rPr>
        <w:t xml:space="preserve">    有关小王子的读书心得体会 篇2 </w:t>
      </w:r>
      <w:r>
        <w:rPr>
          <w:lang w:eastAsia="zh-CN"/>
        </w:rPr>
        <w:br/>
      </w:r>
      <w:r>
        <w:rPr>
          <w:lang w:eastAsia="zh-CN"/>
        </w:rPr>
        <w:t>　　读《小王子》完全是为了应付作业，然而当我读完，我为自己尽早读到这本书而感到庆幸。《小王子》是一本清澈心灵的书，是一本成年人写给成年人的童话。正如书中所说的，水对心是有益处的。而《小王子》就如水般澄清透彻，使人安宁并且心生暖意。</w:t>
      </w:r>
      <w:r>
        <w:rPr>
          <w:lang w:eastAsia="zh-CN"/>
        </w:rPr>
        <w:br/>
      </w:r>
      <w:r>
        <w:rPr>
          <w:lang w:eastAsia="zh-CN"/>
        </w:rPr>
        <w:t>　　我对简单、干净的故事有种天生的爱好，比如对几米手绘画的喜爱。在诗歌阅读上，我喜欢简短，也许是懒惰的缘故，也许也不尽是。简单、留白会少去很多压迫感，会给人静谧如幽谷的感觉。《小王子》的故事简单，文字素淡。我很轻松地就读了两遍，没有丝毫的倦意。童话也许就是对平淡生活的一种恩赐，他让你轻松地阅读，同时在轻松间也给予你一些东西，比如生活的纯真与美好，比如简单与清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故事中的小王子对生活抱着认真的态度，他勤勉地疏通火山口，拔着猴面包树的幼苗。然而小王子是孤独的，在他心情低落的时候，他会提着凳子追着太阳看日落。只有欣赏日落时那脉脉含情的余晖，才是他唯一的乐趣。他曾一天看了四十三次日落，因为他心里充满了无尽的孤独和忧伤。有幸的是一朵玫瑰进入了她的生活，玫瑰有着沉静的柔情，她在谎言被揭穿后会反复咳嗽，她是一朵美丽而且非常骄傲的花。她恋着忧伤的小王子，小王子也真诚地爱着玫瑰。然而一件小事最终却使他们分开，敏感的小王子因为玫瑰的一次恼怒而对爱生起怀疑，他离开了自己的星星，抛下了玫瑰，开始了自己孤单的旅行</w:t>
      </w:r>
      <w:r>
        <w:rPr>
          <w:lang w:eastAsia="zh-CN"/>
        </w:rPr>
        <w:br/>
      </w:r>
      <w:r>
        <w:rPr>
          <w:lang w:eastAsia="zh-CN"/>
        </w:rPr>
        <w:t>　　小王子在旅行中接触着新的人和物，比如追逐权威但不失明智的国王，比如为了躲避醉酒耻辱而喝酒的酒鬼，比如占有星星并自认为严肃的商人，比如拒绝旅行的地理学家和忙碌的点灯人。但是小王子厌恶着他们的生活，他一路上只是感觉到大人的怪异和不可理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而直到他来到地球，他碰到了小狐狸，并且在小狐狸的要求下驯养了她。她认为，如果小王子驯养了她，她的生活一定会是欢快的。她会辨认出一种与众不同的脚步声。其他的脚步声会使她躲到地下去，而小王子的脚步声就会象音乐一样让她从洞里走出来。她知道小王子终究是要离开的，但是她是知足的，她为拥有麦子的颜色而欢欣，因为看到麦子，她会想到小王子金黄的头发，因为她孤独的心有了张望的方向。小王子在与小狐狸一起的日子，小王子懂得了玫瑰的独一无二，并且他开始认为玫瑰驯服了他，他必须对玫瑰承担起责任。小王子在狐狸那里学会了爱，认识到了他所要追求的东西，他要离开小狐狸去承担他的责任，然而小王子却不知道他驯养了小狐狸，同样他对小狐狸也有必须担负的责任。但是小狐狸还是送走了小王子，并且告诉他，实质性的东西用眼睛是看不到的。</w:t>
      </w:r>
      <w:r>
        <w:rPr>
          <w:lang w:eastAsia="zh-CN"/>
        </w:rPr>
        <w:br/>
      </w:r>
      <w:r>
        <w:rPr>
          <w:lang w:eastAsia="zh-CN"/>
        </w:rPr>
        <w:t>　　小王子最后发现自己无法回去，他在降临地球的地方反复徘徊，并且深深想念着他的花儿。在不能回去的日子里，小王子会望着自己的星星，他说：“如果你爱上了一朵生长在一颗星星上的花，那么夜间，你看着就感到甜蜜愉快。所有的星星上都好象开着花。”忧伤脆弱的小王子无法忍受想念的痛苦，他要急切地回去，最后他选择了以蛇的毒液结束自己的生命，尽管他害怕痛苦，但是他认为这样就能抛下自己笨重的身体回去。最后小王子就像一棵树一样轻轻倒了下去，柔软的沙地，连一点声音也没有。</w:t>
      </w:r>
      <w:r>
        <w:rPr>
          <w:lang w:eastAsia="zh-CN"/>
        </w:rPr>
        <w:br/>
      </w:r>
      <w:r>
        <w:rPr>
          <w:lang w:eastAsia="zh-CN"/>
        </w:rPr>
        <w:t>　　小王子是否回到了自己的家，是否过着快乐幸福的生活，我们不知道，但是我们会在心底祝福，正如小狐狸说的，眼睛是什么也看不到的，应该用心去寻找。在心中，我们能找到小王子和玫瑰的幸福。</w:t>
      </w:r>
      <w:r>
        <w:rPr>
          <w:lang w:eastAsia="zh-CN"/>
        </w:rPr>
        <w:br/>
      </w:r>
      <w:r>
        <w:rPr>
          <w:lang w:eastAsia="zh-CN"/>
        </w:rPr>
        <w:t>　　《小王子》的故事是哀伤的，一个关于爱情的伤痛。爱得认真并且真诚，痛得切骨而且难以忍受。</w:t>
      </w:r>
      <w:r>
        <w:rPr>
          <w:lang w:eastAsia="zh-CN"/>
        </w:rPr>
        <w:br/>
      </w:r>
      <w:r>
        <w:rPr>
          <w:lang w:eastAsia="zh-CN"/>
        </w:rPr>
        <w:t>　　小王子的爱情，纯净淡雅，诚恳认真。如果死能够使他回到自己的星星上，如果死能够让他和所爱的人相会，他会义无返顾地选择死去，因为他深沉地爱着她，因为他的心被玫瑰所驯服。他也是这么做的，他轻轻地倒下，正如他无人知晓地来到地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梭罗说，人在过着静静的绝望的生活，他是远离人群的，阳光下去找寻一切颓废的根源，一无所获，这是一个落满灰尘的天堂。有幸的是我们的心中还有一个关于小王子的故事，忧伤但美好，小王子的忧伤是因单纯的爱恋;美好，是因为爱恋给人的感动和希望。</w:t>
      </w:r>
      <w:r>
        <w:rPr>
          <w:lang w:eastAsia="zh-CN"/>
        </w:rPr>
        <w:br/>
      </w:r>
      <w:r>
        <w:rPr>
          <w:lang w:eastAsia="zh-CN"/>
        </w:rPr>
        <w:t>　　因为小王子的故事，我们在静静的生活时，心里有着希望和温存，有着感动和关于驯养的责任。</w:t>
      </w:r>
      <w:r>
        <w:rPr>
          <w:lang w:eastAsia="zh-CN"/>
        </w:rPr>
        <w:br/>
      </w:r>
      <w:r>
        <w:rPr>
          <w:lang w:eastAsia="zh-CN"/>
        </w:rPr>
        <w:t xml:space="preserve">    有关小王子的读书心得体会 篇3 </w:t>
      </w:r>
      <w:r>
        <w:rPr>
          <w:lang w:eastAsia="zh-CN"/>
        </w:rPr>
        <w:br/>
      </w:r>
      <w:r>
        <w:rPr>
          <w:lang w:eastAsia="zh-CN"/>
        </w:rPr>
        <w:t>　　书，读书，读一本本书 读一本本好书 认认真真的读一本本好书 。 &amp;&amp;题记</w:t>
      </w:r>
      <w:r>
        <w:rPr>
          <w:lang w:eastAsia="zh-CN"/>
        </w:rPr>
        <w:br/>
      </w:r>
      <w:r>
        <w:rPr>
          <w:lang w:eastAsia="zh-CN"/>
        </w:rPr>
        <w:t>　　双十一妈妈给我订购了10本世界名著。没想到今天就到货了，面对成堆的书，我一眼就看见了小王子，拿起来后我便没放下过。</w:t>
      </w:r>
      <w:r>
        <w:rPr>
          <w:lang w:eastAsia="zh-CN"/>
        </w:rPr>
        <w:br/>
      </w:r>
      <w:r>
        <w:rPr>
          <w:lang w:eastAsia="zh-CN"/>
        </w:rPr>
        <w:t>　　《小王子》是作家安东尼&amp;德&amp;圣埃克苏佩里于1942年写成的著名法国儿童文学短篇小说。本书的主人公是来自外星球的小王子，作者以小王子孩子的眼光来看这个世界，透视出成人的空虚、盲目，愚妄和死板教条，用浅显天真的语言写出了人类的孤独寂寞、没有根基随风流浪的命运。同时，也表达出作者对金钱关系的批判，对真善美的讴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读了《小王子》这本书，书中讲的是一个从B612号小行星来的王子，去了7个星球旅行，在旅行中他遇到了各种不同的人：要别人服从自己命令的国王;要别人崇拜自己的爱虚荣的人;为忘记自己难为情而喝酒的酒鬼;为占有星星而毫不停息的商人;还有个奇怪的点灯人和一位地理学家，最后小王子来到了地球。在地球上他先遇到了一条蛇，蛇告诉小王子，它会帮助他回到他的星球，然后他遇到了狐狸，并且驯养了它，之后小王子又在沙漠中遇到了因飞机发生事故而落在沙漠里的飞行员，他与飞行员一起在沙漠里生存，最后小王子想回家了，就让毒蛇咬死自己，就这样小王子回到了自己的星球。</w:t>
      </w:r>
      <w:r>
        <w:rPr>
          <w:lang w:eastAsia="zh-CN"/>
        </w:rPr>
        <w:br/>
      </w:r>
      <w:r>
        <w:rPr>
          <w:lang w:eastAsia="zh-CN"/>
        </w:rPr>
        <w:t>　　读了这本书，我知道了一个道理：人只能用心灵去观察，去感受。要知道，光靠肉眼是不可能看到本质的东西的，而且要懂得做人不能只想自己，要做个负责任的人。举个例子，世界上的中华龟很多，但只有我的是独一无二的，因为只有它是我驯养成过的，所以，我的是独一无二的。记住，凡是你培植过，驯养过的一切，你对它们是负有责任的。你为你的东西花费了时间，它才会变得重要。</w:t>
      </w:r>
      <w:r>
        <w:rPr>
          <w:lang w:eastAsia="zh-CN"/>
        </w:rPr>
        <w:br/>
      </w:r>
      <w:r>
        <w:rPr>
          <w:lang w:eastAsia="zh-CN"/>
        </w:rPr>
        <w:t>　　我喜欢《小王子》这本书，更喜欢小王子这个人，因为他是个善良、快乐的人。</w:t>
      </w:r>
      <w:r>
        <w:rPr>
          <w:lang w:eastAsia="zh-CN"/>
        </w:rPr>
        <w:br/>
      </w:r>
      <w:r>
        <w:rPr>
          <w:lang w:eastAsia="zh-CN"/>
        </w:rPr>
        <w:t xml:space="preserve">    有关小王子的读书心得体会 篇4 </w:t>
      </w:r>
      <w:r>
        <w:rPr>
          <w:lang w:eastAsia="zh-CN"/>
        </w:rPr>
        <w:br/>
      </w:r>
      <w:r>
        <w:rPr>
          <w:lang w:eastAsia="zh-CN"/>
        </w:rPr>
        <w:t>　　遗憾的是，上面全是大人：追逐权威的国王、躲避耻辱而喝酒的酒鬼、以占有星星为乐的商人、拒绝旅行的地理学家和忙碌的点灯人等。他们都是一些非常无 聊的大人。小王子访问的最后一个星球是地球，地球上约有二十亿个大人。他无意间碰到了我&amp;&amp;一位心中一直放不下自己幼年作品的飞行员。在互相认识的第 九天里，一条黄蛇帮助了小王子，让他回到了自己的星球。</w:t>
      </w:r>
      <w:r>
        <w:rPr>
          <w:lang w:eastAsia="zh-CN"/>
        </w:rPr>
        <w:br/>
      </w:r>
      <w:r>
        <w:rPr>
          <w:lang w:eastAsia="zh-CN"/>
        </w:rPr>
        <w:t>　　这部小说作者以纯净的语言写出了人类的孤独寂寞及飘忽不定的命运，对真、善、美予以讴歌。读着这部小说，我想到了一位博友写的《童心》，不禁在心中问自 己：我的童心还在吗?我还会像几岁小孩子一样无所顾忌地打闹吗?我是否已成为了大人心中的乖乖女了呢?童心已经在我的身边悄悄溜走了吗?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看着两个妹妹无所顾忌地疯跑疯玩时，我突然很羡慕她们：无忧无虑、自由自在、天真无邪、好奇、可爱</w:t>
      </w:r>
      <w:r>
        <w:rPr>
          <w:lang w:eastAsia="zh-CN"/>
        </w:rPr>
        <w:br/>
      </w:r>
      <w:r>
        <w:rPr>
          <w:lang w:eastAsia="zh-CN"/>
        </w:rPr>
        <w:t>　　我想想近半年来，自己把心思放在了地理、历史、算术、语法上，渐渐地也体会到了大人所谓的孤独和寂寞;少了些许奇思怪想，少了无所顾忌，似乎也远离了天真烂漫</w:t>
      </w:r>
      <w:r>
        <w:rPr>
          <w:lang w:eastAsia="zh-CN"/>
        </w:rPr>
        <w:br/>
      </w:r>
      <w:r>
        <w:rPr>
          <w:lang w:eastAsia="zh-CN"/>
        </w:rPr>
        <w:t>　　一天天地长大，一天天地懂事，亲爱的朋友，能否告诉我，我的童心哪里去了?童心真的不再存在了吗?不，这种失落和担心只是我们渐渐成熟的思维所需。在一天 天的成熟中，无所顾忌地横冲直撞变成了思维周全、向着目标有方向的前进;永不会消失的好奇心转化为对新事物浓厚的兴趣，永不停息地探索着未知的世界。</w:t>
      </w:r>
      <w:r>
        <w:rPr>
          <w:lang w:eastAsia="zh-CN"/>
        </w:rPr>
        <w:br/>
      </w:r>
      <w:r>
        <w:rPr>
          <w:lang w:eastAsia="zh-CN"/>
        </w:rPr>
        <w:t>　　童心是无所不在的，我相信在某个合适的环境、合适的条件、合适的时间，因为某件事，那貌似已经失去的童心还会像小淘气一样回到我的身边。</w:t>
      </w:r>
      <w:r>
        <w:rPr>
          <w:lang w:eastAsia="zh-CN"/>
        </w:rPr>
        <w:br/>
      </w:r>
      <w:r>
        <w:rPr>
          <w:lang w:eastAsia="zh-CN"/>
        </w:rPr>
        <w:t xml:space="preserve">    有关小王子的读书心得体会 篇5 </w:t>
      </w:r>
      <w:r>
        <w:rPr>
          <w:lang w:eastAsia="zh-CN"/>
        </w:rPr>
        <w:br/>
      </w:r>
      <w:r>
        <w:rPr>
          <w:lang w:eastAsia="zh-CN"/>
        </w:rPr>
        <w:t>　　《小王子》法国圣埃克苏佩里（1900~1944）</w:t>
      </w:r>
      <w:r>
        <w:rPr>
          <w:lang w:eastAsia="zh-CN"/>
        </w:rPr>
        <w:br/>
      </w:r>
      <w:r>
        <w:rPr>
          <w:lang w:eastAsia="zh-CN"/>
        </w:rPr>
        <w:t>　　这本书最早是一个好朋友介绍给我的，后来偶然发现了歌剧版。仔细看完，深深被作品中沉重隐忍的悲伤所吸引，被小王子纯真执着的爱所感动，为小王子惊心动魄的悲伤而心悸，为他的童心而哀悼。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正如作者在前言中所说，他把这本书献给了一个成年人和他童年的朋友利昂韦德。"所有的成年人过去都是孩子，尽管只有少数人记得。"这是一个成人童话。但似乎不能称之为童话。像白雪公主和灰姑娘一样，童话中的主人公最终过上了幸福的生活，而悲伤的小王子在知道爱情的真谛后却死在了沙漠里。也可以说是回到了玫瑰等着他，但他驯养的狐狸只能含泪告别，一个人伤心。</w:t>
      </w:r>
      <w:r>
        <w:rPr>
          <w:lang w:eastAsia="zh-CN"/>
        </w:rPr>
        <w:br/>
      </w:r>
      <w:r>
        <w:rPr>
          <w:lang w:eastAsia="zh-CN"/>
        </w:rPr>
        <w:t>　　剧情很简单。作者从“我”的角度讲述小王子的旅行过程。因为一朵美丽娇嫩的玫瑰，小王子离开了他一直安静生活的小行星。他去过六个星球。在这些星球上，他遇到了一些成年人、傲慢的国王、富商和迂腐的点灯人。于是他不停地感慨：在书中，作者从小王子的孩子的眼中揭示了这些大人的空虚、盲目和愚蠢，同时也揭示了大人的孤独和无所适从。最后，他来到了地球，在那里他遇到了一只等待爱情的狐狸，这只狐狸解决了他对迷人而愤怒的小玫瑰带来的爱情的怀疑。善良的狐狸让他明白，爱意味着责任和同情。有了爱（广义的爱），生活中的一切都有了意义。在当今这个金钱至上、物欲横流的社会，有多少人能一直保持着童年的纯真和真诚？</w:t>
      </w:r>
      <w:r>
        <w:rPr>
          <w:lang w:eastAsia="zh-CN"/>
        </w:rPr>
        <w:br/>
      </w:r>
      <w:r>
        <w:rPr>
          <w:lang w:eastAsia="zh-CN"/>
        </w:rPr>
        <w:t>　　在我明白了“驯服”这个词之后，我想我再也不会在意人生的遗忘和未来的得失。</w:t>
      </w:r>
      <w:r>
        <w:rPr>
          <w:lang w:eastAsia="zh-CN"/>
        </w:rPr>
        <w:br/>
      </w:r>
      <w:r>
        <w:rPr>
          <w:lang w:eastAsia="zh-CN"/>
        </w:rPr>
        <w:t>　　《驯服》，真不知道这只狐狸是从哪里学来的。</w:t>
      </w:r>
      <w:r>
        <w:rPr>
          <w:lang w:eastAsia="zh-CN"/>
        </w:rPr>
        <w:br/>
      </w:r>
      <w:r>
        <w:rPr>
          <w:lang w:eastAsia="zh-CN"/>
        </w:rPr>
        <w:t>　　现在他教我。</w:t>
      </w:r>
      <w:r>
        <w:rPr>
          <w:lang w:eastAsia="zh-CN"/>
        </w:rPr>
        <w:br/>
      </w:r>
      <w:r>
        <w:rPr>
          <w:lang w:eastAsia="zh-CN"/>
        </w:rPr>
        <w:t>　　所以，在我的生活中，有一种通过“驯服”建立起来的新的关系，可能是友情，也可能是爱情。但无论如何，我追求的时候，都会有这样的心态。我相信最后，至少，我还能拥有小麦的颜色。</w:t>
      </w:r>
      <w:r>
        <w:rPr>
          <w:lang w:eastAsia="zh-CN"/>
        </w:rPr>
        <w:br/>
      </w:r>
      <w:r>
        <w:rPr>
          <w:lang w:eastAsia="zh-CN"/>
        </w:rPr>
        <w:t>　　这种颜色可能是我们一起读过的一本书，一条我们走过的路，同时抬头看月亮的心感受到的躁动，齐声说一句话。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生活会被这样的时刻所左右。</w:t>
      </w:r>
      <w:r>
        <w:rPr>
          <w:lang w:eastAsia="zh-CN"/>
        </w:rPr>
        <w:br/>
      </w:r>
      <w:r>
        <w:rPr>
          <w:lang w:eastAsia="zh-CN"/>
        </w:rPr>
        <w:t>　　摘录：</w:t>
      </w:r>
      <w:r>
        <w:rPr>
          <w:lang w:eastAsia="zh-CN"/>
        </w:rPr>
        <w:br/>
      </w:r>
      <w:r>
        <w:rPr>
          <w:lang w:eastAsia="zh-CN"/>
        </w:rPr>
        <w:t>　　（8）他继续吐露：“但其实当时我什么都不知道！我应该评判她的行为，而不仅仅是她的言语。她的花飘在我身边，她的光照耀着我。我永远不应该离开她……我应该感受到她所有诡计背后淡淡的亲情。这些花多多样啊！但是我太年轻了，不懂得珍惜她。”</w:t>
      </w:r>
      <w:r>
        <w:rPr>
          <w:lang w:eastAsia="zh-CN"/>
        </w:rPr>
        <w:br/>
      </w:r>
      <w:r>
        <w:rPr>
          <w:lang w:eastAsia="zh-CN"/>
        </w:rPr>
        <w:t>　　（17）小王子坐在一块石头上，抬头看着天空说：“我想知道这些星星是不是在发光，让每个人都有一天能再次找到自己的星球。听着，我的星球。它刚好在我们上面。但是它离我们太远了！”</w:t>
      </w:r>
      <w:r>
        <w:rPr>
          <w:lang w:eastAsia="zh-CN"/>
        </w:rPr>
        <w:br/>
      </w:r>
      <w:r>
        <w:rPr>
          <w:lang w:eastAsia="zh-CN"/>
        </w:rPr>
        <w:t>　　“你的星球非常美丽。”蛇说：“你为什么来这里？”</w:t>
      </w:r>
      <w:r>
        <w:rPr>
          <w:lang w:eastAsia="zh-CN"/>
        </w:rPr>
        <w:br/>
      </w:r>
      <w:r>
        <w:rPr>
          <w:lang w:eastAsia="zh-CN"/>
        </w:rPr>
        <w:t>　　"我不喜欢一朵花。"小王子说。</w:t>
      </w:r>
      <w:r>
        <w:rPr>
          <w:lang w:eastAsia="zh-CN"/>
        </w:rPr>
        <w:br/>
      </w:r>
      <w:r>
        <w:rPr>
          <w:lang w:eastAsia="zh-CN"/>
        </w:rPr>
        <w:t>　　“啊！”蛇说，然后两个人都沉默了。</w:t>
      </w:r>
      <w:r>
        <w:rPr>
          <w:lang w:eastAsia="zh-CN"/>
        </w:rPr>
        <w:br/>
      </w:r>
      <w:r>
        <w:rPr>
          <w:lang w:eastAsia="zh-CN"/>
        </w:rPr>
        <w:t>　　“人呢？”小王子最后又说：“我在沙漠里有点孤独。”</w:t>
      </w:r>
      <w:r>
        <w:rPr>
          <w:lang w:eastAsia="zh-CN"/>
        </w:rPr>
        <w:br/>
      </w:r>
      <w:r>
        <w:rPr>
          <w:lang w:eastAsia="zh-CN"/>
        </w:rPr>
        <w:t>　　“有人在的地方，也一样孤独。”蛇说。</w:t>
      </w:r>
      <w:r>
        <w:rPr>
          <w:lang w:eastAsia="zh-CN"/>
        </w:rPr>
        <w:br/>
      </w:r>
      <w:r>
        <w:rPr>
          <w:lang w:eastAsia="zh-CN"/>
        </w:rPr>
        <w:t>　　狐狸把话题带了回来：“我的生活很单调，我抓鸡，别人抓我。所有的鸡都一样，所有的人也一样。所以，我觉得有点无聊。但是如果你驯服了我，我的生活就会幸福。我会听出不同的脚步声。其他的脚步声会让我躲在地下，你的脚步声会让我像音乐一样走出山洞。另外，看！你看见那边的麦田了吗？我不吃面包。小麦对我没用。我对麦田漠不关心。这真令人失望。但是你有金色的头发。那么，一旦你驯服了我，那就太好了。小麦是金黄色的，它会让我想起你，我甚至喜欢风吹麦浪的声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“再见。”小王子说。</w:t>
      </w:r>
      <w:r>
        <w:rPr>
          <w:lang w:eastAsia="zh-CN"/>
        </w:rPr>
        <w:br/>
      </w:r>
      <w:r>
        <w:rPr>
          <w:lang w:eastAsia="zh-CN"/>
        </w:rPr>
        <w:t>　　“再见。”狐狸说：“嗯，这是我的秘密。很简单：只能用心看，不能用眼睛看。”</w:t>
      </w:r>
      <w:r>
        <w:rPr>
          <w:lang w:eastAsia="zh-CN"/>
        </w:rPr>
        <w:br/>
      </w:r>
      <w:r>
        <w:rPr>
          <w:lang w:eastAsia="zh-CN"/>
        </w:rPr>
        <w:t xml:space="preserve">    有关小王子的读书心得体会 篇6 </w:t>
      </w:r>
      <w:r>
        <w:rPr>
          <w:lang w:eastAsia="zh-CN"/>
        </w:rPr>
        <w:br/>
      </w:r>
      <w:r>
        <w:rPr>
          <w:lang w:eastAsia="zh-CN"/>
        </w:rPr>
        <w:t>　　“这就象花一样。如果你爱上了一朵生长在一颗星星上的花，那么夜间，你看着天空就感到甜蜜愉快，所有的星星上都好象开着花。”</w:t>
      </w:r>
      <w:r>
        <w:rPr>
          <w:lang w:eastAsia="zh-CN"/>
        </w:rPr>
        <w:br/>
      </w:r>
      <w:r>
        <w:rPr>
          <w:lang w:eastAsia="zh-CN"/>
        </w:rPr>
        <w:t>　　小说的情节很简单，主要是从“我”的角度讲述小王子的游历过程。因为一朵美丽而娇气的玫瑰，小王子离开了一直平静地生活着的B-612小游星，他先后游历了六个星球，在这些星球上，他遇到一些他觉得很不可理逾的大人，狂妄自大的国王，财迷心窍的商人、迂腐的点灯人……于是他不断的感慨，“大人的世界确实奇怪。”在这里作者以小王子的孩子式的眼光，透视出这些大人们的空虚、盲目和愚妄，也道出了成人的孤独寂寞、无可适从的处境。</w:t>
      </w:r>
      <w:r>
        <w:rPr>
          <w:lang w:eastAsia="zh-CN"/>
        </w:rPr>
        <w:br/>
      </w:r>
      <w:r>
        <w:rPr>
          <w:lang w:eastAsia="zh-CN"/>
        </w:rPr>
        <w:t>　　最后他来到了地球。在这里他遇到了一只狐狸，这只狐狸给他解决了那朵娇气的小玫瑰给他带来的对爱的疑惑，使他明白，爱意味着责任,意味着慈悲，有了爱(广义的爱)生活里的一切才有了意义。狐狸告诉他：“对于你使之驯顺的东西，你永远有责任。你要对你的玫瑰尽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如果你使我驯顺了，我的生活就会充满阳光，欢快起来。我将会听出一种与众不同的脚步声。…….你有着一头金发，于是，一旦你使我驯顺了，这将变得妙不可言!金色的小麦将使我回想起你来。于是我就会爱上穿行麦浪的风声……”最后，小王子在离开他的星球一周年之际，让毒蛇咬死了他，这样他可以“摆脱躯体的重量”，回到他的B-612小游星，回到他的骄傲而脆弱的玫瑰身边。小王子走了，就象买火柴的小姑娘飞向与奶奶在一起的没有寒冷没有饥饿的世界一样，他奔向他永恒的爱。留给这世界的只是金色的麦田和一园子无关紧要的玫瑰花。</w:t>
      </w:r>
      <w:r>
        <w:rPr>
          <w:lang w:eastAsia="zh-CN"/>
        </w:rPr>
        <w:br/>
      </w:r>
      <w:r>
        <w:rPr>
          <w:lang w:eastAsia="zh-CN"/>
        </w:rPr>
        <w:t xml:space="preserve">    有关小王子的读书心得体会 篇7 </w:t>
      </w:r>
      <w:r>
        <w:rPr>
          <w:lang w:eastAsia="zh-CN"/>
        </w:rPr>
        <w:br/>
      </w:r>
      <w:r>
        <w:rPr>
          <w:lang w:eastAsia="zh-CN"/>
        </w:rPr>
        <w:t>　　我读了《小王子》这本名著之后，心中产生了许多感触。</w:t>
      </w:r>
      <w:r>
        <w:rPr>
          <w:lang w:eastAsia="zh-CN"/>
        </w:rPr>
        <w:br/>
      </w:r>
      <w:r>
        <w:rPr>
          <w:lang w:eastAsia="zh-CN"/>
        </w:rPr>
        <w:t>　　小王子这本书讲的是小王子在星球中旅行的故事。除了地球外，他先前去的几个星球都很小。和小王子的星球一样，每个星球都只住着一个人，他们各不相同。重要的是，那些星球居住者已经是大人了。他们的世界&amp;&amp;用小王子的话来说&amp;&amp;很奇特。</w:t>
      </w:r>
      <w:r>
        <w:rPr>
          <w:lang w:eastAsia="zh-CN"/>
        </w:rPr>
        <w:br/>
      </w:r>
      <w:r>
        <w:rPr>
          <w:lang w:eastAsia="zh-CN"/>
        </w:rPr>
        <w:t>　　第一个星球住着一个国王。他是唯一的统治者也是唯一的居住者。他能统治的只有他自己，但是他感觉自己至高无上。</w:t>
      </w:r>
      <w:r>
        <w:rPr>
          <w:lang w:eastAsia="zh-CN"/>
        </w:rPr>
        <w:br/>
      </w:r>
      <w:r>
        <w:rPr>
          <w:lang w:eastAsia="zh-CN"/>
        </w:rPr>
        <w:t>　　第二个星球住着一个爱慕虚荣的人。</w:t>
      </w:r>
      <w:r>
        <w:rPr>
          <w:lang w:eastAsia="zh-CN"/>
        </w:rPr>
        <w:br/>
      </w:r>
      <w:r>
        <w:rPr>
          <w:lang w:eastAsia="zh-CN"/>
        </w:rPr>
        <w:t>　　第三个星上住着一个酒鬼。他喝酒因为他很惭愧，而他惭愧的原因是因为他是个酒鬼。</w:t>
      </w:r>
      <w:r>
        <w:rPr>
          <w:lang w:eastAsia="zh-CN"/>
        </w:rPr>
        <w:br/>
      </w:r>
      <w:r>
        <w:rPr>
          <w:lang w:eastAsia="zh-CN"/>
        </w:rPr>
        <w:t>　　第四个星球上住着一个商人，他很忙碌。他在不停的数着天上的星星。他认为数到了的星星都属于他，他认为自己是个大富翁，因为他拥有了那么多的星星。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第五个星球上住着一个点灯人和一盏灯。他很辛苦。因为他的星球转得很快，导致每次落日和日出的时间间隔甚至只有几分钟。他不得不飞快的点燃灯，然后财熄灭它，循环往复。</w:t>
      </w:r>
      <w:r>
        <w:rPr>
          <w:lang w:eastAsia="zh-CN"/>
        </w:rPr>
        <w:br/>
      </w:r>
      <w:r>
        <w:rPr>
          <w:lang w:eastAsia="zh-CN"/>
        </w:rPr>
        <w:t>　　第六个星球上有一个地理学家。奇怪的是他甚至不知道星有几条河流有几个山脉。</w:t>
      </w:r>
      <w:r>
        <w:rPr>
          <w:lang w:eastAsia="zh-CN"/>
        </w:rPr>
        <w:br/>
      </w:r>
      <w:r>
        <w:rPr>
          <w:lang w:eastAsia="zh-CN"/>
        </w:rPr>
        <w:t>　　最 后他来到了地球。在这里他遇到了一只狐狸，这只狐狸给他解决了那朵娇气的小玫瑰给他带来的对爱的疑惑，使他明白，爱意味着责任，意味着慈悲，有了爱生活里 的一切才有了意义。之后又碰上了一个在沙漠中开飞机，结果飞机坏了的一个人，他很沮丧，小王子就把这些故事讲给了他。他听着小王子的故事，领悟到了经坚强 有信心的道理。他就在这些故事的鼓舞下，边听边修，最后在意想不到的情况下，修好了飞机。</w:t>
      </w:r>
      <w:r>
        <w:rPr>
          <w:lang w:eastAsia="zh-CN"/>
        </w:rPr>
        <w:br/>
      </w:r>
      <w:r>
        <w:rPr>
          <w:lang w:eastAsia="zh-CN"/>
        </w:rPr>
        <w:t>　　我觉得小王子是一个诚实、谦虚、坚强的王子，他最喜欢一个守夜人，也很可怜他。</w:t>
      </w:r>
      <w:r>
        <w:rPr>
          <w:lang w:eastAsia="zh-CN"/>
        </w:rPr>
        <w:br/>
      </w:r>
      <w:r>
        <w:rPr>
          <w:lang w:eastAsia="zh-CN"/>
        </w:rPr>
        <w:t>　　小王子这本书是一本名著，同时又是一本童话，很适合我们大家读，也能讲给我们一些有益的启示。</w:t>
      </w:r>
      <w:r>
        <w:rPr>
          <w:lang w:eastAsia="zh-CN"/>
        </w:rPr>
        <w:br/>
      </w:r>
      <w:r>
        <w:rPr>
          <w:lang w:eastAsia="zh-CN"/>
        </w:rPr>
        <w:t xml:space="preserve">    有关小王子的读书心得体会 篇8 </w:t>
      </w:r>
      <w:r>
        <w:rPr>
          <w:lang w:eastAsia="zh-CN"/>
        </w:rPr>
        <w:br/>
      </w:r>
      <w:r>
        <w:rPr>
          <w:lang w:eastAsia="zh-CN"/>
        </w:rPr>
        <w:t>　　《小王子》是作家安东尼·德·圣—埃克苏佩里于1942写成的著名法国儿童文学短篇小说。虽然是儿童文学作品，如今已经是成人的我阅读起来，同样是那么爱不释手，它拥有那种让人无法察觉的力量在控制着我们内心的伤感区域，他的文字简单朴实，但是其中却散发着独特的魅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小王子是一个超凡脱俗的仙童，他住在一颗只比他大一丁点儿的小行星上。陪伴他的是一朵他非常喜爱的小玫瑰花。但小玫瑰花的虚荣心伤害了小王子对她的感情。小王子告别小行星，开始了遨游太空的旅行。他先后访问了六个行星，各种见闻使他陷入忧伤，他感到大人们荒唐可笑、太不正常。只有在其中一个点灯人的星球上，小王子才找到一个可以作为朋友的人。但点灯人的天地又十分狭小，除了点灯人和他自己，不能容下第二个人。在地理学家的指点下，孤单的小王子来到人类居住的地球。小王子发现人类缺乏想象力，只知像鹦鹉那样重复别人讲过的话。小王子这时越来越思念自己星球上的那枝小玫瑰。后来，小王子遇到一只小狐狸，小王子征服了小狐狸，与它结成了亲密的朋友。小狐狸把自己心中的秘密——肉眼看不见事物的本质，只有用心灵才能洞察一切——作为礼物，送给小王子。用这个秘密，小王子在撒哈拉大沙漠与遇险的飞行员一起找到了生命的泉水。最后，小王子在蛇的帮助下死去，心灵重新回到他的B612号小行星上。</w:t>
      </w:r>
      <w:r>
        <w:rPr>
          <w:lang w:eastAsia="zh-CN"/>
        </w:rPr>
        <w:br/>
      </w:r>
      <w:r>
        <w:rPr>
          <w:lang w:eastAsia="zh-CN"/>
        </w:rPr>
        <w:t>　　作者描述的小王子追求找寻的过程，恰恰就像是我们每天的生活，我们在不断地追寻“遗失的美好”，而忘记了，会成为美好的“现在”。失去了才懂得珍惜，遗失了才知道美好。我们都想拥有自己美丽的世界，都想现在未来都是美好的。但是，怎么可能呢？我们不能留住时间，不能让现在成为不朽，但我们可以尽力珍惜现在，尽力珍惜即将随着自己的寻找而流逝的现在。</w:t>
      </w:r>
      <w:r>
        <w:rPr>
          <w:lang w:eastAsia="zh-CN"/>
        </w:rPr>
        <w:br/>
      </w:r>
      <w:r>
        <w:rPr>
          <w:lang w:eastAsia="zh-CN"/>
        </w:rPr>
        <w:t xml:space="preserve">    有关小王子的读书心得体会 篇9 </w:t>
      </w:r>
      <w:r>
        <w:rPr>
          <w:lang w:eastAsia="zh-CN"/>
        </w:rPr>
        <w:br/>
      </w:r>
      <w:r>
        <w:rPr>
          <w:lang w:eastAsia="zh-CN"/>
        </w:rPr>
        <w:t>　　《小王子》法·圣埃克苏佩里(1900~1944)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这本书最先是一个好朋友介绍给我看的，而后又偶然看到了歌剧版，认真的读完，被作品中浓重而又隐忍的悲伤所深深吸引，为小王子纯洁而执着的爱而感动，为小王子那摄人心魄的忧伤而心悸，也为自己那逐渐泯灭的童心而哀悼。</w:t>
      </w:r>
      <w:r>
        <w:rPr>
          <w:lang w:eastAsia="zh-CN"/>
        </w:rPr>
        <w:br/>
      </w:r>
      <w:r>
        <w:rPr>
          <w:lang w:eastAsia="zh-CN"/>
        </w:rPr>
        <w:t>　　正想作者在前言中所说的，他把这本书献给一个大人，献给小时候的好朋友——里昂·韦德，“所有的大人都曾经是小孩子，虽然，只有少数的人记得”，它是成人的童话。但它似乎又不能够被称之为童话，童话里的主人公就像白雪公主和灰姑娘一样，最后过着幸福美满的生活，而忧伤的小王子却在懂得了爱的真谛后死在沙漠里，也可以认为他回到了等待着他的玫瑰身边，但是那只已经被他驯养的狐狸只能忍着泪道别，一人独自伤心。</w:t>
      </w:r>
      <w:r>
        <w:rPr>
          <w:lang w:eastAsia="zh-CN"/>
        </w:rPr>
        <w:br/>
      </w:r>
      <w:r>
        <w:rPr>
          <w:lang w:eastAsia="zh-CN"/>
        </w:rPr>
        <w:t>　　情节很简单，作者从“我”的角度讲小王子的游历过程，因为一朵美丽娇气的玫瑰，小王子离开了一直平静地生活着的小行星，他先后游历了六个星球，在这些星球上，他遇到了一些他觉得很不可理喻的大人，狂妄自大的国王，财迷心窍的商人，迂腐的点灯人······于是他不断的感慨：“大人的世界确实奇怪。”在书中作者以小王子的孩子的眼光，透视出这些大人们的空虚、盲目和愚妄，同时也道出了成人的孤独寂寞，无可适从的处境。最后他来到了地球，在这里他遇到了一只等爱的狐狸，这只狐狸给他解决了那朵娇，气的小玫瑰给他带来的对爱的疑惑。善良的狐狸使他明白，爱意味着责任，意味着慈悲，有了爱(广义的爱)生活里的一切才有了意义。在如今这个金钱至上，物欲横流的社会中，试问还有多少人能够一直保持童年的那份纯真与真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当我懂得“驯服”这个词后，我认为我以后都不会再去计较生命遗忘和将来的得失——无论是爱情还是友谊，可能总是在失去，可是谁不曾经已经以及将失去什么呢，从童年美丽的发卡到最终了时我们的生命。</w:t>
      </w:r>
      <w:r>
        <w:rPr>
          <w:lang w:eastAsia="zh-CN"/>
        </w:rPr>
        <w:br/>
      </w:r>
      <w:r>
        <w:rPr>
          <w:lang w:eastAsia="zh-CN"/>
        </w:rPr>
        <w:t>　　“驯服”，真不知道这只狐狸从哪里学来的。</w:t>
      </w:r>
      <w:r>
        <w:rPr>
          <w:lang w:eastAsia="zh-CN"/>
        </w:rPr>
        <w:br/>
      </w:r>
      <w:r>
        <w:rPr>
          <w:lang w:eastAsia="zh-CN"/>
        </w:rPr>
        <w:t>　　现在又教会我。</w:t>
      </w:r>
      <w:r>
        <w:rPr>
          <w:lang w:eastAsia="zh-CN"/>
        </w:rPr>
        <w:br/>
      </w:r>
      <w:r>
        <w:rPr>
          <w:lang w:eastAsia="zh-CN"/>
        </w:rPr>
        <w:t>　　于是，在我的生命中，从此多了一种靠着“驯服”建立起来的关系——可能是友谊，也可能是爱情。但无论如何，我在去追求的时候，会有这样的心态，我相信到最后，至少，我还能有麦子的颜色。</w:t>
      </w:r>
      <w:r>
        <w:rPr>
          <w:lang w:eastAsia="zh-CN"/>
        </w:rPr>
        <w:br/>
      </w:r>
      <w:r>
        <w:rPr>
          <w:lang w:eastAsia="zh-CN"/>
        </w:rPr>
        <w:t>　　这颜色可能是我们共同读过的一本书，走过的一段路，同一时刻抬起头来看月亮心灵所感受到的激荡，不约而同地说出的一句话······</w:t>
      </w:r>
      <w:r>
        <w:rPr>
          <w:lang w:eastAsia="zh-CN"/>
        </w:rPr>
        <w:br/>
      </w:r>
      <w:r>
        <w:rPr>
          <w:lang w:eastAsia="zh-CN"/>
        </w:rPr>
        <w:t>　　生命会被这样的时刻鼓荡着····</w:t>
      </w:r>
      <w:r>
        <w:rPr>
          <w:lang w:eastAsia="zh-CN"/>
        </w:rPr>
        <w:br/>
      </w:r>
      <w:r>
        <w:rPr>
          <w:lang w:eastAsia="zh-CN"/>
        </w:rPr>
        <w:t>　　摘抄片段：</w:t>
      </w:r>
      <w:r>
        <w:rPr>
          <w:lang w:eastAsia="zh-CN"/>
        </w:rPr>
        <w:br/>
      </w:r>
      <w:r>
        <w:rPr>
          <w:lang w:eastAsia="zh-CN"/>
        </w:rPr>
        <w:t>　　(八)他继续倾诉道：“可其实我当时什么都不懂!我应该判断她的行为而不只是她的言辞。她的花香飘在我的四周，她的光芒照耀着我，我应该永远不离开她······我应该感受她所有诡计后面的隐隐的脉脉深情。花儿是多么变化多姿啊!但是我太年轻而不懂得爱惜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十七)小王子在一块石头上坐下，抬头望着天空，说道：“我捉摸这些星星闪闪发亮是否为了让每个人将来有一天都能重新找到自己的星球。你看，我的那颗行星。它恰好在我们头顶上······可是，它离我们好远哟!”</w:t>
      </w:r>
      <w:r>
        <w:rPr>
          <w:lang w:eastAsia="zh-CN"/>
        </w:rPr>
        <w:br/>
      </w:r>
      <w:r>
        <w:rPr>
          <w:lang w:eastAsia="zh-CN"/>
        </w:rPr>
        <w:t>　　“你的星球很美丽啊。”蛇说，“是什么原因才让你来到了这里呢?”</w:t>
      </w:r>
      <w:r>
        <w:rPr>
          <w:lang w:eastAsia="zh-CN"/>
        </w:rPr>
        <w:br/>
      </w:r>
      <w:r>
        <w:rPr>
          <w:lang w:eastAsia="zh-CN"/>
        </w:rPr>
        <w:t>　　“我和一朵花闹别扭了。”小王子说。</w:t>
      </w:r>
      <w:r>
        <w:rPr>
          <w:lang w:eastAsia="zh-CN"/>
        </w:rPr>
        <w:br/>
      </w:r>
      <w:r>
        <w:rPr>
          <w:lang w:eastAsia="zh-CN"/>
        </w:rPr>
        <w:t>　　“啊!”蛇说，然后两个人都沉默了。</w:t>
      </w:r>
      <w:r>
        <w:rPr>
          <w:lang w:eastAsia="zh-CN"/>
        </w:rPr>
        <w:br/>
      </w:r>
      <w:r>
        <w:rPr>
          <w:lang w:eastAsia="zh-CN"/>
        </w:rPr>
        <w:t>　　“人都在哪里?”小王子终于又说，“在沙漠中有点孤独······”</w:t>
      </w:r>
      <w:r>
        <w:rPr>
          <w:lang w:eastAsia="zh-CN"/>
        </w:rPr>
        <w:br/>
      </w:r>
      <w:r>
        <w:rPr>
          <w:lang w:eastAsia="zh-CN"/>
        </w:rPr>
        <w:t>　　“有人在的地方，也一样孤独。”蛇说。</w:t>
      </w:r>
      <w:r>
        <w:rPr>
          <w:lang w:eastAsia="zh-CN"/>
        </w:rPr>
        <w:br/>
      </w:r>
      <w:r>
        <w:rPr>
          <w:lang w:eastAsia="zh-CN"/>
        </w:rPr>
        <w:t>　　(二十一)狐狸又把话题拉回来：“我的生活很单调，我捕捉鸡，而人又捕捉我。所有的鸡全都一样，所有的人也全都一样。因此，我感到有些厌烦了。但是你要是驯服了我，我的生活就一定是欢快的。我会辨认出一种与众不同的脚步声其他的脚步声会使我躲到地下去，而你的脚步声就会像音乐一样让我从洞里走出来。再说，你看!你看到那边的麦田没有?我不吃面包，麦子对我来说，一点用也没有。我对麦田无动于衷。而这，真使人扫兴。但是，你有着金黄色的头发。那么，一旦你驯服了我，这就会十分美妙。麦子，是金黄色的，它就会使我想起你，而且，我甚至会喜欢那风吹麦浪的声音······”</w:t>
      </w:r>
      <w:r>
        <w:rPr>
          <w:lang w:eastAsia="zh-CN"/>
        </w:rPr>
        <w:br/>
      </w:r>
      <w:r>
        <w:rPr>
          <w:lang w:eastAsia="zh-CN"/>
        </w:rPr>
        <w:t>　　······</w:t>
      </w:r>
      <w:r>
        <w:rPr>
          <w:lang w:eastAsia="zh-CN"/>
        </w:rPr>
        <w:br/>
      </w:r>
      <w:r>
        <w:rPr>
          <w:lang w:eastAsia="zh-CN"/>
        </w:rPr>
        <w:t>　　“再见了。”小王子说道。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“再见。”狐狸说，“喏，这就是我的秘密。很简单：只有用心才能看的请，实质性的东西，用眼睛是看不见的。”</w:t>
      </w:r>
      <w:r>
        <w:rPr>
          <w:lang w:eastAsia="zh-CN"/>
        </w:rPr>
        <w:br/>
      </w:r>
      <w:r>
        <w:rPr>
          <w:lang w:eastAsia="zh-CN"/>
        </w:rPr>
        <w:t xml:space="preserve">    有关小王子的读书心得体会 篇10 </w:t>
      </w:r>
      <w:r>
        <w:rPr>
          <w:lang w:eastAsia="zh-CN"/>
        </w:rPr>
        <w:br/>
      </w:r>
      <w:r>
        <w:rPr>
          <w:lang w:eastAsia="zh-CN"/>
        </w:rPr>
        <w:t>　　数学老师读学生的名著，也是机缘巧合。但也恰恰是这种机缘，我能有幸读到圣埃克絮佩里的《小王子》，并被深深感动了。</w:t>
      </w:r>
      <w:r>
        <w:rPr>
          <w:lang w:eastAsia="zh-CN"/>
        </w:rPr>
        <w:br/>
      </w:r>
      <w:r>
        <w:rPr>
          <w:lang w:eastAsia="zh-CN"/>
        </w:rPr>
        <w:t>　　略带忧郁的小王子一个人住在一颗很小很小的星球上，那个星球上只有两座火山，一朵玫瑰花。在小王子难过的时候，他就挪动椅子欣赏日出和日落，每天长达40几次。三棵小面包树就能霸占所有的空间。即使这样，小王子很爱他的星球，很爱他的玫瑰花。</w:t>
      </w:r>
      <w:r>
        <w:rPr>
          <w:lang w:eastAsia="zh-CN"/>
        </w:rPr>
        <w:br/>
      </w:r>
      <w:r>
        <w:rPr>
          <w:lang w:eastAsia="zh-CN"/>
        </w:rPr>
        <w:t>　　但是，小王子还是要走的。临走前，他把星球上的一切都收拾得井井有条，给玫瑰花弄上了一个玻璃罩子。花儿很伤心，小王子也很伤心。</w:t>
      </w:r>
      <w:r>
        <w:rPr>
          <w:lang w:eastAsia="zh-CN"/>
        </w:rPr>
        <w:br/>
      </w:r>
      <w:r>
        <w:rPr>
          <w:lang w:eastAsia="zh-CN"/>
        </w:rPr>
        <w:t>　　王子开始了他的旅行，遇见了自言自语的国王，爱慕虚荣的男人，醉醺醺的酒鬼，忙的不亦乐乎的商人，辛勤工作的灯夫，不把花儿放在眼中的地理学家……最后，他来到了地球。</w:t>
      </w:r>
      <w:r>
        <w:rPr>
          <w:lang w:eastAsia="zh-CN"/>
        </w:rPr>
        <w:br/>
      </w:r>
      <w:r>
        <w:rPr>
          <w:lang w:eastAsia="zh-CN"/>
        </w:rPr>
        <w:t>　　小王子遇到了一只等待爱的狐狸，那狐狸说：“驯服我吧。”，小王子不明白什么是“驯服”，那狐狸说――建立关系。</w:t>
      </w:r>
      <w:r>
        <w:rPr>
          <w:lang w:eastAsia="zh-CN"/>
        </w:rPr>
        <w:br/>
      </w:r>
      <w:r>
        <w:rPr>
          <w:lang w:eastAsia="zh-CN"/>
        </w:rPr>
        <w:t>　　小王子有点明白了。他想起了他的玫瑰花。小王子驯服了自己的玫瑰花，现在，他们已经不能分开了。是彼此的小王子，是彼此的玫瑰花了。</w:t>
      </w:r>
      <w:r>
        <w:rPr>
          <w:lang w:eastAsia="zh-CN"/>
        </w:rPr>
        <w:br/>
      </w:r>
      <w:r>
        <w:rPr>
          <w:lang w:eastAsia="zh-CN"/>
        </w:rPr>
        <w:t>　　狐狸带着小王子看到了山下的5000朵玫瑰花，个个都是娇滴滴的，个个都芬芳迷人，小王子十分沮丧，因为原来他以为世界上的玫瑰花只有那一朵，自己星球上的那一朵。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小王子整整在地球上呆了一年。他要走了。他的毒蛇朋友会帮助他回到他的开始。</w:t>
      </w:r>
      <w:r>
        <w:rPr>
          <w:lang w:eastAsia="zh-CN"/>
        </w:rPr>
        <w:br/>
      </w:r>
      <w:r>
        <w:rPr>
          <w:lang w:eastAsia="zh-CN"/>
        </w:rPr>
        <w:t>　　小王子倒下了。轻轻的倒下，像一棵树一样，一点声响也没有。</w:t>
      </w:r>
      <w:r>
        <w:rPr>
          <w:lang w:eastAsia="zh-CN"/>
        </w:rPr>
        <w:br/>
      </w:r>
      <w:r>
        <w:rPr>
          <w:lang w:eastAsia="zh-CN"/>
        </w:rPr>
        <w:t>　　故事就这样结束了。和小王子的倒下一起结束了，悄无声息。小王子的寻找也结束了，寻找什么呢，或许他自己也说不上来。</w:t>
      </w:r>
      <w:r>
        <w:rPr>
          <w:lang w:eastAsia="zh-CN"/>
        </w:rPr>
        <w:br/>
      </w:r>
      <w:r>
        <w:rPr>
          <w:lang w:eastAsia="zh-CN"/>
        </w:rPr>
        <w:t>　　第一次读它，似懂非懂，只是觉得它是一部很伤感的作品；第二次第三次，我有想哭的感觉，但是却找不到它的力量，能使我们伤心的力量所在；第四次第五次，有点感触，就是下面的东西了。</w:t>
      </w:r>
      <w:r>
        <w:rPr>
          <w:lang w:eastAsia="zh-CN"/>
        </w:rPr>
        <w:br/>
      </w:r>
      <w:r>
        <w:rPr>
          <w:lang w:eastAsia="zh-CN"/>
        </w:rPr>
        <w:t>　　小王子和他的花冲突是他的命运的转折，因为这次转折，小王子开始了他的追求，追求自己也说不清楚的东西，而当自己发现自己真正的归宿应该还是那个自己的星球的时候，小王子，已经会不去了。他，轻轻地倒下。</w:t>
      </w:r>
      <w:r>
        <w:rPr>
          <w:lang w:eastAsia="zh-CN"/>
        </w:rPr>
        <w:br/>
      </w:r>
      <w:r>
        <w:rPr>
          <w:lang w:eastAsia="zh-CN"/>
        </w:rPr>
        <w:t>　　小王子在自己的遍历世界的过程中了解到了原来自己从未知道的世界，但是，他却遗失了自己的最美。当他发现，已经来不及。每个人都是一样，当我们开始寻找，就已经失去，而人们却没有珍惜当下，没有珍惜寻找中的每一个现在。</w:t>
      </w:r>
      <w:r>
        <w:rPr>
          <w:lang w:eastAsia="zh-CN"/>
        </w:rPr>
        <w:br/>
      </w:r>
      <w:r>
        <w:rPr>
          <w:lang w:eastAsia="zh-CN"/>
        </w:rPr>
        <w:t>　　作者描述的小王子追求找寻的过程，恰恰就是我们的每天的生活，就是我们的人生。我们都无法从小王子的定势中解脱，任何人都是这样，而把这样的悖论与这样一个伤感的角色结合，就会让我们更深刻地体会道作者传达出的情感。我们就是小王子。</w:t>
      </w:r>
      <w:r>
        <w:rPr>
          <w:lang w:eastAsia="zh-CN"/>
        </w:rPr>
        <w:br/>
      </w:r>
      <w:r>
        <w:rPr>
          <w:lang w:eastAsia="zh-CN"/>
        </w:rPr>
        <w:t>　　或许这，就是让我们哭泣的原因吧。我是这样理解的。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我们不知道自己的命运，我们不断的追求。我们都在寻找“遗失的美好”，而忘记了，会成为美好的“现在”。</w:t>
      </w:r>
      <w:r>
        <w:rPr>
          <w:lang w:eastAsia="zh-CN"/>
        </w:rPr>
        <w:br/>
      </w:r>
      <w:r>
        <w:rPr>
          <w:lang w:eastAsia="zh-CN"/>
        </w:rPr>
        <w:t>　　失去了才懂得珍惜，遗失了才知道美好。我们都想拥有自己美丽的世界，都想现在未来都是美好的。但是，怎么可能呢？我们不能留住时间，不能让现在成为不朽，但我们可以尽力珍惜现在，尽力珍惜即将随着自己的寻找而流逝的现在。</w:t>
      </w:r>
      <w:r>
        <w:rPr>
          <w:lang w:eastAsia="zh-CN"/>
        </w:rPr>
        <w:br/>
      </w:r>
      <w:r>
        <w:rPr>
          <w:lang w:eastAsia="zh-CN"/>
        </w:rPr>
        <w:t xml:space="preserve">    有关小王子的读书心得体会 篇11 </w:t>
      </w:r>
      <w:r>
        <w:rPr>
          <w:lang w:eastAsia="zh-CN"/>
        </w:rPr>
        <w:br/>
      </w:r>
      <w:r>
        <w:rPr>
          <w:lang w:eastAsia="zh-CN"/>
        </w:rPr>
        <w:t>　　这天，我翻开一本名叫《小王子》的书，津津有味的读着。</w:t>
      </w:r>
      <w:r>
        <w:rPr>
          <w:lang w:eastAsia="zh-CN"/>
        </w:rPr>
        <w:br/>
      </w:r>
      <w:r>
        <w:rPr>
          <w:lang w:eastAsia="zh-CN"/>
        </w:rPr>
        <w:t>　　这本书讲了一个住在别的星球的小王子，他的星球非常小，所以只住了他一个人。他拥有三座火山——一座死火山和两座活火山。他还有一支玫瑰花，那枝玫瑰花“驯服”了他。</w:t>
      </w:r>
      <w:r>
        <w:rPr>
          <w:lang w:eastAsia="zh-CN"/>
        </w:rPr>
        <w:br/>
      </w:r>
      <w:r>
        <w:rPr>
          <w:lang w:eastAsia="zh-CN"/>
        </w:rPr>
        <w:t>　　后来，他离开了他的星球，到别的星球旅行，遇到了一群奇怪的人：骄傲的国王、虚荣的人、酒鬼、地理学家、商人、扳道工还有点灯人。在最后，他来到地球，遇到了一名迷路的飞行员。但是他很想念他的那一朵玫瑰花，于是回到了他的星球。许多年过去了，他们两个没有再相见，飞行员非常想他。</w:t>
      </w:r>
      <w:r>
        <w:rPr>
          <w:lang w:eastAsia="zh-CN"/>
        </w:rPr>
        <w:br/>
      </w:r>
      <w:r>
        <w:rPr>
          <w:lang w:eastAsia="zh-CN"/>
        </w:rPr>
        <w:t>　　小王子是个天真的孩子，从他的话里我感觉他是一个天真的孩子。他牢记了狐狸的话“只有用心灵才能看得清事物的本质;真正重要的东西是肉眼无法看见的。”于是他说“正因为有一朵我们看不见的花，星星才显得如此美丽。”“沙漠美丽，因为沙漠的某处隐藏着一口井。”小王子的内心是多么的广阔。很多事物，因为我们用肉眼无法看到，才显得神秘。其实得到这些又是那么的简单，只需要一双充满爱的眼睛，一颗盛装爱的心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小王子为了回去陪伴他的玫瑰花，舍弃了肉体。看到这里，我的眼泪无声地流了下来，他找到了自己真正追寻的东西。“我会住在这其中的一颗星星上面，在某一颗星星上微笑着，每当夜晚你仰望星空的时候，就会像是看到所有的星星都在微笑一般!”</w:t>
      </w:r>
      <w:r>
        <w:rPr>
          <w:lang w:eastAsia="zh-CN"/>
        </w:rPr>
        <w:br/>
      </w:r>
      <w:r>
        <w:rPr>
          <w:lang w:eastAsia="zh-CN"/>
        </w:rPr>
        <w:t>　　我觉得童话可以永远去读，不在于年纪的大小，都可以从里面体会出不一样的哲理。</w:t>
      </w:r>
      <w:r>
        <w:rPr>
          <w:lang w:eastAsia="zh-CN"/>
        </w:rPr>
        <w:br/>
      </w:r>
      <w:r>
        <w:rPr>
          <w:lang w:eastAsia="zh-CN"/>
        </w:rPr>
        <w:t xml:space="preserve">    有关小王子的读书心得体会 篇12 </w:t>
      </w:r>
      <w:r>
        <w:rPr>
          <w:lang w:eastAsia="zh-CN"/>
        </w:rPr>
        <w:br/>
      </w:r>
      <w:r>
        <w:rPr>
          <w:lang w:eastAsia="zh-CN"/>
        </w:rPr>
        <w:t>　　小王子的作者，圣·埃克苏佩里被认为是最早关注人类状况的作家之一。</w:t>
      </w:r>
      <w:r>
        <w:rPr>
          <w:lang w:eastAsia="zh-CN"/>
        </w:rPr>
        <w:br/>
      </w:r>
      <w:r>
        <w:rPr>
          <w:lang w:eastAsia="zh-CN"/>
        </w:rPr>
        <w:t>　　作品虽篇幅不多，但体裁新颖，主题是：人的伟大在于人的精神，精神的建立在于人的行动。人的不折不挠的意志可以促成自身的奋发有为。</w:t>
      </w:r>
      <w:r>
        <w:rPr>
          <w:lang w:eastAsia="zh-CN"/>
        </w:rPr>
        <w:br/>
      </w:r>
      <w:r>
        <w:rPr>
          <w:lang w:eastAsia="zh-CN"/>
        </w:rPr>
        <w:t>　　小王子的经历，阐述了对社会上不同类型的大人的看法和批评。借小王子之口赞颂了情谊和友爱，希望人们要发展友情，相互热爱。</w:t>
      </w:r>
      <w:r>
        <w:rPr>
          <w:lang w:eastAsia="zh-CN"/>
        </w:rPr>
        <w:br/>
      </w:r>
      <w:r>
        <w:rPr>
          <w:lang w:eastAsia="zh-CN"/>
        </w:rPr>
        <w:t>　　沙漠美丽，是因为沙漠的某处藏着一口井。”</w:t>
      </w:r>
      <w:r>
        <w:rPr>
          <w:lang w:eastAsia="zh-CN"/>
        </w:rPr>
        <w:br/>
      </w:r>
      <w:r>
        <w:rPr>
          <w:lang w:eastAsia="zh-CN"/>
        </w:rPr>
        <w:t>　　沙漠就像生活，生活是广袤无边的，充满着沙砾的磕绊和没有尽头的险阻。但是生活仍然是美丽的，就像小王子理解的，生活中藏着美好的光芒，象甘甜的井水一样，让人感到希望。小王子不会因为沙漠的荒芜而否定沙漠本身的美丽。这是孩子的天真和乐观。</w:t>
      </w:r>
      <w:r>
        <w:rPr>
          <w:lang w:eastAsia="zh-CN"/>
        </w:rPr>
        <w:br/>
      </w:r>
      <w:r>
        <w:rPr>
          <w:lang w:eastAsia="zh-CN"/>
        </w:rPr>
        <w:t>　　只有用心才能看得清。实质性的东西，用眼睛是看不见的。本质的东西，要用心体会，才能感到它的力量。就像人的感情，要用心倾注；就像生活的本质，要用心感受。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作者特别借小王子之口赞颂了情谊和友爱，希望人们要发展友情，相互热爱。在作者看来，爱就要像小王子住的星球上的火山一样炽热，友情就要像小王子那样兢兢业业为玫瑰花铲除恶草。</w:t>
      </w:r>
      <w:r>
        <w:rPr>
          <w:lang w:eastAsia="zh-CN"/>
        </w:rPr>
        <w:br/>
      </w:r>
      <w:r>
        <w:rPr>
          <w:lang w:eastAsia="zh-CN"/>
        </w:rPr>
        <w:t>　　在这部作品里，也流露出—些伤感情绪。但这并不是主要的。故事到了高潮，这丝伤感很快在欣喜中消溶了。小王子向他的朋友赠送了临别的礼物：“你会有许多会笑的星星。”地球上的这位飞行员将会听见他喜爱的小王子在星海中的一颗星星上的笑声，于是，他就会听见所有的星星都在笑。就这样，作品中的伤感失去了分量，死亡失去了它的恐怖性。</w:t>
      </w:r>
      <w:r>
        <w:rPr>
          <w:lang w:eastAsia="zh-CN"/>
        </w:rPr>
        <w:br/>
      </w:r>
      <w:r>
        <w:rPr>
          <w:lang w:eastAsia="zh-CN"/>
        </w:rPr>
        <w:t>　　人生不是上帝赐予的一件礼物，而是人人要面临的一个问题。人的价值不是与生俱来的，而是后天获得的。“我的行动，从今以后，一个接一个，组成我的未来”。</w:t>
      </w:r>
      <w:r>
        <w:rPr>
          <w:lang w:eastAsia="zh-CN"/>
        </w:rPr>
        <w:br/>
      </w:r>
      <w:r>
        <w:rPr>
          <w:lang w:eastAsia="zh-CN"/>
        </w:rPr>
        <w:t xml:space="preserve">    有关小王子的读书心得体会 篇13 </w:t>
      </w:r>
      <w:r>
        <w:rPr>
          <w:lang w:eastAsia="zh-CN"/>
        </w:rPr>
        <w:br/>
      </w:r>
      <w:r>
        <w:rPr>
          <w:lang w:eastAsia="zh-CN"/>
        </w:rPr>
        <w:t>　　《小王子》是一部优秀的儿童文学小说，受到了全世界的读者喜爱，最近我读完了这本书，让我获益良多，小王子的历险经历处处都能让我们受到启发，作为同龄人，我们更能感同身受，而小王子的成长也同样给我们带来人生感悟，因此我觉得这是一本非常优秀的书籍，值得我们每个人阅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那么《小王子》这本书到底讲了什么故事呢?作者用一个飞行员叙述的方式来讲述这个故事，小王子来自外星球，他因为在成长的过程中有一些避不开的烦恼而决定来到地球，而这个旅程是非常远的。在这个历险的过程中，发生了很多事，一共经历了6个星球的冒险，每个星球上都有不同类型的人和事，国王、酒鬼、商人等，他们有的虚伪，有的盲目，有的教条主义，有的空虚寂寞，从这些故事中可以看出成人世界也并不是那么美好，也是有烦恼的，并不是小孩子们的专利，孤独一直陪伴着他们，小王子因此受到了启发，决定回到自己生活的地方去守护心爱的玫瑰。</w:t>
      </w:r>
      <w:r>
        <w:rPr>
          <w:lang w:eastAsia="zh-CN"/>
        </w:rPr>
        <w:br/>
      </w:r>
      <w:r>
        <w:rPr>
          <w:lang w:eastAsia="zh-CN"/>
        </w:rPr>
        <w:t>　　在游历的过程中，小王子和飞行员建立了深厚的友谊，这也是因为两人历险的时候能够相互照应，同生共死，这种感情是非常珍贵的，因此在小王子离开的时候，飞行员也很伤心。</w:t>
      </w:r>
      <w:r>
        <w:rPr>
          <w:lang w:eastAsia="zh-CN"/>
        </w:rPr>
        <w:br/>
      </w:r>
      <w:r>
        <w:rPr>
          <w:lang w:eastAsia="zh-CN"/>
        </w:rPr>
        <w:t>　　读了这本书，你是否会遇到同样的烦恼时参考小王子的解决方法呢?例如，你喜欢上了一个小姑娘，而小女孩并不喜欢你，你应该这么做?我们需要用宽阔的心怀来守护这份感情，不然它破碎，也可以深深的埋藏在心底。</w:t>
      </w:r>
      <w:r>
        <w:rPr>
          <w:lang w:eastAsia="zh-CN"/>
        </w:rPr>
        <w:br/>
      </w:r>
      <w:r>
        <w:rPr>
          <w:lang w:eastAsia="zh-CN"/>
        </w:rPr>
        <w:t xml:space="preserve">    有关小王子的读书心得体会 篇14 </w:t>
      </w:r>
      <w:r>
        <w:rPr>
          <w:lang w:eastAsia="zh-CN"/>
        </w:rPr>
        <w:br/>
      </w:r>
      <w:r>
        <w:rPr>
          <w:lang w:eastAsia="zh-CN"/>
        </w:rPr>
        <w:t>　　我要感谢《小王子》的作者，他让我看见了世上稀有的、可爱的、充满童真的小王子。</w:t>
      </w:r>
      <w:r>
        <w:rPr>
          <w:lang w:eastAsia="zh-CN"/>
        </w:rPr>
        <w:br/>
      </w:r>
      <w:r>
        <w:rPr>
          <w:lang w:eastAsia="zh-CN"/>
        </w:rPr>
        <w:t>　　小王子热爱他那朵有虚荣心的玫瑰;他喜欢幻想;他有一颗纯洁的童心;他认为肉眼看不见事物的本质，只有用心灵才能洞察一切这些无不使我喜欢上了这个超凡脱俗的仙童。</w:t>
      </w:r>
      <w:r>
        <w:rPr>
          <w:lang w:eastAsia="zh-CN"/>
        </w:rPr>
        <w:br/>
      </w:r>
      <w:r>
        <w:rPr>
          <w:lang w:eastAsia="zh-CN"/>
        </w:rPr>
        <w:t>　　成长是一个人必然要经历的过程。在成长的道路上，他学会了沉默，学会了忍受痛苦，甚至学会了欺骗他人，从而失去了那份童真，那颗纯真的心，变成了虚伪、没有想象力的成年人。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难道这就是所谓的长大吗?当然不是。不管我们多大年龄，都要时刻保持一颗纯洁无瑕、富有童真的心，学会享受生活。既然我们无法改变他人，就不要抱怨，而是改变自己，才能体会到生活的美好。</w:t>
      </w:r>
      <w:r>
        <w:rPr>
          <w:lang w:eastAsia="zh-CN"/>
        </w:rPr>
        <w:br/>
      </w:r>
      <w:r>
        <w:rPr>
          <w:lang w:eastAsia="zh-CN"/>
        </w:rPr>
        <w:t>　　让我们保持一颗童心，让自己的世界始终充满阳光。</w:t>
      </w:r>
      <w:r>
        <w:rPr>
          <w:lang w:eastAsia="zh-CN"/>
        </w:rPr>
        <w:br/>
      </w:r>
      <w:r>
        <w:rPr>
          <w:lang w:eastAsia="zh-CN"/>
        </w:rPr>
        <w:t xml:space="preserve">    有关小王子的读书心得体会 篇15 </w:t>
      </w:r>
      <w:r>
        <w:rPr>
          <w:lang w:eastAsia="zh-CN"/>
        </w:rPr>
        <w:br/>
      </w:r>
      <w:r>
        <w:rPr>
          <w:lang w:eastAsia="zh-CN"/>
        </w:rPr>
        <w:t>　　由于眼睛正在治疗，这本书是妈妈念给我听的。这本书和我读过的其它故事有些不同。妈妈告诉我是一本成年人读的童话故事，是一本清澈心灵的书。作者是通过孩子的眼睛观察、解读成人世界里的种种现象。</w:t>
      </w:r>
      <w:r>
        <w:rPr>
          <w:lang w:eastAsia="zh-CN"/>
        </w:rPr>
        <w:br/>
      </w:r>
      <w:r>
        <w:rPr>
          <w:lang w:eastAsia="zh-CN"/>
        </w:rPr>
        <w:t>　　小王子在旅行中接触着新的人和物，比如为了躲避醉酒耻辱而喝酒的酒鬼，比如占有星星并自认为严肃的商人，但是小王子厌恶着他们的生活，他一路上只是感觉到大人的怪异和不可理喻。而直到他来到地球，他碰到了小狐狸，并且在小狐狸的要求下驯养了她。小王子与小狐狸在一起的日子里，小王子懂得了玫瑰的独一无二，并且他开始认为玫瑰驯服了他，他必须对玫瑰承担起责任。小王子在狐狸那里学会了爱，认识到了他所要追求的东西，他要离开小狐狸去承担他的责任。小狐狸送走了小王子，并且告诉他，只有心灵才能洞察一切，最重要的东西是，是用眼睛看不见的。要对驯养过的东西负责到底。</w:t>
      </w:r>
      <w:r>
        <w:rPr>
          <w:lang w:eastAsia="zh-CN"/>
        </w:rPr>
        <w:br/>
      </w:r>
      <w:r>
        <w:rPr>
          <w:lang w:eastAsia="zh-CN"/>
        </w:rPr>
        <w:t>　　我不太明白狐狸的话，我在想对于我最重要的东西是什么，我又该对什么负责到底呢?我要做个诚实、善良、勤奋的孩子，现在我的责任就是好好学习，我应该对我的学习负责到底。</w:t>
      </w:r>
      <w:r>
        <w:rPr>
          <w:lang w:eastAsia="zh-CN"/>
        </w:rPr>
        <w:br/>
      </w:r>
    </w:p>
    <w:p w:rsidR="001B1F19" w14:textId="27C3F48A">
      <w:pPr>
        <w:rPr>
          <w:rFonts w:hint="eastAsia"/>
          <w:lang w:eastAsia="zh-CN"/>
        </w:rPr>
      </w:pPr>
      <w:r>
        <w:rPr>
          <w:lang w:eastAsia="zh-CN"/>
        </w:rPr>
        <w:t xml:space="preserve">    有关小王子的读书心得体会 篇16 </w:t>
      </w:r>
      <w:r>
        <w:rPr>
          <w:lang w:eastAsia="zh-CN"/>
        </w:rPr>
        <w:br/>
      </w:r>
      <w:r>
        <w:rPr>
          <w:lang w:eastAsia="zh-CN"/>
        </w:rPr>
        <w:t>　　在这里我要向大家推荐的是安东.德.圣艾修伯里所著的《小王子》它的书名，相信大家都听说过，因为这本书，曾风靡了全世界。</w:t>
      </w:r>
      <w:r>
        <w:rPr>
          <w:lang w:eastAsia="zh-CN"/>
        </w:rPr>
        <w:br/>
      </w:r>
      <w:r>
        <w:rPr>
          <w:lang w:eastAsia="zh-CN"/>
        </w:rPr>
        <w:t>　　小王子这本书我第一次看时完全不懂，看了几遍后才有些领悟到，看这本书时，不能以大人成熟的心态去看，要以一颗赤子之心的角度去了解它。书墅的小王子有着一份纯真的童心和丰富的想象力。</w:t>
      </w:r>
      <w:r>
        <w:rPr>
          <w:lang w:eastAsia="zh-CN"/>
        </w:rPr>
        <w:br/>
      </w:r>
      <w:r>
        <w:rPr>
          <w:lang w:eastAsia="zh-CN"/>
        </w:rPr>
        <w:t>　　当小王子离开他的星球，在旅途中，碰到一个国王，而那个国王只想理性的去控制一切，这不像我们吗?尤其是当老师的，喜欢去管别人，因为命令别人可以让自己觉得高高在上，成为了一个国王，别人只有唯命是从。</w:t>
      </w:r>
      <w:r>
        <w:rPr>
          <w:lang w:eastAsia="zh-CN"/>
        </w:rPr>
        <w:br/>
      </w:r>
      <w:r>
        <w:rPr>
          <w:lang w:eastAsia="zh-CN"/>
        </w:rPr>
        <w:t>　　第二个遇到的是爱现的人，他只爱被仰慕，他除了赞美什么也听不见，其实我们自己又何尝不是呢?只要别人一赞美自己，我们不就飘飘欲仙了吗?这样的我们，很容易变成自负的人，也容易令人讨厌了。</w:t>
      </w:r>
      <w:r>
        <w:rPr>
          <w:lang w:eastAsia="zh-CN"/>
        </w:rPr>
        <w:br/>
      </w:r>
      <w:r>
        <w:rPr>
          <w:lang w:eastAsia="zh-CN"/>
        </w:rPr>
        <w:t>　　还有酒鬼，还有了商人、点灯人和地理学家，我觉得那些人就等于我们现实世界的写照，爱命令人、爱被仰慕、想占有再占有，最后却一无所有，……</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https://d.book118.com/525110043022011113</w:t>
        </w:r>
      </w:hyperlink>
    </w:p>
    <w:p w:rsidR="001B1F19">
      <w:pPr>
        <w:rPr>
          <w:rFonts w:hint="eastAsia"/>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5110043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