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酒店员工年终个人工作总结（35篇）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酒店员工年终个人工作总结（精选35篇）</w:t>
      </w:r>
      <w:r>
        <w:rPr>
          <w:lang w:eastAsia="zh-CN"/>
        </w:rPr>
        <w:br/>
      </w:r>
      <w:r>
        <w:rPr>
          <w:lang w:eastAsia="zh-CN"/>
        </w:rPr>
        <w:t xml:space="preserve">    酒店员工年终个人工作总结 篇1 </w:t>
      </w:r>
      <w:r>
        <w:rPr>
          <w:lang w:eastAsia="zh-CN"/>
        </w:rPr>
        <w:br/>
      </w:r>
      <w:r>
        <w:rPr>
          <w:lang w:eastAsia="zh-CN"/>
        </w:rPr>
        <w:t>　　作为刚刚踏入社会的我，甚至自己要学的东西很多很多，而对即将踏入的工作岗位又有着太多的陌生和神秘，在这种矛盾心里的促使下，我满怀着信心和期待迎接它，在工作中，虽然我只是充当一名普通而重要的人事，在这段时间的工作中，我发现要能自如的做好一切工作，无论工作室繁重、繁忙还是清闲，要用积极的态度去完成我们每一份工作，而不是因为工作量比例的大小而去抱怨，因为抱怨是没有用的，我们重要做的是不要把事情的太糟糕，而是要保持好的心态面对每一天，因为快乐的心态使我们不觉得工作的疲劳与乏味。</w:t>
      </w:r>
      <w:r>
        <w:rPr>
          <w:lang w:eastAsia="zh-CN"/>
        </w:rPr>
        <w:br/>
      </w:r>
      <w:r>
        <w:rPr>
          <w:lang w:eastAsia="zh-CN"/>
        </w:rPr>
        <w:t>　　一、_公司经营概况</w:t>
      </w:r>
      <w:r>
        <w:rPr>
          <w:lang w:eastAsia="zh-CN"/>
        </w:rPr>
        <w:br/>
      </w:r>
      <w:r>
        <w:rPr>
          <w:lang w:eastAsia="zh-CN"/>
        </w:rPr>
        <w:t>　　今年我部门仅仅围绕“规范管理”，塑造形象、强力营销、增创收益“的工作指导方针以市场为指导，树立”三种意识“即全员营销意识、全方位成本意思、全过程质量意识：实行”三化“即程序化、规范化、数字化管理，经过酒店全体员工的共同努力，取得了较好的成绩，以下是这一年工作的总结。</w:t>
      </w:r>
      <w:r>
        <w:rPr>
          <w:lang w:eastAsia="zh-CN"/>
        </w:rPr>
        <w:br/>
      </w:r>
      <w:r>
        <w:rPr>
          <w:lang w:eastAsia="zh-CN"/>
        </w:rPr>
        <w:t>　　二、_工作总结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1、全创稳定。酒店通过制定安全第一、质量为主等项安全预案。做到了日常的防火，放到等六防。全年几乎未发生意见意外安全事故。在酒店总经理的关心指导下，店级每天召开部门经理反馈会，通报情况提出要求、保安部安排干部员工家岗加班时，勤于巡逻、严密防控。在相关部门的配合下，群防群控，确保了各项活动万无一失和酒店忙而不乱的安全稳定。</w:t>
      </w:r>
      <w:r>
        <w:rPr>
          <w:lang w:eastAsia="zh-CN"/>
        </w:rPr>
        <w:br/>
      </w:r>
      <w:r>
        <w:rPr>
          <w:lang w:eastAsia="zh-CN"/>
        </w:rPr>
        <w:t>　　2、工时酒店的主导。为全面了解掌握我酒店的市场状态，组织多系营销会议，结合目前客户来酒店消费情况，进行调查，分析客户的消费档次，建立abc客户，做到全程跟踪服务注意服务形象和仪表，热情周到，限度的满足客户的要求，我们在管理费上严格控制。行政人员多是身兼数职。在业务招待费上，本着花小钱、办大事、办好事、办实事的原则，采取一切措施避免不必要的开支。</w:t>
      </w:r>
      <w:r>
        <w:rPr>
          <w:lang w:eastAsia="zh-CN"/>
        </w:rPr>
        <w:br/>
      </w:r>
      <w:r>
        <w:rPr>
          <w:lang w:eastAsia="zh-CN"/>
        </w:rPr>
        <w:t>　　3、饭店的人和一个角落都是彬彬有礼的服务人员，规范的操作、职业的微笑、谦恭的神态，让客人无时无刻不受着利益文化的熏陶。处于社会的个人永远都在受着周边的影响，无谓人以群分，;礼仪文化不仅使饭店人素质提高，也在有意影响着客人，提升着整个社会的素质与涵养。</w:t>
      </w:r>
      <w:r>
        <w:rPr>
          <w:lang w:eastAsia="zh-CN"/>
        </w:rPr>
        <w:br/>
      </w:r>
      <w:r>
        <w:rPr>
          <w:lang w:eastAsia="zh-CN"/>
        </w:rPr>
        <w:t>　　4、应该改变传统的对待员工的态度，人事管理中的主体，这是所有的管理者都小、应该把握住的。管理中的上下级关系只是一种劳动的分工，不是一种统治与被统治的关系;相反，现代管理理念告诉我们;管理是一种特殊的复苏，管理者只有做好对下级的服务，帮助下级在工作中作出有意的成绩，管理者自己才拥有管理的业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三、归纳</w:t>
      </w:r>
      <w:r>
        <w:rPr>
          <w:lang w:eastAsia="zh-CN"/>
        </w:rPr>
        <w:br/>
      </w:r>
      <w:r>
        <w:rPr>
          <w:lang w:eastAsia="zh-CN"/>
        </w:rPr>
        <w:t>　　酒店有一种能够凝结人心的精神性的酒店文化，一个民族有它自己的民族的文化，一个酒店同样也需要有它自己的酒店文化。酒店文化的建设不是可有可无的，而是酒店生存发展必需的。当酒店面临各种各样的挑战时，又需要酒店中所有人能够群策群力，团结一致，共度难关。</w:t>
      </w:r>
      <w:r>
        <w:rPr>
          <w:lang w:eastAsia="zh-CN"/>
        </w:rPr>
        <w:br/>
      </w:r>
      <w:r>
        <w:rPr>
          <w:lang w:eastAsia="zh-CN"/>
        </w:rPr>
        <w:t>　　20__即将成为过去，而过去的成功与失败都已经成为过去式，我们都不应该以他们来炫耀或为此而悲伤，而应该调整好自己的心态去迎接未来的挑战，面对即将来临的难题。人生中有许多要学的知识，我们现在学到的远远不足，那么就更应该准备好下一阶段的实习，有目标的出发，努力的付出就会有收获，撒下了种子，我们还要有勤劳的栽培与耕耘，那样我们才会有大丰收。</w:t>
      </w:r>
      <w:r>
        <w:rPr>
          <w:lang w:eastAsia="zh-CN"/>
        </w:rPr>
        <w:br/>
      </w:r>
      <w:r>
        <w:rPr>
          <w:lang w:eastAsia="zh-CN"/>
        </w:rPr>
        <w:t>　　以上是为我此次工作的一些感受和想法，作为一种感受，他可能有很多的主管的痕迹，不过只有员工才能真正体会到这种感受，因此，希望管理者在做出决策前，除了站在酒店的利益考虑的同时能多为员工考虑，只有这样的决策才能得到更多员工的支持。最后，感谢酒店提供这样的工作机会，感谢领导的帮助，在此祝愿酒店能够越办越好，一年比一年赚的多。20__虽然有很多强势酒店，但是除了我们没有人能够超越他们。</w:t>
      </w:r>
      <w:r>
        <w:rPr>
          <w:lang w:eastAsia="zh-CN"/>
        </w:rPr>
        <w:br/>
      </w:r>
      <w:r>
        <w:rPr>
          <w:lang w:eastAsia="zh-CN"/>
        </w:rPr>
        <w:t xml:space="preserve">    酒店员工年终个人工作总结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时间过去的很快，尽管作为一名酒店的前台收银，我的岗位并不总是忙忙碌碌的，但在工作方面，我却一直保持着积极热情的态度，在工作中认真的对待每一个任务，接待好每一位来访_酒店的顾客！</w:t>
      </w:r>
      <w:r>
        <w:rPr>
          <w:lang w:eastAsia="zh-CN"/>
        </w:rPr>
        <w:br/>
      </w:r>
      <w:r>
        <w:rPr>
          <w:lang w:eastAsia="zh-CN"/>
        </w:rPr>
        <w:t>　　回顾这一年，在工作中，我们_酒店全体又进行了进一步的改进和提升。不仅大大的改善了酒店的环境和服务，更加强了我们的_酒店员工团队的业务能力！尤其作为前台的我们，我们是_酒店与顾客交流接触的主要岗位。为此，在工作上就有了更加严格的要求。现在，_年已经结束了，我在此对自己一年来的情况总结并对下一年的计划如下：</w:t>
      </w:r>
      <w:r>
        <w:rPr>
          <w:lang w:eastAsia="zh-CN"/>
        </w:rPr>
        <w:br/>
      </w:r>
      <w:r>
        <w:rPr>
          <w:lang w:eastAsia="zh-CN"/>
        </w:rPr>
        <w:t>　　一、一年来工作情况</w:t>
      </w:r>
      <w:r>
        <w:rPr>
          <w:lang w:eastAsia="zh-CN"/>
        </w:rPr>
        <w:br/>
      </w:r>
      <w:r>
        <w:rPr>
          <w:lang w:eastAsia="zh-CN"/>
        </w:rPr>
        <w:t>　　在工作方面，我作为一名前台收银，每天都会认真的处理好自身的工作任务。我工作的是点到点，但在每天的工作中，我会尽量提早半小时到达公司，花费一些时间整理好前台的卫生环境后，并对昨天的工作情况在进行一番检查，然后才会正式开始天的工作。当然，尽管我有想过这样的做法也许很麻烦，但也正是这样的做法，让我这_年来的工作都没有出现过错误或其他问题，所以在我卡看来，这都是值得的'。</w:t>
      </w:r>
      <w:r>
        <w:rPr>
          <w:lang w:eastAsia="zh-CN"/>
        </w:rPr>
        <w:br/>
      </w:r>
      <w:r>
        <w:rPr>
          <w:lang w:eastAsia="zh-CN"/>
        </w:rPr>
        <w:t>　　在每天的前台工作上，我会认真的对待每一位顾客，认真的遵守酒店的要求规定，以微笑和真诚来服务顾客。此外，我也坚持锻炼自身的销售能力，让自己在前台服务中能更好的推销酒店的房间和产品，给酒店带来更多的收益。</w:t>
      </w:r>
      <w:r>
        <w:rPr>
          <w:lang w:eastAsia="zh-CN"/>
        </w:rPr>
        <w:br/>
      </w:r>
      <w:r>
        <w:rPr>
          <w:lang w:eastAsia="zh-CN"/>
        </w:rPr>
        <w:t>　　二、自我提升方面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在今年年初，通过对自身的反思和总结，我认识到自身有很多不足的地方，其中，尤其是在服务您能里方面的不足，给我的工作带来了很多问题。对于一名前台收银来说，服务是我们在工作中打出的第一张“牌”。无论是对面的客户是怎么样的，我们在工作中都应该保持最佳的服务态度！</w:t>
      </w:r>
      <w:r>
        <w:rPr>
          <w:lang w:eastAsia="zh-CN"/>
        </w:rPr>
        <w:br/>
      </w:r>
      <w:r>
        <w:rPr>
          <w:lang w:eastAsia="zh-CN"/>
        </w:rPr>
        <w:t>　　为此，在今年的时间里，我也努力的在领导的指点下强化了自身的服务能力！这样的改进，不仅让我在后来的工作中能保持更好服务状态，也让我在工作中有了更多的收获！给酒店带来了更大的收益！</w:t>
      </w:r>
      <w:r>
        <w:rPr>
          <w:lang w:eastAsia="zh-CN"/>
        </w:rPr>
        <w:br/>
      </w:r>
      <w:r>
        <w:rPr>
          <w:lang w:eastAsia="zh-CN"/>
        </w:rPr>
        <w:t>　　三、明年计划</w:t>
      </w:r>
      <w:r>
        <w:rPr>
          <w:lang w:eastAsia="zh-CN"/>
        </w:rPr>
        <w:br/>
      </w:r>
      <w:r>
        <w:rPr>
          <w:lang w:eastAsia="zh-CN"/>
        </w:rPr>
        <w:t>　　随着今年工作的结束，我从反思中进一步的认识到了自己的问题。我在工作思想和态度的调整上有着很大的问题。作为一名前台，不能仅从表面上做好服务态度，我必须学会调整自己的心态，改进自身的思想！这样才能更好的达成工作目标！</w:t>
      </w:r>
      <w:r>
        <w:rPr>
          <w:lang w:eastAsia="zh-CN"/>
        </w:rPr>
        <w:br/>
      </w:r>
      <w:r>
        <w:rPr>
          <w:lang w:eastAsia="zh-CN"/>
        </w:rPr>
        <w:t>　　为此，在20__年里，我会在思想上以进一步的锻炼自己，让自己能不断的提升，为_酒店带来更多的利益！</w:t>
      </w:r>
      <w:r>
        <w:rPr>
          <w:lang w:eastAsia="zh-CN"/>
        </w:rPr>
        <w:br/>
      </w:r>
      <w:r>
        <w:rPr>
          <w:lang w:eastAsia="zh-CN"/>
        </w:rPr>
        <w:t xml:space="preserve">    酒店员工年终个人工作总结 篇3 </w:t>
      </w:r>
      <w:r>
        <w:rPr>
          <w:lang w:eastAsia="zh-CN"/>
        </w:rPr>
        <w:br/>
      </w:r>
      <w:r>
        <w:rPr>
          <w:lang w:eastAsia="zh-CN"/>
        </w:rPr>
        <w:t>　　伴随着新年钟声的敲响，我们告别了竞争激烈、硕果累累的20__年，满怀热情地迎来了光明灿烂、充满希望的20__年。在年终之际，对客房部一年所作的工作总结汇报如下：</w:t>
      </w:r>
      <w:r>
        <w:rPr>
          <w:lang w:eastAsia="zh-CN"/>
        </w:rPr>
        <w:br/>
      </w:r>
      <w:r>
        <w:rPr>
          <w:lang w:eastAsia="zh-CN"/>
        </w:rPr>
        <w:t>　　一、20__年度客房完成的营业总额是万，月均完成万，客房的出租率为，各项指标较往年有所上升，但离酒店下达的营业指标还有一定的距离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二、本年度的具体工作</w:t>
      </w:r>
      <w:r>
        <w:rPr>
          <w:lang w:eastAsia="zh-CN"/>
        </w:rPr>
        <w:br/>
      </w:r>
      <w:r>
        <w:rPr>
          <w:lang w:eastAsia="zh-CN"/>
        </w:rPr>
        <w:t>　　1、前台是酒店对外的窗口，为加强对前台的规范化管理，本年度重点对前台工作人员进行了多次专业培训，包括服务意识、客房介绍与销售、电话接听技巧等各项具体工作;坚持每天对ok房进行检查;对客史情况进行了收集整理，建立了完整的客史档案。</w:t>
      </w:r>
      <w:r>
        <w:rPr>
          <w:lang w:eastAsia="zh-CN"/>
        </w:rPr>
        <w:br/>
      </w:r>
      <w:r>
        <w:rPr>
          <w:lang w:eastAsia="zh-CN"/>
        </w:rPr>
        <w:t>　　2、为了给客人创造一个卫生舒适的环境，楼层严格按照酒店卫生标准，每走一客进行布草更换，杯具、卫生间坚持消毒;在设备设施的维护与保养方面，对客房墙面进行了全面清洗，保持地面的光亮;采取节约成本的措施，如把报损布草缝补好进行利用等。</w:t>
      </w:r>
      <w:r>
        <w:rPr>
          <w:lang w:eastAsia="zh-CN"/>
        </w:rPr>
        <w:br/>
      </w:r>
      <w:r>
        <w:rPr>
          <w:lang w:eastAsia="zh-CN"/>
        </w:rPr>
        <w:t>　　3、酒店于_月底对咖啡厅进行改造，开发安化擂茶特色经营项目，经过前期人员培训、物品采购、宣传推广等系列准备工作，于_月_号正式对外营业，从两个月的市场推广情况来看，客人逐渐接受安化擂茶，营业额稳步上升。</w:t>
      </w:r>
      <w:r>
        <w:rPr>
          <w:lang w:eastAsia="zh-CN"/>
        </w:rPr>
        <w:br/>
      </w:r>
      <w:r>
        <w:rPr>
          <w:lang w:eastAsia="zh-CN"/>
        </w:rPr>
        <w:t>　　4、_月份酒店把pa部划分由客房部管理，对pa人员进行了调整、业务培训，明确了岗位职责，提高了工作积极性、责任心，酒店的卫生情况焕发出新的面貌，较以前有了较明显的进步。</w:t>
      </w:r>
      <w:r>
        <w:rPr>
          <w:lang w:eastAsia="zh-CN"/>
        </w:rPr>
        <w:br/>
      </w:r>
      <w:r>
        <w:rPr>
          <w:lang w:eastAsia="zh-CN"/>
        </w:rPr>
        <w:t>　　本年度在酒店领导指导下，部门所有人员共同努力，把“做好每天每一件事、接待好每天每一位客人”的服务理念深入各项工作，默契合作，追求完美，取得了喜人的成绩，如员工拾金不昧的精神多次受到客人表杨、热情周到的服务态度得到了客人一致好评等。但工作中还存在一些不足，如服务意识、工作中处理问题的灵活性等方面还有待加强，还需要在以后的工作中不断改进，自我完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酒店员工年终个人工作总结 篇4 </w:t>
      </w:r>
      <w:r>
        <w:rPr>
          <w:lang w:eastAsia="zh-CN"/>
        </w:rPr>
        <w:br/>
      </w:r>
      <w:r>
        <w:rPr>
          <w:lang w:eastAsia="zh-CN"/>
        </w:rPr>
        <w:t>　　一路的欢歌笑语，一路的风雨兼程送走了20__迎来了充满希望的总结：</w:t>
      </w:r>
      <w:r>
        <w:rPr>
          <w:lang w:eastAsia="zh-CN"/>
        </w:rPr>
        <w:br/>
      </w:r>
      <w:r>
        <w:rPr>
          <w:lang w:eastAsia="zh-CN"/>
        </w:rPr>
        <w:t>　　一、工作方面</w:t>
      </w:r>
      <w:r>
        <w:rPr>
          <w:lang w:eastAsia="zh-CN"/>
        </w:rPr>
        <w:br/>
      </w:r>
      <w:r>
        <w:rPr>
          <w:lang w:eastAsia="zh-CN"/>
        </w:rPr>
        <w:t>　　在这段日子里，我了解了酒店的指导方针、布局建设、部门划分、工种分配、人员定位等自然情况，综合部行使办公室职能，一个联系领导与员工的重要部门，我很荣幸能成为这个小集体中的一员，每天负责收餐票虽然很琐碎，却能体现出我们酒店在管理上的严格性、先进性，质量检查是任何一个企业必备的、而且是重要安全保障部门，作为服务行业质量检查更是重中之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无论是客房的卫生情况，还是餐饮服务员的仪表仪容无一不影响我们酒店的经营发展，我从最初只知道看到现在拥有一双洞察的眼睛，这是我的一个进步，一个很大的收获，板报是我们酒店对内宣传的窗口，通过出版报不仅提高了我的写作水平也增强了我的语言表达能力，评估期间承蒙总的信任在经理的帮助下整理了两份评估材料，我深切地感受到自己的语言罗列功底和逻辑思维的欠缺，到一线服务是最有收获的地方，虽然辛苦虽然紧张但是我学会了整理房间、开夜床、以及如何摆放才具有美观性等知识，与专家的迎来送往中了解到专家的喜好及时的将信息反馈，以便更好的服务，12月8号在评估工作即将结束的时候正巧大学生供需见面会在召开，这对于我们毕业生来说是最重要不过了，好久之前便做好了准备，但是楼层服务员确实忙不过来，看到她们废寝忘食、加班加点我感动了。</w:t>
      </w:r>
      <w:r>
        <w:rPr>
          <w:lang w:eastAsia="zh-CN"/>
        </w:rPr>
        <w:br/>
      </w:r>
      <w:r>
        <w:rPr>
          <w:lang w:eastAsia="zh-CN"/>
        </w:rPr>
        <w:t>　　虽然我是学生但我也是酒店的员工，就这样我没有参加招聘会，我讲这个并不是说我自己都多么的伟大，而是我被这样一个团结、奉献、务实的集体而感动，奉献是无私的所以温暖、激情是火热的所以发亮，这就是企业的财富、壮大的资本!</w:t>
      </w:r>
      <w:r>
        <w:rPr>
          <w:lang w:eastAsia="zh-CN"/>
        </w:rPr>
        <w:br/>
      </w:r>
      <w:r>
        <w:rPr>
          <w:lang w:eastAsia="zh-CN"/>
        </w:rPr>
        <w:t>　　二、学习心得</w:t>
      </w:r>
      <w:r>
        <w:rPr>
          <w:lang w:eastAsia="zh-CN"/>
        </w:rPr>
        <w:br/>
      </w:r>
      <w:r>
        <w:rPr>
          <w:lang w:eastAsia="zh-CN"/>
        </w:rPr>
        <w:t>　　作为事业单位下属的经营类场所国际饭店有其独特的优越性，从管理体制到发展规模都已成为同行业中的佼佼者，员工整体素质也在大学这个特定的氛围内得到了熏染，能够高 瞻远瞩，开拓外部市场的同时切身为员工的利益考虑，能够有识大体、顾大局的观念，虽然这是一个新兴的企业，更是一个具有生命力和创造力的企业，再这的每一天，我都能看到了希望。</w:t>
      </w:r>
      <w:r>
        <w:rPr>
          <w:lang w:eastAsia="zh-CN"/>
        </w:rPr>
        <w:br/>
      </w:r>
      <w:r>
        <w:rPr>
          <w:lang w:eastAsia="zh-CN"/>
        </w:rPr>
        <w:t>　　但是事物的发展是具有两面性的，作为新兴企业在市场竞争的浪潮冲击下一定会展露出柔弱的一面，也一定会有矛盾问题的产生，只要我们找到解决问题的途径我们就会更上一层楼，竞争也是企业的发展动力，关键是要掌握竞争的技巧避免竞争，增强创新意识、勇于打破传统观念、经营观念、管理创新逐步从以市场为本向以人为本的管理机制上靠拢，塑造具有佳大特色的品牌企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多少意气风发、多少踌躇满志、多少年少轻狂、多少欢歌笑语都在昨天的日记里画上了一个终结，但是未来的一年又是以今天作为一个起点，新目标、新挑战，就应该有新的起色，在新的一年中继续努力工作，勤汇报、勤学习、勤总结，最后祝愿我们酒店在澄澈如洗的晴空里，策马奔腾，祝愿各位经理在工作的征程中勇往直前，人生的跑道上一帆风顺、祝愿各位同仁在新的一年里续写人生新的辉煌!</w:t>
      </w:r>
      <w:r>
        <w:rPr>
          <w:lang w:eastAsia="zh-CN"/>
        </w:rPr>
        <w:br/>
      </w:r>
      <w:r>
        <w:rPr>
          <w:lang w:eastAsia="zh-CN"/>
        </w:rPr>
        <w:t xml:space="preserve">    酒店员工年终个人工作总结 篇5 </w:t>
      </w:r>
      <w:r>
        <w:rPr>
          <w:lang w:eastAsia="zh-CN"/>
        </w:rPr>
        <w:br/>
      </w:r>
      <w:r>
        <w:rPr>
          <w:lang w:eastAsia="zh-CN"/>
        </w:rPr>
        <w:t>　　一路的欢歌笑语，一路的风雨兼程送走了__-__年，迎来了充满期望的2__-__年，回首我来到酒店的这三个月，新奇与欣喜同在，感动与感谢并存，三个月，时间虽然短暂，但对我而言收获是丰硕的，在那里的每一天，每经历的一件事，每接触到的一个人，这个过程的含金量，绝不亚于我十几年在校门里学习的价值，所以我感谢李总能给我这个难得的学习机会及细致入微的指导，感谢王经理无微不至的关怀，感谢综合部全体成员在工作上的配合和生活上的照顾，就具体工作如下总结：</w:t>
      </w:r>
      <w:r>
        <w:rPr>
          <w:lang w:eastAsia="zh-CN"/>
        </w:rPr>
        <w:br/>
      </w:r>
      <w:r>
        <w:rPr>
          <w:lang w:eastAsia="zh-CN"/>
        </w:rPr>
        <w:t>　　一、工作方面</w:t>
      </w:r>
      <w:r>
        <w:rPr>
          <w:lang w:eastAsia="zh-CN"/>
        </w:rPr>
        <w:br/>
      </w:r>
      <w:r>
        <w:rPr>
          <w:lang w:eastAsia="zh-CN"/>
        </w:rPr>
        <w:t>　　在这段日子里，我了解了酒店的指导方针、布局建设、部门划分、工种分配、人员定位等自然状况，综合部行使办公室职能，一个联系领导与员工的重要部门，我很荣幸能成为这个小群众中的一员，每一天负责收餐票虽然很琐碎，却能体现出我们酒店在管理上的严格性、先进性，质量检查是任何一个企业必备的、而且是重要安全保障部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作为服务行业质量检查更是重中之重，无论是客房的卫生状况，还是餐饮服务员的仪表仪容无一不影响我们酒店的经营发展，我从最初只明白看到此刻拥有一双洞察的眼睛，这是我的一个进步，一个很大的收获，板报是我们酒店对内宣传的窗口，透过出版报不仅仅提高了我的写作水平也增强了我的语言表达潜力，评估期间承蒙李总的信任在王经理的帮忙下整理了两份评估材料。</w:t>
      </w:r>
      <w:r>
        <w:rPr>
          <w:lang w:eastAsia="zh-CN"/>
        </w:rPr>
        <w:br/>
      </w:r>
      <w:r>
        <w:rPr>
          <w:lang w:eastAsia="zh-CN"/>
        </w:rPr>
        <w:t>　　我深切地感受到自己的语言罗列功底和逻辑思维的欠缺，到一线服务是最有收获的地方，虽然辛苦虽然紧张但是我学会了整理房间、开夜床、以及如何摆放才具有美观性等知识，与专家的迎来送往中了解到专家的喜好及时的将信息反馈，以便更好的服务，12月8号在评估工作即将结束的时候正巧东三省大学生供需见面会在哈尔滨召开，这对于我们毕业生来说是最重要但是了，好久之前便做好了准备，但是楼层服务员确实忙但是来，看到她们废寝忘食、加班加点我感动了，虽然我是学生但我也是酒店的员工，就这样我没有参加招聘会，我讲这个并不是说我自己都多么的伟大，而是我被这样一个团结、奉献、务实的群众而感动，奉献是无私的所以温暖、激-情是火热的所以发亮，这就是企业的财富、壮大的资本!</w:t>
      </w:r>
      <w:r>
        <w:rPr>
          <w:lang w:eastAsia="zh-CN"/>
        </w:rPr>
        <w:br/>
      </w:r>
      <w:r>
        <w:rPr>
          <w:lang w:eastAsia="zh-CN"/>
        </w:rPr>
        <w:t>　　二、学习心得</w:t>
      </w:r>
      <w:r>
        <w:rPr>
          <w:lang w:eastAsia="zh-CN"/>
        </w:rPr>
        <w:br/>
      </w:r>
      <w:r>
        <w:rPr>
          <w:lang w:eastAsia="zh-CN"/>
        </w:rPr>
        <w:t>　　作为事业单位下属的经营类场所--国际饭店有其独特的优越性，从管理体制到发展规模都已成为同行业中的佼佼者，员工整体素质也在大学这个特定的氛围内得到了熏染，能够高-瞻远瞩，开拓外部市场的同时切身为员工的利益思考，能够有识大体、顾大局的观念，虽然这是一个新兴的企业，更是一个具有生命力和创造力的企业，再这的每一天，我都能看到了期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但是事物的发展是具有两面性的，作为新兴企业在市场竞争的浪潮冲击下必须会展露出柔弱的一面，也必须会有矛盾问题的产生，只要我们找到解决问题的途径我们就会更上一层楼，竞争也是企业的发展动力，关键是要掌握竞争的技巧避免竞争，增强创新意识、勇于打破传统观念、经营观念、管理创新逐步从以市场为本向以人为本的管理机制上靠拢，塑造具有佳大特色的品牌企业。</w:t>
      </w:r>
      <w:r>
        <w:rPr>
          <w:lang w:eastAsia="zh-CN"/>
        </w:rPr>
        <w:br/>
      </w:r>
      <w:r>
        <w:rPr>
          <w:lang w:eastAsia="zh-CN"/>
        </w:rPr>
        <w:t>　　多少意气风发、多少踌躇满志、多少年少轻狂、多少欢歌笑语都在昨日的日记里画上了一个终结，但是未来的一年又是以这天作为一个起点，新目标、新挑战，就就应有新的起色，在新的一年中继续努力工作，勤汇报、勤学习、勤总结，最后祝愿我们酒店在澄澈如洗的晴空里，策马奔腾，祝愿各位经理在工作的征程中勇往直前，人生的跑道上一帆风顺、祝愿各位同仁在新的一年里续写人生新的辉煌。</w:t>
      </w:r>
      <w:r>
        <w:rPr>
          <w:lang w:eastAsia="zh-CN"/>
        </w:rPr>
        <w:br/>
      </w:r>
      <w:r>
        <w:rPr>
          <w:lang w:eastAsia="zh-CN"/>
        </w:rPr>
        <w:t>　　酒店员工个人年终工作总结范文5</w:t>
      </w:r>
      <w:r>
        <w:rPr>
          <w:lang w:eastAsia="zh-CN"/>
        </w:rPr>
        <w:br/>
      </w:r>
      <w:r>
        <w:rPr>
          <w:lang w:eastAsia="zh-CN"/>
        </w:rPr>
        <w:t>　　20__年，是我在劳模实业有限公司供职不平凡的一年，也是在公司领导下个人才能得以充分发挥的一年，一年来，我按照公司组织安排，从龙溪景区调往徽商大酒店商务中心工作，在全新的服务环境里，全力树立徽商酒店的窗口形象，与全体员工共同打造徽商酒店优质的服务品牌，同时，不折不扣地完成公司临时交付的各项中心任务，并将自己掌握的客户信息及时向公司反馈，当好上级领导的参谋，为酒店的优质运作贡献自己的一份力量。现将本人一年来在酒店的主要工作总结如下</w:t>
      </w:r>
      <w:r>
        <w:rPr>
          <w:lang w:eastAsia="zh-CN"/>
        </w:rPr>
        <w:br/>
      </w:r>
      <w:r>
        <w:rPr>
          <w:lang w:eastAsia="zh-CN"/>
        </w:rPr>
        <w:t>　　一、服从公司安排，按质按量完成本职工作。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自月份徽商大酒店开业以来，我在商务中心对公司交付的一切打字文稿，传真、复印等工作，均以高度的责任心任劳任怨地对待，同时，发挥在景区工作的经验优势，认真做好顾客的旅游接待，以专业型面貌展示给八方游客，赢得了顾客的一致好评。开业以来，本人在工作中无一起责任事故发生，使接待的多游客，和承办的多场大型会议均达到“高效、优质、安全、满意”的效果，受到有关单位和领导的赞许。</w:t>
      </w:r>
      <w:r>
        <w:rPr>
          <w:lang w:eastAsia="zh-CN"/>
        </w:rPr>
        <w:br/>
      </w:r>
      <w:r>
        <w:rPr>
          <w:lang w:eastAsia="zh-CN"/>
        </w:rPr>
        <w:t>　　二、树立酒店大局服务意识，发挥服务行业的团队合作精神。</w:t>
      </w:r>
      <w:r>
        <w:rPr>
          <w:lang w:eastAsia="zh-CN"/>
        </w:rPr>
        <w:br/>
      </w:r>
      <w:r>
        <w:rPr>
          <w:lang w:eastAsia="zh-CN"/>
        </w:rPr>
        <w:t>　　绩溪徽商大酒店是我县打造徽菜品牌的知名企业，月日开业前后，千头万绪的繁杂工作不是单每个部门各行其是能够解决的，特别是在月日，又恰逢我县首届徽菜美食节，酒店承办个人烹饪比赛，期间，人手少，事物杂，时间紧，为此，我不计个人得失，坚决服从大局，长期义务加班加点，并与其他各个部门紧密配合，哪里需要就到哪个岗位顶班，从无怨言。确保了商务中心的团队合作作用。</w:t>
      </w:r>
      <w:r>
        <w:rPr>
          <w:lang w:eastAsia="zh-CN"/>
        </w:rPr>
        <w:br/>
      </w:r>
      <w:r>
        <w:rPr>
          <w:lang w:eastAsia="zh-CN"/>
        </w:rPr>
        <w:t>　　三、认真学习，在岗位练兵中体现敬业奉献精神。</w:t>
      </w:r>
      <w:r>
        <w:rPr>
          <w:lang w:eastAsia="zh-CN"/>
        </w:rPr>
        <w:br/>
      </w:r>
      <w:r>
        <w:rPr>
          <w:lang w:eastAsia="zh-CN"/>
        </w:rPr>
        <w:t>　　一年来，我在劳模实业有限公司不同服务岗位的实践中，不断学习，在学中干，在干中学，不仅体会到成功的集体荣誉感，也发挥了自己的潜能，特别是在酒店中心工作任务中，全面“岗位练兵”让自己得到了锻炼，体现出服务行业的社会需要和尊重，自己敬业奉献的动力也随之产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一年来，在公司领导下，我在服务行业取得了一定的业绩，但离公司的要求还有一定差距，在新的一年里，我将再接再厉，为徽商大酒店的优质服务添砖加瓦，贡献自己的一份力量。</w:t>
      </w:r>
      <w:r>
        <w:rPr>
          <w:lang w:eastAsia="zh-CN"/>
        </w:rPr>
        <w:br/>
      </w:r>
      <w:r>
        <w:rPr>
          <w:lang w:eastAsia="zh-CN"/>
        </w:rPr>
        <w:t xml:space="preserve">    酒店员工年终个人工作总结 篇6 </w:t>
      </w:r>
      <w:r>
        <w:rPr>
          <w:lang w:eastAsia="zh-CN"/>
        </w:rPr>
        <w:br/>
      </w:r>
      <w:r>
        <w:rPr>
          <w:lang w:eastAsia="zh-CN"/>
        </w:rPr>
        <w:t>　　一、解决前期工程遗留问题，组织图纸会审，重新确定思路，加快主体工程建设，目前各项工程处于收尾阶段。　　</w:t>
      </w:r>
      <w:r>
        <w:rPr>
          <w:lang w:eastAsia="zh-CN"/>
        </w:rPr>
        <w:br/>
      </w:r>
      <w:r>
        <w:rPr>
          <w:lang w:eastAsia="zh-CN"/>
        </w:rPr>
        <w:t>　　由于前期人员变动及部分合作商沟通不畅，各项主体陷入瘫痪状态，工地停工，员工情绪动荡。在此情形下，本人意识到只有立即解决前期遗留问题，加快主体建设，才能推动筹建工作的进展，稳定民心。在王宾董事长及总公司领导的支持下，本人组织人员进行图纸会审，重新确定思路，解除不合作装饰公司合约，吸引有实力、有资质、有经验承建商共同合作，现已完成以下几项主体工程：　　</w:t>
      </w:r>
      <w:r>
        <w:rPr>
          <w:lang w:eastAsia="zh-CN"/>
        </w:rPr>
        <w:br/>
      </w:r>
      <w:r>
        <w:rPr>
          <w:lang w:eastAsia="zh-CN"/>
        </w:rPr>
        <w:t>　　1、弱电工程：电话线、视频线、网络线铺设;消控室和总机房静电地板项目。有线电线设施完成90%。目前唯有卫星接收系统项目处于洽谈中。　　</w:t>
      </w:r>
      <w:r>
        <w:rPr>
          <w:lang w:eastAsia="zh-CN"/>
        </w:rPr>
        <w:br/>
      </w:r>
      <w:r>
        <w:rPr>
          <w:lang w:eastAsia="zh-CN"/>
        </w:rPr>
        <w:t>　　2、设备工程：完成空调主机安装、水泵安装、锅炉、别墅热水器的安装。目前未完成项目有电源、煤气设备。　　</w:t>
      </w:r>
      <w:r>
        <w:rPr>
          <w:lang w:eastAsia="zh-CN"/>
        </w:rPr>
        <w:br/>
      </w:r>
      <w:r>
        <w:rPr>
          <w:lang w:eastAsia="zh-CN"/>
        </w:rPr>
        <w:t>　　3、装修工程：完成别墅外墙油漆及90%别墅装修;主楼装修完成90%(包括水、电、地、墙、天花);酒店外墙大理石完成80%。　　</w:t>
      </w:r>
      <w:r>
        <w:rPr>
          <w:lang w:eastAsia="zh-CN"/>
        </w:rPr>
        <w:br/>
      </w:r>
      <w:r>
        <w:rPr>
          <w:lang w:eastAsia="zh-CN"/>
        </w:rPr>
        <w:t>　　4、其它工程：完成外围栏、别墅中间艺术长廊、酒店广尝店标石。园林工程、海边休闲凉亭完成90%;酒店停车场完成90%;酒店喷水池完成90%;草地照明完成90%;　　</w:t>
      </w:r>
      <w:r>
        <w:rPr>
          <w:lang w:eastAsia="zh-CN"/>
        </w:rPr>
        <w:br/>
      </w:r>
      <w:r>
        <w:rPr>
          <w:lang w:eastAsia="zh-CN"/>
        </w:rPr>
        <w:t>　　二、广布信息，开展各类招标活动，对各类设备、用品、材料选样及机器设备选型，并签定合约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上述主体工程如火如荼进行同时，各类设备、用品及材料选样及机器设备的选型也紧锣密鼓地开展。在与王宾董事长及合作方相关领导沟通下、辅以自身多年酒店行业经验，进行选样定型。在供货商的选定上，采取招标办法，在招标过程中，严格坚持了公正、合法、平等竞争、诚实信用的原则，坚持了资格审查，实地考察，小组审议，上报批准的工作程序与供货商签定合约。目前中央空调、厨房设备、绿化工程、燃气工程、客房门锁、清洁机器、员工服装、客房用品等一系列合同已签定，共计合约50份，合同总额达1802.6万元。(附已签合同明细表)　　</w:t>
      </w:r>
      <w:r>
        <w:rPr>
          <w:lang w:eastAsia="zh-CN"/>
        </w:rPr>
        <w:br/>
      </w:r>
      <w:r>
        <w:rPr>
          <w:lang w:eastAsia="zh-CN"/>
        </w:rPr>
        <w:t>　　三、确立人员编制、架构，分步有序进行人员招聘，保证人员储备，加强人员培训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_年8月，酒店确立全体人员编制为307人。结合酒店特点搭建组织架构，制定人员工资标准体系。目前亚洲海湾大酒店确立为总经理领导下的各部门相互分工合作的有机整体。在人员的招聘上，为确保各项工作高效进行，节约控制人力成本，海湾大酒店采取分步有序，逐步到位的办法进行人员的招聘。对于职位缺口较大的部门，采取了多种的招聘方法来尽快补足，除了人才市场招聘、劳动力市场招聘外，还通过网上发布招聘信息，请劳动职业介绍所帮忙发布信息和推荐人员，通过劳动局关系和同行协助寻找和推荐酒店所需的人才等方式，目前酒店到职人员共222人，主要为：行政办7人，财务部28人，前厅部32人，管家部36人，餐饮部36人，营销推广部9人，人力资源部5人，厨房31人，采购部3人，工程部10人，保安部25人。以上数据未包含_年元旦后入职的部分员工和已经落实的四十名实习生。　　</w:t>
      </w:r>
      <w:r>
        <w:rPr>
          <w:lang w:eastAsia="zh-CN"/>
        </w:rPr>
        <w:br/>
      </w:r>
      <w:r>
        <w:rPr>
          <w:lang w:eastAsia="zh-CN"/>
        </w:rPr>
        <w:t>　　目前与与酒店签定“校企合作协议”的大中专院校有“天津商学院”、“厦门南洋学院”和“海峡工贸学校”等三所。实习期从_年1月3日至_年6月30日止。本批实习生都是经过人力资源部挑选和相关部门面试，从中挑选的，基本上都达到了酒店培训的要求。在所有实习生入店实习后，人力资源部除了作好完善的食宿、津贴及工作安排外，还将与每位实习生签定“实习协议”，用以保证我们酒店实习生的稳定性。现在南洋学院和海峡工贸的学生已经来我酒店开始实习了。酒店现有的员工人数已经达到编制(307人)的85%左右，已经能够保证酒店试营业的员工数量，除了管家、餐饮和工程等三个部门因酒店是逐步开业而不需要按编制全部到位外，其他部门的员工均已达到部门人员总数的96%以上。接下来，由于已经临近年关，人力资源部主要通过知会同行，了解过后一些高星级酒店欲跳槽的人员的去向，为我们酒店所需人员做好后备人眩　　</w:t>
      </w:r>
      <w:r>
        <w:rPr>
          <w:lang w:eastAsia="zh-CN"/>
        </w:rPr>
        <w:br/>
      </w:r>
      <w:r>
        <w:rPr>
          <w:lang w:eastAsia="zh-CN"/>
        </w:rPr>
        <w:t>　　为了能够跟上酒店进行试营业时新入店员工的培训，海湾大酒店着手开展了两次共八节培训课，对所有已入店员工进行系统的培训，培训内容涉及：酒店软件和硬件的介绍、酒店的仪容仪表规范、礼貌礼仪的重要性、酒店英文、个人素养、职业道德、消防安全知识及全员销售技巧等，不仅从全方位加强了员工对酒店的认识和拓展知识面，也大大提高了员工的工作积极性。　　</w:t>
      </w:r>
      <w:r>
        <w:rPr>
          <w:lang w:eastAsia="zh-CN"/>
        </w:rPr>
        <w:br/>
      </w:r>
      <w:r>
        <w:rPr>
          <w:lang w:eastAsia="zh-CN"/>
        </w:rPr>
        <w:t>　　四、规范管理，完成建章立制，实现办公电子化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经过近半年的努力，亚洲海湾大酒店已制定一套比较完整的管理制度、岗位责任制以及操作流程。全面完成中餐、西餐、大堂吧的标准成本菜单核算。全面清查酒店资产，建立一套完整的资产实物台帐及制度，保证酒店资产的安全。完成财务后台电脑软件的初始化工作，保证电脑建帐使用的稳定性。　　</w:t>
      </w:r>
      <w:r>
        <w:rPr>
          <w:lang w:eastAsia="zh-CN"/>
        </w:rPr>
        <w:br/>
      </w:r>
      <w:r>
        <w:rPr>
          <w:lang w:eastAsia="zh-CN"/>
        </w:rPr>
        <w:t>　　五、确立市场定位，加强营销推广，开展市场调查，提高酒店知名度　　</w:t>
      </w:r>
      <w:r>
        <w:rPr>
          <w:lang w:eastAsia="zh-CN"/>
        </w:rPr>
        <w:br/>
      </w:r>
      <w:r>
        <w:rPr>
          <w:lang w:eastAsia="zh-CN"/>
        </w:rPr>
        <w:t>　　随着旅游经济的复苏，厦门星级酒店逐步完善与增多，并陆续有国际品牌酒店进驻，厦门酒店行业面临严峻的市场竞争。根据本酒店情况，确定酒店的市场定位为商务旅游度假酒店，客源定位为跨国企业、外资企业、大型企业、政要客人、本地公司及海外公司等层次与消费能力高的群体。为做到“知已知彼，百战不殆”酒店组织营销人员开展对周边区域的市场调查、上门拜访与洽谈沟通，对环岛内高级写字楼及各家国际旅行社与网络订房中心商谈合作。目前已签协议单位有419家，旅行社56家。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通过开展对各大型企业、跨国集团、外资企业、上市公司的重点销售回访，得到反馈信息有：亚洲海湾大酒店定位五星级酒店较合理，房价也可以接受，地理环境得天独厚，适合接待高级客人。别墅型酒店在厦门少有，较有吸引力。旅行社及网络订房对亚洲海湾大酒店也非常感兴趣，已有多家旅行社来参观酒店并表示满意，以后将把日本、韩国、欧美等国团队安排亚洲海湾酒店。这说明各企业、旅行社对酒店的期望值较高，将酒店定位为高档、集商务、休闲一体商务旅游度假酒店的思路是正确的。</w:t>
      </w:r>
      <w:r>
        <w:rPr>
          <w:lang w:eastAsia="zh-CN"/>
        </w:rPr>
        <w:br/>
      </w:r>
      <w:r>
        <w:rPr>
          <w:lang w:eastAsia="zh-CN"/>
        </w:rPr>
        <w:t xml:space="preserve">    酒店员工年终个人工作总结 篇7 </w:t>
      </w:r>
      <w:r>
        <w:rPr>
          <w:lang w:eastAsia="zh-CN"/>
        </w:rPr>
        <w:br/>
      </w:r>
      <w:r>
        <w:rPr>
          <w:lang w:eastAsia="zh-CN"/>
        </w:rPr>
        <w:t>　　十月刚刚过去，回想这一具多月来的客房见习领班工作，就像一首交响乐一样，高低起伏，各种音符都有。但是经过这一具多月的工作，有收获有成长。作为一名基层的治理者，需要学习的地点还有不少。领班别仅仅是想象中的检查房间而已，需要做的还有不少。</w:t>
      </w:r>
      <w:r>
        <w:rPr>
          <w:lang w:eastAsia="zh-CN"/>
        </w:rPr>
        <w:br/>
      </w:r>
      <w:r>
        <w:rPr>
          <w:lang w:eastAsia="zh-CN"/>
        </w:rPr>
        <w:t>　　1、客房卫生，楼层领班是确保客房卫生质量的关键人物，是操纵客房产品质量的最后环节，直接妨碍对客人的服务质量。经过这一具多月来的工作实践，都是掌握了客房卫生的检查标准，也可以独立的去把控好一具房间的整体质量。但是依然有一些别脚的地点，在主管和部门的检查中依然存在别达标的事情。经过分析要紧依然对房间卫生的全局把控别到位，检查中仅仅拘泥单独的各个地点，缺少整体的把控。卫生质量的标准依然别够高，检查中依然有忽略的地点。只是经过这段时刻的卫生检查，认识到领班的检查不过一具监督补台的工作，更重要的依然职员对房间卫生的清理。所以在接下来的工作我将会加强对职员打扫房间的关注，提高职员的卫生标准，把好房间卫生的第一道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2、治理方面，有人说，领班是夹在缝里做人，这话一点也别为过，上要对主管负责，下要对职员负责，起到带头作用。工作中要处理好与上级、平级与下级的关系，是需要经过更多的实践和亲身记忆才干协调好的。在这一具多月时刻里，在这方面都是还做的还很少，还有不少的路要走，这方面将是我未来工作中最需要学习的地点，别仅仅是经过书本，还要经过向领导以及同事学习，弥补自己这方面的别脚。</w:t>
      </w:r>
      <w:r>
        <w:rPr>
          <w:lang w:eastAsia="zh-CN"/>
        </w:rPr>
        <w:br/>
      </w:r>
      <w:r>
        <w:rPr>
          <w:lang w:eastAsia="zh-CN"/>
        </w:rPr>
        <w:t>　　3、沟通方面，由于之前在五号楼工作，与八号楼的职员接触别多，对他们别是特别了解。如今来到八号楼要和他们一起工作，必须和大伙儿互相了解，建立良好的工作氛围，所以这一具月来我加强与大伙儿的沟通，对每个职员都有了一定的了解。但是由于八号楼职员多，且年龄跨度大，性格迥异，难度依然比较大的，我也在试着寻觅和每个人沟通的办法。让自己尽快的融入到那个大班组。</w:t>
      </w:r>
      <w:r>
        <w:rPr>
          <w:lang w:eastAsia="zh-CN"/>
        </w:rPr>
        <w:br/>
      </w:r>
      <w:r>
        <w:rPr>
          <w:lang w:eastAsia="zh-CN"/>
        </w:rPr>
        <w:t>　　4、与客沟通，做了领班后，与往常做接待时与客沟通的办法与心态要别一样，别再是仅仅与客沟通，然后交给领班，如今要独挡一面，自己想到最好的方式处理客人的别满和疑咨询，同时还要在职员面前起到带头作用，维护酒店的形象和利益。这一具月来也有每天试着与分管楼层的客人进行沟通，从最简单的询咨询客人的住店感觉到解决向客人索赔咨询题、投诉咨询题。开始觉得很难，别知如何开口，渐渐的放下心去感觉与客人沟通的欢乐。</w:t>
      </w:r>
      <w:r>
        <w:rPr>
          <w:lang w:eastAsia="zh-CN"/>
        </w:rPr>
        <w:br/>
      </w:r>
      <w:r>
        <w:rPr>
          <w:lang w:eastAsia="zh-CN"/>
        </w:rPr>
        <w:t>　　领班的工作繁琐复杂，经过这一具月来的实践，感受的确别那么容易，但初试皮毛，在陈主管和其他领班的帮助下，渐渐也理顺了一些头绪。我相信接下来的两个月，我会更加努力，让大伙儿都能认可我的工作。</w:t>
      </w:r>
      <w:r>
        <w:rPr>
          <w:lang w:eastAsia="zh-CN"/>
        </w:rPr>
        <w:br/>
      </w:r>
      <w:r>
        <w:rPr>
          <w:lang w:eastAsia="zh-CN"/>
        </w:rPr>
        <w:t xml:space="preserve">    酒店员工年终个人工作总结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还记得我们是20__年12月27日晚7：00的火车，到达深圳是12月28日早上7：00。开始了我们在金茂深圳JW万豪酒店为期一年的实习。同行的有40个人，是个庞大的队伍。大家都很兴奋，同时也很紧张。因为这一年对于我们来说将是一个漫长的过程。</w:t>
      </w:r>
      <w:r>
        <w:rPr>
          <w:lang w:eastAsia="zh-CN"/>
        </w:rPr>
        <w:br/>
      </w:r>
      <w:r>
        <w:rPr>
          <w:lang w:eastAsia="zh-CN"/>
        </w:rPr>
        <w:t>　　来接我们的是人事部的Susan和Amy。接着给我们安排了宿舍。下午带我们去酒店见了部门总监，在学校面试的时候我被分到了餐饮部。餐饮分为三个部门：西餐厅，中餐厅和日本餐厅。紧接着又有一个小的面试。由总监决定我们将去哪个部门。大家都很紧张，因为第一次面对面跟一个老外说话。最后我们一共有7个人分到了西餐厅。第二天便开始了为期三天的入职培训“IN THE BEGINNING 。”，培训工作分为三大块：一是人事部的岗前培训，进行了四个课时的室内培训和游览培训，主要是介绍酒店的概况，同时也对我们进行了员工素养及酒店管理制度的培训，这让我们对工作有了大概的了解；第二是消防安全意识培训，酒店特别安排了工程部的经理助理为我们现场讲解授课，让我们对酒店安全和消防常识有了更深入系统的了解；第三是业务技能培训，这一培训贯穿着我们实习的一年，由部门负责人员为我们进行不间断的技能指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三天入职培训转眼结束。第四天我们开始正式到各自部门上班。我们有了各自的师傅。刚开始不适应，不知道自己该干什么。很紧张，看到客人也不敢说话。后来在师傅的带领下，开始慢慢进入了状态。我们的团队很庞大，因为是自助餐，所以客人比较多。当然也比较累。回想起第一次扛垃圾时，看到那么大的托盘，堆满了垃圾和碟子。有点不敢相信，以后的日子会是怎样的。师傅说刚开始慢慢来，不用拿那么多，可是我想别人可以我也一定能行的。于是我第一次端起了那么大的托盘。到后面洗碗间的时候，看到自己一起来的同学，突然眼泪就掉下来了。后来师傅一直鼓励我，你可以的。其实除了累一点，那时候还是挺开心的。就这样一个星期过去了。我们每个星期都有两天休息。第二个星期我又被调到咨客台，那时候对咨客一点概念都没有。只是听说要英语很好，要对整个酒店的情况都很了解。我很怕，很不愿意去那里。我怕自己会做错事。后来在咨客台，我又有了两个师傅，她们也教会了我很多东西。主要是做预订，接电话，迎接客人，带客人入座。然后做一些Paper</w:t>
      </w:r>
      <w:r>
        <w:rPr>
          <w:lang w:eastAsia="zh-CN"/>
        </w:rPr>
        <w:t xml:space="preserve"> Work</w:t>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xml:space="preserve"> 。咨客是个很重要的岗位，她第一个接触到客人的，很多问题都由咨客解决，值得高兴的是，在服务过程中，我接触到了形形色色的客人，在工作中既受到过客人的嘉奖，也曾招受客人的投诉，由于万豪是一所涉外酒店，拥有极为丰富的海外客源，所有餐厅的大半数客人都是外国人，在服务的过程中，我们提高了英语口语水平，增长了见识，开阔了视野。当然比在里面做服务要轻松的多，但对于我来说压力很大。我以为实习会这样慢慢平静，很顺利的过去。没想到后来的日子会越来越难熬。三月份的时候我又被调回楼面。说实话是挺开心的，我觉得我又恢复了自由。可是第一天，我们就被经理狠狠地骂了一顿，那是三个月以来第一次挨骂，我们7个人站成一排，被骂了整整2个多小时。我们都哭了。有委屈，有愤怒。从那以后，三天两头就会被骂。我们每天提心吊胆的上班，做什么都感觉有人在背后盯着。最后我们都有点坚持不住了，有点想要回去的冲动。终于还是走了两个。其实我也好想放弃，可是我想都已经过了三个月再回去太对不起自己了。于是便坚持了下来。后来又陆陆续续被调回楼面咨客好几次。总之是哪里缺人就把我往哪里塞。那时候挺讨厌他们这样对我。后来也就习惯了。酒店的人流量很大，一批又一批的来，一批又一批的走。到最后，我们这批实习生一年下来也算是资历比较深的了。一年实习就这样在我们一次一次想要放弃，又一次一次坚持下来中结束了。</w:t>
      </w:r>
      <w:r>
        <w:rPr>
          <w:lang w:eastAsia="zh-CN"/>
        </w:rPr>
        <w:br/>
      </w:r>
      <w:r>
        <w:rPr>
          <w:lang w:eastAsia="zh-CN"/>
        </w:rPr>
        <w:t>　　这次实习是本人的`第一次专业见习。总的来说，在这些日子里自己确学到了不少的东西：除了了解到餐饮的服务程序和技巧，也学会了如何调整自己的心态，如何处理好自己的利益和酒店的利益，如何处理好同事之间的人际关系，如何与顾客打交道；同时，更让我认识到作为一个服务员应该具有强烈的服务意识；更为重要的是，在一年的工作中，我深刻地体会到了酒店行业的艰辛，也看到酒店发展的前景，更加明白了自己以后学习的方向和侧重点。感谢学校和酒店给我这次实习的机会。感谢那个曾经骂过我们的经理，是在他一次又一次的教导中，我们对自己的要求也慢慢提高，学到了很多标准的服务知识，相信这些知识在以后的职业生涯中很有帮助。同时也很感谢领导们给我这么的学习机会，让我适应不同的岗位。学到不同的知识。谢谢！</w:t>
      </w:r>
      <w:r>
        <w:rPr>
          <w:lang w:eastAsia="zh-CN"/>
        </w:rPr>
        <w:br/>
      </w:r>
      <w:r>
        <w:rPr>
          <w:lang w:eastAsia="zh-CN"/>
        </w:rPr>
        <w:t xml:space="preserve">    酒店员工年终个人工作总结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透过这次实习，我对酒店的管理又有了更深层次的理解，并且对酒店行业有了自己的见解和认识。在酒店实习期间我不仅仅更加熟悉酒店的业务操作程序，在待人接物，与人交往方面学到了不少东西。</w:t>
      </w:r>
      <w:r>
        <w:rPr>
          <w:lang w:eastAsia="zh-CN"/>
        </w:rPr>
        <w:br/>
      </w:r>
      <w:r>
        <w:rPr>
          <w:lang w:eastAsia="zh-CN"/>
        </w:rPr>
        <w:t>　　1.1服务技能的提高</w:t>
      </w:r>
      <w:r>
        <w:rPr>
          <w:lang w:eastAsia="zh-CN"/>
        </w:rPr>
        <w:br/>
      </w:r>
      <w:r>
        <w:rPr>
          <w:lang w:eastAsia="zh-CN"/>
        </w:rPr>
        <w:t>　　在这次实习中，我们培训了服务技巧和服务规范，深入熟悉服务工作，对服务有了更加深入的了解，服务技能有了进一步的提高。服务更加熟练，能够熟练地完成服务工作。透过酒店的培训，对酒水和菜品更加熟悉能够熟悉的向客人介绍和推销菜品和酒水。并且随着服务技能的提高成，提高了员工的工作效率，减少了工作失误，能够向客人带给更周到便捷的服务。</w:t>
      </w:r>
      <w:r>
        <w:rPr>
          <w:lang w:eastAsia="zh-CN"/>
        </w:rPr>
        <w:br/>
      </w:r>
      <w:r>
        <w:rPr>
          <w:lang w:eastAsia="zh-CN"/>
        </w:rPr>
        <w:t>　　1.2从业潜力的提高</w:t>
      </w:r>
      <w:r>
        <w:rPr>
          <w:lang w:eastAsia="zh-CN"/>
        </w:rPr>
        <w:br/>
      </w:r>
      <w:r>
        <w:rPr>
          <w:lang w:eastAsia="zh-CN"/>
        </w:rPr>
        <w:t>　　酒店培训和实习经验的积累，对我毕业以后就业增加了机会，从业潜力得到提高，在此过程中语言潜力，交际潜力，观察潜力，记忆潜力，应变潜力得到了提高。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1）语言潜力酒店业是一个以服务为主的行业，在服务过程中，驾驭自如的语言潜力是酒店员工与客人建立良好关系。留下深刻印象的重要工具和途径。语言不仅仅是交际。表达的工具，它本身还反映。传达酒店的企业文化。员工的精神状态等辅助信息。想要获得驾驭自如的语言潜力，就要做到语气的自然流畅。和蔼可亲，在语速上持续匀速表达，任何时候都要心平气和，礼貌有加。注意交谈的对象，即可人的'身份，及客人的心理，采用适当得体的语言，正所谓要做到“见人说人话梦见鬼说鬼话”另外语言表达中一个十分重要的方面便是与客人交谈时要注意句子成分的搭配是不是准确，词性是不是被误用等，也就是说讲话要有逻辑性不能呢个前言不搭后语，罗嗦不清，没有因果关系等，这很容易照成客人的误解，从而造成我们服务工作中的失误，和客人的不满。我们还要合理运用身体语言和手势，有时候在服务过程中，过多的语言会造成客人的厌烦或者打扰到客人，因此就要用到肢体语言和手势或眼神等，这时候肢体语言手势眼神往往能给客人带给更满意的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2）交际潜力因为酒店是一个迎来送往的行业每一天要接待许多不同的客人，有老顾客有新顾客，如何使这些客源保留下来很大一部分是看酒店员工的交际潜力，虽说酒店有专门的营销部负责销售和拉拢客源，但作为一个餐厅的一员，尤其是主管和经理必须要有自己的固定客源，因此从此刻开始就要锻炼我们的交际潜力，为我们以后的工作做准备，第一印象对人际交往的建立和维持是十分重要的，给人记忆最深的常常是第一次接触所留下的印象。因此仪表。仪态的优美，真诚的微笑，无微不至的礼貌则是给客人留下完美第一印象的关键。真诚的对待每一位客人，客人第一次来到酒店式对酒店的所有一切都是陌生的，而人对陌生的事物往往都是包邮戒备心理的，这时候我们就要依靠真诚的心来与客人交往，获取客人的信任，向朋友一样为客人带给对客人有力的选取及服务，让客人感觉到你是为他着想的，他自然会对你产生信任，从而为成为你的客户进了一步，人际关系的建立还应当有始有终，持之以恒，每一个酒店员工都应当持之以恒地与客人建立良好的人际关系，不能因自己一时的失误和思考的不周而使客人感到怠慢，从而断送自己在其他时候以及其他员工与客人所建立的良好人际关系。</w:t>
      </w:r>
      <w:r>
        <w:rPr>
          <w:lang w:eastAsia="zh-CN"/>
        </w:rPr>
        <w:br/>
      </w:r>
      <w:r>
        <w:rPr>
          <w:lang w:eastAsia="zh-CN"/>
        </w:rPr>
        <w:t>　　（3）观察潜力的提高观察潜力的实质就在于善于想客人之所想，将自己置身于客人的处境中，在客人开口言明之前将服务及时。妥帖地送到。既要使客人感到酒店员工的服务无处不在，又要使客人感到简单自如，这样使客人既感到自由空间的被尊重，又时时能体会到酒店关切性的服务。善于观察客人心理状态客人的心理十分微妙地体此刻客人的言行举止中，酒店员工在观察那些有声的语言的同时，还要注意透过客人的行为。动作。仪态等无声的语言来揣度客人细微的心理。做到了这些你的服务必须能获得客人的称赞。</w:t>
      </w:r>
      <w:r>
        <w:rPr>
          <w:lang w:eastAsia="zh-CN"/>
        </w:rPr>
        <w:br/>
      </w:r>
      <w:r>
        <w:rPr>
          <w:lang w:eastAsia="zh-CN"/>
        </w:rPr>
        <w:t>　　（4）记忆潜力餐饮服务中涉及很多需要服务员牢记的信息，如菜品做法，样式，味道，价格，酒水的年份，度数，种类，价格等，还有酒店设施，酒店信息，酒店周边信息等，都需要服务员牢牢记住，这就需要员工有良好的记忆力，如此才能使客人所需要的服务能够得到及时。准确的带给。另外如果能正确的记住客人的爱好品味，为客人带给优质的细致化的服务，客人将会感到有种受尊重。被重视感，从中感受到自己存在的好处与价值，这有助于客人对酒店产生相当良好的印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5）在酒店中能够遇见形形色色的人，当然也会遇到各色的突发事件和矛盾，这就需要有良好的应变潜力，当遇上突发事件，酒店员工应当做到：迅速了解矛盾产生的原因，客人的动机，并善意地加以疏导。用克制与礼貌的方式劝说客人心平气和地商量解决，这样的态度常常是使客人忿忿之情得以平息的“镇静剂”。尽快采取各种方法使矛盾迅速得到解决，使客人能得到较满意的答案。并尽量使事情的影响控制在最小的范围，在其他客人面前树立酒店坦诚。大度。友好的服务态度。</w:t>
      </w:r>
      <w:r>
        <w:rPr>
          <w:lang w:eastAsia="zh-CN"/>
        </w:rPr>
        <w:br/>
      </w:r>
      <w:r>
        <w:rPr>
          <w:lang w:eastAsia="zh-CN"/>
        </w:rPr>
        <w:t xml:space="preserve">    酒店员工年终个人工作总结 篇10 </w:t>
      </w:r>
      <w:r>
        <w:rPr>
          <w:lang w:eastAsia="zh-CN"/>
        </w:rPr>
        <w:br/>
      </w:r>
      <w:r>
        <w:rPr>
          <w:lang w:eastAsia="zh-CN"/>
        </w:rPr>
        <w:t>　　前台作为酒店的第一接待部门，是最先对客人产生影响并做出服务的部门。一家酒店的效率以及利润的创造，基本上都是从这里开始的。</w:t>
      </w:r>
      <w:r>
        <w:rPr>
          <w:lang w:eastAsia="zh-CN"/>
        </w:rPr>
        <w:br/>
      </w:r>
      <w:r>
        <w:rPr>
          <w:lang w:eastAsia="zh-CN"/>
        </w:rPr>
        <w:t>　　前台的工作主要分成接待及客房销售，登记入住，退房及费用结算，客人答疑及服务要求处理，电话转接，ta-i外叫服务及飞机票订票业务。另外前台作为客人直接接触的部门，所以客人的很多要求并不会直接向楼层服务员提出，而是选择他们最先接触的部门――前台，因此前台还要作为整个酒店的协调中心进行工作，这一点，在电子宾馆尤为的体现出来。</w:t>
      </w:r>
      <w:r>
        <w:rPr>
          <w:lang w:eastAsia="zh-CN"/>
        </w:rPr>
        <w:br/>
      </w:r>
      <w:r>
        <w:rPr>
          <w:lang w:eastAsia="zh-CN"/>
        </w:rPr>
        <w:t>　　电子宾馆的前台分为早班、中班和通宵班三个班，轮换工作，并一周一休。除通宵班为一人外，早班和中班都各有三人担当。其中一人为专职收银，另外两人按照实际工作量情况分配剩余工作。这样的安排比较宽松，既可以在工作量大的情况下分配为一人收银，一人登记推销，另一人负责其他服务和联系工作。而且还可以缓解收银的压力，让收银可以做到头脑清明，不出错。最重要的是，这样的工作方式，可以很快让新人获得经验，在工作量小的时候由带班同事指导，工作量大的时候又可以更多的吸收经验，迅速成长。</w:t>
      </w:r>
      <w:r>
        <w:rPr>
          <w:lang w:eastAsia="zh-CN"/>
        </w:rPr>
        <w:br/>
      </w:r>
      <w:r>
        <w:rPr>
          <w:lang w:eastAsia="zh-CN"/>
        </w:rPr>
        <w:t xml:space="preserve">    酒店员工年终个人工作总结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一、推动酒店企业文化建设</w:t>
      </w:r>
      <w:r>
        <w:rPr>
          <w:lang w:eastAsia="zh-CN"/>
        </w:rPr>
        <w:br/>
      </w:r>
      <w:r>
        <w:rPr>
          <w:lang w:eastAsia="zh-CN"/>
        </w:rPr>
        <w:t>　　设立酒店学习园地充分利用酒店职工食堂墙面，在全酒店员工天天都到的地方，让大家充分利用吃饭的空时间学习，进而拓宽和增加员工的知识面。学习园地的主要栏目有《安全保卫》发表一些防火、防盗、防意外事故的安全知识；《案例精选》的内容时发表一些酒店日常接待服务中的案例，让员工在案例中学到工作技巧和应该避免错误的事情发生；《工程维修》、《客房世界》、《餐饮天地》、《公共营销》的内容时发表各部门的专业知识，让管理人员和员工加强记忆学习，以便在今后的工作中操作使用；《发表园》是培养员工的写作意识，鼓励员工发表自己的作品，进而增强员工的学习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感谢墙》发表员工之间的感谢信，同事之间要互相帮助，被帮助人要一些干写信的形式对帮助人提出谢意，以激励全体员工发扬互帮互助、团结协作的团队精神，营造一个相亲相爱的一家人的温馨氛围。《光荣榜》、《曝光台》是激励先进，鞭策落后。榜样的力量是无穷的！酒店日常工作中出现的好人好事、工作积极的优秀员工等都要在光荣榜上进行通报表扬，让其成为学习的榜样，号召大家进行学习！对违章乱纪的员工进行曝光，通报批评！树立反面典型以教育全体员工。《活动剪影》把酒店各种活动以图文并茂的形式展现在员工面前。《节日知识》一年之中，到了哪个节日，就把这个节日的由来、传说、意义等知识发表出来，以扩大员工的社会知识面。《行业报道》搜集恒业内最新的发展和报道让员工学习，接触新鲜事物，更新知识。</w:t>
      </w:r>
      <w:r>
        <w:rPr>
          <w:lang w:eastAsia="zh-CN"/>
        </w:rPr>
        <w:br/>
      </w:r>
      <w:r>
        <w:rPr>
          <w:lang w:eastAsia="zh-CN"/>
        </w:rPr>
        <w:t>　　二、对中层管理人员的管理措施</w:t>
      </w:r>
      <w:r>
        <w:rPr>
          <w:lang w:eastAsia="zh-CN"/>
        </w:rPr>
        <w:br/>
      </w:r>
      <w:r>
        <w:rPr>
          <w:lang w:eastAsia="zh-CN"/>
        </w:rPr>
        <w:t>　　1、工作计划</w:t>
      </w:r>
      <w:r>
        <w:rPr>
          <w:lang w:eastAsia="zh-CN"/>
        </w:rPr>
        <w:br/>
      </w:r>
      <w:r>
        <w:rPr>
          <w:lang w:eastAsia="zh-CN"/>
        </w:rPr>
        <w:t>　　要求各部门管理人员根据自己工作的实际情况，把自己的工作时间安排、工作内容列出计划。作为管理人员工作必须有计划，有目标，从上班开始到下班结束，根据工作时间，列出自己每天要做的具体工作，按计划进行，避免像一只无头苍蝇一样，不知东西，到处乱撞，见到什么抓什么，昏昏耗耗，一天过去自己也不知干了什么？根据工作计划开展工作会井然有序，工作出效率。</w:t>
      </w:r>
      <w:r>
        <w:rPr>
          <w:lang w:eastAsia="zh-CN"/>
        </w:rPr>
        <w:br/>
      </w:r>
      <w:r>
        <w:rPr>
          <w:lang w:eastAsia="zh-CN"/>
        </w:rPr>
        <w:t>　　2、对中层管理员进行培训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管理要从管理人员抓起，作为一名管理人员，对待自己的工作，对待自己的事业，重要的是思想，思想不重视，干能工作就干不好。培训管理人员首先就要端正管理人员的思想，要让管理人员明白：我们现在已经来到一个多变的时代、悟性的时代、眼光的时代。有位外国专家说：二十一世纪，不是一场技术的革命，也不是一场产品的革命，而是一场观念的革命。二十一世纪，知识就是金钱，知识就是生产力。学习新的知识，摄取新的信息，储存新的观念，就是积累无形的资本，就是王自己的账户里面存钱，就是望自己大脑里面进货。一个人可以没有学历，但不可以没有学习，善于学习的人才能实现更大的成功！如今，知识的更新速度越来越快，知识倍增周期越来越短。20世纪60年代，知识倍增的周期是8年，70年代减少为6年，80年代缩短为3年，进入90年代以后更是一年就增长一倍。人类真正进入了知识爆炸的时代，现有的知识每年以10%的速度更新。生活在这样一个时代，任何人都必须不断学习，更新知识。在培训个管理员时曾明确提出“二十一世纪的选择，要么选择学习，要么选择淘汰”让大家明白学习的重要性，知道该如何对待学习和今后的工作。针对管理人员培训，我整理了《凯旋大酒大酒店管理人员培训教材》，主要的内容就是教导大家如何做一名合格的管理人员，有‘管理人员的管理艺术’‘如何做一名合格的部门管理员’等知识；有客房部、餐应部、营销部、质检部等专业知识进行培训。为了不影响各部日常的工作，培训时间定于每天下午的五点至六点，每天进行一个小时的理论知识培训。为了提高和增加管理人员的学习兴趣，我制作了幻灯片教材，让大家更加生动地学习知识。为了培训能够有效果，特定于培训结束后进行理论考核。培训结束后，根据培训的内容进行了开卷理论知识考试，80%的管理员能够达到考核标准。</w:t>
      </w:r>
      <w:r>
        <w:rPr>
          <w:lang w:eastAsia="zh-CN"/>
        </w:rPr>
        <w:br/>
      </w:r>
      <w:r>
        <w:rPr>
          <w:lang w:eastAsia="zh-CN"/>
        </w:rPr>
        <w:t>　　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由于近段筹备圣诞节和培训新员的工作关系，对管理人员培训暂时停止。总结这次培训，不到之处颇多，只灌输理论，案例讲解太少，再加上要考试的压力，形成学员以写、背为主，应付考试，没有做到全面理解和学到心里面。此次培训虽然有些效果，但效果不大，在实用上他们执行力度太小，落实不到位。针对出现的问题和培训的效果，再次培训要改变现有的培训模式，从管理人员的基本素质抓起，从小时培训起，如：队列训练、服务意识、卫生意识、普通话的使用、表达能力、演讲水平等进行培训以提高个人素质和综合管理水平。</w:t>
      </w:r>
      <w:r>
        <w:rPr>
          <w:lang w:eastAsia="zh-CN"/>
        </w:rPr>
        <w:br/>
      </w:r>
      <w:r>
        <w:rPr>
          <w:lang w:eastAsia="zh-CN"/>
        </w:rPr>
        <w:t>　　3、开展“迎国庆演讲比赛”</w:t>
      </w:r>
      <w:r>
        <w:rPr>
          <w:lang w:eastAsia="zh-CN"/>
        </w:rPr>
        <w:br/>
      </w:r>
      <w:r>
        <w:rPr>
          <w:lang w:eastAsia="zh-CN"/>
        </w:rPr>
        <w:t>　　为了锻炼管理人员的普通话水平和心理素质，在十月一日国庆节当天举办了一次“我如何做一名※※※部主管”的演讲活动。要管理人员针对自己管理的部门，如何开展下一步的工作，如何做一个合格的部门主管，在全体职工大会上进行演讲。各位管理人员在会上进行了激情的演讲发言，有些主管在上台前看到下面的全体员工，心情很紧张，但是到自己演讲的时候，都能很快地静下心来，进入色角色，侃侃而谈，发挥得很好。结束后，经询问各位管理员，他们说通过这次演讲，自己收获很大，自己又战胜了自己，心理素质上又提升了一步。</w:t>
      </w:r>
      <w:r>
        <w:rPr>
          <w:lang w:eastAsia="zh-CN"/>
        </w:rPr>
        <w:br/>
      </w:r>
      <w:r>
        <w:rPr>
          <w:lang w:eastAsia="zh-CN"/>
        </w:rPr>
        <w:t>　　总结:</w:t>
      </w:r>
      <w:r>
        <w:rPr>
          <w:lang w:eastAsia="zh-CN"/>
        </w:rPr>
        <w:br/>
      </w:r>
      <w:r>
        <w:rPr>
          <w:lang w:eastAsia="zh-CN"/>
        </w:rPr>
        <w:t>　　演讲之前，大家都害怕演讲，总恐怕自己讲不好被别人笑话，但真到自己演讲的时候，反而做得不错，这是一个心理问题，对没有做过的事情总有一种害怕做不好的心理，为克服大家这种的心理，在今后会举办各种演讲比赛和文艺演出节目，在表演的时候管理人员要起到带头作用，以点带面，发动全体员工进行演讲和学习，进而创建“全员学习、终身学习的学习型酒店”</w:t>
      </w:r>
      <w:r>
        <w:rPr>
          <w:lang w:eastAsia="zh-CN"/>
        </w:rPr>
        <w:br/>
      </w:r>
      <w:r>
        <w:rPr>
          <w:lang w:eastAsia="zh-CN"/>
        </w:rPr>
        <w:t>　　4、培养管理人员的服务意识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要让管理人员落实服务意识，就必须让其先学习服务意识。针对ktv行业在服务意识方面做得很好，我申请了带管理人员到自有曙光ktv量贩进行了学习。量贩在服务意识这方面确实做得很好，见到客人点头微笑问好，使宾客有一种被尊重的感觉。通过这次学习，各位管理人员从中受到启发，回来后进行了落实。</w:t>
      </w:r>
      <w:r>
        <w:rPr>
          <w:lang w:eastAsia="zh-CN"/>
        </w:rPr>
        <w:br/>
      </w:r>
      <w:r>
        <w:rPr>
          <w:lang w:eastAsia="zh-CN"/>
        </w:rPr>
        <w:t>　　总结:</w:t>
      </w:r>
      <w:r>
        <w:rPr>
          <w:lang w:eastAsia="zh-CN"/>
        </w:rPr>
        <w:br/>
      </w:r>
      <w:r>
        <w:rPr>
          <w:lang w:eastAsia="zh-CN"/>
        </w:rPr>
        <w:t>　　落实后虽然见了些效果，但是没有达到预期的效果。一是个别服务人员年龄偏大、不愿张口。二是基层管理人员的执行力度不到，对没有按照标准执行的服务人员进行采取相应的措施，对服务意识比较突出的员工没有进行表扬，没有树立榜样！到现在还是问好不问好无所谓。总之，是落实不到实处，形成了服务意识没有深入的想象。面对这种现象，我负有不可推卸的责任，__年，抓养成教育、抓素质教育是我的工作重点之一。</w:t>
      </w:r>
      <w:r>
        <w:rPr>
          <w:lang w:eastAsia="zh-CN"/>
        </w:rPr>
        <w:br/>
      </w:r>
      <w:r>
        <w:rPr>
          <w:lang w:eastAsia="zh-CN"/>
        </w:rPr>
        <w:t>　　三、完善各项规章制度、达到标准化、规范化</w:t>
      </w:r>
      <w:r>
        <w:rPr>
          <w:lang w:eastAsia="zh-CN"/>
        </w:rPr>
        <w:br/>
      </w:r>
      <w:r>
        <w:rPr>
          <w:lang w:eastAsia="zh-CN"/>
        </w:rPr>
        <w:t>　　1、对餐饮、客房两部《工资加减细则》的修订</w:t>
      </w:r>
      <w:r>
        <w:rPr>
          <w:lang w:eastAsia="zh-CN"/>
        </w:rPr>
        <w:br/>
      </w:r>
      <w:r>
        <w:rPr>
          <w:lang w:eastAsia="zh-CN"/>
        </w:rPr>
        <w:t>　　两部的《工资加减细则》还是__年修订的，在现实的操作过程中又出现了新的问题，如积分问题、奖罚问题等，造成了酒店同一问题而有不同的处理结果。针对这一情况，对各部《工资加减细则》进行了重新修订，达到了酒店执行标准统一化。</w:t>
      </w:r>
      <w:r>
        <w:rPr>
          <w:lang w:eastAsia="zh-CN"/>
        </w:rPr>
        <w:br/>
      </w:r>
      <w:r>
        <w:rPr>
          <w:lang w:eastAsia="zh-CN"/>
        </w:rPr>
        <w:t>　　2、出台了《凯旋大酒店保卫科管理手册》</w:t>
      </w:r>
      <w:r>
        <w:rPr>
          <w:lang w:eastAsia="zh-CN"/>
        </w:rPr>
        <w:br/>
      </w:r>
      <w:r>
        <w:rPr>
          <w:lang w:eastAsia="zh-CN"/>
        </w:rPr>
        <w:t>　　保卫科一直没有一本管理手册，执行纪律和培训时没有标准和依据。针对这一情况出台了《保卫科工作手册》内容有‘保卫科工资加减细则’‘保安员岗位职责’‘保安服务程序’等内容，进一步规范了保安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3、出台了《凯旋大酒店质检手册》</w:t>
      </w:r>
      <w:r>
        <w:rPr>
          <w:lang w:eastAsia="zh-CN"/>
        </w:rPr>
        <w:br/>
      </w:r>
      <w:r>
        <w:rPr>
          <w:lang w:eastAsia="zh-CN"/>
        </w:rPr>
        <w:t>　　为了使质检工作执行达到统一标准和增强质检人员的业务知识和技能，特出台了《酒店质检手册》其内容包括了酒店主要部门工作的检查细则、工资加减细则和执行标准；如何做一名质检人员及工作的要求和规范；使质检人员在工作中能够做到心中有数，执行有标准尺度，避免不懂各部门业务而造成各项质量的无法控制。</w:t>
      </w:r>
      <w:r>
        <w:rPr>
          <w:lang w:eastAsia="zh-CN"/>
        </w:rPr>
        <w:br/>
      </w:r>
      <w:r>
        <w:rPr>
          <w:lang w:eastAsia="zh-CN"/>
        </w:rPr>
        <w:t>　　4、出台了《凯旋大酒店员工行为规范》</w:t>
      </w:r>
      <w:r>
        <w:rPr>
          <w:lang w:eastAsia="zh-CN"/>
        </w:rPr>
        <w:br/>
      </w:r>
      <w:r>
        <w:rPr>
          <w:lang w:eastAsia="zh-CN"/>
        </w:rPr>
        <w:t>　　酒店只有一本《员工手册》和简单的培训来指导员工的日常行为，在现实工作中受到局限。为了使各部管理人员更加有效的培训和规范指导员工的日常行为，特出台了此《行为规范》。规范对员工的仪容仪表、工作态度、礼节礼貌、微笑服务、电话接听等各方面提出了统一、具体的要求，使酒店的管理工作进一步规范。</w:t>
      </w:r>
      <w:r>
        <w:rPr>
          <w:lang w:eastAsia="zh-CN"/>
        </w:rPr>
        <w:br/>
      </w:r>
      <w:r>
        <w:rPr>
          <w:lang w:eastAsia="zh-CN"/>
        </w:rPr>
        <w:t>　　总结：现在没有做到位的是工程部和后厨的管理手册没有进行整理修订，这也是我__年的.工作之一。</w:t>
      </w:r>
      <w:r>
        <w:rPr>
          <w:lang w:eastAsia="zh-CN"/>
        </w:rPr>
        <w:br/>
      </w:r>
      <w:r>
        <w:rPr>
          <w:lang w:eastAsia="zh-CN"/>
        </w:rPr>
        <w:t>　　四、营销工作</w:t>
      </w:r>
      <w:r>
        <w:rPr>
          <w:lang w:eastAsia="zh-CN"/>
        </w:rPr>
        <w:br/>
      </w:r>
      <w:r>
        <w:rPr>
          <w:lang w:eastAsia="zh-CN"/>
        </w:rPr>
        <w:t>　　1、举行“名片抽奖活动”</w:t>
      </w:r>
      <w:r>
        <w:rPr>
          <w:lang w:eastAsia="zh-CN"/>
        </w:rPr>
        <w:br/>
      </w:r>
      <w:r>
        <w:rPr>
          <w:lang w:eastAsia="zh-CN"/>
        </w:rPr>
        <w:t>　　为了扩大收集酒店客户消费群体的信息，建立酒店信息网络和完善客户档案，更进一步增进酒店与客户之间的沟通与交流，为稳定客源打基础，特进行了“名片抽奖活动”，此建议得到了董事会的审批，通过这次活动，营销部搜集完善了很多客户的信息档案，为下一步的营销工作打下了良好的基础。</w:t>
      </w:r>
      <w:r>
        <w:rPr>
          <w:lang w:eastAsia="zh-CN"/>
        </w:rPr>
        <w:br/>
      </w:r>
      <w:r>
        <w:rPr>
          <w:lang w:eastAsia="zh-CN"/>
        </w:rPr>
        <w:t>　　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名片抽奖活动正在进行中，到元月一日营销部要根据收集的名片进行抽奖，真正的做到来源于宾客，回报于宾客。此次的活动不足之处在于名片收的太少，其原因是我们的员工参与度不强，没有积极的和客人进行沟通交流，没有把我们的活动信息详细的传达给宾客，进而让客人参与到酒店的活动之中，和酒店互动。根据这些不足之处，我要和各部管理人员进行座谈，设法弥补，以达到这次活动的目的。</w:t>
      </w:r>
      <w:r>
        <w:rPr>
          <w:lang w:eastAsia="zh-CN"/>
        </w:rPr>
        <w:br/>
      </w:r>
      <w:r>
        <w:rPr>
          <w:lang w:eastAsia="zh-CN"/>
        </w:rPr>
        <w:t>　　2、创建了酒店自己的短信平台</w:t>
      </w:r>
      <w:r>
        <w:rPr>
          <w:lang w:eastAsia="zh-CN"/>
        </w:rPr>
        <w:br/>
      </w:r>
      <w:r>
        <w:rPr>
          <w:lang w:eastAsia="zh-CN"/>
        </w:rPr>
        <w:t>　　短信发放，一种全新的媒体传播形式，时尚、新颖！即时发放，瞬间万人传播，能精确锁定我们的消费者，基本上达到了100%的阅读率。充分利用名片抽奖收集的客户详细信息，在客人欢度佳节之时，送上酒店对客人亲切的问候！在酒店举行的各种活动或我们的产品宣传时及时传达给我们的消费群体，其到了很好的宣传作用。</w:t>
      </w:r>
      <w:r>
        <w:rPr>
          <w:lang w:eastAsia="zh-CN"/>
        </w:rPr>
        <w:br/>
      </w:r>
      <w:r>
        <w:rPr>
          <w:lang w:eastAsia="zh-CN"/>
        </w:rPr>
        <w:t>　　五、新员工培训</w:t>
      </w:r>
      <w:r>
        <w:rPr>
          <w:lang w:eastAsia="zh-CN"/>
        </w:rPr>
        <w:br/>
      </w:r>
      <w:r>
        <w:rPr>
          <w:lang w:eastAsia="zh-CN"/>
        </w:rPr>
        <w:t>　　针对这次员工培训，总结如下;</w:t>
      </w:r>
      <w:r>
        <w:rPr>
          <w:lang w:eastAsia="zh-CN"/>
        </w:rPr>
        <w:br/>
      </w:r>
      <w:r>
        <w:rPr>
          <w:lang w:eastAsia="zh-CN"/>
        </w:rPr>
        <w:t>　　1、纪律整顿，抓意识细节培训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新员工到岗后，首先要做纪律整顿，按酒店个岗位现行的晨会模式标准进行要求。这次招的新员工中男孩大部分是退伍兵，我就充分发挥他们的优势，进行队列军训，锻炼和培养员工的服从意识。培训从细节抓起，从每一位员工的言行举止抓起，进房间要敲门、有事要打报告，起座要把椅子放好，见到同事、领导、客人要点头微笑问好，走路排队靠右走，在酒店内随时都是一个整体，培养他们的团队意识；见到垃圾要随手捡起扔到垃圾桶内，培养大家的卫生意识等等，效果很好</w:t>
      </w:r>
      <w:r>
        <w:rPr>
          <w:lang w:eastAsia="zh-CN"/>
        </w:rPr>
        <w:br/>
      </w:r>
      <w:r>
        <w:rPr>
          <w:lang w:eastAsia="zh-CN"/>
        </w:rPr>
        <w:t>　　。2、理论和实践相结合</w:t>
      </w:r>
      <w:r>
        <w:rPr>
          <w:lang w:eastAsia="zh-CN"/>
        </w:rPr>
        <w:br/>
      </w:r>
      <w:r>
        <w:rPr>
          <w:lang w:eastAsia="zh-CN"/>
        </w:rPr>
        <w:t>　　这次培训遵照董事长的指示，打破常规的教师在上面读学员在鞋面写的培训方法，这样的培训会使员工感到枯燥无味，学不到心里面去，对学习失去兴趣，起不到培训的效果。实行理论和实践相结合，边讲边让员工示范，让员工作为主角，从而增加了培训的趣味性，激发了员工的学习积极性。</w:t>
      </w:r>
      <w:r>
        <w:rPr>
          <w:lang w:eastAsia="zh-CN"/>
        </w:rPr>
        <w:br/>
      </w:r>
      <w:r>
        <w:rPr>
          <w:lang w:eastAsia="zh-CN"/>
        </w:rPr>
        <w:t>　　3、使用普通话</w:t>
      </w:r>
      <w:r>
        <w:rPr>
          <w:lang w:eastAsia="zh-CN"/>
        </w:rPr>
        <w:br/>
      </w:r>
      <w:r>
        <w:rPr>
          <w:lang w:eastAsia="zh-CN"/>
        </w:rPr>
        <w:t>　　（1）体罚</w:t>
      </w:r>
      <w:r>
        <w:rPr>
          <w:lang w:eastAsia="zh-CN"/>
        </w:rPr>
        <w:br/>
      </w:r>
      <w:r>
        <w:rPr>
          <w:lang w:eastAsia="zh-CN"/>
        </w:rPr>
        <w:t>　　在我们商丘，普通话没有普及，给我们的使用带来了一定的难度。如何让新员工坚持使用普通话，特对新员工规定如下:所有的新员工只要一进入酒店就必须用普通话交谈，如果发现用家乡话，第一次警告，第二次罚站军姿10分钟；第三次罚站军姿20分钟；以此类推！大家互相进行监督。现在员工每说一句话之前都要考虑一下怎样说才好。营造了一个使用普通话的良好氛围。</w:t>
      </w:r>
      <w:r>
        <w:rPr>
          <w:lang w:eastAsia="zh-CN"/>
        </w:rPr>
        <w:br/>
      </w:r>
      <w:r>
        <w:rPr>
          <w:lang w:eastAsia="zh-CN"/>
        </w:rPr>
        <w:t>　　（2）演讲</w:t>
      </w:r>
      <w:r>
        <w:rPr>
          <w:lang w:eastAsia="zh-CN"/>
        </w:rPr>
        <w:br/>
      </w:r>
      <w:r>
        <w:rPr>
          <w:lang w:eastAsia="zh-CN"/>
        </w:rPr>
        <w:t>　　让员工到舞台上面去做自我介绍、去演讲。在舞台上用话筒，面对大家大声的演讲和朗诵。有的员工刚上去的时候有些害怕，经过几次以后能够在台上自由发挥，不要稿子边想边说发挥得很好。进一步提高了新员工的普通话水平和锻炼了员工的心理素质，提高了员工的沟通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（3）表演</w:t>
      </w:r>
      <w:r>
        <w:rPr>
          <w:lang w:eastAsia="zh-CN"/>
        </w:rPr>
        <w:br/>
      </w:r>
      <w:r>
        <w:rPr>
          <w:lang w:eastAsia="zh-CN"/>
        </w:rPr>
        <w:t>　　为了迎接元旦联欢晚会，我给新员工出了八个节目，让他们进行排练表演。内容有朗诵、小品、歌曲、相声、等，特别是小品《瓜子壳的故事》《毛巾风波》都是选材与酒店员工在服务中经常发生的故事，主要是通过事例来教导员工的把“客人当作上帝”“客人永远是对的”服务理念，培养员工的服从与忍耐意识；再就是锻炼员工的表达能力，以便在今后的工作中能够与客人进行顺利的沟通交流。</w:t>
      </w:r>
      <w:r>
        <w:rPr>
          <w:lang w:eastAsia="zh-CN"/>
        </w:rPr>
        <w:br/>
      </w:r>
      <w:r>
        <w:rPr>
          <w:lang w:eastAsia="zh-CN"/>
        </w:rPr>
        <w:t>　　（4）让大家谈感想</w:t>
      </w:r>
      <w:r>
        <w:rPr>
          <w:lang w:eastAsia="zh-CN"/>
        </w:rPr>
        <w:br/>
      </w:r>
      <w:r>
        <w:rPr>
          <w:lang w:eastAsia="zh-CN"/>
        </w:rPr>
        <w:t>　　培训一段时间之后，给大家布置作业，就是让大家谈一下培训感想，写出来并发言。从中锻炼他们的写作能力和找出培训中的不足之处。</w:t>
      </w:r>
      <w:r>
        <w:rPr>
          <w:lang w:eastAsia="zh-CN"/>
        </w:rPr>
        <w:br/>
      </w:r>
      <w:r>
        <w:rPr>
          <w:lang w:eastAsia="zh-CN"/>
        </w:rPr>
        <w:t>　　今后的培训再采用一些团结已完成任务的游戏，来培养员工团结协作的团队意识等等，对员工进行全面培训，以提高员工的个人素质和业务素质，为酒店各岗位塑造合格人才。意这次培训为试点，总结经验，下一步要对全酒店员工进行轮训，全面提高员工的整体素质。</w:t>
      </w:r>
      <w:r>
        <w:rPr>
          <w:lang w:eastAsia="zh-CN"/>
        </w:rPr>
        <w:br/>
      </w:r>
      <w:r>
        <w:rPr>
          <w:lang w:eastAsia="zh-CN"/>
        </w:rPr>
        <w:t xml:space="preserve">    酒店员工年终个人工作总结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一路的欢歌笑语，一路的风雨兼程送走了20__年，迎来了充满希望的20__年，回首我来到酒店的这_个月，新奇与欣喜同在，感动与感谢并存，_个月，时间虽然短暂，但对我而言收获是丰硕的，在这里的每一天，每经历的一件事，每接触到的一个人，这个过程的含金量，绝不亚于我十几年在校门里学习的价值，所以我感谢李总能给我这个难得的学习机会及细致入微的指导，感谢王经理无微不至的关怀，感谢综合部全体成员在工作上的配合和生活上的照顾，就具体工作如下总结：</w:t>
      </w:r>
      <w:r>
        <w:rPr>
          <w:lang w:eastAsia="zh-CN"/>
        </w:rPr>
        <w:br/>
      </w:r>
      <w:r>
        <w:rPr>
          <w:lang w:eastAsia="zh-CN"/>
        </w:rPr>
        <w:t>　　一、工作方面</w:t>
      </w:r>
      <w:r>
        <w:rPr>
          <w:lang w:eastAsia="zh-CN"/>
        </w:rPr>
        <w:br/>
      </w:r>
      <w:r>
        <w:rPr>
          <w:lang w:eastAsia="zh-CN"/>
        </w:rPr>
        <w:t>　　在这段日子里，我了解了酒店的指导方针、布局建设、部门划分、工种分配、人员定位等自然情况，综合部行使办公室职能，一个联系领导与员工的重要部门，我很荣幸能成为这个小集体中的一员，每天负责收餐票虽然很琐碎，却能体现出我们酒店在管理上的严格性、先进性，质量检查是任何一个企业必备的、而且是重要安全保障部门，作为服务行业质量检查更是重中之重，无论是客房的卫生情况，还是餐饮服务员的仪表仪容无一不影响我们酒店的经营发展，我从最初只知道看到现在拥有一双洞察的眼睛，这是我的一个进步，一个很大的收获，板报是我们酒店对内宣传的窗口。</w:t>
      </w:r>
      <w:r>
        <w:rPr>
          <w:lang w:eastAsia="zh-CN"/>
        </w:rPr>
        <w:br/>
      </w:r>
      <w:r>
        <w:rPr>
          <w:lang w:eastAsia="zh-CN"/>
        </w:rPr>
        <w:t>　　通过出版报不仅提高了我的写作水平也增强了我的语言表达能力，评估期间承蒙总的信任在王经理的帮助下整理了两份评估材料，我深切地感受到自己的语言罗列功底和逻辑思维的欠缺，到一线服务是最有收获的地方，虽然辛苦虽然紧张但是我学会了整理房间、开夜床、以及如何摆放才具有美观性等知识，与专家的迎来送往中了解到专家的喜好及时的将信息反馈，以便更好的服务。</w:t>
      </w:r>
      <w:r>
        <w:rPr>
          <w:lang w:eastAsia="zh-CN"/>
        </w:rPr>
        <w:br/>
      </w:r>
      <w:r>
        <w:rPr>
          <w:lang w:eastAsia="zh-CN"/>
        </w:rPr>
        <w:t>　　二、学习心得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作为事业单位下属的经营类场所--__酒店有其独特的优越性，从管理体制到发展规模都已成为同行业中的佼佼者，员工整体素质也在大学这个特定的氛围内得到了熏染，领导者能够高瞻远瞩，开拓外部市场的同时切身为员工的利益考虑，能够有识大体、顾大局的观念，虽然这是一个新兴的企业，更是一个具有生命力和创造力的.企业，再这的每一天，我都能看到了希望。</w:t>
      </w:r>
      <w:r>
        <w:rPr>
          <w:lang w:eastAsia="zh-CN"/>
        </w:rPr>
        <w:br/>
      </w:r>
      <w:r>
        <w:rPr>
          <w:lang w:eastAsia="zh-CN"/>
        </w:rPr>
        <w:t>　　但是事物的发展是具有两面性的，作为新兴企业在市场竞争的浪潮冲击下一定会展露出柔弱的一面，也一定会有矛盾问题的产生，只要我们找到解决问题的途径我们就会更上一层楼，竞争也是企业最大的发展动力，关键是要掌握竞争的技巧避免竞争，增强创新意识、勇于打破传统观念、经营观念、管理创新逐步从以市场为本向以人为本的管理机制上靠拢，塑造具有佳大特色的品牌企业。</w:t>
      </w:r>
      <w:r>
        <w:rPr>
          <w:lang w:eastAsia="zh-CN"/>
        </w:rPr>
        <w:br/>
      </w:r>
      <w:r>
        <w:rPr>
          <w:lang w:eastAsia="zh-CN"/>
        </w:rPr>
        <w:t>　　多少意气风发、多少踌躇满志、多少年少轻狂、多少欢歌笑语都在昨天的日记里画上了一个终结，但是未来的一年又是以今天作为一个起点，新目标、新挑战，就应该有新的起色，在新的一年中继续努力工作，勤汇报、勤学习、勤总结，最后祝愿我们酒店在澄澈如洗的晴空里，策马奔腾，祝愿各位经理在工作的征程中勇往直前，人生的跑道上一帆风顺、祝愿各位同仁在新的一年里续写人生新的辉煌！</w:t>
      </w:r>
      <w:r>
        <w:rPr>
          <w:lang w:eastAsia="zh-CN"/>
        </w:rPr>
        <w:br/>
      </w:r>
      <w:r>
        <w:rPr>
          <w:lang w:eastAsia="zh-CN"/>
        </w:rPr>
        <w:t xml:space="preserve">    酒店员工年终个人工作总结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时光飞逝，一路的欢歌笑语，一路的风雨兼程送走了20__年，迎来了充满希望的20__年，回首我来到酒店的这_个月，新奇与欣喜同在，感动与感谢并存，_个月，时间虽然短暂，但对我而言收获是丰硕的，在这里的每一天，每经历的一件事，每接触到的一个人，这个过程的含金量，绝不亚于我十几年在校门里学习的价值，所以我感谢_总能给我这个难得的学习机会及细致入微的指导，感谢_经理无微不至的关怀，感谢综合部全体成员在工作上的配合和生活上的照顾，就具体工作如下总结：</w:t>
      </w:r>
      <w:r>
        <w:rPr>
          <w:lang w:eastAsia="zh-CN"/>
        </w:rPr>
        <w:br/>
      </w:r>
      <w:r>
        <w:rPr>
          <w:lang w:eastAsia="zh-CN"/>
        </w:rPr>
        <w:t>　　一、工作方面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在这段日子里，我了解了酒店的指导方针、布局建设、部门划分、工种分配、人员定位等自然情况，综合部行使办公室职能，一个联系领导与员工的重要部门，我很荣幸能成为这个小集体中的一员，每天负责收餐票虽然很琐碎，却能体现出我们酒店在管理上的严格性、先进性，质量检查是任何一个企业必备的、而且是重要安全保障部门，作为服务行业质量检查更是重中之重，无论是客房的卫生情况，还是餐饮服务员的仪表仪容无一不影响我们酒店的经营发展，我从最初只知道看到现在拥有一双洞察的眼睛，这是我的一个进步，一个很大的收获，板报是我们酒店对内宣传的窗口，通过出版报不仅提高了我的写作水平也增强了我的语言表达能力，评估期间承蒙_总的信任在_经理的帮助下整理了两份评估材料，我深切地感受到自己的语言罗列功底和逻辑思维的欠缺，到一线服务是最有收获的地方，虽然辛苦虽然紧张但是我学会了整理房间、开夜床、以及如何摆放才具有美观性等知识，与专家的迎来送往中了解到专家的喜好及时的将信息反馈，以便更好的服务，_月_号在评估工作即将结束的时候正巧__大学生供需见面会在召开，这对于我们毕业生来说是最重要不过了，好久之前便做好了准备，但是楼层服务员确实忙不过来，看到她们废寝忘食、加班加点我感动了，虽然我是学生但我也是酒店的员工，就这样我没有参加招聘会，我讲这个并不是说我自己都多么的伟大，而是我被这样一个团结、奉献、务实的集体而感动，奉献是无私的所以温暖、激情是火热的所以发亮，这就是企业的财富、壮大的'资本!</w:t>
      </w:r>
      <w:r>
        <w:rPr>
          <w:lang w:eastAsia="zh-CN"/>
        </w:rPr>
        <w:br/>
      </w:r>
      <w:r>
        <w:rPr>
          <w:lang w:eastAsia="zh-CN"/>
        </w:rPr>
        <w:t>　　二、学习心得</w:t>
      </w:r>
      <w:r>
        <w:rPr>
          <w:lang w:eastAsia="zh-CN"/>
        </w:rPr>
        <w:br/>
      </w:r>
      <w:r>
        <w:rPr>
          <w:lang w:eastAsia="zh-CN"/>
        </w:rPr>
        <w:t>　　作为事业单位下属的经营类场所——国际饭店有其独特的优越性，从管理体制到发展规模都已成为同行业中的佼佼者，员工整体素质也在大学这个特定的氛围内得到了熏染，领导者能够高瞻远瞩，开拓外部市场的同时切身为员工的利益考虑，能够有识大体、顾大局的观念，虽然这是一个新兴的企业，更是一个具有生命力和创造力的企业，再这的每一天，我都能看到了希望。</w:t>
      </w:r>
      <w:r>
        <w:rPr>
          <w:lang w:eastAsia="zh-CN"/>
        </w:rPr>
        <w:br/>
      </w:r>
      <w:r>
        <w:rPr>
          <w:lang w:eastAsia="zh-CN"/>
        </w:rPr>
        <w:t>　　但是事物的发展是具有两面性的，作为新兴企业在市场竞争的浪潮冲击下一定会展露出柔弱的一面，也一定会有矛盾问题的产生，只要我们找到解决问题的途径我们就会更上一层楼，竞争也是企业最大的发展动力，关键是要掌握竞争的技巧避免竞争，增强创新意识、勇于打破传统观念、经营观念、管理创新逐步从以市场为本向以人为本的管理机制上靠拢，塑造具有佳大特色的品牌企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多少意气风发、多少踌躇满志、多少年少轻狂、多少欢歌笑语都在昨天的日记里画上了一个终结，但是未来又是以今天作为一个起点，新目标、新挑战，就应该有新的起色，在新的半年中继续努力工作，勤汇报、勤学习、勤总结，最后祝愿我们酒店在澄澈如洗的晴空里，策马奔腾，祝愿各位经理在工作的征程中勇往直前，人生的跑道上一帆风顺、祝愿各位同仁在新的一年里续写人生新的辉煌!</w:t>
      </w:r>
      <w:r>
        <w:rPr>
          <w:lang w:eastAsia="zh-CN"/>
        </w:rPr>
        <w:br/>
      </w:r>
      <w:r>
        <w:rPr>
          <w:lang w:eastAsia="zh-CN"/>
        </w:rPr>
        <w:t xml:space="preserve">    酒店员工年终个人工作总结 篇14 </w:t>
      </w:r>
      <w:r>
        <w:rPr>
          <w:lang w:eastAsia="zh-CN"/>
        </w:rPr>
        <w:br/>
      </w:r>
      <w:r>
        <w:rPr>
          <w:lang w:eastAsia="zh-CN"/>
        </w:rPr>
        <w:t>　　酒店工作各方各面，日常琐事，要做好酒店工作需要的是耐心和仔细，坚持做好自己的工作，完美完成工作任务。在我们前厅部部门领导及同事的关心帮助下，我从对于酒店前台接待工作的一无所知到现在能够独立当班。以下是我的个人工作总结。</w:t>
      </w:r>
      <w:r>
        <w:rPr>
          <w:lang w:eastAsia="zh-CN"/>
        </w:rPr>
        <w:br/>
      </w:r>
      <w:r>
        <w:rPr>
          <w:lang w:eastAsia="zh-CN"/>
        </w:rPr>
        <w:t>　　一、注意形象</w:t>
      </w:r>
      <w:r>
        <w:rPr>
          <w:lang w:eastAsia="zh-CN"/>
        </w:rPr>
        <w:br/>
      </w:r>
      <w:r>
        <w:rPr>
          <w:lang w:eastAsia="zh-CN"/>
        </w:rPr>
        <w:t>　　前台是酒店的第一印象，是酒店的门面。所以，我们前台的工作人员一定要求淡妆，着工装上岗，用良好的精神面貌对客，从而维护酒店的形象，让客人了解并看到我们精神面貌。从而留下深刻的良好印象!并且，也有利于我们自身的形象和修养的提高。从而，影响我们以后的人生。</w:t>
      </w:r>
      <w:r>
        <w:rPr>
          <w:lang w:eastAsia="zh-CN"/>
        </w:rPr>
        <w:br/>
      </w:r>
      <w:r>
        <w:rPr>
          <w:lang w:eastAsia="zh-CN"/>
        </w:rPr>
        <w:t>　　二、前台业务知识的培训</w:t>
      </w:r>
      <w:r>
        <w:rPr>
          <w:lang w:eastAsia="zh-CN"/>
        </w:rPr>
        <w:br/>
      </w:r>
      <w:r>
        <w:rPr>
          <w:lang w:eastAsia="zh-CN"/>
        </w:rPr>
        <w:t>　　主要是日常工作流程，前台的日常工作很繁琐，客人入住，退房的办理，电话的转接，问询，提供信息，行李寄存，接送机信息的查询与核对。订单的检查与核对，排房，交接班时的交接工作等。所以，我们随时都要保持认真，细致工作作风和责任心!以免给客人和自己的同事带来很多的不便!酒店前台接待半年工作总结</w:t>
      </w:r>
      <w:r>
        <w:rPr>
          <w:lang w:eastAsia="zh-CN"/>
        </w:rPr>
        <w:br/>
      </w:r>
      <w:r>
        <w:rPr>
          <w:lang w:eastAsia="zh-CN"/>
        </w:rPr>
        <w:t>　　三、前台英语</w:t>
      </w:r>
      <w:r>
        <w:rPr>
          <w:lang w:eastAsia="zh-CN"/>
        </w:rPr>
        <w:br/>
      </w:r>
    </w:p>
    <w:p w:rsidR="001B1F19" w14:textId="27C3F48A">
      <w:pPr>
        <w:rPr>
          <w:rFonts w:hint="eastAsia"/>
          <w:lang w:eastAsia="zh-CN"/>
        </w:rPr>
      </w:pPr>
      <w:r>
        <w:rPr>
          <w:lang w:eastAsia="zh-CN"/>
        </w:rPr>
        <w:t>　　一些前台英语能力的具备是对我们每个前台接待员的基本要求，这样才能好为来自外国的客人服务。对于英语的接待方面，我本以为对于像我一个英语专业的人来说不是问题，可是，后来在接待外国客人的时候，好多问题出来了，对于我已经一年多没有接触英语这才明白我好些单词都已生疏，还酒店的好多设施设备的名称都是以前没有接触过的。</w:t>
      </w:r>
      <w:r>
        <w:rPr>
          <w:lang w:eastAsia="zh-CN"/>
        </w:rPr>
        <w:br/>
      </w:r>
      <w:r>
        <w:rPr>
          <w:lang w:eastAsia="zh-CN"/>
        </w:rPr>
        <w:t>　　还好我们酒店组织了前台接待的英语培训，使我对以前学过得到单词到了温习和巩固。也学到了很多以前没有接触的单词，比如好多的设施设备名称。通过这样的培训使明白这样一个道理就是不管什么时候都不要忘记了学习，给自己不断充电!唯有不断的学习才能使自己有更好进步，才让自己各个方面的能力不断增强!</w:t>
      </w:r>
      <w:r>
        <w:rPr>
          <w:lang w:eastAsia="zh-CN"/>
        </w:rPr>
        <w:br/>
      </w:r>
      <w:r>
        <w:rPr>
          <w:lang w:eastAsia="zh-CN"/>
        </w:rPr>
        <w:t>　　四、以大局为重，不计较个人得失</w:t>
      </w:r>
      <w:r>
        <w:rPr>
          <w:lang w:eastAsia="zh-CN"/>
        </w:rPr>
        <w:br/>
      </w:r>
      <w:r>
        <w:rPr>
          <w:lang w:eastAsia="zh-CN"/>
        </w:rPr>
        <w:t>　　不管是工作时间还是休假时间，如果酒店有临时任务分配，我将服从安排，积极去配合，不找理由推脱。作为一员，我将奉献自己的一份力量为酒店。平时积极参加酒店组织的活动，加强同事之间的感情和部门之间的沟通。并且多了解我们酒店的基本情况和经营内容。为了往后能更好的工作不断的打下基础。</w:t>
      </w:r>
      <w:r>
        <w:rPr>
          <w:lang w:eastAsia="zh-CN"/>
        </w:rPr>
        <w:br/>
      </w:r>
      <w:r>
        <w:rPr>
          <w:lang w:eastAsia="zh-CN"/>
        </w:rPr>
        <w:t>　　虽然前台的工作有时是比较的琐碎，但大小事都是要认真才能做好。所以我都会用心的去做每一件事。感谢部门领导的教诲和公司给予我的机会，在以后的日子里我将加强学习，努力工作!</w:t>
      </w:r>
      <w:r>
        <w:rPr>
          <w:lang w:eastAsia="zh-CN"/>
        </w:rPr>
        <w:br/>
      </w:r>
      <w:r>
        <w:rPr>
          <w:lang w:eastAsia="zh-CN"/>
        </w:rPr>
        <w:t xml:space="preserve">    酒店员工年终个人工作总结 篇15 </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https://d.book118.com/525121032124011113</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2512103212401111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