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宋体" w:eastAsia="宋体" w:hAnsi="宋体"/>
          <w:b/>
          <w:color w:val="FF0000"/>
          <w:sz w:val="28"/>
        </w:rPr>
        <w:t>2024年儿科主治医师考试综合试题及答案</w:t>
      </w:r>
    </w:p>
    <w:p>
      <w:pPr>
        <w:spacing w:line="360" w:lineRule="auto"/>
        <w:ind w:firstLine="432"/>
        <w:jc w:val="left"/>
      </w:pPr>
      <w:r>
        <w:rPr>
          <w:rFonts w:ascii="宋体" w:eastAsia="宋体" w:hAnsi="宋体"/>
          <w:color w:val="000000"/>
          <w:sz w:val="28"/>
        </w:rPr>
        <w:t>1、[题干]确定多发性大动脉炎的病变部位应选择</w:t>
      </w:r>
    </w:p>
    <w:p>
      <w:pPr>
        <w:spacing w:line="360" w:lineRule="auto"/>
        <w:ind w:firstLine="432"/>
        <w:jc w:val="left"/>
      </w:pPr>
      <w:r>
        <w:rPr>
          <w:rFonts w:ascii="宋体" w:eastAsia="宋体" w:hAnsi="宋体"/>
          <w:color w:val="000000"/>
          <w:sz w:val="28"/>
        </w:rPr>
        <w:t>A.血管彩超</w:t>
      </w:r>
    </w:p>
    <w:p>
      <w:pPr>
        <w:spacing w:line="360" w:lineRule="auto"/>
        <w:ind w:firstLine="432"/>
        <w:jc w:val="left"/>
      </w:pPr>
      <w:r>
        <w:rPr>
          <w:rFonts w:ascii="宋体" w:eastAsia="宋体" w:hAnsi="宋体"/>
          <w:color w:val="000000"/>
          <w:sz w:val="28"/>
        </w:rPr>
        <w:t>B.血管X线检查</w:t>
      </w:r>
    </w:p>
    <w:p>
      <w:pPr>
        <w:spacing w:line="360" w:lineRule="auto"/>
        <w:ind w:firstLine="432"/>
        <w:jc w:val="left"/>
      </w:pPr>
      <w:r>
        <w:rPr>
          <w:rFonts w:ascii="宋体" w:eastAsia="宋体" w:hAnsi="宋体"/>
          <w:color w:val="000000"/>
          <w:sz w:val="28"/>
        </w:rPr>
        <w:t>C.选择性动脉造影</w:t>
      </w:r>
    </w:p>
    <w:p>
      <w:pPr>
        <w:spacing w:line="360" w:lineRule="auto"/>
        <w:ind w:firstLine="432"/>
        <w:jc w:val="left"/>
      </w:pPr>
      <w:r>
        <w:rPr>
          <w:rFonts w:ascii="宋体" w:eastAsia="宋体" w:hAnsi="宋体"/>
          <w:color w:val="000000"/>
          <w:sz w:val="28"/>
        </w:rPr>
        <w:t>D.血管活检。E,免疫学检查</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题干]患儿女，7岁。生后1岁时，发现有心脏杂音，当地医生疑为"先天性心脏病"。5岁以前经常感冒，多次患肺炎。平时活动受限。近半年出现持续性青紫。查体：心界稍大，于胸骨左缘第3、4肋间可闻及Ⅱ级全收缩期杂音，震颤(±)，肺动脉第二音明显亢进。该患儿出现心力衰竭，需使用洋地黄药物，其注意以下哪几项</w:t>
      </w:r>
    </w:p>
    <w:p>
      <w:pPr>
        <w:spacing w:line="360" w:lineRule="auto"/>
        <w:ind w:firstLine="432"/>
        <w:jc w:val="left"/>
      </w:pPr>
      <w:r>
        <w:rPr>
          <w:rFonts w:ascii="宋体" w:eastAsia="宋体" w:hAnsi="宋体"/>
          <w:color w:val="000000"/>
          <w:sz w:val="28"/>
        </w:rPr>
        <w:t>A.首次给洋地黄化量的1/2</w:t>
      </w:r>
    </w:p>
    <w:p>
      <w:pPr>
        <w:spacing w:line="360" w:lineRule="auto"/>
        <w:ind w:firstLine="432"/>
        <w:jc w:val="left"/>
      </w:pPr>
      <w:r>
        <w:rPr>
          <w:rFonts w:ascii="宋体" w:eastAsia="宋体" w:hAnsi="宋体"/>
          <w:color w:val="000000"/>
          <w:sz w:val="28"/>
        </w:rPr>
        <w:t>B.不能与钙剂同时使用</w:t>
      </w:r>
    </w:p>
    <w:p>
      <w:pPr>
        <w:spacing w:line="360" w:lineRule="auto"/>
        <w:ind w:firstLine="432"/>
        <w:jc w:val="left"/>
      </w:pPr>
      <w:r>
        <w:rPr>
          <w:rFonts w:ascii="宋体" w:eastAsia="宋体" w:hAnsi="宋体"/>
          <w:color w:val="000000"/>
          <w:sz w:val="28"/>
        </w:rPr>
        <w:t>C.洋地黄使用剂量应个体化</w:t>
      </w:r>
    </w:p>
    <w:p>
      <w:pPr>
        <w:spacing w:line="360" w:lineRule="auto"/>
        <w:ind w:firstLine="432"/>
        <w:jc w:val="left"/>
      </w:pPr>
      <w:r>
        <w:rPr>
          <w:rFonts w:ascii="宋体" w:eastAsia="宋体" w:hAnsi="宋体"/>
          <w:color w:val="000000"/>
          <w:sz w:val="28"/>
        </w:rPr>
        <w:t>D.应与钙同时使用，以加强药物作用。E,洋地黄化后10h给予维持量。F,心衰越严重，越易发生洋地黄中毒。G,肝肾功能障碍时慎用</w:t>
      </w:r>
    </w:p>
    <w:p>
      <w:pPr>
        <w:spacing w:line="360" w:lineRule="auto"/>
        <w:ind w:firstLine="432"/>
        <w:jc w:val="left"/>
      </w:pPr>
      <w:r>
        <w:rPr>
          <w:rFonts w:ascii="宋体" w:eastAsia="宋体" w:hAnsi="宋体"/>
          <w:color w:val="000000"/>
          <w:sz w:val="28"/>
        </w:rPr>
        <w:t>【答案】ABCFG</w:t>
      </w:r>
    </w:p>
    <w:p>
      <w:pPr>
        <w:spacing w:line="360" w:lineRule="auto"/>
        <w:ind w:firstLine="432"/>
        <w:jc w:val="left"/>
        <w:sectPr w:rsidSect="00034616">
          <w:pgSz w:w="12240" w:h="15840"/>
          <w:pgMar w:top="1440" w:right="1800" w:bottom="1440" w:left="1800" w:header="720" w:footer="720" w:gutter="0"/>
          <w:cols w:space="720"/>
          <w:docGrid w:linePitch="360"/>
        </w:sectPr>
      </w:pPr>
      <w:r>
        <w:rPr>
          <w:rFonts w:ascii="宋体" w:eastAsia="宋体" w:hAnsi="宋体"/>
          <w:color w:val="000000"/>
          <w:sz w:val="28"/>
        </w:rPr>
        <w:t>3、[题干]关于新生儿胆红素代谢的特点，哪项正确()。</w:t>
      </w:r>
    </w:p>
    <w:p>
      <w:pPr>
        <w:spacing w:line="360" w:lineRule="auto"/>
        <w:ind w:firstLine="432"/>
        <w:jc w:val="left"/>
      </w:pPr>
      <w:r>
        <w:rPr>
          <w:rFonts w:ascii="宋体" w:eastAsia="宋体" w:hAnsi="宋体"/>
          <w:color w:val="000000"/>
          <w:sz w:val="28"/>
        </w:rPr>
        <w:t>A.红细胞寿命长</w:t>
      </w:r>
    </w:p>
    <w:p>
      <w:pPr>
        <w:spacing w:line="360" w:lineRule="auto"/>
        <w:ind w:firstLine="432"/>
        <w:jc w:val="left"/>
      </w:pPr>
      <w:r>
        <w:rPr>
          <w:rFonts w:ascii="宋体" w:eastAsia="宋体" w:hAnsi="宋体"/>
          <w:color w:val="000000"/>
          <w:sz w:val="28"/>
        </w:rPr>
        <w:t>B.血中白蛋白含量高</w:t>
      </w:r>
    </w:p>
    <w:p>
      <w:pPr>
        <w:spacing w:line="360" w:lineRule="auto"/>
        <w:ind w:firstLine="432"/>
        <w:jc w:val="left"/>
      </w:pPr>
      <w:r>
        <w:rPr>
          <w:rFonts w:ascii="宋体" w:eastAsia="宋体" w:hAnsi="宋体"/>
          <w:color w:val="000000"/>
          <w:sz w:val="28"/>
        </w:rPr>
        <w:t>C.葡萄糖醛酸转移酶活性高</w:t>
      </w:r>
    </w:p>
    <w:p>
      <w:pPr>
        <w:spacing w:line="360" w:lineRule="auto"/>
        <w:ind w:firstLine="432"/>
        <w:jc w:val="left"/>
      </w:pPr>
      <w:r>
        <w:rPr>
          <w:rFonts w:ascii="宋体" w:eastAsia="宋体" w:hAnsi="宋体"/>
          <w:color w:val="000000"/>
          <w:sz w:val="28"/>
        </w:rPr>
        <w:t>D.肝脏排泄胆红素能力差。E,肠道葡萄糖醛酸苷酶活性低</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4、[单选题]既可治疗寒闭神昏，通过相应配伍又能治疗热闭神昏的药物是</w:t>
      </w:r>
    </w:p>
    <w:p>
      <w:pPr>
        <w:spacing w:line="360" w:lineRule="auto"/>
        <w:ind w:firstLine="432"/>
        <w:jc w:val="left"/>
      </w:pPr>
      <w:r>
        <w:rPr>
          <w:rFonts w:ascii="宋体" w:eastAsia="宋体" w:hAnsi="宋体"/>
          <w:color w:val="000000"/>
          <w:sz w:val="28"/>
        </w:rPr>
        <w:t>A.麝香</w:t>
      </w:r>
    </w:p>
    <w:p>
      <w:pPr>
        <w:spacing w:line="360" w:lineRule="auto"/>
        <w:ind w:firstLine="432"/>
        <w:jc w:val="left"/>
      </w:pPr>
      <w:r>
        <w:rPr>
          <w:rFonts w:ascii="宋体" w:eastAsia="宋体" w:hAnsi="宋体"/>
          <w:color w:val="000000"/>
          <w:sz w:val="28"/>
        </w:rPr>
        <w:t>B.苏合香</w:t>
      </w:r>
    </w:p>
    <w:p>
      <w:pPr>
        <w:spacing w:line="360" w:lineRule="auto"/>
        <w:ind w:firstLine="432"/>
        <w:jc w:val="left"/>
      </w:pPr>
      <w:r>
        <w:rPr>
          <w:rFonts w:ascii="宋体" w:eastAsia="宋体" w:hAnsi="宋体"/>
          <w:color w:val="000000"/>
          <w:sz w:val="28"/>
        </w:rPr>
        <w:t>C.牛黄</w:t>
      </w:r>
    </w:p>
    <w:p>
      <w:pPr>
        <w:spacing w:line="360" w:lineRule="auto"/>
        <w:ind w:firstLine="432"/>
        <w:jc w:val="left"/>
      </w:pPr>
      <w:r>
        <w:rPr>
          <w:rFonts w:ascii="宋体" w:eastAsia="宋体" w:hAnsi="宋体"/>
          <w:color w:val="000000"/>
          <w:sz w:val="28"/>
        </w:rPr>
        <w:t>D.石菖蒲。E,冰片</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5、[题干]哮喘发作时应禁用()</w:t>
      </w:r>
    </w:p>
    <w:p>
      <w:pPr>
        <w:spacing w:line="360" w:lineRule="auto"/>
        <w:ind w:firstLine="432"/>
        <w:jc w:val="left"/>
      </w:pPr>
      <w:r>
        <w:rPr>
          <w:rFonts w:ascii="宋体" w:eastAsia="宋体" w:hAnsi="宋体"/>
          <w:color w:val="000000"/>
          <w:sz w:val="28"/>
        </w:rPr>
        <w:t>A.氨茶碱</w:t>
      </w:r>
    </w:p>
    <w:p>
      <w:pPr>
        <w:spacing w:line="360" w:lineRule="auto"/>
        <w:ind w:firstLine="432"/>
        <w:jc w:val="left"/>
      </w:pPr>
      <w:r>
        <w:rPr>
          <w:rFonts w:ascii="宋体" w:eastAsia="宋体" w:hAnsi="宋体"/>
          <w:color w:val="000000"/>
          <w:sz w:val="28"/>
        </w:rPr>
        <w:t>B.吗啡</w:t>
      </w:r>
    </w:p>
    <w:p>
      <w:pPr>
        <w:spacing w:line="360" w:lineRule="auto"/>
        <w:ind w:firstLine="432"/>
        <w:jc w:val="left"/>
      </w:pPr>
      <w:r>
        <w:rPr>
          <w:rFonts w:ascii="宋体" w:eastAsia="宋体" w:hAnsi="宋体"/>
          <w:color w:val="000000"/>
          <w:sz w:val="28"/>
        </w:rPr>
        <w:t>C.异丙肾上腺素</w:t>
      </w:r>
    </w:p>
    <w:p>
      <w:pPr>
        <w:spacing w:line="360" w:lineRule="auto"/>
        <w:ind w:firstLine="432"/>
        <w:jc w:val="left"/>
      </w:pPr>
      <w:r>
        <w:rPr>
          <w:rFonts w:ascii="宋体" w:eastAsia="宋体" w:hAnsi="宋体"/>
          <w:color w:val="000000"/>
          <w:sz w:val="28"/>
        </w:rPr>
        <w:t>D.非那根。E,注射肾上腺皮质激素</w:t>
      </w:r>
    </w:p>
    <w:p>
      <w:pPr>
        <w:spacing w:line="360" w:lineRule="auto"/>
        <w:ind w:firstLine="432"/>
        <w:jc w:val="left"/>
        <w:sectPr w:rsidSect="00034616">
          <w:type w:val="nextPage"/>
          <w:pgSz w:w="12240" w:h="15840"/>
          <w:pgMar w:top="1440" w:right="1800" w:bottom="1440" w:left="1800" w:header="720" w:footer="720" w:gutter="0"/>
          <w:pgNumType w:start="2"/>
          <w:cols w:space="720"/>
          <w:titlePg w:val="0"/>
          <w:docGrid w:linePitch="360"/>
        </w:sectPr>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6、[题干]男孩5岁，诊断为肾病综合征，用强地松10mg，qid，治疗18天，尿量正常，水肿减轻，尿蛋白转为阴性。下一步治疗应()</w:t>
      </w:r>
    </w:p>
    <w:p>
      <w:pPr>
        <w:spacing w:line="360" w:lineRule="auto"/>
        <w:ind w:firstLine="432"/>
        <w:jc w:val="left"/>
      </w:pPr>
      <w:r>
        <w:rPr>
          <w:rFonts w:ascii="宋体" w:eastAsia="宋体" w:hAnsi="宋体"/>
          <w:color w:val="000000"/>
          <w:sz w:val="28"/>
        </w:rPr>
        <w:t>A.强的松10mg，qid+速尿</w:t>
      </w:r>
    </w:p>
    <w:p>
      <w:pPr>
        <w:spacing w:line="360" w:lineRule="auto"/>
        <w:ind w:firstLine="432"/>
        <w:jc w:val="left"/>
      </w:pPr>
      <w:r>
        <w:rPr>
          <w:rFonts w:ascii="宋体" w:eastAsia="宋体" w:hAnsi="宋体"/>
          <w:color w:val="000000"/>
          <w:sz w:val="28"/>
        </w:rPr>
        <w:t>B.强的松25mg，隔日顿服</w:t>
      </w:r>
    </w:p>
    <w:p>
      <w:pPr>
        <w:spacing w:line="360" w:lineRule="auto"/>
        <w:ind w:firstLine="432"/>
        <w:jc w:val="left"/>
      </w:pPr>
      <w:r>
        <w:rPr>
          <w:rFonts w:ascii="宋体" w:eastAsia="宋体" w:hAnsi="宋体"/>
          <w:color w:val="000000"/>
          <w:sz w:val="28"/>
        </w:rPr>
        <w:t>C.强的松30mg，隔日顿服</w:t>
      </w:r>
    </w:p>
    <w:p>
      <w:pPr>
        <w:spacing w:line="360" w:lineRule="auto"/>
        <w:ind w:firstLine="432"/>
        <w:jc w:val="left"/>
      </w:pPr>
      <w:r>
        <w:rPr>
          <w:rFonts w:ascii="宋体" w:eastAsia="宋体" w:hAnsi="宋体"/>
          <w:color w:val="000000"/>
          <w:sz w:val="28"/>
        </w:rPr>
        <w:t>D.强的松10mg，qid+环磷酰胺。E,满4周后强的松40mg，qid</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7、[单选题]栝蒌瞿麦丸证的病机为</w:t>
      </w:r>
    </w:p>
    <w:p>
      <w:pPr>
        <w:spacing w:line="360" w:lineRule="auto"/>
        <w:ind w:firstLine="432"/>
        <w:jc w:val="left"/>
      </w:pPr>
      <w:r>
        <w:rPr>
          <w:rFonts w:ascii="宋体" w:eastAsia="宋体" w:hAnsi="宋体"/>
          <w:color w:val="000000"/>
          <w:sz w:val="28"/>
        </w:rPr>
        <w:t>A.肾阳不足，水气内停</w:t>
      </w:r>
    </w:p>
    <w:p>
      <w:pPr>
        <w:spacing w:line="360" w:lineRule="auto"/>
        <w:ind w:firstLine="432"/>
        <w:jc w:val="left"/>
      </w:pPr>
      <w:r>
        <w:rPr>
          <w:rFonts w:ascii="宋体" w:eastAsia="宋体" w:hAnsi="宋体"/>
          <w:color w:val="000000"/>
          <w:sz w:val="28"/>
        </w:rPr>
        <w:t>B.膀胱气化不行</w:t>
      </w:r>
    </w:p>
    <w:p>
      <w:pPr>
        <w:spacing w:line="360" w:lineRule="auto"/>
        <w:ind w:firstLine="432"/>
        <w:jc w:val="left"/>
      </w:pPr>
      <w:r>
        <w:rPr>
          <w:rFonts w:ascii="宋体" w:eastAsia="宋体" w:hAnsi="宋体"/>
          <w:color w:val="000000"/>
          <w:sz w:val="28"/>
        </w:rPr>
        <w:t>C.肺热伤津</w:t>
      </w:r>
    </w:p>
    <w:p>
      <w:pPr>
        <w:spacing w:line="360" w:lineRule="auto"/>
        <w:ind w:firstLine="432"/>
        <w:jc w:val="left"/>
      </w:pPr>
      <w:r>
        <w:rPr>
          <w:rFonts w:ascii="宋体" w:eastAsia="宋体" w:hAnsi="宋体"/>
          <w:color w:val="000000"/>
          <w:sz w:val="28"/>
        </w:rPr>
        <w:t>D.肾阳不足，下寒上燥。E,水饮停胃</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8、[题干]某女性患者，75岁，腰部隐隐作痛，酸软无力，缠绵不愈，局部发凉，喜温喜按，遇劳更甚，常反复发作，少腹拘急，肢冷畏寒，舌质淡，脉沉细无力。治疗应首选</w:t>
      </w:r>
    </w:p>
    <w:p>
      <w:pPr>
        <w:spacing w:line="360" w:lineRule="auto"/>
        <w:ind w:firstLine="432"/>
        <w:jc w:val="left"/>
      </w:pPr>
      <w:r>
        <w:rPr>
          <w:rFonts w:ascii="宋体" w:eastAsia="宋体" w:hAnsi="宋体"/>
          <w:color w:val="000000"/>
          <w:sz w:val="28"/>
        </w:rPr>
        <w:t>A.左归丸</w:t>
      </w:r>
    </w:p>
    <w:p>
      <w:pPr>
        <w:spacing w:line="360" w:lineRule="auto"/>
        <w:ind w:firstLine="432"/>
        <w:jc w:val="left"/>
        <w:sectPr w:rsidSect="00034616">
          <w:type w:val="nextPage"/>
          <w:pgSz w:w="12240" w:h="15840"/>
          <w:pgMar w:top="1440" w:right="1800" w:bottom="1440" w:left="1800" w:header="720" w:footer="720" w:gutter="0"/>
          <w:pgNumType w:start="3"/>
          <w:cols w:space="720"/>
          <w:titlePg w:val="0"/>
          <w:docGrid w:linePitch="360"/>
        </w:sectPr>
      </w:pPr>
      <w:r>
        <w:rPr>
          <w:rFonts w:ascii="宋体" w:eastAsia="宋体" w:hAnsi="宋体"/>
          <w:color w:val="000000"/>
          <w:sz w:val="28"/>
        </w:rPr>
        <w:t>B.右归丸</w:t>
      </w:r>
    </w:p>
    <w:p>
      <w:pPr>
        <w:spacing w:line="360" w:lineRule="auto"/>
        <w:ind w:firstLine="432"/>
        <w:jc w:val="left"/>
      </w:pPr>
      <w:r>
        <w:rPr>
          <w:rFonts w:ascii="宋体" w:eastAsia="宋体" w:hAnsi="宋体"/>
          <w:color w:val="000000"/>
          <w:sz w:val="28"/>
        </w:rPr>
        <w:t>C.金匮肾气丸</w:t>
      </w:r>
    </w:p>
    <w:p>
      <w:pPr>
        <w:spacing w:line="360" w:lineRule="auto"/>
        <w:ind w:firstLine="432"/>
        <w:jc w:val="left"/>
      </w:pPr>
      <w:r>
        <w:rPr>
          <w:rFonts w:ascii="宋体" w:eastAsia="宋体" w:hAnsi="宋体"/>
          <w:color w:val="000000"/>
          <w:sz w:val="28"/>
        </w:rPr>
        <w:t>D.补髓丹。E,十全大补汤</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9、栀子功能不包括</w:t>
      </w:r>
    </w:p>
    <w:p>
      <w:pPr>
        <w:spacing w:line="360" w:lineRule="auto"/>
        <w:ind w:firstLine="432"/>
        <w:jc w:val="left"/>
      </w:pPr>
      <w:r>
        <w:rPr>
          <w:rFonts w:ascii="宋体" w:eastAsia="宋体" w:hAnsi="宋体"/>
          <w:color w:val="000000"/>
          <w:sz w:val="28"/>
        </w:rPr>
        <w:t>A.泻火除烦</w:t>
      </w:r>
    </w:p>
    <w:p>
      <w:pPr>
        <w:spacing w:line="360" w:lineRule="auto"/>
        <w:ind w:firstLine="432"/>
        <w:jc w:val="left"/>
      </w:pPr>
      <w:r>
        <w:rPr>
          <w:rFonts w:ascii="宋体" w:eastAsia="宋体" w:hAnsi="宋体"/>
          <w:color w:val="000000"/>
          <w:sz w:val="28"/>
        </w:rPr>
        <w:t>B.清热利湿</w:t>
      </w:r>
    </w:p>
    <w:p>
      <w:pPr>
        <w:spacing w:line="360" w:lineRule="auto"/>
        <w:ind w:firstLine="432"/>
        <w:jc w:val="left"/>
      </w:pPr>
      <w:r>
        <w:rPr>
          <w:rFonts w:ascii="宋体" w:eastAsia="宋体" w:hAnsi="宋体"/>
          <w:color w:val="000000"/>
          <w:sz w:val="28"/>
        </w:rPr>
        <w:t>C.凉血解毒</w:t>
      </w:r>
    </w:p>
    <w:p>
      <w:pPr>
        <w:spacing w:line="360" w:lineRule="auto"/>
        <w:ind w:firstLine="432"/>
        <w:jc w:val="left"/>
      </w:pPr>
      <w:r>
        <w:rPr>
          <w:rFonts w:ascii="宋体" w:eastAsia="宋体" w:hAnsi="宋体"/>
          <w:color w:val="000000"/>
          <w:sz w:val="28"/>
        </w:rPr>
        <w:t>D.凉血止血。E,退虚热</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【解析】栀子：泻火除烦，清热利湿，凉血解毒。焦：凉血止血。</w:t>
      </w:r>
    </w:p>
    <w:p>
      <w:pPr>
        <w:spacing w:line="360" w:lineRule="auto"/>
        <w:ind w:firstLine="432"/>
        <w:jc w:val="left"/>
      </w:pPr>
      <w:r>
        <w:rPr>
          <w:rFonts w:ascii="宋体" w:eastAsia="宋体" w:hAnsi="宋体"/>
          <w:color w:val="000000"/>
          <w:sz w:val="28"/>
        </w:rPr>
        <w:t>10、[单选题]肾病综合征合并水痘，在临床采取的措施中，哪项是错误的()。</w:t>
      </w:r>
    </w:p>
    <w:p>
      <w:pPr>
        <w:spacing w:line="360" w:lineRule="auto"/>
        <w:ind w:firstLine="432"/>
        <w:jc w:val="left"/>
      </w:pPr>
      <w:r>
        <w:rPr>
          <w:rFonts w:ascii="宋体" w:eastAsia="宋体" w:hAnsi="宋体"/>
          <w:color w:val="000000"/>
          <w:sz w:val="28"/>
        </w:rPr>
        <w:t>A.单独隔离，防止交叉感染</w:t>
      </w:r>
    </w:p>
    <w:p>
      <w:pPr>
        <w:spacing w:line="360" w:lineRule="auto"/>
        <w:ind w:firstLine="432"/>
        <w:jc w:val="left"/>
      </w:pPr>
      <w:r>
        <w:rPr>
          <w:rFonts w:ascii="宋体" w:eastAsia="宋体" w:hAnsi="宋体"/>
          <w:color w:val="000000"/>
          <w:sz w:val="28"/>
        </w:rPr>
        <w:t>B.即可停用糖皮质激素</w:t>
      </w:r>
    </w:p>
    <w:p>
      <w:pPr>
        <w:spacing w:line="360" w:lineRule="auto"/>
        <w:ind w:firstLine="432"/>
        <w:jc w:val="left"/>
      </w:pPr>
      <w:r>
        <w:rPr>
          <w:rFonts w:ascii="宋体" w:eastAsia="宋体" w:hAnsi="宋体"/>
          <w:color w:val="000000"/>
          <w:sz w:val="28"/>
        </w:rPr>
        <w:t>C.应用抗生素预防感染</w:t>
      </w:r>
    </w:p>
    <w:p>
      <w:pPr>
        <w:spacing w:line="360" w:lineRule="auto"/>
        <w:ind w:firstLine="432"/>
        <w:jc w:val="left"/>
      </w:pPr>
      <w:r>
        <w:rPr>
          <w:rFonts w:ascii="宋体" w:eastAsia="宋体" w:hAnsi="宋体"/>
          <w:color w:val="000000"/>
          <w:sz w:val="28"/>
        </w:rPr>
        <w:t>D.应用静脉丙种球蛋白。E,对症治疗给予退热剂</w:t>
      </w:r>
    </w:p>
    <w:p>
      <w:pPr>
        <w:spacing w:line="360" w:lineRule="auto"/>
        <w:ind w:firstLine="432"/>
        <w:jc w:val="left"/>
        <w:sectPr w:rsidSect="00034616">
          <w:type w:val="nextPage"/>
          <w:pgSz w:w="12240" w:h="15840"/>
          <w:pgMar w:top="1440" w:right="1800" w:bottom="1440" w:left="1800" w:header="720" w:footer="720" w:gutter="0"/>
          <w:pgNumType w:start="4"/>
          <w:cols w:space="720"/>
          <w:titlePg w:val="0"/>
          <w:docGrid w:linePitch="360"/>
        </w:sectPr>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11、[题干]5岁男孩，反复咳嗽2个月，查体：体温正常，浅表淋巴结(-)，咽(-)，两肺多哮鸣音，无水泡音，反复抗生素治疗不愈，以往无呛咳病史，有过敏性鼻炎。此患儿首先考虑的诊断是</w:t>
      </w:r>
    </w:p>
    <w:p>
      <w:pPr>
        <w:spacing w:line="360" w:lineRule="auto"/>
        <w:ind w:firstLine="432"/>
        <w:jc w:val="left"/>
      </w:pPr>
      <w:r>
        <w:rPr>
          <w:rFonts w:ascii="宋体" w:eastAsia="宋体" w:hAnsi="宋体"/>
          <w:color w:val="000000"/>
          <w:sz w:val="28"/>
        </w:rPr>
        <w:t>A.肺炎</w:t>
      </w:r>
    </w:p>
    <w:p>
      <w:pPr>
        <w:spacing w:line="360" w:lineRule="auto"/>
        <w:ind w:firstLine="432"/>
        <w:jc w:val="left"/>
      </w:pPr>
      <w:r>
        <w:rPr>
          <w:rFonts w:ascii="宋体" w:eastAsia="宋体" w:hAnsi="宋体"/>
          <w:color w:val="000000"/>
          <w:sz w:val="28"/>
        </w:rPr>
        <w:t>B.气管异物</w:t>
      </w:r>
    </w:p>
    <w:p>
      <w:pPr>
        <w:spacing w:line="360" w:lineRule="auto"/>
        <w:ind w:firstLine="432"/>
        <w:jc w:val="left"/>
      </w:pPr>
      <w:r>
        <w:rPr>
          <w:rFonts w:ascii="宋体" w:eastAsia="宋体" w:hAnsi="宋体"/>
          <w:color w:val="000000"/>
          <w:sz w:val="28"/>
        </w:rPr>
        <w:t>C.毛细血管炎</w:t>
      </w:r>
    </w:p>
    <w:p>
      <w:pPr>
        <w:spacing w:line="360" w:lineRule="auto"/>
        <w:ind w:firstLine="432"/>
        <w:jc w:val="left"/>
      </w:pPr>
      <w:r>
        <w:rPr>
          <w:rFonts w:ascii="宋体" w:eastAsia="宋体" w:hAnsi="宋体"/>
          <w:color w:val="000000"/>
          <w:sz w:val="28"/>
        </w:rPr>
        <w:t>D.咳嗽变异性哮喘。E,喘息性支气管炎</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【解析】对长期反复咳嗽，抗生素治疗无效者，要考虑咳嗽变异性哮喘的可能。</w:t>
      </w:r>
    </w:p>
    <w:p>
      <w:pPr>
        <w:spacing w:line="360" w:lineRule="auto"/>
        <w:ind w:firstLine="432"/>
        <w:jc w:val="left"/>
      </w:pPr>
      <w:r>
        <w:rPr>
          <w:rFonts w:ascii="宋体" w:eastAsia="宋体" w:hAnsi="宋体"/>
          <w:color w:val="000000"/>
          <w:sz w:val="28"/>
        </w:rPr>
        <w:t>12、[单选题]治疗脾胃气虚呕吐的最 佳方剂为</w:t>
      </w:r>
    </w:p>
    <w:p>
      <w:pPr>
        <w:spacing w:line="360" w:lineRule="auto"/>
        <w:ind w:firstLine="432"/>
        <w:jc w:val="left"/>
      </w:pPr>
      <w:r>
        <w:rPr>
          <w:rFonts w:ascii="宋体" w:eastAsia="宋体" w:hAnsi="宋体"/>
          <w:color w:val="000000"/>
          <w:sz w:val="28"/>
        </w:rPr>
        <w:t>A.小半夏加茯苓汤</w:t>
      </w:r>
    </w:p>
    <w:p>
      <w:pPr>
        <w:spacing w:line="360" w:lineRule="auto"/>
        <w:ind w:firstLine="432"/>
        <w:jc w:val="left"/>
      </w:pPr>
      <w:r>
        <w:rPr>
          <w:rFonts w:ascii="宋体" w:eastAsia="宋体" w:hAnsi="宋体"/>
          <w:color w:val="000000"/>
          <w:sz w:val="28"/>
        </w:rPr>
        <w:t>B.理中汤</w:t>
      </w:r>
    </w:p>
    <w:p>
      <w:pPr>
        <w:spacing w:line="360" w:lineRule="auto"/>
        <w:ind w:firstLine="432"/>
        <w:jc w:val="left"/>
      </w:pPr>
      <w:r>
        <w:rPr>
          <w:rFonts w:ascii="宋体" w:eastAsia="宋体" w:hAnsi="宋体"/>
          <w:color w:val="000000"/>
          <w:sz w:val="28"/>
        </w:rPr>
        <w:t>C.旋覆代赭汤</w:t>
      </w:r>
    </w:p>
    <w:p>
      <w:pPr>
        <w:spacing w:line="360" w:lineRule="auto"/>
        <w:ind w:firstLine="432"/>
        <w:jc w:val="left"/>
      </w:pPr>
      <w:r>
        <w:rPr>
          <w:rFonts w:ascii="宋体" w:eastAsia="宋体" w:hAnsi="宋体"/>
          <w:color w:val="000000"/>
          <w:sz w:val="28"/>
        </w:rPr>
        <w:t>D.香砂六君子汤。E,以上均不是</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13、[单选题]以下描述儿童结核性腹膜炎临床特征正确的是()。</w:t>
      </w:r>
    </w:p>
    <w:p>
      <w:pPr>
        <w:spacing w:line="360" w:lineRule="auto"/>
        <w:ind w:firstLine="432"/>
        <w:jc w:val="left"/>
        <w:sectPr w:rsidSect="00034616">
          <w:type w:val="nextPage"/>
          <w:pgSz w:w="12240" w:h="15840"/>
          <w:pgMar w:top="1440" w:right="1800" w:bottom="1440" w:left="1800" w:header="720" w:footer="720" w:gutter="0"/>
          <w:pgNumType w:start="5"/>
          <w:cols w:space="720"/>
          <w:titlePg w:val="0"/>
          <w:docGrid w:linePitch="360"/>
        </w:sectPr>
      </w:pPr>
      <w:r>
        <w:rPr>
          <w:rFonts w:ascii="宋体" w:eastAsia="宋体" w:hAnsi="宋体"/>
          <w:color w:val="000000"/>
          <w:sz w:val="28"/>
        </w:rPr>
        <w:t>A.粘连型患者腹泻较为常见</w:t>
      </w:r>
    </w:p>
    <w:p>
      <w:pPr>
        <w:spacing w:line="360" w:lineRule="auto"/>
        <w:ind w:firstLine="432"/>
        <w:jc w:val="left"/>
      </w:pPr>
      <w:r>
        <w:rPr>
          <w:rFonts w:ascii="宋体" w:eastAsia="宋体" w:hAnsi="宋体"/>
          <w:color w:val="000000"/>
          <w:sz w:val="28"/>
        </w:rPr>
        <w:t>B.渗出型腹部呈球形状，触诊有柔韧感</w:t>
      </w:r>
    </w:p>
    <w:p>
      <w:pPr>
        <w:spacing w:line="360" w:lineRule="auto"/>
        <w:ind w:firstLine="432"/>
        <w:jc w:val="left"/>
      </w:pPr>
      <w:r>
        <w:rPr>
          <w:rFonts w:ascii="宋体" w:eastAsia="宋体" w:hAnsi="宋体"/>
          <w:color w:val="000000"/>
          <w:sz w:val="28"/>
        </w:rPr>
        <w:t>C.干酪型腹膜炎腹部触诊柔韧或呈板状</w:t>
      </w:r>
    </w:p>
    <w:p>
      <w:pPr>
        <w:spacing w:line="360" w:lineRule="auto"/>
        <w:ind w:firstLine="432"/>
        <w:jc w:val="left"/>
      </w:pPr>
      <w:r>
        <w:rPr>
          <w:rFonts w:ascii="宋体" w:eastAsia="宋体" w:hAnsi="宋体"/>
          <w:color w:val="000000"/>
          <w:sz w:val="28"/>
        </w:rPr>
        <w:t>D.粘连型腹膜炎腹部触诊有波动感。E,腹部疼痛多位于脐周、上腹</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14、[题干]胎儿血液循环中血氧饱和度最低的部位是</w:t>
      </w:r>
    </w:p>
    <w:p>
      <w:pPr>
        <w:spacing w:line="360" w:lineRule="auto"/>
        <w:ind w:firstLine="432"/>
        <w:jc w:val="left"/>
      </w:pPr>
      <w:r>
        <w:rPr>
          <w:rFonts w:ascii="宋体" w:eastAsia="宋体" w:hAnsi="宋体"/>
          <w:color w:val="000000"/>
          <w:sz w:val="28"/>
        </w:rPr>
        <w:t>A.左心房</w:t>
      </w:r>
    </w:p>
    <w:p>
      <w:pPr>
        <w:spacing w:line="360" w:lineRule="auto"/>
        <w:ind w:firstLine="432"/>
        <w:jc w:val="left"/>
      </w:pPr>
      <w:r>
        <w:rPr>
          <w:rFonts w:ascii="宋体" w:eastAsia="宋体" w:hAnsi="宋体"/>
          <w:color w:val="000000"/>
          <w:sz w:val="28"/>
        </w:rPr>
        <w:t>B.左心室</w:t>
      </w:r>
    </w:p>
    <w:p>
      <w:pPr>
        <w:spacing w:line="360" w:lineRule="auto"/>
        <w:ind w:firstLine="432"/>
        <w:jc w:val="left"/>
      </w:pPr>
      <w:r>
        <w:rPr>
          <w:rFonts w:ascii="宋体" w:eastAsia="宋体" w:hAnsi="宋体"/>
          <w:color w:val="000000"/>
          <w:sz w:val="28"/>
        </w:rPr>
        <w:t>C.右心房</w:t>
      </w:r>
    </w:p>
    <w:p>
      <w:pPr>
        <w:spacing w:line="360" w:lineRule="auto"/>
        <w:ind w:firstLine="432"/>
        <w:jc w:val="left"/>
      </w:pPr>
      <w:r>
        <w:rPr>
          <w:rFonts w:ascii="宋体" w:eastAsia="宋体" w:hAnsi="宋体"/>
          <w:color w:val="000000"/>
          <w:sz w:val="28"/>
        </w:rPr>
        <w:t>D.脐静脉。E,脐动脉</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15、[问题]重症肌无力患儿发生肌无力危象时首选的药物治疗是</w:t>
      </w:r>
    </w:p>
    <w:p>
      <w:pPr>
        <w:spacing w:line="360" w:lineRule="auto"/>
        <w:ind w:firstLine="432"/>
        <w:jc w:val="left"/>
      </w:pPr>
      <w:r>
        <w:rPr>
          <w:rFonts w:ascii="宋体" w:eastAsia="宋体" w:hAnsi="宋体"/>
          <w:color w:val="000000"/>
          <w:sz w:val="28"/>
        </w:rPr>
        <w:t>A.静脉滴注大剂量白蛋白</w:t>
      </w:r>
    </w:p>
    <w:p>
      <w:pPr>
        <w:spacing w:line="360" w:lineRule="auto"/>
        <w:ind w:firstLine="432"/>
        <w:jc w:val="left"/>
      </w:pPr>
      <w:r>
        <w:rPr>
          <w:rFonts w:ascii="宋体" w:eastAsia="宋体" w:hAnsi="宋体"/>
          <w:color w:val="000000"/>
          <w:sz w:val="28"/>
        </w:rPr>
        <w:t>B.静脉注射环磷酰胺</w:t>
      </w:r>
    </w:p>
    <w:p>
      <w:pPr>
        <w:spacing w:line="360" w:lineRule="auto"/>
        <w:ind w:firstLine="432"/>
        <w:jc w:val="left"/>
      </w:pPr>
      <w:r>
        <w:rPr>
          <w:rFonts w:ascii="宋体" w:eastAsia="宋体" w:hAnsi="宋体"/>
          <w:color w:val="000000"/>
          <w:sz w:val="28"/>
        </w:rPr>
        <w:t>C.新斯的明肌内注射</w:t>
      </w:r>
    </w:p>
    <w:p>
      <w:pPr>
        <w:spacing w:line="360" w:lineRule="auto"/>
        <w:ind w:firstLine="432"/>
        <w:jc w:val="left"/>
      </w:pPr>
      <w:r>
        <w:rPr>
          <w:rFonts w:ascii="宋体" w:eastAsia="宋体" w:hAnsi="宋体"/>
          <w:color w:val="000000"/>
          <w:sz w:val="28"/>
        </w:rPr>
        <w:t>D.阿托品静脉注射。E,以上均不是</w:t>
      </w:r>
    </w:p>
    <w:p>
      <w:pPr>
        <w:spacing w:line="360" w:lineRule="auto"/>
        <w:ind w:firstLine="432"/>
        <w:jc w:val="left"/>
      </w:pPr>
      <w:r>
        <w:rPr>
          <w:rFonts w:ascii="宋体" w:eastAsia="宋体" w:hAnsi="宋体"/>
          <w:color w:val="000000"/>
          <w:sz w:val="28"/>
        </w:rPr>
        <w:t>【答案】C</w:t>
      </w:r>
    </w:p>
    <w:p>
      <w:pPr>
        <w:spacing w:line="360" w:lineRule="auto"/>
        <w:ind w:firstLine="432"/>
        <w:jc w:val="left"/>
        <w:sectPr w:rsidSect="00034616">
          <w:type w:val="nextPage"/>
          <w:pgSz w:w="12240" w:h="15840"/>
          <w:pgMar w:top="1440" w:right="1800" w:bottom="1440" w:left="1800" w:header="720" w:footer="720" w:gutter="0"/>
          <w:pgNumType w:start="6"/>
          <w:cols w:space="720"/>
          <w:titlePg w:val="0"/>
          <w:docGrid w:linePitch="360"/>
        </w:sectPr>
      </w:pPr>
      <w:r>
        <w:rPr>
          <w:rFonts w:ascii="宋体" w:eastAsia="宋体" w:hAnsi="宋体"/>
          <w:color w:val="000000"/>
          <w:sz w:val="28"/>
        </w:rPr>
        <w:t>16、原文“太阳病，其证备，身体强，几几然，脉反沉迟”，治疗宜选用</w:t>
      </w:r>
    </w:p>
    <w:p>
      <w:pPr>
        <w:spacing w:line="360" w:lineRule="auto"/>
        <w:ind w:firstLine="432"/>
        <w:jc w:val="left"/>
      </w:pPr>
      <w:r>
        <w:rPr>
          <w:rFonts w:ascii="宋体" w:eastAsia="宋体" w:hAnsi="宋体"/>
          <w:color w:val="000000"/>
          <w:sz w:val="28"/>
        </w:rPr>
        <w:t>A.半夏桂枝汤</w:t>
      </w:r>
    </w:p>
    <w:p>
      <w:pPr>
        <w:spacing w:line="360" w:lineRule="auto"/>
        <w:ind w:firstLine="432"/>
        <w:jc w:val="left"/>
      </w:pPr>
      <w:r>
        <w:rPr>
          <w:rFonts w:ascii="宋体" w:eastAsia="宋体" w:hAnsi="宋体"/>
          <w:color w:val="000000"/>
          <w:sz w:val="28"/>
        </w:rPr>
        <w:t>B.茯苓甘草汤</w:t>
      </w:r>
    </w:p>
    <w:p>
      <w:pPr>
        <w:spacing w:line="360" w:lineRule="auto"/>
        <w:ind w:firstLine="432"/>
        <w:jc w:val="left"/>
      </w:pPr>
      <w:r>
        <w:rPr>
          <w:rFonts w:ascii="宋体" w:eastAsia="宋体" w:hAnsi="宋体"/>
          <w:color w:val="000000"/>
          <w:sz w:val="28"/>
        </w:rPr>
        <w:t>C.防己黄芪汤</w:t>
      </w:r>
    </w:p>
    <w:p>
      <w:pPr>
        <w:spacing w:line="360" w:lineRule="auto"/>
        <w:ind w:firstLine="432"/>
        <w:jc w:val="left"/>
      </w:pPr>
      <w:r>
        <w:rPr>
          <w:rFonts w:ascii="宋体" w:eastAsia="宋体" w:hAnsi="宋体"/>
          <w:color w:val="000000"/>
          <w:sz w:val="28"/>
        </w:rPr>
        <w:t>D.瓜蒌桂枝汤。E,麻黄杏仁薏苡甘草汤</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【解析】瓜蒌桂枝汤证。原文：太阳病，其证备，身体强，几几然，脉反沉迟，此为痉，瓜蒌桂枝汤主之。</w:t>
      </w:r>
    </w:p>
    <w:p>
      <w:pPr>
        <w:spacing w:line="360" w:lineRule="auto"/>
        <w:ind w:firstLine="432"/>
        <w:jc w:val="left"/>
      </w:pPr>
      <w:r>
        <w:rPr>
          <w:rFonts w:ascii="宋体" w:eastAsia="宋体" w:hAnsi="宋体"/>
          <w:color w:val="000000"/>
          <w:sz w:val="28"/>
        </w:rPr>
        <w:t>17、[单选题]建立医患关系的原则是</w:t>
      </w:r>
    </w:p>
    <w:p>
      <w:pPr>
        <w:spacing w:line="360" w:lineRule="auto"/>
        <w:ind w:firstLine="432"/>
        <w:jc w:val="left"/>
      </w:pPr>
      <w:r>
        <w:rPr>
          <w:rFonts w:ascii="宋体" w:eastAsia="宋体" w:hAnsi="宋体"/>
          <w:color w:val="000000"/>
          <w:sz w:val="28"/>
        </w:rPr>
        <w:t>A.疾病性质和病人年龄</w:t>
      </w:r>
    </w:p>
    <w:p>
      <w:pPr>
        <w:spacing w:line="360" w:lineRule="auto"/>
        <w:ind w:firstLine="432"/>
        <w:jc w:val="left"/>
      </w:pPr>
      <w:r>
        <w:rPr>
          <w:rFonts w:ascii="宋体" w:eastAsia="宋体" w:hAnsi="宋体"/>
          <w:color w:val="000000"/>
          <w:sz w:val="28"/>
        </w:rPr>
        <w:t>B.疾病性质和病人的人格特质</w:t>
      </w:r>
    </w:p>
    <w:p>
      <w:pPr>
        <w:spacing w:line="360" w:lineRule="auto"/>
        <w:ind w:firstLine="432"/>
        <w:jc w:val="left"/>
      </w:pPr>
      <w:r>
        <w:rPr>
          <w:rFonts w:ascii="宋体" w:eastAsia="宋体" w:hAnsi="宋体"/>
          <w:color w:val="000000"/>
          <w:sz w:val="28"/>
        </w:rPr>
        <w:t>C.疾病病程和病人的经济状况</w:t>
      </w:r>
    </w:p>
    <w:p>
      <w:pPr>
        <w:spacing w:line="360" w:lineRule="auto"/>
        <w:ind w:firstLine="432"/>
        <w:jc w:val="left"/>
      </w:pPr>
      <w:r>
        <w:rPr>
          <w:rFonts w:ascii="宋体" w:eastAsia="宋体" w:hAnsi="宋体"/>
          <w:color w:val="000000"/>
          <w:sz w:val="28"/>
        </w:rPr>
        <w:t>D.病人的文化程度和情绪反应。E,病人的社会地位和经济状况</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18、[题干]关于瑞氏综合征的正确描述是()。</w:t>
      </w:r>
    </w:p>
    <w:p>
      <w:pPr>
        <w:spacing w:line="360" w:lineRule="auto"/>
        <w:ind w:firstLine="432"/>
        <w:jc w:val="left"/>
      </w:pPr>
      <w:r>
        <w:rPr>
          <w:rFonts w:ascii="宋体" w:eastAsia="宋体" w:hAnsi="宋体"/>
          <w:color w:val="000000"/>
          <w:sz w:val="28"/>
        </w:rPr>
        <w:t>A.常出现高热</w:t>
      </w:r>
    </w:p>
    <w:p>
      <w:pPr>
        <w:spacing w:line="360" w:lineRule="auto"/>
        <w:ind w:firstLine="432"/>
        <w:jc w:val="left"/>
      </w:pPr>
      <w:r>
        <w:rPr>
          <w:rFonts w:ascii="宋体" w:eastAsia="宋体" w:hAnsi="宋体"/>
          <w:color w:val="000000"/>
          <w:sz w:val="28"/>
        </w:rPr>
        <w:t>B.伴有中重度黄疸</w:t>
      </w:r>
    </w:p>
    <w:p>
      <w:pPr>
        <w:spacing w:line="360" w:lineRule="auto"/>
        <w:ind w:firstLine="432"/>
        <w:jc w:val="left"/>
      </w:pPr>
      <w:r>
        <w:rPr>
          <w:rFonts w:ascii="宋体" w:eastAsia="宋体" w:hAnsi="宋体"/>
          <w:color w:val="000000"/>
          <w:sz w:val="28"/>
        </w:rPr>
        <w:t>C.肝脏重度增大</w:t>
      </w:r>
    </w:p>
    <w:p>
      <w:pPr>
        <w:spacing w:line="360" w:lineRule="auto"/>
        <w:ind w:firstLine="432"/>
        <w:jc w:val="left"/>
        <w:sectPr w:rsidSect="00034616">
          <w:type w:val="nextPage"/>
          <w:pgSz w:w="12240" w:h="15840"/>
          <w:pgMar w:top="1440" w:right="1800" w:bottom="1440" w:left="1800" w:header="720" w:footer="720" w:gutter="0"/>
          <w:pgNumType w:start="7"/>
          <w:cols w:space="720"/>
          <w:titlePg w:val="0"/>
          <w:docGrid w:linePitch="360"/>
        </w:sectPr>
      </w:pPr>
      <w:r>
        <w:rPr>
          <w:rFonts w:ascii="宋体" w:eastAsia="宋体" w:hAnsi="宋体"/>
          <w:color w:val="000000"/>
          <w:sz w:val="28"/>
        </w:rPr>
        <w:t>D.可出现心律失常。E,不会出现脑膜刺激征</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瑞氏综合征大多不会出现高热，婴儿可出现发热，故选项A不正确，约一半患儿可出现肝脏轻、中度肿大，一般无黄疸，故选项B、C不正确。严重颅内高压时可出现脑膜刺激征，而该病颅内高压为常见症状，故选项E不正确。该病偶见心律失常，故本题正确答案为D。</w:t>
      </w:r>
    </w:p>
    <w:p>
      <w:pPr>
        <w:spacing w:line="360" w:lineRule="auto"/>
        <w:ind w:firstLine="432"/>
        <w:jc w:val="left"/>
      </w:pPr>
      <w:r>
        <w:rPr>
          <w:rFonts w:ascii="宋体" w:eastAsia="宋体" w:hAnsi="宋体"/>
          <w:color w:val="000000"/>
          <w:sz w:val="28"/>
        </w:rPr>
        <w:t>19、[题干]预防哪种传染病对预防结核病有较大意义()。</w:t>
      </w:r>
    </w:p>
    <w:p>
      <w:pPr>
        <w:spacing w:line="360" w:lineRule="auto"/>
        <w:ind w:firstLine="432"/>
        <w:jc w:val="left"/>
      </w:pPr>
      <w:r>
        <w:rPr>
          <w:rFonts w:ascii="宋体" w:eastAsia="宋体" w:hAnsi="宋体"/>
          <w:color w:val="000000"/>
          <w:sz w:val="28"/>
        </w:rPr>
        <w:t>A.猩红热</w:t>
      </w:r>
    </w:p>
    <w:p>
      <w:pPr>
        <w:spacing w:line="360" w:lineRule="auto"/>
        <w:ind w:firstLine="432"/>
        <w:jc w:val="left"/>
      </w:pPr>
      <w:r>
        <w:rPr>
          <w:rFonts w:ascii="宋体" w:eastAsia="宋体" w:hAnsi="宋体"/>
          <w:color w:val="000000"/>
          <w:sz w:val="28"/>
        </w:rPr>
        <w:t>B.肝炎</w:t>
      </w:r>
    </w:p>
    <w:p>
      <w:pPr>
        <w:spacing w:line="360" w:lineRule="auto"/>
        <w:ind w:firstLine="432"/>
        <w:jc w:val="left"/>
      </w:pPr>
      <w:r>
        <w:rPr>
          <w:rFonts w:ascii="宋体" w:eastAsia="宋体" w:hAnsi="宋体"/>
          <w:color w:val="000000"/>
          <w:sz w:val="28"/>
        </w:rPr>
        <w:t>C.麻疹</w:t>
      </w:r>
    </w:p>
    <w:p>
      <w:pPr>
        <w:spacing w:line="360" w:lineRule="auto"/>
        <w:ind w:firstLine="432"/>
        <w:jc w:val="left"/>
      </w:pPr>
      <w:r>
        <w:rPr>
          <w:rFonts w:ascii="宋体" w:eastAsia="宋体" w:hAnsi="宋体"/>
          <w:color w:val="000000"/>
          <w:sz w:val="28"/>
        </w:rPr>
        <w:t>D.菌痢。E,流脑</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20、[题干]假膜性小肠结肠炎的病原体为</w:t>
      </w:r>
    </w:p>
    <w:p>
      <w:pPr>
        <w:spacing w:line="360" w:lineRule="auto"/>
        <w:ind w:firstLine="432"/>
        <w:jc w:val="left"/>
      </w:pPr>
      <w:r>
        <w:rPr>
          <w:rFonts w:ascii="宋体" w:eastAsia="宋体" w:hAnsi="宋体"/>
          <w:color w:val="000000"/>
          <w:sz w:val="28"/>
        </w:rPr>
        <w:t>A.痢疾杆菌</w:t>
      </w:r>
    </w:p>
    <w:p>
      <w:pPr>
        <w:spacing w:line="360" w:lineRule="auto"/>
        <w:ind w:firstLine="432"/>
        <w:jc w:val="left"/>
      </w:pPr>
      <w:r>
        <w:rPr>
          <w:rFonts w:ascii="宋体" w:eastAsia="宋体" w:hAnsi="宋体"/>
          <w:color w:val="000000"/>
          <w:sz w:val="28"/>
        </w:rPr>
        <w:t>B.空肠弯曲菌</w:t>
      </w:r>
    </w:p>
    <w:p>
      <w:pPr>
        <w:spacing w:line="360" w:lineRule="auto"/>
        <w:ind w:firstLine="432"/>
        <w:jc w:val="left"/>
      </w:pPr>
      <w:r>
        <w:rPr>
          <w:rFonts w:ascii="宋体" w:eastAsia="宋体" w:hAnsi="宋体"/>
          <w:color w:val="000000"/>
          <w:sz w:val="28"/>
        </w:rPr>
        <w:t>C.金黄色葡萄球菌</w:t>
      </w:r>
    </w:p>
    <w:p>
      <w:pPr>
        <w:spacing w:line="360" w:lineRule="auto"/>
        <w:ind w:firstLine="432"/>
        <w:jc w:val="left"/>
      </w:pPr>
      <w:r>
        <w:rPr>
          <w:rFonts w:ascii="宋体" w:eastAsia="宋体" w:hAnsi="宋体"/>
          <w:color w:val="000000"/>
          <w:sz w:val="28"/>
        </w:rPr>
        <w:t>D.难辨梭状芽胞杆菌。E,白色念珠菌</w:t>
      </w:r>
    </w:p>
    <w:p>
      <w:pPr>
        <w:spacing w:line="360" w:lineRule="auto"/>
        <w:ind w:firstLine="432"/>
        <w:jc w:val="left"/>
        <w:sectPr w:rsidSect="00034616">
          <w:type w:val="nextPage"/>
          <w:pgSz w:w="12240" w:h="15840"/>
          <w:pgMar w:top="1440" w:right="1800" w:bottom="1440" w:left="1800" w:header="720" w:footer="720" w:gutter="0"/>
          <w:pgNumType w:start="8"/>
          <w:cols w:space="720"/>
          <w:titlePg w:val="0"/>
          <w:docGrid w:linePitch="360"/>
        </w:sectPr>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21、恶寒重，或伴发热，无汗，头身疼痛，鼻流清涕，脉浮紧。属于(　)</w:t>
      </w:r>
    </w:p>
    <w:p>
      <w:pPr>
        <w:spacing w:line="360" w:lineRule="auto"/>
        <w:ind w:firstLine="432"/>
        <w:jc w:val="left"/>
      </w:pPr>
      <w:r>
        <w:rPr>
          <w:rFonts w:ascii="宋体" w:eastAsia="宋体" w:hAnsi="宋体"/>
          <w:color w:val="000000"/>
          <w:sz w:val="28"/>
        </w:rPr>
        <w:t>A.风淫证</w:t>
      </w:r>
    </w:p>
    <w:p>
      <w:pPr>
        <w:spacing w:line="360" w:lineRule="auto"/>
        <w:ind w:firstLine="432"/>
        <w:jc w:val="left"/>
      </w:pPr>
      <w:r>
        <w:rPr>
          <w:rFonts w:ascii="宋体" w:eastAsia="宋体" w:hAnsi="宋体"/>
          <w:color w:val="000000"/>
          <w:sz w:val="28"/>
        </w:rPr>
        <w:t>B.寒淫证</w:t>
      </w:r>
    </w:p>
    <w:p>
      <w:pPr>
        <w:spacing w:line="360" w:lineRule="auto"/>
        <w:ind w:firstLine="432"/>
        <w:jc w:val="left"/>
      </w:pPr>
      <w:r>
        <w:rPr>
          <w:rFonts w:ascii="宋体" w:eastAsia="宋体" w:hAnsi="宋体"/>
          <w:color w:val="000000"/>
          <w:sz w:val="28"/>
        </w:rPr>
        <w:t>C.暑淫证</w:t>
      </w:r>
    </w:p>
    <w:p>
      <w:pPr>
        <w:spacing w:line="360" w:lineRule="auto"/>
        <w:ind w:firstLine="432"/>
        <w:jc w:val="left"/>
      </w:pPr>
      <w:r>
        <w:rPr>
          <w:rFonts w:ascii="宋体" w:eastAsia="宋体" w:hAnsi="宋体"/>
          <w:color w:val="000000"/>
          <w:sz w:val="28"/>
        </w:rPr>
        <w:t>D.湿淫证。E,燥淫证</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解析】寒淫证临床表现：恶寒重，或伴发热，无汗，头身疼痛，鼻塞或流清涕，脉浮紧。或见咳嗽、哮喘、咯稀白痰;或为脘腹疼痛、肠鸣腹泻、呕吐;或为肢体厥冷、局部拘急冷痛等;或口不渴，小便清长，面色白甚或青，舌苔白，脉弦紧或脉伏。</w:t>
      </w:r>
    </w:p>
    <w:p>
      <w:pPr>
        <w:spacing w:line="360" w:lineRule="auto"/>
        <w:ind w:firstLine="432"/>
        <w:jc w:val="left"/>
      </w:pPr>
      <w:r>
        <w:rPr>
          <w:rFonts w:ascii="宋体" w:eastAsia="宋体" w:hAnsi="宋体"/>
          <w:color w:val="000000"/>
          <w:sz w:val="28"/>
        </w:rPr>
        <w:t>22、[题干]化脓性脑膜炎多见于</w:t>
      </w:r>
    </w:p>
    <w:p>
      <w:pPr>
        <w:spacing w:line="360" w:lineRule="auto"/>
        <w:ind w:firstLine="432"/>
        <w:jc w:val="left"/>
      </w:pPr>
      <w:r>
        <w:rPr>
          <w:rFonts w:ascii="宋体" w:eastAsia="宋体" w:hAnsi="宋体"/>
          <w:color w:val="000000"/>
          <w:sz w:val="28"/>
        </w:rPr>
        <w:t>A.年长儿</w:t>
      </w:r>
    </w:p>
    <w:p>
      <w:pPr>
        <w:spacing w:line="360" w:lineRule="auto"/>
        <w:ind w:firstLine="432"/>
        <w:jc w:val="left"/>
      </w:pPr>
      <w:r>
        <w:rPr>
          <w:rFonts w:ascii="宋体" w:eastAsia="宋体" w:hAnsi="宋体"/>
          <w:color w:val="000000"/>
          <w:sz w:val="28"/>
        </w:rPr>
        <w:t>B.青少年</w:t>
      </w:r>
    </w:p>
    <w:p>
      <w:pPr>
        <w:spacing w:line="360" w:lineRule="auto"/>
        <w:ind w:firstLine="432"/>
        <w:jc w:val="left"/>
      </w:pPr>
      <w:r>
        <w:rPr>
          <w:rFonts w:ascii="宋体" w:eastAsia="宋体" w:hAnsi="宋体"/>
          <w:color w:val="000000"/>
          <w:sz w:val="28"/>
        </w:rPr>
        <w:t>C.新生儿</w:t>
      </w:r>
    </w:p>
    <w:p>
      <w:pPr>
        <w:spacing w:line="360" w:lineRule="auto"/>
        <w:ind w:firstLine="432"/>
        <w:jc w:val="left"/>
      </w:pPr>
      <w:r>
        <w:rPr>
          <w:rFonts w:ascii="宋体" w:eastAsia="宋体" w:hAnsi="宋体"/>
          <w:color w:val="000000"/>
          <w:sz w:val="28"/>
        </w:rPr>
        <w:t>D.婴幼儿。E,成年人</w:t>
      </w:r>
    </w:p>
    <w:p>
      <w:pPr>
        <w:spacing w:line="360" w:lineRule="auto"/>
        <w:ind w:firstLine="432"/>
        <w:jc w:val="left"/>
      </w:pPr>
      <w:r>
        <w:rPr>
          <w:rFonts w:ascii="宋体" w:eastAsia="宋体" w:hAnsi="宋体"/>
          <w:color w:val="000000"/>
          <w:sz w:val="28"/>
        </w:rPr>
        <w:t>【答案】D</w:t>
      </w:r>
    </w:p>
    <w:p>
      <w:pPr>
        <w:spacing w:line="360" w:lineRule="auto"/>
        <w:ind w:firstLine="432"/>
        <w:jc w:val="left"/>
        <w:sectPr w:rsidSect="00034616">
          <w:type w:val="nextPage"/>
          <w:pgSz w:w="12240" w:h="15840"/>
          <w:pgMar w:top="1440" w:right="1800" w:bottom="1440" w:left="1800" w:header="720" w:footer="720" w:gutter="0"/>
          <w:pgNumType w:start="9"/>
          <w:cols w:space="720"/>
          <w:titlePg w:val="0"/>
          <w:docGrid w:linePitch="360"/>
        </w:sectPr>
      </w:pPr>
      <w:r>
        <w:rPr>
          <w:rFonts w:ascii="宋体" w:eastAsia="宋体" w:hAnsi="宋体"/>
          <w:color w:val="000000"/>
          <w:sz w:val="28"/>
        </w:rPr>
        <w:t>23、[题干]关于小儿疾病，说法不恰当的是()。</w:t>
      </w:r>
    </w:p>
    <w:p>
      <w:pPr>
        <w:spacing w:line="360" w:lineRule="auto"/>
        <w:ind w:firstLine="432"/>
        <w:jc w:val="left"/>
      </w:pPr>
      <w:r>
        <w:rPr>
          <w:rFonts w:ascii="宋体" w:eastAsia="宋体" w:hAnsi="宋体"/>
          <w:color w:val="000000"/>
          <w:sz w:val="28"/>
        </w:rPr>
        <w:t>A.感染性疾病多</w:t>
      </w:r>
    </w:p>
    <w:p>
      <w:pPr>
        <w:spacing w:line="360" w:lineRule="auto"/>
        <w:ind w:firstLine="432"/>
        <w:jc w:val="left"/>
      </w:pPr>
      <w:r>
        <w:rPr>
          <w:rFonts w:ascii="宋体" w:eastAsia="宋体" w:hAnsi="宋体"/>
          <w:color w:val="000000"/>
          <w:sz w:val="28"/>
        </w:rPr>
        <w:t>B.起病急、变化快</w:t>
      </w:r>
    </w:p>
    <w:p>
      <w:pPr>
        <w:spacing w:line="360" w:lineRule="auto"/>
        <w:ind w:firstLine="432"/>
        <w:jc w:val="left"/>
      </w:pPr>
      <w:r>
        <w:rPr>
          <w:rFonts w:ascii="宋体" w:eastAsia="宋体" w:hAnsi="宋体"/>
          <w:color w:val="000000"/>
          <w:sz w:val="28"/>
        </w:rPr>
        <w:t>C.合并症多</w:t>
      </w:r>
    </w:p>
    <w:p>
      <w:pPr>
        <w:spacing w:line="360" w:lineRule="auto"/>
        <w:ind w:firstLine="432"/>
        <w:jc w:val="left"/>
      </w:pPr>
      <w:r>
        <w:rPr>
          <w:rFonts w:ascii="宋体" w:eastAsia="宋体" w:hAnsi="宋体"/>
          <w:color w:val="000000"/>
          <w:sz w:val="28"/>
        </w:rPr>
        <w:t>D.先天性、遗传性疾病多。E,慢性病、后遗症多</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24、[题干]4～7岁学龄前儿童的呼吸次数()()。</w:t>
      </w:r>
    </w:p>
    <w:p>
      <w:pPr>
        <w:spacing w:line="360" w:lineRule="auto"/>
        <w:ind w:firstLine="432"/>
        <w:jc w:val="left"/>
      </w:pPr>
      <w:r>
        <w:rPr>
          <w:rFonts w:ascii="宋体" w:eastAsia="宋体" w:hAnsi="宋体"/>
          <w:color w:val="000000"/>
          <w:sz w:val="28"/>
        </w:rPr>
        <w:t>A.40～45次/分</w:t>
      </w:r>
    </w:p>
    <w:p>
      <w:pPr>
        <w:spacing w:line="360" w:lineRule="auto"/>
        <w:ind w:firstLine="432"/>
        <w:jc w:val="left"/>
      </w:pPr>
      <w:r>
        <w:rPr>
          <w:rFonts w:ascii="宋体" w:eastAsia="宋体" w:hAnsi="宋体"/>
          <w:color w:val="000000"/>
          <w:sz w:val="28"/>
        </w:rPr>
        <w:t>B.30～40次/分</w:t>
      </w:r>
    </w:p>
    <w:p>
      <w:pPr>
        <w:spacing w:line="360" w:lineRule="auto"/>
        <w:ind w:firstLine="432"/>
        <w:jc w:val="left"/>
      </w:pPr>
      <w:r>
        <w:rPr>
          <w:rFonts w:ascii="宋体" w:eastAsia="宋体" w:hAnsi="宋体"/>
          <w:color w:val="000000"/>
          <w:sz w:val="28"/>
        </w:rPr>
        <w:t>C.25～30次/分</w:t>
      </w:r>
    </w:p>
    <w:p>
      <w:pPr>
        <w:spacing w:line="360" w:lineRule="auto"/>
        <w:ind w:firstLine="432"/>
        <w:jc w:val="left"/>
      </w:pPr>
      <w:r>
        <w:rPr>
          <w:rFonts w:ascii="宋体" w:eastAsia="宋体" w:hAnsi="宋体"/>
          <w:color w:val="000000"/>
          <w:sz w:val="28"/>
        </w:rPr>
        <w:t>D.20～25次/分。E,18～20次/分</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25、[单选题]《素问·灵兰秘典论》言膻中的主要功能有</w:t>
      </w:r>
    </w:p>
    <w:p>
      <w:pPr>
        <w:spacing w:line="360" w:lineRule="auto"/>
        <w:ind w:firstLine="432"/>
        <w:jc w:val="left"/>
      </w:pPr>
      <w:r>
        <w:rPr>
          <w:rFonts w:ascii="宋体" w:eastAsia="宋体" w:hAnsi="宋体"/>
          <w:color w:val="000000"/>
          <w:sz w:val="28"/>
        </w:rPr>
        <w:t>A.产生七情</w:t>
      </w:r>
    </w:p>
    <w:p>
      <w:pPr>
        <w:spacing w:line="360" w:lineRule="auto"/>
        <w:ind w:firstLine="432"/>
        <w:jc w:val="left"/>
      </w:pPr>
      <w:r>
        <w:rPr>
          <w:rFonts w:ascii="宋体" w:eastAsia="宋体" w:hAnsi="宋体"/>
          <w:color w:val="000000"/>
          <w:sz w:val="28"/>
        </w:rPr>
        <w:t>B.聚藏精气</w:t>
      </w:r>
    </w:p>
    <w:p>
      <w:pPr>
        <w:spacing w:line="360" w:lineRule="auto"/>
        <w:ind w:firstLine="432"/>
        <w:jc w:val="left"/>
      </w:pPr>
      <w:r>
        <w:rPr>
          <w:rFonts w:ascii="宋体" w:eastAsia="宋体" w:hAnsi="宋体"/>
          <w:color w:val="000000"/>
          <w:sz w:val="28"/>
        </w:rPr>
        <w:t>C.代君行令</w:t>
      </w:r>
    </w:p>
    <w:p>
      <w:pPr>
        <w:spacing w:line="360" w:lineRule="auto"/>
        <w:ind w:firstLine="432"/>
        <w:jc w:val="left"/>
      </w:pPr>
      <w:r>
        <w:rPr>
          <w:rFonts w:ascii="宋体" w:eastAsia="宋体" w:hAnsi="宋体"/>
          <w:color w:val="000000"/>
          <w:sz w:val="28"/>
        </w:rPr>
        <w:t>D.辅助血行。E,以上都是</w:t>
      </w:r>
    </w:p>
    <w:p>
      <w:pPr>
        <w:spacing w:line="360" w:lineRule="auto"/>
        <w:ind w:firstLine="432"/>
        <w:jc w:val="left"/>
        <w:sectPr w:rsidSect="00034616">
          <w:type w:val="nextPage"/>
          <w:pgSz w:w="12240" w:h="15840"/>
          <w:pgMar w:top="1440" w:right="1800" w:bottom="1440" w:left="1800" w:header="720" w:footer="720" w:gutter="0"/>
          <w:pgNumType w:start="10"/>
          <w:cols w:space="720"/>
          <w:titlePg w:val="0"/>
          <w:docGrid w:linePitch="360"/>
        </w:sectPr>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26、[单选题]急性肾炎的治疗哪一项是正确的()。</w:t>
      </w:r>
    </w:p>
    <w:p>
      <w:pPr>
        <w:spacing w:line="360" w:lineRule="auto"/>
        <w:ind w:firstLine="432"/>
        <w:jc w:val="left"/>
      </w:pPr>
      <w:r>
        <w:rPr>
          <w:rFonts w:ascii="宋体" w:eastAsia="宋体" w:hAnsi="宋体"/>
          <w:color w:val="000000"/>
          <w:sz w:val="28"/>
        </w:rPr>
        <w:t>A.卧床休息8周以上</w:t>
      </w:r>
    </w:p>
    <w:p>
      <w:pPr>
        <w:spacing w:line="360" w:lineRule="auto"/>
        <w:ind w:firstLine="432"/>
        <w:jc w:val="left"/>
      </w:pPr>
      <w:r>
        <w:rPr>
          <w:rFonts w:ascii="宋体" w:eastAsia="宋体" w:hAnsi="宋体"/>
          <w:color w:val="000000"/>
          <w:sz w:val="28"/>
        </w:rPr>
        <w:t>B.低蛋白饮食3周以上</w:t>
      </w:r>
    </w:p>
    <w:p>
      <w:pPr>
        <w:spacing w:line="360" w:lineRule="auto"/>
        <w:ind w:firstLine="432"/>
        <w:jc w:val="left"/>
      </w:pPr>
      <w:r>
        <w:rPr>
          <w:rFonts w:ascii="宋体" w:eastAsia="宋体" w:hAnsi="宋体"/>
          <w:color w:val="000000"/>
          <w:sz w:val="28"/>
        </w:rPr>
        <w:t>C.无盐饮食至尿蛋白消失</w:t>
      </w:r>
    </w:p>
    <w:p>
      <w:pPr>
        <w:spacing w:line="360" w:lineRule="auto"/>
        <w:ind w:firstLine="432"/>
        <w:jc w:val="left"/>
      </w:pPr>
      <w:r>
        <w:rPr>
          <w:rFonts w:ascii="宋体" w:eastAsia="宋体" w:hAnsi="宋体"/>
          <w:color w:val="000000"/>
          <w:sz w:val="28"/>
        </w:rPr>
        <w:t>D.应用抗生素7～10天，以消除残存感染。E,红细胞沉降率正常后，可恢复正常活动</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27、[题干]下列哪项不是急性肾小球肾炎严重病例的表现()()。</w:t>
      </w:r>
    </w:p>
    <w:p>
      <w:pPr>
        <w:spacing w:line="360" w:lineRule="auto"/>
        <w:ind w:firstLine="432"/>
        <w:jc w:val="left"/>
      </w:pPr>
      <w:r>
        <w:rPr>
          <w:rFonts w:ascii="宋体" w:eastAsia="宋体" w:hAnsi="宋体"/>
          <w:color w:val="000000"/>
          <w:sz w:val="28"/>
        </w:rPr>
        <w:t>A.氮质血症</w:t>
      </w:r>
    </w:p>
    <w:p>
      <w:pPr>
        <w:spacing w:line="360" w:lineRule="auto"/>
        <w:ind w:firstLine="432"/>
        <w:jc w:val="left"/>
      </w:pPr>
      <w:r>
        <w:rPr>
          <w:rFonts w:ascii="宋体" w:eastAsia="宋体" w:hAnsi="宋体"/>
          <w:color w:val="000000"/>
          <w:sz w:val="28"/>
        </w:rPr>
        <w:t>B.尿毒症</w:t>
      </w:r>
    </w:p>
    <w:p>
      <w:pPr>
        <w:spacing w:line="360" w:lineRule="auto"/>
        <w:ind w:firstLine="432"/>
        <w:jc w:val="left"/>
      </w:pPr>
      <w:r>
        <w:rPr>
          <w:rFonts w:ascii="宋体" w:eastAsia="宋体" w:hAnsi="宋体"/>
          <w:color w:val="000000"/>
          <w:sz w:val="28"/>
        </w:rPr>
        <w:t>C.严重循环充血</w:t>
      </w:r>
    </w:p>
    <w:p>
      <w:pPr>
        <w:spacing w:line="360" w:lineRule="auto"/>
        <w:ind w:firstLine="432"/>
        <w:jc w:val="left"/>
      </w:pPr>
      <w:r>
        <w:rPr>
          <w:rFonts w:ascii="宋体" w:eastAsia="宋体" w:hAnsi="宋体"/>
          <w:color w:val="000000"/>
          <w:sz w:val="28"/>
        </w:rPr>
        <w:t>D.高血压脑病。E,肉眼血尿</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【解析】急性肾小球肾炎严重病例的表现包括急性肾衰竭、严重循环充血、高血压脑病，而血尿、水肿、高血压为典型病例表现，故正确答案为E。</w:t>
      </w:r>
    </w:p>
    <w:p>
      <w:pPr>
        <w:spacing w:line="360" w:lineRule="auto"/>
        <w:ind w:firstLine="432"/>
        <w:jc w:val="left"/>
      </w:pPr>
      <w:r>
        <w:rPr>
          <w:rFonts w:ascii="宋体" w:eastAsia="宋体" w:hAnsi="宋体"/>
          <w:color w:val="000000"/>
          <w:sz w:val="28"/>
        </w:rPr>
        <w:t>28、[题干]1岁和2岁时的头围分别为()()。</w:t>
      </w:r>
    </w:p>
    <w:p>
      <w:pPr>
        <w:spacing w:line="360" w:lineRule="auto"/>
        <w:ind w:firstLine="432"/>
        <w:jc w:val="left"/>
        <w:sectPr w:rsidSect="00034616">
          <w:type w:val="nextPage"/>
          <w:pgSz w:w="12240" w:h="15840"/>
          <w:pgMar w:top="1440" w:right="1800" w:bottom="1440" w:left="1800" w:header="720" w:footer="720" w:gutter="0"/>
          <w:pgNumType w:start="11"/>
          <w:cols w:space="720"/>
          <w:titlePg w:val="0"/>
          <w:docGrid w:linePitch="360"/>
        </w:sectPr>
      </w:pPr>
      <w:r>
        <w:rPr>
          <w:rFonts w:ascii="宋体" w:eastAsia="宋体" w:hAnsi="宋体"/>
          <w:color w:val="000000"/>
          <w:sz w:val="28"/>
        </w:rPr>
        <w:t>A.45cm,47cm</w:t>
      </w:r>
    </w:p>
    <w:p>
      <w:pPr>
        <w:spacing w:line="360" w:lineRule="auto"/>
        <w:ind w:firstLine="432"/>
        <w:jc w:val="left"/>
      </w:pPr>
      <w:r>
        <w:rPr>
          <w:rFonts w:ascii="宋体" w:eastAsia="宋体" w:hAnsi="宋体"/>
          <w:color w:val="000000"/>
          <w:sz w:val="28"/>
        </w:rPr>
        <w:t>B.45cm,48cm</w:t>
      </w:r>
    </w:p>
    <w:p>
      <w:pPr>
        <w:spacing w:line="360" w:lineRule="auto"/>
        <w:ind w:firstLine="432"/>
        <w:jc w:val="left"/>
      </w:pPr>
      <w:r>
        <w:rPr>
          <w:rFonts w:ascii="宋体" w:eastAsia="宋体" w:hAnsi="宋体"/>
          <w:color w:val="000000"/>
          <w:sz w:val="28"/>
        </w:rPr>
        <w:t>C.46cm,48cm</w:t>
      </w:r>
    </w:p>
    <w:p>
      <w:pPr>
        <w:spacing w:line="360" w:lineRule="auto"/>
        <w:ind w:firstLine="432"/>
        <w:jc w:val="left"/>
      </w:pPr>
      <w:r>
        <w:rPr>
          <w:rFonts w:ascii="宋体" w:eastAsia="宋体" w:hAnsi="宋体"/>
          <w:color w:val="000000"/>
          <w:sz w:val="28"/>
        </w:rPr>
        <w:t>D.46cm,49cm。E,47cm,49cm</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【解析】1岁的头围为46cm，2岁时的头围为48cm，故正确答案为C。</w:t>
      </w:r>
    </w:p>
    <w:p>
      <w:pPr>
        <w:spacing w:line="360" w:lineRule="auto"/>
        <w:ind w:firstLine="432"/>
        <w:jc w:val="left"/>
      </w:pPr>
      <w:r>
        <w:rPr>
          <w:rFonts w:ascii="宋体" w:eastAsia="宋体" w:hAnsi="宋体"/>
          <w:color w:val="000000"/>
          <w:sz w:val="28"/>
        </w:rPr>
        <w:t>29、“诸暴强直，皆属于风。”出自于</w:t>
      </w:r>
    </w:p>
    <w:p>
      <w:pPr>
        <w:spacing w:line="360" w:lineRule="auto"/>
        <w:ind w:firstLine="432"/>
        <w:jc w:val="left"/>
      </w:pPr>
      <w:r>
        <w:rPr>
          <w:rFonts w:ascii="宋体" w:eastAsia="宋体" w:hAnsi="宋体"/>
          <w:color w:val="000000"/>
          <w:sz w:val="28"/>
        </w:rPr>
        <w:t>A.《灵枢·经筋》</w:t>
      </w:r>
    </w:p>
    <w:p>
      <w:pPr>
        <w:spacing w:line="360" w:lineRule="auto"/>
        <w:ind w:firstLine="432"/>
        <w:jc w:val="left"/>
      </w:pPr>
      <w:r>
        <w:rPr>
          <w:rFonts w:ascii="宋体" w:eastAsia="宋体" w:hAnsi="宋体"/>
          <w:color w:val="000000"/>
          <w:sz w:val="28"/>
        </w:rPr>
        <w:t>B.《素问·气厥论》</w:t>
      </w:r>
    </w:p>
    <w:p>
      <w:pPr>
        <w:spacing w:line="360" w:lineRule="auto"/>
        <w:ind w:firstLine="432"/>
        <w:jc w:val="left"/>
      </w:pPr>
      <w:r>
        <w:rPr>
          <w:rFonts w:ascii="宋体" w:eastAsia="宋体" w:hAnsi="宋体"/>
          <w:color w:val="000000"/>
          <w:sz w:val="28"/>
        </w:rPr>
        <w:t>C.《素问·骨空论》</w:t>
      </w:r>
    </w:p>
    <w:p>
      <w:pPr>
        <w:spacing w:line="360" w:lineRule="auto"/>
        <w:ind w:firstLine="432"/>
        <w:jc w:val="left"/>
      </w:pPr>
      <w:r>
        <w:rPr>
          <w:rFonts w:ascii="宋体" w:eastAsia="宋体" w:hAnsi="宋体"/>
          <w:color w:val="000000"/>
          <w:sz w:val="28"/>
        </w:rPr>
        <w:t>D.《素问·至真要大论》。E,《诸病源候论·风痉候》</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【解析】“诸暴强直，皆属于风。”出自于《素问·至真要大论》。</w:t>
      </w:r>
    </w:p>
    <w:p>
      <w:pPr>
        <w:spacing w:line="360" w:lineRule="auto"/>
        <w:ind w:firstLine="432"/>
        <w:jc w:val="left"/>
      </w:pPr>
      <w:r>
        <w:rPr>
          <w:rFonts w:ascii="宋体" w:eastAsia="宋体" w:hAnsi="宋体"/>
          <w:color w:val="000000"/>
          <w:sz w:val="28"/>
        </w:rPr>
        <w:t>30、[单选题]重症肺炎伴腹胀时，下列哪项处理不正确()。</w:t>
      </w:r>
    </w:p>
    <w:p>
      <w:pPr>
        <w:spacing w:line="360" w:lineRule="auto"/>
        <w:ind w:firstLine="432"/>
        <w:jc w:val="left"/>
      </w:pPr>
      <w:r>
        <w:rPr>
          <w:rFonts w:ascii="宋体" w:eastAsia="宋体" w:hAnsi="宋体"/>
          <w:color w:val="000000"/>
          <w:sz w:val="28"/>
        </w:rPr>
        <w:t>A.禁食</w:t>
      </w:r>
    </w:p>
    <w:p>
      <w:pPr>
        <w:spacing w:line="360" w:lineRule="auto"/>
        <w:ind w:firstLine="432"/>
        <w:jc w:val="left"/>
      </w:pPr>
      <w:r>
        <w:rPr>
          <w:rFonts w:ascii="宋体" w:eastAsia="宋体" w:hAnsi="宋体"/>
          <w:color w:val="000000"/>
          <w:sz w:val="28"/>
        </w:rPr>
        <w:t>B.腹腔穿刺减压</w:t>
      </w:r>
    </w:p>
    <w:p>
      <w:pPr>
        <w:spacing w:line="360" w:lineRule="auto"/>
        <w:ind w:firstLine="432"/>
        <w:jc w:val="left"/>
        <w:sectPr w:rsidSect="00034616">
          <w:type w:val="nextPage"/>
          <w:pgSz w:w="12240" w:h="15840"/>
          <w:pgMar w:top="1440" w:right="1800" w:bottom="1440" w:left="1800" w:header="720" w:footer="720" w:gutter="0"/>
          <w:pgNumType w:start="12"/>
          <w:cols w:space="720"/>
          <w:titlePg w:val="0"/>
          <w:docGrid w:linePitch="360"/>
        </w:sectPr>
      </w:pPr>
      <w:r>
        <w:rPr>
          <w:rFonts w:ascii="宋体" w:eastAsia="宋体" w:hAnsi="宋体"/>
          <w:color w:val="000000"/>
          <w:sz w:val="28"/>
        </w:rPr>
        <w:t>C.注射新斯的明</w:t>
      </w:r>
    </w:p>
    <w:p>
      <w:pPr>
        <w:spacing w:line="360" w:lineRule="auto"/>
        <w:ind w:firstLine="432"/>
        <w:jc w:val="left"/>
      </w:pPr>
      <w:r>
        <w:rPr>
          <w:rFonts w:ascii="宋体" w:eastAsia="宋体" w:hAnsi="宋体"/>
          <w:color w:val="000000"/>
          <w:sz w:val="28"/>
        </w:rPr>
        <w:t>D.胃肠减压。E,纠正低血钾</w:t>
      </w:r>
    </w:p>
    <w:p>
      <w:pPr>
        <w:spacing w:line="360" w:lineRule="auto"/>
        <w:ind w:firstLine="432"/>
        <w:jc w:val="left"/>
      </w:pPr>
      <w:r>
        <w:rPr>
          <w:rFonts w:ascii="宋体" w:eastAsia="宋体" w:hAnsi="宋体"/>
          <w:color w:val="000000"/>
          <w:sz w:val="28"/>
        </w:rPr>
        <w:t>【答案】B</w:t>
      </w:r>
    </w:p>
    <w:p>
      <w:pPr>
        <w:spacing w:line="360" w:lineRule="auto"/>
        <w:ind w:firstLine="432"/>
        <w:jc w:val="left"/>
      </w:pPr>
      <w:r>
        <w:rPr>
          <w:rFonts w:ascii="宋体" w:eastAsia="宋体" w:hAnsi="宋体"/>
          <w:color w:val="000000"/>
          <w:sz w:val="28"/>
        </w:rPr>
        <w:t>31、[题干]引起小儿急性肾小球肾炎肺水肿的原因中哪项是最重要的</w:t>
      </w:r>
    </w:p>
    <w:p>
      <w:pPr>
        <w:spacing w:line="360" w:lineRule="auto"/>
        <w:ind w:firstLine="432"/>
        <w:jc w:val="left"/>
      </w:pPr>
      <w:r>
        <w:rPr>
          <w:rFonts w:ascii="宋体" w:eastAsia="宋体" w:hAnsi="宋体"/>
          <w:color w:val="000000"/>
          <w:sz w:val="28"/>
        </w:rPr>
        <w:t>A.血容量增加</w:t>
      </w:r>
    </w:p>
    <w:p>
      <w:pPr>
        <w:spacing w:line="360" w:lineRule="auto"/>
        <w:ind w:firstLine="432"/>
        <w:jc w:val="left"/>
      </w:pPr>
      <w:r>
        <w:rPr>
          <w:rFonts w:ascii="宋体" w:eastAsia="宋体" w:hAnsi="宋体"/>
          <w:color w:val="000000"/>
          <w:sz w:val="28"/>
        </w:rPr>
        <w:t>B.血压增高</w:t>
      </w:r>
    </w:p>
    <w:p>
      <w:pPr>
        <w:spacing w:line="360" w:lineRule="auto"/>
        <w:ind w:firstLine="432"/>
        <w:jc w:val="left"/>
      </w:pPr>
      <w:r>
        <w:rPr>
          <w:rFonts w:ascii="宋体" w:eastAsia="宋体" w:hAnsi="宋体"/>
          <w:color w:val="000000"/>
          <w:sz w:val="28"/>
        </w:rPr>
        <w:t>C.心肌间质水肿</w:t>
      </w:r>
    </w:p>
    <w:p>
      <w:pPr>
        <w:spacing w:line="360" w:lineRule="auto"/>
        <w:ind w:firstLine="432"/>
        <w:jc w:val="left"/>
      </w:pPr>
      <w:r>
        <w:rPr>
          <w:rFonts w:ascii="宋体" w:eastAsia="宋体" w:hAnsi="宋体"/>
          <w:color w:val="000000"/>
          <w:sz w:val="28"/>
        </w:rPr>
        <w:t>D.中毒性心肌炎。E,血和缺氧</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32、[单选题]下述哪一项表现对川崎病的诊断及预后的判断最具有价值()。</w:t>
      </w:r>
    </w:p>
    <w:p>
      <w:pPr>
        <w:spacing w:line="360" w:lineRule="auto"/>
        <w:ind w:firstLine="432"/>
        <w:jc w:val="left"/>
      </w:pPr>
      <w:r>
        <w:rPr>
          <w:rFonts w:ascii="宋体" w:eastAsia="宋体" w:hAnsi="宋体"/>
          <w:color w:val="000000"/>
          <w:sz w:val="28"/>
        </w:rPr>
        <w:t>A.发热呈稽留热或弛张热型</w:t>
      </w:r>
    </w:p>
    <w:p>
      <w:pPr>
        <w:spacing w:line="360" w:lineRule="auto"/>
        <w:ind w:firstLine="432"/>
        <w:jc w:val="left"/>
      </w:pPr>
      <w:r>
        <w:rPr>
          <w:rFonts w:ascii="宋体" w:eastAsia="宋体" w:hAnsi="宋体"/>
          <w:color w:val="000000"/>
          <w:sz w:val="28"/>
        </w:rPr>
        <w:t>B.手足皮肤广泛性硬肿、掌跖红斑或膜样脱皮</w:t>
      </w:r>
    </w:p>
    <w:p>
      <w:pPr>
        <w:spacing w:line="360" w:lineRule="auto"/>
        <w:ind w:firstLine="432"/>
        <w:jc w:val="left"/>
      </w:pPr>
      <w:r>
        <w:rPr>
          <w:rFonts w:ascii="宋体" w:eastAsia="宋体" w:hAnsi="宋体"/>
          <w:color w:val="000000"/>
          <w:sz w:val="28"/>
        </w:rPr>
        <w:t>C.遍布全身的多形性红斑</w:t>
      </w:r>
    </w:p>
    <w:p>
      <w:pPr>
        <w:spacing w:line="360" w:lineRule="auto"/>
        <w:ind w:firstLine="432"/>
        <w:jc w:val="left"/>
      </w:pPr>
      <w:r>
        <w:rPr>
          <w:rFonts w:ascii="宋体" w:eastAsia="宋体" w:hAnsi="宋体"/>
          <w:color w:val="000000"/>
          <w:sz w:val="28"/>
        </w:rPr>
        <w:t>D.影像学显示冠状动脉病变。E,双眼结合膜充血、唇红干裂和杨梅舌</w:t>
      </w:r>
    </w:p>
    <w:p>
      <w:pPr>
        <w:spacing w:line="360" w:lineRule="auto"/>
        <w:ind w:firstLine="432"/>
        <w:jc w:val="left"/>
      </w:pPr>
      <w:r>
        <w:rPr>
          <w:rFonts w:ascii="宋体" w:eastAsia="宋体" w:hAnsi="宋体"/>
          <w:color w:val="000000"/>
          <w:sz w:val="28"/>
        </w:rPr>
        <w:t>【答案】D</w:t>
      </w:r>
    </w:p>
    <w:p>
      <w:pPr>
        <w:spacing w:line="360" w:lineRule="auto"/>
        <w:ind w:firstLine="432"/>
        <w:jc w:val="left"/>
        <w:sectPr w:rsidSect="00034616">
          <w:type w:val="nextPage"/>
          <w:pgSz w:w="12240" w:h="15840"/>
          <w:pgMar w:top="1440" w:right="1800" w:bottom="1440" w:left="1800" w:header="720" w:footer="720" w:gutter="0"/>
          <w:pgNumType w:start="13"/>
          <w:cols w:space="720"/>
          <w:titlePg w:val="0"/>
          <w:docGrid w:linePitch="360"/>
        </w:sectPr>
      </w:pPr>
      <w:r>
        <w:rPr>
          <w:rFonts w:ascii="宋体" w:eastAsia="宋体" w:hAnsi="宋体"/>
          <w:color w:val="000000"/>
          <w:sz w:val="28"/>
        </w:rPr>
        <w:t>33、[单选题]若给予铁剂治疗，最早改善的是</w:t>
      </w:r>
    </w:p>
    <w:p>
      <w:pPr>
        <w:spacing w:line="360" w:lineRule="auto"/>
        <w:ind w:firstLine="432"/>
        <w:jc w:val="left"/>
      </w:pPr>
      <w:r>
        <w:rPr>
          <w:rFonts w:ascii="宋体" w:eastAsia="宋体" w:hAnsi="宋体"/>
          <w:color w:val="000000"/>
          <w:sz w:val="28"/>
        </w:rPr>
        <w:t>A.精神及食欲</w:t>
      </w:r>
    </w:p>
    <w:p>
      <w:pPr>
        <w:spacing w:line="360" w:lineRule="auto"/>
        <w:ind w:firstLine="432"/>
        <w:jc w:val="left"/>
      </w:pPr>
      <w:r>
        <w:rPr>
          <w:rFonts w:ascii="宋体" w:eastAsia="宋体" w:hAnsi="宋体"/>
          <w:color w:val="000000"/>
          <w:sz w:val="28"/>
        </w:rPr>
        <w:t>B.网织红细胞增加</w:t>
      </w:r>
    </w:p>
    <w:p>
      <w:pPr>
        <w:spacing w:line="360" w:lineRule="auto"/>
        <w:ind w:firstLine="432"/>
        <w:jc w:val="left"/>
      </w:pPr>
      <w:r>
        <w:rPr>
          <w:rFonts w:ascii="宋体" w:eastAsia="宋体" w:hAnsi="宋体"/>
          <w:color w:val="000000"/>
          <w:sz w:val="28"/>
        </w:rPr>
        <w:t>C.血红蛋白增加</w:t>
      </w:r>
    </w:p>
    <w:p>
      <w:pPr>
        <w:spacing w:line="360" w:lineRule="auto"/>
        <w:ind w:firstLine="432"/>
        <w:jc w:val="left"/>
      </w:pPr>
      <w:r>
        <w:rPr>
          <w:rFonts w:ascii="宋体" w:eastAsia="宋体" w:hAnsi="宋体"/>
          <w:color w:val="000000"/>
          <w:sz w:val="28"/>
        </w:rPr>
        <w:t>D.脾脏缩小。E,肝脏缩小</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34、[题干]病毒性感染引起的免疫功能低下包括</w:t>
      </w:r>
    </w:p>
    <w:p>
      <w:pPr>
        <w:spacing w:line="360" w:lineRule="auto"/>
        <w:ind w:firstLine="432"/>
        <w:jc w:val="left"/>
      </w:pPr>
      <w:r>
        <w:rPr>
          <w:rFonts w:ascii="宋体" w:eastAsia="宋体" w:hAnsi="宋体"/>
          <w:color w:val="000000"/>
          <w:sz w:val="28"/>
        </w:rPr>
        <w:t>A.T细胞数量减少</w:t>
      </w:r>
    </w:p>
    <w:p>
      <w:pPr>
        <w:spacing w:line="360" w:lineRule="auto"/>
        <w:ind w:firstLine="432"/>
        <w:jc w:val="left"/>
      </w:pPr>
      <w:r>
        <w:rPr>
          <w:rFonts w:ascii="宋体" w:eastAsia="宋体" w:hAnsi="宋体"/>
          <w:color w:val="000000"/>
          <w:sz w:val="28"/>
        </w:rPr>
        <w:t>B.中性粒细胞减少</w:t>
      </w:r>
    </w:p>
    <w:p>
      <w:pPr>
        <w:spacing w:line="360" w:lineRule="auto"/>
        <w:ind w:firstLine="432"/>
        <w:jc w:val="left"/>
      </w:pPr>
      <w:r>
        <w:rPr>
          <w:rFonts w:ascii="宋体" w:eastAsia="宋体" w:hAnsi="宋体"/>
          <w:color w:val="000000"/>
          <w:sz w:val="28"/>
        </w:rPr>
        <w:t>C.中性粒细胞吞噬和杀菌功能低下</w:t>
      </w:r>
    </w:p>
    <w:p>
      <w:pPr>
        <w:spacing w:line="360" w:lineRule="auto"/>
        <w:ind w:firstLine="432"/>
        <w:jc w:val="left"/>
      </w:pPr>
      <w:r>
        <w:rPr>
          <w:rFonts w:ascii="宋体" w:eastAsia="宋体" w:hAnsi="宋体"/>
          <w:color w:val="000000"/>
          <w:sz w:val="28"/>
        </w:rPr>
        <w:t>D.细胞毒性T细胞功能低下。E,抗体反应缺乏</w:t>
      </w:r>
    </w:p>
    <w:p>
      <w:pPr>
        <w:spacing w:line="360" w:lineRule="auto"/>
        <w:ind w:firstLine="432"/>
        <w:jc w:val="left"/>
      </w:pPr>
      <w:r>
        <w:rPr>
          <w:rFonts w:ascii="宋体" w:eastAsia="宋体" w:hAnsi="宋体"/>
          <w:color w:val="000000"/>
          <w:sz w:val="28"/>
        </w:rPr>
        <w:t>【答案】ABCDE</w:t>
      </w:r>
    </w:p>
    <w:p>
      <w:pPr>
        <w:spacing w:line="360" w:lineRule="auto"/>
        <w:ind w:firstLine="432"/>
        <w:jc w:val="left"/>
      </w:pPr>
      <w:r>
        <w:rPr>
          <w:rFonts w:ascii="宋体" w:eastAsia="宋体" w:hAnsi="宋体"/>
          <w:color w:val="000000"/>
          <w:sz w:val="28"/>
        </w:rPr>
        <w:t>35、[题干]3岁半患儿，因发烧咳嗽1周入院。入院时体温38.5℃，心肺听诊正常，PPD(+)，胸片左肺纹理增多，右上肺有一片阴影，伴右肺门淋巴结肿大影。最可能的诊断是</w:t>
      </w:r>
    </w:p>
    <w:p>
      <w:pPr>
        <w:spacing w:line="360" w:lineRule="auto"/>
        <w:ind w:firstLine="432"/>
        <w:jc w:val="left"/>
      </w:pPr>
      <w:r>
        <w:rPr>
          <w:rFonts w:ascii="宋体" w:eastAsia="宋体" w:hAnsi="宋体"/>
          <w:color w:val="000000"/>
          <w:sz w:val="28"/>
        </w:rPr>
        <w:t>A.节段性肺炎</w:t>
      </w:r>
    </w:p>
    <w:p>
      <w:pPr>
        <w:spacing w:line="360" w:lineRule="auto"/>
        <w:ind w:firstLine="432"/>
        <w:jc w:val="left"/>
      </w:pPr>
      <w:r>
        <w:rPr>
          <w:rFonts w:ascii="宋体" w:eastAsia="宋体" w:hAnsi="宋体"/>
          <w:color w:val="000000"/>
          <w:sz w:val="28"/>
        </w:rPr>
        <w:t>B.大叶性肺炎</w:t>
      </w:r>
    </w:p>
    <w:p>
      <w:pPr>
        <w:spacing w:line="360" w:lineRule="auto"/>
        <w:ind w:firstLine="432"/>
        <w:jc w:val="left"/>
      </w:pPr>
      <w:r>
        <w:rPr>
          <w:rFonts w:ascii="宋体" w:eastAsia="宋体" w:hAnsi="宋体"/>
          <w:color w:val="000000"/>
          <w:sz w:val="28"/>
        </w:rPr>
        <w:t>C.肺门淋巴结炎</w:t>
      </w:r>
    </w:p>
    <w:p>
      <w:pPr>
        <w:spacing w:line="360" w:lineRule="auto"/>
        <w:ind w:firstLine="432"/>
        <w:jc w:val="left"/>
        <w:sectPr w:rsidSect="00034616">
          <w:type w:val="nextPage"/>
          <w:pgSz w:w="12240" w:h="15840"/>
          <w:pgMar w:top="1440" w:right="1800" w:bottom="1440" w:left="1800" w:header="720" w:footer="720" w:gutter="0"/>
          <w:pgNumType w:start="14"/>
          <w:cols w:space="720"/>
          <w:titlePg w:val="0"/>
          <w:docGrid w:linePitch="360"/>
        </w:sectPr>
      </w:pPr>
      <w:r>
        <w:rPr>
          <w:rFonts w:ascii="宋体" w:eastAsia="宋体" w:hAnsi="宋体"/>
          <w:color w:val="000000"/>
          <w:sz w:val="28"/>
        </w:rPr>
        <w:t>D.原发性肺结核。E,支原体肺炎</w:t>
      </w:r>
    </w:p>
    <w:p>
      <w:pPr>
        <w:spacing w:line="360" w:lineRule="auto"/>
        <w:ind w:firstLine="432"/>
        <w:jc w:val="left"/>
      </w:pPr>
      <w:r>
        <w:rPr>
          <w:rFonts w:ascii="宋体" w:eastAsia="宋体" w:hAnsi="宋体"/>
          <w:color w:val="000000"/>
          <w:sz w:val="28"/>
        </w:rPr>
        <w:t>【答案】D</w:t>
      </w:r>
    </w:p>
    <w:p>
      <w:pPr>
        <w:spacing w:line="360" w:lineRule="auto"/>
        <w:ind w:firstLine="432"/>
        <w:jc w:val="left"/>
      </w:pPr>
      <w:r>
        <w:rPr>
          <w:rFonts w:ascii="宋体" w:eastAsia="宋体" w:hAnsi="宋体"/>
          <w:color w:val="000000"/>
          <w:sz w:val="28"/>
        </w:rPr>
        <w:t>36、[题干]间日疟的临床特征是</w:t>
      </w:r>
    </w:p>
    <w:p>
      <w:pPr>
        <w:spacing w:line="360" w:lineRule="auto"/>
        <w:ind w:firstLine="432"/>
        <w:jc w:val="left"/>
      </w:pPr>
      <w:r>
        <w:rPr>
          <w:rFonts w:ascii="宋体" w:eastAsia="宋体" w:hAnsi="宋体"/>
          <w:color w:val="000000"/>
          <w:sz w:val="28"/>
        </w:rPr>
        <w:t>A.3日发作1次，表现寒战、高热、大汗</w:t>
      </w:r>
    </w:p>
    <w:p>
      <w:pPr>
        <w:spacing w:line="360" w:lineRule="auto"/>
        <w:ind w:firstLine="432"/>
        <w:jc w:val="left"/>
      </w:pPr>
      <w:r>
        <w:rPr>
          <w:rFonts w:ascii="宋体" w:eastAsia="宋体" w:hAnsi="宋体"/>
          <w:color w:val="000000"/>
          <w:sz w:val="28"/>
        </w:rPr>
        <w:t>B.隔日发作，表现寒战、高热</w:t>
      </w:r>
    </w:p>
    <w:p>
      <w:pPr>
        <w:spacing w:line="360" w:lineRule="auto"/>
        <w:ind w:firstLine="432"/>
        <w:jc w:val="left"/>
      </w:pPr>
      <w:r>
        <w:rPr>
          <w:rFonts w:ascii="宋体" w:eastAsia="宋体" w:hAnsi="宋体"/>
          <w:color w:val="000000"/>
          <w:sz w:val="28"/>
        </w:rPr>
        <w:t>C.主要表现高热、寒战、抽搐</w:t>
      </w:r>
    </w:p>
    <w:p>
      <w:pPr>
        <w:spacing w:line="360" w:lineRule="auto"/>
        <w:ind w:firstLine="432"/>
        <w:jc w:val="left"/>
      </w:pPr>
      <w:r>
        <w:rPr>
          <w:rFonts w:ascii="宋体" w:eastAsia="宋体" w:hAnsi="宋体"/>
          <w:color w:val="000000"/>
          <w:sz w:val="28"/>
        </w:rPr>
        <w:t>D.持续高热。E,间日定时发作，寒战后体温迅速上升，持续4～8小时后大汗，体温骤然下降</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【解析】在初发热时发热可不规则，几天后才呈典型的间歇性寒热发作。如血内有两批先后发育成熟的疟原虫，则可出现每日发作。</w:t>
      </w:r>
    </w:p>
    <w:p>
      <w:pPr>
        <w:spacing w:line="360" w:lineRule="auto"/>
        <w:ind w:firstLine="432"/>
        <w:jc w:val="left"/>
      </w:pPr>
      <w:r>
        <w:rPr>
          <w:rFonts w:ascii="宋体" w:eastAsia="宋体" w:hAnsi="宋体"/>
          <w:color w:val="000000"/>
          <w:sz w:val="28"/>
        </w:rPr>
        <w:t>37、[题干]动脉导管未闭血液分流量的大小取决于()</w:t>
      </w:r>
    </w:p>
    <w:p>
      <w:pPr>
        <w:spacing w:line="360" w:lineRule="auto"/>
        <w:ind w:firstLine="432"/>
        <w:jc w:val="left"/>
      </w:pPr>
      <w:r>
        <w:rPr>
          <w:rFonts w:ascii="宋体" w:eastAsia="宋体" w:hAnsi="宋体"/>
          <w:color w:val="000000"/>
          <w:sz w:val="28"/>
        </w:rPr>
        <w:t>A.年龄大小</w:t>
      </w:r>
    </w:p>
    <w:p>
      <w:pPr>
        <w:spacing w:line="360" w:lineRule="auto"/>
        <w:ind w:firstLine="432"/>
        <w:jc w:val="left"/>
      </w:pPr>
      <w:r>
        <w:rPr>
          <w:rFonts w:ascii="宋体" w:eastAsia="宋体" w:hAnsi="宋体"/>
          <w:color w:val="000000"/>
          <w:sz w:val="28"/>
        </w:rPr>
        <w:t>B.导管的类型</w:t>
      </w:r>
    </w:p>
    <w:p>
      <w:pPr>
        <w:spacing w:line="360" w:lineRule="auto"/>
        <w:ind w:firstLine="432"/>
        <w:jc w:val="left"/>
      </w:pPr>
      <w:r>
        <w:rPr>
          <w:rFonts w:ascii="宋体" w:eastAsia="宋体" w:hAnsi="宋体"/>
          <w:color w:val="000000"/>
          <w:sz w:val="28"/>
        </w:rPr>
        <w:t>C.右心室容量负荷大小</w:t>
      </w:r>
    </w:p>
    <w:p>
      <w:pPr>
        <w:spacing w:line="360" w:lineRule="auto"/>
        <w:ind w:firstLine="432"/>
        <w:jc w:val="left"/>
      </w:pPr>
      <w:r>
        <w:rPr>
          <w:rFonts w:ascii="宋体" w:eastAsia="宋体" w:hAnsi="宋体"/>
          <w:color w:val="000000"/>
          <w:sz w:val="28"/>
        </w:rPr>
        <w:t>D.左心室压力负荷大小。E,导管的粗细和主、肺动脉压力差</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38、[题干]左向右分流的先心病的共同特点，下列哪项是错误的()</w:t>
      </w:r>
    </w:p>
    <w:p>
      <w:pPr>
        <w:spacing w:line="360" w:lineRule="auto"/>
        <w:ind w:firstLine="432"/>
        <w:jc w:val="left"/>
        <w:sectPr w:rsidSect="00034616">
          <w:type w:val="nextPage"/>
          <w:pgSz w:w="12240" w:h="15840"/>
          <w:pgMar w:top="1440" w:right="1800" w:bottom="1440" w:left="1800" w:header="720" w:footer="720" w:gutter="0"/>
          <w:pgNumType w:start="15"/>
          <w:cols w:space="720"/>
          <w:titlePg w:val="0"/>
          <w:docGrid w:linePitch="360"/>
        </w:sectPr>
      </w:pPr>
      <w:r>
        <w:rPr>
          <w:rFonts w:ascii="宋体" w:eastAsia="宋体" w:hAnsi="宋体"/>
          <w:color w:val="000000"/>
          <w:sz w:val="28"/>
        </w:rPr>
        <w:t>A.潜伏青紫</w:t>
      </w:r>
    </w:p>
    <w:p>
      <w:pPr>
        <w:spacing w:line="360" w:lineRule="auto"/>
        <w:ind w:firstLine="432"/>
        <w:jc w:val="left"/>
      </w:pPr>
      <w:r>
        <w:rPr>
          <w:rFonts w:ascii="宋体" w:eastAsia="宋体" w:hAnsi="宋体"/>
          <w:color w:val="000000"/>
          <w:sz w:val="28"/>
        </w:rPr>
        <w:t>B.胸骨左缘有粗糙收缩期杂音</w:t>
      </w:r>
    </w:p>
    <w:p>
      <w:pPr>
        <w:spacing w:line="360" w:lineRule="auto"/>
        <w:ind w:firstLine="432"/>
        <w:jc w:val="left"/>
      </w:pPr>
      <w:r>
        <w:rPr>
          <w:rFonts w:ascii="宋体" w:eastAsia="宋体" w:hAnsi="宋体"/>
          <w:color w:val="000000"/>
          <w:sz w:val="28"/>
        </w:rPr>
        <w:t>C.影响生长发育</w:t>
      </w:r>
    </w:p>
    <w:p>
      <w:pPr>
        <w:spacing w:line="360" w:lineRule="auto"/>
        <w:ind w:firstLine="432"/>
        <w:jc w:val="left"/>
      </w:pPr>
      <w:r>
        <w:rPr>
          <w:rFonts w:ascii="宋体" w:eastAsia="宋体" w:hAnsi="宋体"/>
          <w:color w:val="000000"/>
          <w:sz w:val="28"/>
        </w:rPr>
        <w:t>D.易患肺炎。E,肺循环量少</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39、[题干]肾上腺皮质激素用于治疗原发性血小板减少性紫癍的主要药理作用是(　　)。</w:t>
      </w:r>
    </w:p>
    <w:p>
      <w:pPr>
        <w:spacing w:line="360" w:lineRule="auto"/>
        <w:ind w:firstLine="432"/>
        <w:jc w:val="left"/>
      </w:pPr>
      <w:r>
        <w:rPr>
          <w:rFonts w:ascii="宋体" w:eastAsia="宋体" w:hAnsi="宋体"/>
          <w:color w:val="000000"/>
          <w:sz w:val="28"/>
        </w:rPr>
        <w:t>A.降低毛细血管通透性</w:t>
      </w:r>
    </w:p>
    <w:p>
      <w:pPr>
        <w:spacing w:line="360" w:lineRule="auto"/>
        <w:ind w:firstLine="432"/>
        <w:jc w:val="left"/>
      </w:pPr>
      <w:r>
        <w:rPr>
          <w:rFonts w:ascii="宋体" w:eastAsia="宋体" w:hAnsi="宋体"/>
          <w:color w:val="000000"/>
          <w:sz w:val="28"/>
        </w:rPr>
        <w:t>B.抑制血小板抗体产生</w:t>
      </w:r>
    </w:p>
    <w:p>
      <w:pPr>
        <w:spacing w:line="360" w:lineRule="auto"/>
        <w:ind w:firstLine="432"/>
        <w:jc w:val="left"/>
      </w:pPr>
      <w:r>
        <w:rPr>
          <w:rFonts w:ascii="宋体" w:eastAsia="宋体" w:hAnsi="宋体"/>
          <w:color w:val="000000"/>
          <w:sz w:val="28"/>
        </w:rPr>
        <w:t>C.抑制巨噬细胞破坏有抗体吸附的血小板</w:t>
      </w:r>
    </w:p>
    <w:p>
      <w:pPr>
        <w:spacing w:line="360" w:lineRule="auto"/>
        <w:ind w:firstLine="432"/>
        <w:jc w:val="left"/>
      </w:pPr>
      <w:r>
        <w:rPr>
          <w:rFonts w:ascii="宋体" w:eastAsia="宋体" w:hAnsi="宋体"/>
          <w:color w:val="000000"/>
          <w:sz w:val="28"/>
        </w:rPr>
        <w:t>D.能迅速提高血小板数量。E,以上都不是</w:t>
      </w:r>
    </w:p>
    <w:p>
      <w:pPr>
        <w:spacing w:line="360" w:lineRule="auto"/>
        <w:ind w:firstLine="432"/>
        <w:jc w:val="left"/>
      </w:pPr>
      <w:r>
        <w:rPr>
          <w:rFonts w:ascii="宋体" w:eastAsia="宋体" w:hAnsi="宋体"/>
          <w:color w:val="000000"/>
          <w:sz w:val="28"/>
        </w:rPr>
        <w:t>【答案】A，B，C</w:t>
      </w:r>
    </w:p>
    <w:p>
      <w:pPr>
        <w:spacing w:line="360" w:lineRule="auto"/>
        <w:ind w:firstLine="432"/>
        <w:jc w:val="left"/>
      </w:pPr>
      <w:r>
        <w:rPr>
          <w:rFonts w:ascii="宋体" w:eastAsia="宋体" w:hAnsi="宋体"/>
          <w:color w:val="000000"/>
          <w:sz w:val="28"/>
        </w:rPr>
        <w:t>40、[单选题]预防乙型脑炎流行的主要措施是</w:t>
      </w:r>
    </w:p>
    <w:p>
      <w:pPr>
        <w:spacing w:line="360" w:lineRule="auto"/>
        <w:ind w:firstLine="432"/>
        <w:jc w:val="left"/>
      </w:pPr>
      <w:r>
        <w:rPr>
          <w:rFonts w:ascii="宋体" w:eastAsia="宋体" w:hAnsi="宋体"/>
          <w:color w:val="000000"/>
          <w:sz w:val="28"/>
        </w:rPr>
        <w:t>A.及时发现病人，及时治疗、隔离</w:t>
      </w:r>
    </w:p>
    <w:p>
      <w:pPr>
        <w:spacing w:line="360" w:lineRule="auto"/>
        <w:ind w:firstLine="432"/>
        <w:jc w:val="left"/>
      </w:pPr>
      <w:r>
        <w:rPr>
          <w:rFonts w:ascii="宋体" w:eastAsia="宋体" w:hAnsi="宋体"/>
          <w:color w:val="000000"/>
          <w:sz w:val="28"/>
        </w:rPr>
        <w:t>B.管理好主要传染源的易感家畜，尤其注重对猪的管理</w:t>
      </w:r>
    </w:p>
    <w:p>
      <w:pPr>
        <w:spacing w:line="360" w:lineRule="auto"/>
        <w:ind w:firstLine="432"/>
        <w:jc w:val="left"/>
      </w:pPr>
      <w:r>
        <w:rPr>
          <w:rFonts w:ascii="宋体" w:eastAsia="宋体" w:hAnsi="宋体"/>
          <w:color w:val="000000"/>
          <w:sz w:val="28"/>
        </w:rPr>
        <w:t>C.防蚊、灭蚊</w:t>
      </w:r>
    </w:p>
    <w:p>
      <w:pPr>
        <w:spacing w:line="360" w:lineRule="auto"/>
        <w:ind w:firstLine="432"/>
        <w:jc w:val="left"/>
      </w:pPr>
      <w:r>
        <w:rPr>
          <w:rFonts w:ascii="宋体" w:eastAsia="宋体" w:hAnsi="宋体"/>
          <w:color w:val="000000"/>
          <w:sz w:val="28"/>
        </w:rPr>
        <w:t>D.预防接种乙脑疫苗。E,防蚊、灭蚊及易感人群预防接种为主的综合性预防措施</w:t>
      </w:r>
    </w:p>
    <w:p>
      <w:pPr>
        <w:spacing w:line="360" w:lineRule="auto"/>
        <w:ind w:firstLine="432"/>
        <w:jc w:val="left"/>
        <w:sectPr w:rsidSect="00034616">
          <w:type w:val="nextPage"/>
          <w:pgSz w:w="12240" w:h="15840"/>
          <w:pgMar w:top="1440" w:right="1800" w:bottom="1440" w:left="1800" w:header="720" w:footer="720" w:gutter="0"/>
          <w:pgNumType w:start="16"/>
          <w:cols w:space="720"/>
          <w:titlePg w:val="0"/>
          <w:docGrid w:linePitch="360"/>
        </w:sectPr>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41、[题干]类风湿因子是针对下列哪一分子Fe段抗原决定簇的特异性抗体()。</w:t>
      </w:r>
    </w:p>
    <w:p>
      <w:pPr>
        <w:spacing w:line="360" w:lineRule="auto"/>
        <w:ind w:firstLine="432"/>
        <w:jc w:val="left"/>
      </w:pPr>
      <w:r>
        <w:rPr>
          <w:rFonts w:ascii="宋体" w:eastAsia="宋体" w:hAnsi="宋体"/>
          <w:color w:val="000000"/>
          <w:sz w:val="28"/>
        </w:rPr>
        <w:t>A.IgM</w:t>
      </w:r>
    </w:p>
    <w:p>
      <w:pPr>
        <w:spacing w:line="360" w:lineRule="auto"/>
        <w:ind w:firstLine="432"/>
        <w:jc w:val="left"/>
      </w:pPr>
      <w:r>
        <w:rPr>
          <w:rFonts w:ascii="宋体" w:eastAsia="宋体" w:hAnsi="宋体"/>
          <w:color w:val="000000"/>
          <w:sz w:val="28"/>
        </w:rPr>
        <w:t>B.IgE</w:t>
      </w:r>
    </w:p>
    <w:p>
      <w:pPr>
        <w:spacing w:line="360" w:lineRule="auto"/>
        <w:ind w:firstLine="432"/>
        <w:jc w:val="left"/>
      </w:pPr>
      <w:r>
        <w:rPr>
          <w:rFonts w:ascii="宋体" w:eastAsia="宋体" w:hAnsi="宋体"/>
          <w:color w:val="000000"/>
          <w:sz w:val="28"/>
        </w:rPr>
        <w:t>C.IgG</w:t>
      </w:r>
    </w:p>
    <w:p>
      <w:pPr>
        <w:spacing w:line="360" w:lineRule="auto"/>
        <w:ind w:firstLine="432"/>
        <w:jc w:val="left"/>
      </w:pPr>
      <w:r>
        <w:rPr>
          <w:rFonts w:ascii="宋体" w:eastAsia="宋体" w:hAnsi="宋体"/>
          <w:color w:val="000000"/>
          <w:sz w:val="28"/>
        </w:rPr>
        <w:t>D.IgA。E,IgD</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42、[单选题]8个月大婴儿每日所需总的能量为</w:t>
      </w:r>
    </w:p>
    <w:p>
      <w:pPr>
        <w:spacing w:line="360" w:lineRule="auto"/>
        <w:ind w:firstLine="432"/>
        <w:jc w:val="left"/>
      </w:pPr>
      <w:r>
        <w:rPr>
          <w:rFonts w:ascii="宋体" w:eastAsia="宋体" w:hAnsi="宋体"/>
          <w:color w:val="000000"/>
          <w:sz w:val="28"/>
        </w:rPr>
        <w:t>A.110kcal/kg</w:t>
      </w:r>
    </w:p>
    <w:p>
      <w:pPr>
        <w:spacing w:line="360" w:lineRule="auto"/>
        <w:ind w:firstLine="432"/>
        <w:jc w:val="left"/>
      </w:pPr>
      <w:r>
        <w:rPr>
          <w:rFonts w:ascii="宋体" w:eastAsia="宋体" w:hAnsi="宋体"/>
          <w:color w:val="000000"/>
          <w:sz w:val="28"/>
        </w:rPr>
        <w:t>B.120kcal/kg</w:t>
      </w:r>
    </w:p>
    <w:p>
      <w:pPr>
        <w:spacing w:line="360" w:lineRule="auto"/>
        <w:ind w:firstLine="432"/>
        <w:jc w:val="left"/>
      </w:pPr>
      <w:r>
        <w:rPr>
          <w:rFonts w:ascii="宋体" w:eastAsia="宋体" w:hAnsi="宋体"/>
          <w:color w:val="000000"/>
          <w:sz w:val="28"/>
        </w:rPr>
        <w:t>C.130kcal/kg</w:t>
      </w:r>
    </w:p>
    <w:p>
      <w:pPr>
        <w:spacing w:line="360" w:lineRule="auto"/>
        <w:ind w:firstLine="432"/>
        <w:jc w:val="left"/>
      </w:pPr>
      <w:r>
        <w:rPr>
          <w:rFonts w:ascii="宋体" w:eastAsia="宋体" w:hAnsi="宋体"/>
          <w:color w:val="000000"/>
          <w:sz w:val="28"/>
        </w:rPr>
        <w:t>D.140kcal/kg。E,150kcal/kg</w:t>
      </w:r>
    </w:p>
    <w:p>
      <w:pPr>
        <w:spacing w:line="360" w:lineRule="auto"/>
        <w:ind w:firstLine="432"/>
        <w:jc w:val="left"/>
      </w:pPr>
      <w:r>
        <w:rPr>
          <w:rFonts w:ascii="宋体" w:eastAsia="宋体" w:hAnsi="宋体"/>
          <w:color w:val="000000"/>
          <w:sz w:val="28"/>
        </w:rPr>
        <w:t>【答案】A</w:t>
      </w:r>
    </w:p>
    <w:p>
      <w:pPr>
        <w:spacing w:line="360" w:lineRule="auto"/>
        <w:ind w:firstLine="432"/>
        <w:jc w:val="left"/>
      </w:pPr>
      <w:r>
        <w:rPr>
          <w:rFonts w:ascii="宋体" w:eastAsia="宋体" w:hAnsi="宋体"/>
          <w:color w:val="000000"/>
          <w:sz w:val="28"/>
        </w:rPr>
        <w:t>43、[题干]新生儿期是指自出生脐带结扎开始至</w:t>
      </w:r>
    </w:p>
    <w:p>
      <w:pPr>
        <w:spacing w:line="360" w:lineRule="auto"/>
        <w:ind w:firstLine="432"/>
        <w:jc w:val="left"/>
      </w:pPr>
      <w:r>
        <w:rPr>
          <w:rFonts w:ascii="宋体" w:eastAsia="宋体" w:hAnsi="宋体"/>
          <w:color w:val="000000"/>
          <w:sz w:val="28"/>
        </w:rPr>
        <w:t>A.满7天</w:t>
      </w:r>
    </w:p>
    <w:p>
      <w:pPr>
        <w:spacing w:line="360" w:lineRule="auto"/>
        <w:ind w:firstLine="432"/>
        <w:jc w:val="left"/>
      </w:pPr>
      <w:r>
        <w:rPr>
          <w:rFonts w:ascii="宋体" w:eastAsia="宋体" w:hAnsi="宋体"/>
          <w:color w:val="000000"/>
          <w:sz w:val="28"/>
        </w:rPr>
        <w:t>B.满14天</w:t>
      </w:r>
    </w:p>
    <w:p>
      <w:pPr>
        <w:spacing w:line="360" w:lineRule="auto"/>
        <w:ind w:firstLine="432"/>
        <w:jc w:val="left"/>
      </w:pPr>
      <w:r>
        <w:rPr>
          <w:rFonts w:ascii="宋体" w:eastAsia="宋体" w:hAnsi="宋体"/>
          <w:color w:val="000000"/>
          <w:sz w:val="28"/>
        </w:rPr>
        <w:t>C.满28天</w:t>
      </w:r>
    </w:p>
    <w:p>
      <w:pPr>
        <w:spacing w:line="360" w:lineRule="auto"/>
        <w:ind w:firstLine="432"/>
        <w:jc w:val="left"/>
        <w:sectPr w:rsidSect="00034616">
          <w:type w:val="nextPage"/>
          <w:pgSz w:w="12240" w:h="15840"/>
          <w:pgMar w:top="1440" w:right="1800" w:bottom="1440" w:left="1800" w:header="720" w:footer="720" w:gutter="0"/>
          <w:pgNumType w:start="17"/>
          <w:cols w:space="720"/>
          <w:titlePg w:val="0"/>
          <w:docGrid w:linePitch="360"/>
        </w:sectPr>
      </w:pPr>
      <w:r>
        <w:rPr>
          <w:rFonts w:ascii="宋体" w:eastAsia="宋体" w:hAnsi="宋体"/>
          <w:color w:val="000000"/>
          <w:sz w:val="28"/>
        </w:rPr>
        <w:t>D.满29天。E,满1个月</w:t>
      </w:r>
    </w:p>
    <w:p>
      <w:pPr>
        <w:spacing w:line="360" w:lineRule="auto"/>
        <w:ind w:firstLine="432"/>
        <w:jc w:val="left"/>
      </w:pPr>
      <w:r>
        <w:rPr>
          <w:rFonts w:ascii="宋体" w:eastAsia="宋体" w:hAnsi="宋体"/>
          <w:color w:val="000000"/>
          <w:sz w:val="28"/>
        </w:rPr>
        <w:t>【答案】C</w:t>
      </w:r>
    </w:p>
    <w:p>
      <w:pPr>
        <w:spacing w:line="360" w:lineRule="auto"/>
        <w:ind w:firstLine="432"/>
        <w:jc w:val="left"/>
      </w:pPr>
      <w:r>
        <w:rPr>
          <w:rFonts w:ascii="宋体" w:eastAsia="宋体" w:hAnsi="宋体"/>
          <w:color w:val="000000"/>
          <w:sz w:val="28"/>
        </w:rPr>
        <w:t>【解析】新生儿期是从新生儿脐带结扎时开始至出生28天。这一时期包括了胎儿晚期、分娩过程和新生儿早期，是小儿经历巨大变化、生命遭受最大危险的时期。</w:t>
      </w:r>
    </w:p>
    <w:p>
      <w:pPr>
        <w:spacing w:line="360" w:lineRule="auto"/>
        <w:ind w:firstLine="432"/>
        <w:jc w:val="left"/>
      </w:pPr>
      <w:r>
        <w:rPr>
          <w:rFonts w:ascii="宋体" w:eastAsia="宋体" w:hAnsi="宋体"/>
          <w:color w:val="000000"/>
          <w:sz w:val="28"/>
        </w:rPr>
        <w:t>44、[单选题]患儿，男，2岁，发热伴皮疹2天就诊。体检：体温37.6℃，精神可，咽部充血，口腔黏膜及手、足掌面散在小疱疹，肛周散在红色丘疹。心肺无异常。诊断最可能为()。</w:t>
      </w:r>
    </w:p>
    <w:p>
      <w:pPr>
        <w:spacing w:line="360" w:lineRule="auto"/>
        <w:ind w:firstLine="432"/>
        <w:jc w:val="left"/>
      </w:pPr>
      <w:r>
        <w:rPr>
          <w:rFonts w:ascii="宋体" w:eastAsia="宋体" w:hAnsi="宋体"/>
          <w:color w:val="000000"/>
          <w:sz w:val="28"/>
        </w:rPr>
        <w:t>A.水痘</w:t>
      </w:r>
    </w:p>
    <w:p>
      <w:pPr>
        <w:spacing w:line="360" w:lineRule="auto"/>
        <w:ind w:firstLine="432"/>
        <w:jc w:val="left"/>
      </w:pPr>
      <w:r>
        <w:rPr>
          <w:rFonts w:ascii="宋体" w:eastAsia="宋体" w:hAnsi="宋体"/>
          <w:color w:val="000000"/>
          <w:sz w:val="28"/>
        </w:rPr>
        <w:t>B.麻疹</w:t>
      </w:r>
    </w:p>
    <w:p>
      <w:pPr>
        <w:spacing w:line="360" w:lineRule="auto"/>
        <w:ind w:firstLine="432"/>
        <w:jc w:val="left"/>
      </w:pPr>
      <w:r>
        <w:rPr>
          <w:rFonts w:ascii="宋体" w:eastAsia="宋体" w:hAnsi="宋体"/>
          <w:color w:val="000000"/>
          <w:sz w:val="28"/>
        </w:rPr>
        <w:t>C.风疹</w:t>
      </w:r>
    </w:p>
    <w:p>
      <w:pPr>
        <w:spacing w:line="360" w:lineRule="auto"/>
        <w:ind w:firstLine="432"/>
        <w:jc w:val="left"/>
      </w:pPr>
      <w:r>
        <w:rPr>
          <w:rFonts w:ascii="宋体" w:eastAsia="宋体" w:hAnsi="宋体"/>
          <w:color w:val="000000"/>
          <w:sz w:val="28"/>
        </w:rPr>
        <w:t>D.药物疹。E,手足口病</w:t>
      </w:r>
    </w:p>
    <w:p>
      <w:pPr>
        <w:spacing w:line="360" w:lineRule="auto"/>
        <w:ind w:firstLine="432"/>
        <w:jc w:val="left"/>
      </w:pPr>
      <w:r>
        <w:rPr>
          <w:rFonts w:ascii="宋体" w:eastAsia="宋体" w:hAnsi="宋体"/>
          <w:color w:val="000000"/>
          <w:sz w:val="28"/>
        </w:rPr>
        <w:t>【答案】E</w:t>
      </w:r>
    </w:p>
    <w:p>
      <w:pPr>
        <w:spacing w:line="360" w:lineRule="auto"/>
        <w:ind w:firstLine="432"/>
        <w:jc w:val="left"/>
      </w:pPr>
      <w:r>
        <w:rPr>
          <w:rFonts w:ascii="宋体" w:eastAsia="宋体" w:hAnsi="宋体"/>
          <w:color w:val="000000"/>
          <w:sz w:val="28"/>
        </w:rPr>
        <w:t>45、[题干]水痘，发热后几日出皮疹</w:t>
      </w:r>
    </w:p>
    <w:p>
      <w:pPr>
        <w:spacing w:line="360" w:lineRule="auto"/>
        <w:ind w:firstLine="432"/>
        <w:jc w:val="left"/>
      </w:pPr>
      <w:r>
        <w:rPr>
          <w:rFonts w:ascii="宋体" w:eastAsia="宋体" w:hAnsi="宋体"/>
          <w:color w:val="000000"/>
          <w:sz w:val="28"/>
        </w:rPr>
        <w:t>A.半天</w:t>
      </w:r>
    </w:p>
    <w:p>
      <w:pPr>
        <w:spacing w:line="360" w:lineRule="auto"/>
        <w:ind w:firstLine="432"/>
        <w:jc w:val="left"/>
      </w:pPr>
      <w:r>
        <w:rPr>
          <w:rFonts w:ascii="宋体" w:eastAsia="宋体" w:hAnsi="宋体"/>
          <w:color w:val="000000"/>
          <w:sz w:val="28"/>
        </w:rPr>
        <w:t>B.1天</w:t>
      </w:r>
    </w:p>
    <w:p>
      <w:pPr>
        <w:spacing w:line="360" w:lineRule="auto"/>
        <w:ind w:firstLine="432"/>
        <w:jc w:val="left"/>
      </w:pPr>
      <w:r>
        <w:rPr>
          <w:rFonts w:ascii="宋体" w:eastAsia="宋体" w:hAnsi="宋体"/>
          <w:color w:val="000000"/>
          <w:sz w:val="28"/>
        </w:rPr>
        <w:t>C.3天</w:t>
      </w:r>
    </w:p>
    <w:p>
      <w:pPr>
        <w:spacing w:line="360" w:lineRule="auto"/>
        <w:ind w:firstLine="432"/>
        <w:jc w:val="left"/>
      </w:pPr>
      <w:r>
        <w:rPr>
          <w:rFonts w:ascii="宋体" w:eastAsia="宋体" w:hAnsi="宋体"/>
          <w:color w:val="000000"/>
          <w:sz w:val="28"/>
        </w:rPr>
        <w:t>D.5天。E,7天</w:t>
      </w:r>
    </w:p>
    <w:p>
      <w:pPr>
        <w:spacing w:line="360" w:lineRule="auto"/>
        <w:ind w:firstLine="432"/>
        <w:jc w:val="left"/>
      </w:pPr>
      <w:r>
        <w:rPr>
          <w:rFonts w:ascii="宋体" w:eastAsia="宋体" w:hAnsi="宋体"/>
          <w:color w:val="000000"/>
          <w:sz w:val="28"/>
        </w:rPr>
        <w:t>【答案】B</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https://d.book118.com/526000114025010051</w:t>
        </w:r>
      </w:hyperlink>
    </w:p>
    <w:p>
      <w:pPr>
        <w:spacing w:line="360" w:lineRule="auto"/>
        <w:ind w:firstLine="432"/>
        <w:jc w:val="left"/>
      </w:pPr>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26000114025010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