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公司年度工作总结怎么写？（35篇）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公司年度工作总结怎么写？（通用35篇）</w:t>
      </w:r>
      <w:r>
        <w:rPr>
          <w:lang w:eastAsia="zh-CN"/>
        </w:rPr>
        <w:br/>
      </w:r>
      <w:r>
        <w:rPr>
          <w:lang w:eastAsia="zh-CN"/>
        </w:rPr>
        <w:t xml:space="preserve">    公司年度工作总结怎么写？ 篇1 </w:t>
      </w:r>
      <w:r>
        <w:rPr>
          <w:lang w:eastAsia="zh-CN"/>
        </w:rPr>
        <w:br/>
      </w:r>
      <w:r>
        <w:rPr>
          <w:lang w:eastAsia="zh-CN"/>
        </w:rPr>
        <w:t>　　时光荏苒，已是岁末，亦是伊始。</w:t>
      </w:r>
      <w:r>
        <w:rPr>
          <w:lang w:eastAsia="zh-CN"/>
        </w:rPr>
        <w:br/>
      </w:r>
      <w:r>
        <w:rPr>
          <w:lang w:eastAsia="zh-CN"/>
        </w:rPr>
        <w:t>　　时至今天，来到____已经一年有余了。</w:t>
      </w:r>
      <w:r>
        <w:rPr>
          <w:lang w:eastAsia="zh-CN"/>
        </w:rPr>
        <w:br/>
      </w:r>
      <w:r>
        <w:rPr>
          <w:lang w:eastAsia="zh-CN"/>
        </w:rPr>
        <w:t>　　依然记得那时初入丰大时的心情，崭新的行业，崭新的酒店。对于当时的我来说，酒店是陌生的，富丽堂皇的，也是在那之前的我甚至都很少能接触到的。心怀着忐忑的心情，带着好奇和兴奋开始了我在____礼宾员的工作。因为其工作特性，使我很快的融入并熟悉了新的环境，在打消初来酒店不安心情的同时，也从新的集体中体会到了家的感觉。见识且学到了____‘顽强，勤俭。正气。博大‘的精神和理念，并让我受用终身!</w:t>
      </w:r>
      <w:r>
        <w:rPr>
          <w:lang w:eastAsia="zh-CN"/>
        </w:rPr>
        <w:br/>
      </w:r>
      <w:r>
        <w:rPr>
          <w:lang w:eastAsia="zh-CN"/>
        </w:rPr>
        <w:t>　　在逐渐适应且熟练了礼宾部的工作后，张总把我调岗至前台!这是一份完全在我能力和学历之外的工作，但还未还得及作过多的思考，就紧锣密鼓地投入到前台缜密且紧张得工作氛围之中。一遇闲时，便会扪心自问，能不能、行不行?</w:t>
      </w:r>
      <w:r>
        <w:rPr>
          <w:lang w:eastAsia="zh-CN"/>
        </w:rPr>
        <w:br/>
      </w:r>
      <w:r>
        <w:rPr>
          <w:lang w:eastAsia="zh-CN"/>
        </w:rPr>
        <w:t>　　当然，亦如此类的自问自答也只局限在遐想之中…</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所谓’师父领进门，修行在个人‘，能力卓越的师父将前台工作的精髓教与我，而我也在师父的督促下完成了一个月的“领进门“，即将面临的则是“个人修行”!</w:t>
      </w:r>
      <w:r>
        <w:rPr>
          <w:lang w:eastAsia="zh-CN"/>
        </w:rPr>
        <w:br/>
      </w:r>
      <w:r>
        <w:rPr>
          <w:lang w:eastAsia="zh-CN"/>
        </w:rPr>
        <w:t>　　于是，错误不如人愿的来了…</w:t>
      </w:r>
      <w:r>
        <w:rPr>
          <w:lang w:eastAsia="zh-CN"/>
        </w:rPr>
        <w:br/>
      </w:r>
      <w:r>
        <w:rPr>
          <w:lang w:eastAsia="zh-CN"/>
        </w:rPr>
        <w:t>　　__年，可以说整个上半年，我都是在惶惶不可终日里度过。出错的频率、影响及程度，把我深深得活埋。大错小错，并没有考虑我能否接受，接二连三的发生着。带来的后果，虽然不至于惨重，却也将我摧残的遍体鳞伤!!!</w:t>
      </w:r>
      <w:r>
        <w:rPr>
          <w:lang w:eastAsia="zh-CN"/>
        </w:rPr>
        <w:br/>
      </w:r>
      <w:r>
        <w:rPr>
          <w:lang w:eastAsia="zh-CN"/>
        </w:rPr>
        <w:t>　　一开始，我只认为是操作技能还不够熟练、是不是还有没学透彻的知识，就再向同事们请教，但是可想而知，事情远远没有自己想象得那麽简单。其次，那段时间身体本来就不够理想，又时常饮酒，整天浑浑噩噩地挣扎着，也想过是不是因为这样才导致工作拖沓不前，于是把酒戒了…</w:t>
      </w:r>
      <w:r>
        <w:rPr>
          <w:lang w:eastAsia="zh-CN"/>
        </w:rPr>
        <w:br/>
      </w:r>
      <w:r>
        <w:rPr>
          <w:lang w:eastAsia="zh-CN"/>
        </w:rPr>
        <w:t>　　有时候因为账目不清晰、工作交接不够清楚，下班后电话的铃声犹如梦魇般时常萦绕在耳畔，在饭时、在睡时，总是不期而至。甚至那段时间都怀疑自己是否患上了这方面的‘综合征’，于是，干脆的、顺理成章的换了手机…</w:t>
      </w:r>
      <w:r>
        <w:rPr>
          <w:lang w:eastAsia="zh-CN"/>
        </w:rPr>
        <w:br/>
      </w:r>
      <w:r>
        <w:rPr>
          <w:lang w:eastAsia="zh-CN"/>
        </w:rPr>
        <w:t>　　呵呵，可病因根本不在这，做这些也不过只是徒劳而已</w:t>
      </w:r>
      <w:r>
        <w:rPr>
          <w:lang w:eastAsia="zh-CN"/>
        </w:rPr>
        <w:br/>
      </w:r>
      <w:r>
        <w:rPr>
          <w:lang w:eastAsia="zh-CN"/>
        </w:rPr>
        <w:t>　　曾想过要以能力不足和压力太大为借口，找领导申请重返礼宾部，试图藉此改变这差强人意的一切，回头想想即使真回去了，除了工作不同还有什么区别呢，更何况也让对我寄予期待的领导和同事们会作何感想的未愈的身体开始提醒着我，难道要这样一直混下去，这又只是我该做出来的事情麽</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在我以为这一切不会有转机的同时，自己也等待着改变。我不想停滞不前，不想因为自己成为害群之马，不想拖整个团队的后腿，不想自己对自己失望!我还想进。</w:t>
      </w:r>
      <w:r>
        <w:rPr>
          <w:lang w:eastAsia="zh-CN"/>
        </w:rPr>
        <w:br/>
      </w:r>
      <w:r>
        <w:rPr>
          <w:lang w:eastAsia="zh-CN"/>
        </w:rPr>
        <w:t>　　有幸，天助自助者!</w:t>
      </w:r>
      <w:r>
        <w:rPr>
          <w:lang w:eastAsia="zh-CN"/>
        </w:rPr>
        <w:br/>
      </w:r>
      <w:r>
        <w:rPr>
          <w:lang w:eastAsia="zh-CN"/>
        </w:rPr>
        <w:t>　　感谢一群时刻指点着我的同事们。是经理在我一次次遇到困难和挫折以后，提醒我、教导我、劝诫我。是犯过很多错误，可经理并没有抛弃我、放弃我、放下我，似乎总能窥透我在心灰意冷的时刻。是这个谈吐风趣、管理有方、爽朗直言的领导，带领着我们、打着‘快乐工作‘的旗号，也让我在自己的生命中又创新高!一群平日里嘻嘻哈哈的同事也并没有疏远我，依旧不离不弃、不耐其烦。</w:t>
      </w:r>
      <w:r>
        <w:rPr>
          <w:lang w:eastAsia="zh-CN"/>
        </w:rPr>
        <w:br/>
      </w:r>
      <w:r>
        <w:rPr>
          <w:lang w:eastAsia="zh-CN"/>
        </w:rPr>
        <w:t>　　在经理和同事们的用心良苦下，我终于如醍醐灌顶得醒悟，改变得靠自己、心态和细节!</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意识到了问题的所在，最重要的`就是执行了。当然我只是笨，但不见得懒。经过一段时间的见贤思齐、数省吾身以后，效果也日渐明显。把每个人都当做是自己的镜子，弥补自身的不足!与之前同样的工作不但遭到了更快捷的方法，而且也极大的减少了出错率，同样的步骤和结果也不会因省一秒而又费三分的再去返工了。自己也明白了当事情一出现后，首先最不应该做的就是纠结在是谁出犯的错误，而是分析问题的逻辑性、严重性，然后马上处理。也知道工作就像‘扁鹊行医‘，不是怎样完美的处理问题，而是能杜绝此类问题的再次出现，将其扼杀在孳生病根的摇篮里!同样也不会因为明知道只是很小问题，而与顾客、与同事争执!从身心到工作，再至周围的一切都有了焕然一新的改变。不但重燃了我对工作的信心也提高了兴趣，同时也对生活更加充满了激情!!!</w:t>
      </w:r>
      <w:r>
        <w:rPr>
          <w:lang w:eastAsia="zh-CN"/>
        </w:rPr>
        <w:br/>
      </w:r>
      <w:r>
        <w:rPr>
          <w:lang w:eastAsia="zh-CN"/>
        </w:rPr>
        <w:t>　　这一年的我，用我们秉承____八箴言“顽强、勤俭、正气、博大“的精神理念来概括，一点也不为过!</w:t>
      </w:r>
      <w:r>
        <w:rPr>
          <w:lang w:eastAsia="zh-CN"/>
        </w:rPr>
        <w:br/>
      </w:r>
      <w:r>
        <w:rPr>
          <w:lang w:eastAsia="zh-CN"/>
        </w:rPr>
        <w:t>　　顽强：纵然前行的路上道路坎坷、荆棘密布，我们也要相信、也要坚强得走过去，也许山重水复的尽头，便柳暗花明。不怕犯错只怕不改过，只要有打不死的精神，困难只是暂时的!</w:t>
      </w:r>
      <w:r>
        <w:rPr>
          <w:lang w:eastAsia="zh-CN"/>
        </w:rPr>
        <w:br/>
      </w:r>
      <w:r>
        <w:rPr>
          <w:lang w:eastAsia="zh-CN"/>
        </w:rPr>
        <w:t>　　勤俭：‘笨鸟先飞‘谓之勤，声名显赫不忘本谓之俭，即使再充裕也不能浪费，不浪费时间、不浪费粮食!</w:t>
      </w:r>
      <w:r>
        <w:rPr>
          <w:lang w:eastAsia="zh-CN"/>
        </w:rPr>
        <w:br/>
      </w:r>
      <w:r>
        <w:rPr>
          <w:lang w:eastAsia="zh-CN"/>
        </w:rPr>
        <w:t>　　正气：坚持正确的，不轻移、不亲佞，不能因为无理的、狐假虎威而丧失我们的道德底线和服务尺度，以正立身才能做大做强!</w:t>
      </w:r>
      <w:r>
        <w:rPr>
          <w:lang w:eastAsia="zh-CN"/>
        </w:rPr>
        <w:br/>
      </w:r>
      <w:r>
        <w:rPr>
          <w:lang w:eastAsia="zh-CN"/>
        </w:rPr>
        <w:t>　　博大：不张狂、不傲慢，每个走进酒店的都是我们的客人，以高规格礼遇相待，对谏言、建议，诚实诚恳、虚心以受!</w:t>
      </w:r>
      <w:r>
        <w:rPr>
          <w:lang w:eastAsia="zh-CN"/>
        </w:rPr>
        <w:br/>
      </w:r>
      <w:r>
        <w:rPr>
          <w:lang w:eastAsia="zh-CN"/>
        </w:rPr>
        <w:t>　　这一年，最火的汉无疑是“微“，微意是小，是细节。巨细无遗、体贴入微的微人性、微服务、微管理，彻查周身，细致入微的微心态、微细节，蓄势待发、厚积薄发的四两微力量，以微卓著、以小博大，坚定自己的步伐、赢在当下!</w:t>
      </w:r>
      <w:r>
        <w:rPr>
          <w:lang w:eastAsia="zh-CN"/>
        </w:rPr>
        <w:br/>
      </w:r>
      <w:r>
        <w:rPr>
          <w:lang w:eastAsia="zh-CN"/>
        </w:rPr>
        <w:t>　　这一年，我在__，这一年我们跟着生机盎然、英姿勃发的____见证了它在这块热土上从诞生逐渐走向成熟的点点滴滴，为其取得的成绩惊喜的同时，也更加的认清了自己!</w:t>
      </w:r>
      <w:r>
        <w:rPr>
          <w:lang w:eastAsia="zh-CN"/>
        </w:rPr>
        <w:br/>
      </w:r>
      <w:r>
        <w:rPr>
          <w:lang w:eastAsia="zh-CN"/>
        </w:rPr>
        <w:t xml:space="preserve">    公司年度工作总结怎么写？ 篇2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根据《中华人民共和国建筑法》和建设部《建筑业企业资质管理规定》及《关于做好建筑业企业资质年检工作的通知要求，从今年三月份开始到十月下旬止，我们对全省建筑业企业进行了资质年检，现就20__年企业资质年检做如下总结。</w:t>
      </w:r>
      <w:r>
        <w:rPr>
          <w:lang w:eastAsia="zh-CN"/>
        </w:rPr>
        <w:br/>
      </w:r>
      <w:r>
        <w:rPr>
          <w:lang w:eastAsia="zh-CN"/>
        </w:rPr>
        <w:t>　　一、基本情况</w:t>
      </w:r>
      <w:r>
        <w:rPr>
          <w:lang w:eastAsia="zh-CN"/>
        </w:rPr>
        <w:br/>
      </w:r>
      <w:r>
        <w:rPr>
          <w:lang w:eastAsia="zh-CN"/>
        </w:rPr>
        <w:t>　　年检前我省共有等有内建筑业企业2375家，按企业性质分：国有企业6__家、集体企业890家、股份制企业829家、中外合资企业__家，其他性质企业 27家;按企业类虽分：工程总承包企业16家、综合类企业1896家、其他企业320家;按资质等级分：一级企业72家、二级企业421家、三级企业 810家、四级企业1072家。通过年检我省现有行级内建筑业企业2384家。按企业性质分：国有企业552家、集体企业839家、股份制企业923家、中外合资企业__家、其他性质企业25家;按企业类别分：工程施工总承包企业16家、综合类企业1807家。其中：工民建企业1__6家、专业基础业 525家，其中装饰企业394家;按企业资质行级分：一级企业73家、二级企业466家、三级企业806家、四级企业1003家。</w:t>
      </w:r>
      <w:r>
        <w:rPr>
          <w:lang w:eastAsia="zh-CN"/>
        </w:rPr>
        <w:br/>
      </w:r>
      <w:r>
        <w:rPr>
          <w:lang w:eastAsia="zh-CN"/>
        </w:rPr>
        <w:t>　　二、工作情况</w:t>
      </w:r>
      <w:r>
        <w:rPr>
          <w:lang w:eastAsia="zh-CN"/>
        </w:rPr>
        <w:br/>
      </w:r>
      <w:r>
        <w:rPr>
          <w:lang w:eastAsia="zh-CN"/>
        </w:rPr>
        <w:t>　　根据建设部《关于做好建筑业企业资质年检工作的通知》要求，结合我省实际情况，制定了我省建筑业企业资质年检工作的通知，并以黑建施文件下发到地、市建设行政主管部门和省直各</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所属企业。各级建设行政主和主管部门都及时召开了建筑业企业资质年检工作会议和下发通知，__市还请市监察局参与企业资质年检工作，为建筑业企业资质年检工作得到了保证监督的作用。各级建设行政主管部门结合本地情况，对建筑业企业资质年检工作都做了具体的部署和安排。__市还在哈尔滨日报上刊登了年检公告。通过这项年检，认定全省等级内合格企业1892家，占企业总数的80.6%，基本合格企业380家，不合格企业76家，占企业总数的3.2%。年检中有__6家企业被吊销了资质等级证书，有52家企业被降低了资质等级。</w:t>
      </w:r>
      <w:r>
        <w:rPr>
          <w:lang w:eastAsia="zh-CN"/>
        </w:rPr>
        <w:br/>
      </w:r>
      <w:r>
        <w:rPr>
          <w:lang w:eastAsia="zh-CN"/>
        </w:rPr>
        <w:t>　　在企业资质年检中，为方便各地市，服务于基层，方便企业，针对建筑业企业分布广、数量多、相对分散的特点，我们采取了各地市进行初检，省建设厅分别到各地、市进行年检的办法。</w:t>
      </w:r>
      <w:r>
        <w:rPr>
          <w:lang w:eastAsia="zh-CN"/>
        </w:rPr>
        <w:br/>
      </w:r>
      <w:r>
        <w:rPr>
          <w:lang w:eastAsia="zh-CN"/>
        </w:rPr>
        <w:t>　　各级建设行政主管部门在资质年检过程中严格掌握《建筑业企业资质等级标准。和建筑业企业资质管理规定的，在资金、产值、企事业技术人员工程质量、安全和建筑市场等方面的考核高标准、严要求。在资本金方面的企业法人营业执照注册，资本金和经有关部门审定的财务决算的实收资本和资本公积相结合为依据建设审查。齐齐哈尔、__市还请会计师事务所对企业对企业的资本金进行[早验，产值的企业报统计部门的统计年报和财务决算损益表的数据为依据进行审查。__市还同统计局联合审查企业的产值，在企业的专业技术人员和项目经理方面，对企业自行填报的数字为考核依据，查</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企业专业技术人员的职称证书和项目经理资质证书原件，为防止企业间职称证书的相互串用，哈尔滨、齐齐哈尔、大庆等地市还采取了在职称证书原件上加盖年检即戳和核对工资表等方法。各级建设行政主管部门都在建筑企业资质年检中采取了相应有效的防范措施。在质量安全和建筑贯市场方面，以各级建设行政主管部门出具的证明为考核依据。</w:t>
      </w:r>
      <w:r>
        <w:rPr>
          <w:lang w:eastAsia="zh-CN"/>
        </w:rPr>
        <w:br/>
      </w:r>
      <w:r>
        <w:rPr>
          <w:lang w:eastAsia="zh-CN"/>
        </w:rPr>
        <w:t>　　在这项质检过程中，各级建设行政主管部门都认真严格报行建设部颁发的《建筑业企业资质管理规定》和《建筑业企业资质等级标准》，同时鉴于我省地处高寒地区和施工任务不饱满的实际情况，经研究，我们对产值指标透当加以放宽，对产值达到资质等级标准要求的80%以上，其他条件 或超过资质等级标准，在过去的一年进而没有发生重大质量安全事故，在建筑市场上没有违法违纪行为的建筑业企业，认定为合格企业;对产值达不到资质等级标准规定的80%，但不低于60%，且达到其他资质等级标准的建筑业企业认定为基本合格企业;对企业资质等级与资质等级标准要求差距较大，在过去的一年里发生过重大质量安全事故或在建筑市场中有违法违纪行为的企业认定为不合格企业。对不合格企业分别给予了限期整顿，缩小经营范围，降低资质等级和吊销企业资质证书的处罚。</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这次年检过程中，各级建设行政主管部门对这项工作，都给予高度重视，主要领导亲自抓，使年检工作中出现问题都能及时得到解决。各级建设行政主管部门都严格执行标准，本着鼓励好的、降级差的、吊销虚的、不批新的原则和三年内建筑业企业队伍数量与基本建设投资规模大，保持平衡的要求，这次年检后的年检前企业个数减少了27家，占企业总数的1%。其中：工民建企业个数减少了42家，装饰企业个数增加了74家。通过年检调整了队伍的结构，使建筑业企业的结构更趋尽于合理。通过年检我们感受到资质管理工作越来越被各级建行行政主管部门和建筑业企业的重视，在这次年检过程中各级建设行政主管部门都把企业深化改革，控制企业数量和提高企业的整体素质作为企业年检工作的一项重要内容来抓，使企业充分认识到企业要发展，在建筑市场上提高竞争能力，就必须加强企业改革，引进竞争机制，提高企业的整体素质和管理水平。</w:t>
      </w:r>
      <w:r>
        <w:rPr>
          <w:lang w:eastAsia="zh-CN"/>
        </w:rPr>
        <w:br/>
      </w:r>
      <w:r>
        <w:rPr>
          <w:lang w:eastAsia="zh-CN"/>
        </w:rPr>
        <w:t>　　通过这次年检，由于各级建设行政主管部门的领导和工作人员的重视和认真负责、努力工作，达到了控制队伍规模，调整队伍结构，使企业的整体素质有了进一步的提高。</w:t>
      </w:r>
      <w:r>
        <w:rPr>
          <w:lang w:eastAsia="zh-CN"/>
        </w:rPr>
        <w:br/>
      </w:r>
      <w:r>
        <w:rPr>
          <w:lang w:eastAsia="zh-CN"/>
        </w:rPr>
        <w:t xml:space="preserve">    公司年度工作总结怎么写？ 篇3 </w:t>
      </w:r>
      <w:r>
        <w:rPr>
          <w:lang w:eastAsia="zh-CN"/>
        </w:rPr>
        <w:br/>
      </w:r>
      <w:r>
        <w:rPr>
          <w:lang w:eastAsia="zh-CN"/>
        </w:rPr>
        <w:t>　　我是个极其热爱设计的人，有兴趣，有灵感，能开设计公司是我从大学初期时候就萌发的梦想——做个老板，这个念头一直冲击着己，鞭策着己，使己坚强，使己勤奋!在20__年的时候，终于碰到一贵人，是我一个高中同学，他出大部分资金，一起合伙开了个设计公司，在那时，己几年的梦想在一杀那就实现了，———我拥有了己的公司了!</w:t>
      </w:r>
      <w:r>
        <w:rPr>
          <w:lang w:eastAsia="zh-CN"/>
        </w:rPr>
        <w:br/>
      </w:r>
      <w:r>
        <w:rPr>
          <w:lang w:eastAsia="zh-CN"/>
        </w:rPr>
        <w:t>　　但我忽略了以下几点：</w:t>
      </w:r>
      <w:r>
        <w:rPr>
          <w:lang w:eastAsia="zh-CN"/>
        </w:rPr>
        <w:br/>
      </w:r>
      <w:r>
        <w:rPr>
          <w:lang w:eastAsia="zh-CN"/>
        </w:rPr>
        <w:t>　　1，开了公司并不一定赚钱，开公司只是手段，赚钱才是最高指令。我忽略了。</w:t>
      </w:r>
      <w:r>
        <w:rPr>
          <w:lang w:eastAsia="zh-CN"/>
        </w:rPr>
        <w:br/>
      </w:r>
      <w:r>
        <w:rPr>
          <w:lang w:eastAsia="zh-CN"/>
        </w:rPr>
        <w:t>　　2，开公司了，不一定就是老板，因为我还没那气质，坐在老总椅子上还晃悠。需要几年的时间塑造。我也忽略了。</w:t>
      </w:r>
      <w:r>
        <w:rPr>
          <w:lang w:eastAsia="zh-CN"/>
        </w:rPr>
        <w:br/>
      </w:r>
      <w:r>
        <w:rPr>
          <w:lang w:eastAsia="zh-CN"/>
        </w:rPr>
        <w:t>　　3，我是设计师出身，抹不去的是对设计的爱护，对市场的怯懦。</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4，对公司的发展给予了无限的期望，其实设计公司能完成的历史任务是有限的。</w:t>
      </w:r>
      <w:r>
        <w:rPr>
          <w:lang w:eastAsia="zh-CN"/>
        </w:rPr>
        <w:br/>
      </w:r>
      <w:r>
        <w:rPr>
          <w:lang w:eastAsia="zh-CN"/>
        </w:rPr>
        <w:t>　　以下我就逐一分析我所忽略的这几点。</w:t>
      </w:r>
      <w:r>
        <w:rPr>
          <w:lang w:eastAsia="zh-CN"/>
        </w:rPr>
        <w:br/>
      </w:r>
      <w:r>
        <w:rPr>
          <w:lang w:eastAsia="zh-CN"/>
        </w:rPr>
        <w:t>　　我就按时间顺序说明公司发展的几个阶段吧~</w:t>
      </w:r>
      <w:r>
        <w:rPr>
          <w:lang w:eastAsia="zh-CN"/>
        </w:rPr>
        <w:br/>
      </w:r>
      <w:r>
        <w:rPr>
          <w:lang w:eastAsia="zh-CN"/>
        </w:rPr>
        <w:t>　　在公司开张的那段时间里，可以想象一个人从设计师的身份一下蹦到了老板的身份是如何的欣喜，可以逐步将资金安排落实到己认为可以花费的地方，可以招收己满意的员工，可以锻炼己的管理分配能力，————重要的是，好象我应该可以不做设计了!——那烦人的加班和费神的创意~~</w:t>
      </w:r>
      <w:r>
        <w:rPr>
          <w:lang w:eastAsia="zh-CN"/>
        </w:rPr>
        <w:br/>
      </w:r>
      <w:r>
        <w:rPr>
          <w:lang w:eastAsia="zh-CN"/>
        </w:rPr>
        <w:t>　　所以我的第一步就是招人，己有足够的设计头脑，和我合作的合伙人也是设计界的高手，在消化上绝对没有问题了，理所当然地应该招收业务人员，先攻没把握的部分，这是己一贯的作风。</w:t>
      </w:r>
      <w:r>
        <w:rPr>
          <w:lang w:eastAsia="zh-CN"/>
        </w:rPr>
        <w:br/>
      </w:r>
      <w:r>
        <w:rPr>
          <w:lang w:eastAsia="zh-CN"/>
        </w:rPr>
        <w:t>　　于是，我们陆续招收了几批业务人员，开始对外跑业务，幸运的是我招收的前两个业务员在没多久就出了单子，我感觉非常高兴，加上己的一些社会关系，业务量还算丰富。但就是感觉业务消化慢，客户由于各种原因，拖延项目时间，有的是中途喊停，很是让我头疼。还好，公司的备用资金充分，可以逐步发放大家的工资。</w:t>
      </w:r>
      <w:r>
        <w:rPr>
          <w:lang w:eastAsia="zh-CN"/>
        </w:rPr>
        <w:br/>
      </w:r>
      <w:r>
        <w:rPr>
          <w:lang w:eastAsia="zh-CN"/>
        </w:rPr>
        <w:t>　　为了能让业务进一步扩大，我又招收了几个业务员，但后的几批业务员中，几乎没给公司带任何经济效益，而且他们的报价，策划，洽谈，花费了我很大的精力，毕竟他们是业务员，对设计这块的知识咱也不能要求得太高。在一个月之后，没有什么见效之后，或则动离职，或则公司清退，都是无功而返，这样大概也过了大半年的时间。</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出与对这样的操作方法的反思，我认为有如下不妥之处，让我取消了业务员制度：</w:t>
      </w:r>
      <w:r>
        <w:rPr>
          <w:lang w:eastAsia="zh-CN"/>
        </w:rPr>
        <w:br/>
      </w:r>
      <w:r>
        <w:rPr>
          <w:lang w:eastAsia="zh-CN"/>
        </w:rPr>
        <w:t>　　1，业务员是纯粹的利益眼光，这是他们的职业要求，瞄准利。只要是设计公司做业务的人，基是没有什么业务经验的，因为正如男怕入错行，拥有好的业务能力的人，是不应该到设计这个行业里的，他们可以选择更好的，更大的发挥平台的。因为我能招到的基上都是刚出社会不多久，或刚深圳没多久的员工，等他们认清了市场规律之后，也是感慨设计市场的局限，一般都是转入其他行业了。或则是能力根就不行的，出不业绩，老板己都感觉不满意，不请走也无其他办法。总之，他们离开了这个行业，因为他们对这个行业没有感情，没有什么纠缠，而我作为在设计圈滚爬几年的人，是放不下对设计行业的局限的，得继续留守。</w:t>
      </w:r>
      <w:r>
        <w:rPr>
          <w:lang w:eastAsia="zh-CN"/>
        </w:rPr>
        <w:br/>
      </w:r>
      <w:r>
        <w:rPr>
          <w:lang w:eastAsia="zh-CN"/>
        </w:rPr>
        <w:t>　　2，公司起步资金不大，只能从实在，简练的角度出发，丝毫不能大面积冲击市场，营造己的品牌平台，充分利用公司的牌子招揽业务。因此业务员很容易地就可以抛弃公司的平台，找私人做掉单子——这有什么不好理解的呢?特别是越老练的业务员，越能跟客户关系拉近，就更能弃掉公司，而且更有甚者，他们只要一个月能保证一定量的业务，就能己扯牌子做公司了。我们可以假设，一个普通业务员要做到5000的业务才能维持他的底薪和开销，而一个优秀的业务员就要做到8000以上的业务(收款数)，才能称得上优秀，他如果能努力一下，做到一万的话，他就可以请2个设计师，弄个工作室，不是吗?</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公司年度工作总结怎么写？ 篇4 </w:t>
      </w:r>
      <w:r>
        <w:rPr>
          <w:lang w:eastAsia="zh-CN"/>
        </w:rPr>
        <w:br/>
      </w:r>
      <w:r>
        <w:rPr>
          <w:lang w:eastAsia="zh-CN"/>
        </w:rPr>
        <w:t>　　毕业后从校园走出的那刻起，我怀着对保险的一份热忱与喜爱，带着我对保险的理论认识，走进了中国人民财产保险公司红桥支公司，通过这几个月的工作和学习，让我进一步接触到了保险，接触到了社会，将自己的理论知识付诸于实践，挑战了自己的工作能力和学习能力。</w:t>
      </w:r>
      <w:r>
        <w:rPr>
          <w:lang w:eastAsia="zh-CN"/>
        </w:rPr>
        <w:br/>
      </w:r>
      <w:r>
        <w:rPr>
          <w:lang w:eastAsia="zh-CN"/>
        </w:rPr>
        <w:t>　　在此我感谢这段时间公司领导对我的悉心教导和同事对我的及时帮助，让我用不懈的努力在实实在在的工作实践中换回了充实的社会经验和在校园课堂里无法学到的很多知识。总结起来，有以下几个方面：</w:t>
      </w:r>
      <w:r>
        <w:rPr>
          <w:lang w:eastAsia="zh-CN"/>
        </w:rPr>
        <w:br/>
      </w:r>
      <w:r>
        <w:rPr>
          <w:lang w:eastAsia="zh-CN"/>
        </w:rPr>
        <w:t>　　一、工作方面</w:t>
      </w:r>
      <w:r>
        <w:rPr>
          <w:lang w:eastAsia="zh-CN"/>
        </w:rPr>
        <w:br/>
      </w:r>
      <w:r>
        <w:rPr>
          <w:lang w:eastAsia="zh-CN"/>
        </w:rPr>
        <w:t>　　1、作为公司出纳，负责公司取赔款期间，我在收付、反映、监督三个方面尽到了应尽的职责,真正做到了每笔赔款无差错，给客户提供了最好的服务，维护了公司的形象。</w:t>
      </w:r>
      <w:r>
        <w:rPr>
          <w:lang w:eastAsia="zh-CN"/>
        </w:rPr>
        <w:br/>
      </w:r>
      <w:r>
        <w:rPr>
          <w:lang w:eastAsia="zh-CN"/>
        </w:rPr>
        <w:t>　　2、坚持财务手续，严格审核算(发票上必须有经手人、验收人、审批人签字方可报账)，对不符手续的发票不付款。</w:t>
      </w:r>
      <w:r>
        <w:rPr>
          <w:lang w:eastAsia="zh-CN"/>
        </w:rPr>
        <w:br/>
      </w:r>
      <w:r>
        <w:rPr>
          <w:lang w:eastAsia="zh-CN"/>
        </w:rPr>
        <w:t>　　3、换岗担任公司核算员后，积极与银行相关部门联系，井然有序地完成了公司收和付两方面款项的及时进出账。</w:t>
      </w:r>
      <w:r>
        <w:rPr>
          <w:lang w:eastAsia="zh-CN"/>
        </w:rPr>
        <w:br/>
      </w:r>
      <w:r>
        <w:rPr>
          <w:lang w:eastAsia="zh-CN"/>
        </w:rPr>
        <w:t>　　4、整理历史未解决的款项明细，并积极向分公司相关部门请教，在他们的积极帮组和指导下共同完成了未达账项的清理。</w:t>
      </w:r>
      <w:r>
        <w:rPr>
          <w:lang w:eastAsia="zh-CN"/>
        </w:rPr>
        <w:br/>
      </w:r>
      <w:r>
        <w:rPr>
          <w:lang w:eastAsia="zh-CN"/>
        </w:rPr>
        <w:t>　　5、积极配合领导工作，及时检查每日当日的财务凭证，做好每天的日结工作和每个月的银行调节表，并及时送交相关主管部门。</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二、学习方面</w:t>
      </w:r>
      <w:r>
        <w:rPr>
          <w:lang w:eastAsia="zh-CN"/>
        </w:rPr>
        <w:br/>
      </w:r>
      <w:r>
        <w:rPr>
          <w:lang w:eastAsia="zh-CN"/>
        </w:rPr>
        <w:t>　　1、坚持政治、经济学习让我的思想理论素养不断得到提高。在工作生活中注意摄取相关的政治经济政策，注重学习与工作有关的各经济法律法规，注重保险行业经济环境的走向。节假日我认真学习马克思列宁主义、毛泽东思想、邓小平理论和党的基本知识，不断提高自己的共产主义觉悟，不断提高自己的政治素质、业务素质和工作能力。作为一名中国共产党预备党员，我时刻用一个共产党员的要求严格要求自己，兢兢业业做好本职业工作，用满腔热情积极、认真地完成好每一项任务，严格遵守公司各项规章制度，认真履行岗位职责，自觉按章操作，平时生活中团结同事、不断提升自己的团队合作精神。</w:t>
      </w:r>
      <w:r>
        <w:rPr>
          <w:lang w:eastAsia="zh-CN"/>
        </w:rPr>
        <w:br/>
      </w:r>
      <w:r>
        <w:rPr>
          <w:lang w:eastAsia="zh-CN"/>
        </w:rPr>
        <w:t>　　2、通过日常工作积累，发现自己的不足，利用业余时间学习公司条款，增强对保险意义和功能的领悟，特别是公司的海上保险业务和建筑和安装工程保险业务。</w:t>
      </w:r>
      <w:r>
        <w:rPr>
          <w:lang w:eastAsia="zh-CN"/>
        </w:rPr>
        <w:br/>
      </w:r>
      <w:r>
        <w:rPr>
          <w:lang w:eastAsia="zh-CN"/>
        </w:rPr>
        <w:t>　　3、向业务人员和出单人员学习请教，掌握了保险投保、承保和理赔的一般流程，以及一般单证的领用与使用。</w:t>
      </w:r>
      <w:r>
        <w:rPr>
          <w:lang w:eastAsia="zh-CN"/>
        </w:rPr>
        <w:br/>
      </w:r>
      <w:r>
        <w:rPr>
          <w:lang w:eastAsia="zh-CN"/>
        </w:rPr>
        <w:t>　　20_年又是一个充满激情的一年，在今后的工作中，我将努力提高自身素质，克服不足，朝着以下几个方向努力：</w:t>
      </w:r>
      <w:r>
        <w:rPr>
          <w:lang w:eastAsia="zh-CN"/>
        </w:rPr>
        <w:br/>
      </w:r>
      <w:r>
        <w:rPr>
          <w:lang w:eastAsia="zh-CN"/>
        </w:rPr>
        <w:t>　　1、学无止镜，时代的发展瞬息万变，各种学科知识日新月异。我将坚持不懈地努力学习各种保险知识，并用于指导实践工作。</w:t>
      </w:r>
      <w:r>
        <w:rPr>
          <w:lang w:eastAsia="zh-CN"/>
        </w:rPr>
        <w:br/>
      </w:r>
      <w:r>
        <w:rPr>
          <w:lang w:eastAsia="zh-CN"/>
        </w:rPr>
        <w:t>　　2、“业精于勤而荒于嬉”，在以后的工作中不断学习业务知识，通过多看、多学、多练来不断的提高自己的各项业务技能。</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3、不断锻炼自己的胆识和毅力，提高自己解决实际问题的能力，并在工作过程中慢慢克服急躁情绪，积极、热情、细致地的对待每一项工作。</w:t>
      </w:r>
      <w:r>
        <w:rPr>
          <w:lang w:eastAsia="zh-CN"/>
        </w:rPr>
        <w:br/>
      </w:r>
      <w:r>
        <w:rPr>
          <w:lang w:eastAsia="zh-CN"/>
        </w:rPr>
        <w:t>　　4、多做业务，提高自己的业务能力，为公司的经营发展多做一份贡献</w:t>
      </w:r>
      <w:r>
        <w:rPr>
          <w:lang w:eastAsia="zh-CN"/>
        </w:rPr>
        <w:br/>
      </w:r>
      <w:r>
        <w:rPr>
          <w:lang w:eastAsia="zh-CN"/>
        </w:rPr>
        <w:t>　　5、积极参加公司组织的每项活动，提高自己的沟通能力，更希望能参加公司组织的每次培训。</w:t>
      </w:r>
      <w:r>
        <w:rPr>
          <w:lang w:eastAsia="zh-CN"/>
        </w:rPr>
        <w:br/>
      </w:r>
      <w:r>
        <w:rPr>
          <w:lang w:eastAsia="zh-CN"/>
        </w:rPr>
        <w:t>　　作为中国人民财产保险公司的一份子，关注公司的发展更是自己的一份责任，对于公司明年的发展，我想谈谈我的想法：</w:t>
      </w:r>
      <w:r>
        <w:rPr>
          <w:lang w:eastAsia="zh-CN"/>
        </w:rPr>
        <w:br/>
      </w:r>
      <w:r>
        <w:rPr>
          <w:lang w:eastAsia="zh-CN"/>
        </w:rPr>
        <w:t>　　一、在竞争中求生存，在竞争中促发展</w:t>
      </w:r>
      <w:r>
        <w:rPr>
          <w:lang w:eastAsia="zh-CN"/>
        </w:rPr>
        <w:br/>
      </w:r>
      <w:r>
        <w:rPr>
          <w:lang w:eastAsia="zh-CN"/>
        </w:rPr>
        <w:t>　　面对保险业激烈的竞争形势，面对外部竞争所带来的业务压力，保持沉着冷静，客观面对现实情况寻求对策，与竞争对手们展开了一场品牌战、服务战，是我们值得考虑并值得去做的事情。我的考虑有以下几点：</w:t>
      </w:r>
      <w:r>
        <w:rPr>
          <w:lang w:eastAsia="zh-CN"/>
        </w:rPr>
        <w:br/>
      </w:r>
      <w:r>
        <w:rPr>
          <w:lang w:eastAsia="zh-CN"/>
        </w:rPr>
        <w:t>　　1、深入老客户企业，在客户企业中聘请信息员、联络员，并从其他保险企业抢挖业务尖子加盟我司，赢得“回流”业务，使其他保险公司的工作处于被动状态。</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服务更加人性化、亲密化。面对企业单位，公司经理室成员年初就对各大系统骨干企业实行划块包干，进行了多次回访，请他们对我司工作提出意见和建议，这一举措势必会得到了企业的充分肯定，让他们认为公司领导主动登门是人保财险的优质服务的充分体现，使客户对我司更加信任。面对个人业务，业务员也可以回访，平时保持联系。他们有什么需求，可上门拜访服务。</w:t>
      </w:r>
      <w:r>
        <w:rPr>
          <w:lang w:eastAsia="zh-CN"/>
        </w:rPr>
        <w:br/>
      </w:r>
      <w:r>
        <w:rPr>
          <w:lang w:eastAsia="zh-CN"/>
        </w:rPr>
        <w:t>　　3、要求所有中层干部走出办公室，对所有中小企业必须亲自上门拜访，对所有新保客户必须当面解释条款并承诺服务项目，与企业进行不断的联络，实行零距离接触，只要客户需要必须随叫随到，提供各方面服务。</w:t>
      </w:r>
      <w:r>
        <w:rPr>
          <w:lang w:eastAsia="zh-CN"/>
        </w:rPr>
        <w:br/>
      </w:r>
      <w:r>
        <w:rPr>
          <w:lang w:eastAsia="zh-CN"/>
        </w:rPr>
        <w:t>　　4、公司有新产品推出时，可以采取产品说明会的方式去吸引客户，真正作到与客户交流接触。</w:t>
      </w:r>
      <w:r>
        <w:rPr>
          <w:lang w:eastAsia="zh-CN"/>
        </w:rPr>
        <w:br/>
      </w:r>
      <w:r>
        <w:rPr>
          <w:lang w:eastAsia="zh-CN"/>
        </w:rPr>
        <w:t xml:space="preserve">    公司年度工作总结怎么写？ 篇5 </w:t>
      </w:r>
      <w:r>
        <w:rPr>
          <w:lang w:eastAsia="zh-CN"/>
        </w:rPr>
        <w:br/>
      </w:r>
      <w:r>
        <w:rPr>
          <w:lang w:eastAsia="zh-CN"/>
        </w:rPr>
        <w:t>　　一、长期产品退保风险的危害</w:t>
      </w:r>
      <w:r>
        <w:rPr>
          <w:lang w:eastAsia="zh-CN"/>
        </w:rPr>
        <w:br/>
      </w:r>
      <w:r>
        <w:rPr>
          <w:lang w:eastAsia="zh-CN"/>
        </w:rPr>
        <w:t>　　我国《保险法》第39、43条明确赋予了投保人终止、解除保险合同的权利以及保险人退还全部或部分保费的义务。个别退保的发生不会必然导致风险，影响公司的稳定经营，只有在大量解约、退保行为集中发生到某种程度，影响到公司的资金流动性和偿付能力，进而威胁保险经营时，才会出现退保风险。</w:t>
      </w:r>
      <w:r>
        <w:rPr>
          <w:lang w:eastAsia="zh-CN"/>
        </w:rPr>
        <w:br/>
      </w:r>
      <w:r>
        <w:rPr>
          <w:lang w:eastAsia="zh-CN"/>
        </w:rPr>
        <w:t>　　一般来说，产险公司长期产品发生退保风险的可能性更大。因为对短期产品退保，产险公司一般向投保人按合同规定的短期费率收取保费，能够弥补公司前期为业务已支付的费用，不会对公司稳定经营与投资收益造成太大的冲击。而在一年期以上的长期业务占到产险公司一定业务份额后，退保大量产生会使产险公司的利率风险、管理风险、投资风险等显性化，从而对其经营的科学性、稳定性形成挑战：</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方面，长期产品销售一般是一次性收取需要承担多年保险责任的保费，一次支付需要在整个保险期间逐年分摊的多种费用。按照市场惯例和现行财会制度，退保时收取的手续费(一般为3%—5%)往往无法弥补前期的费用支出(包括已交纳的营业税、支出的管理费、手续费、分出的再保险费、提取的保障基金等)，大量退保会使退保手续费收人与已支出费用之间形成一个巨大的缺口，即“费差损”。</w:t>
      </w:r>
      <w:r>
        <w:rPr>
          <w:lang w:eastAsia="zh-CN"/>
        </w:rPr>
        <w:br/>
      </w:r>
      <w:r>
        <w:rPr>
          <w:lang w:eastAsia="zh-CN"/>
        </w:rPr>
        <w:t>　　另一方面，因为长期业务收入是保险公司的长期负债，公司一般将其与长期资产相匹配，进行长线投资，退保集中发生往往迫使公司的资金运用计划中断，资金预定的周转环节被打断，甚至还要为资金提前变现而支付一定的费用，不仅实际投资收益要低于预期收益，还可能发生本金损失，从退保手续费中获取的收益一般也难以弥补这种损失，会形成一种不同于寿险公司的“利差损”。</w:t>
      </w:r>
      <w:r>
        <w:rPr>
          <w:lang w:eastAsia="zh-CN"/>
        </w:rPr>
        <w:br/>
      </w:r>
      <w:r>
        <w:rPr>
          <w:lang w:eastAsia="zh-CN"/>
        </w:rPr>
        <w:t>　　费差损和利差损扩大，易使产险公司流动性不足，影响公司的偿付能力，对可持续经营形成威胁;退保风险还使产险公司的定价、管理、投资等活动不确定性加大，从而增加经营成本，降低收益率。此外，从我国寿险投资连结产品的发展以及日本保险业的发展历程可以看到，退保风险具有“多米诺骨牌”效应，容易演变为系统性的社会风险，波及同类产品和整个保险行业、经济系统。因此退保风险对保险公司以及社会的影响是相当巨大、深远的。</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近年来，我国产险公司在业务发展缓慢和市场竞争加剧的情况下，纷纷借鉴日本、韩国经验，迎合消费者偏好，加快了产品创新，开发了投资型、储蓄性的家财险、以及消费贷款保证保险等多种长期产品，20__年我国购房贷款与购车贷款保证保险两个长期产品一次性收取的保费达到产险当年实收保费的17%，在产险公司进人意外险和短期健康险市场后，这一趋势还会加强。但是，在产险公司产品开发技术力量不强、资金运用水平不高、产品管理经验不足、政府监管不到位的情况下，长期产品的快速发展易积聚退保风险，20__年我国车贷和房贷保险的退保率达到10%以上，已直接影响了个别区域产险公司的现金流动性，某些新开发的长期产品虽然还未发生大的退保问题，但产品的退保隐患相当大，已经有很多产险公司在开办长期性业务后，因资金运用能力不强、管理经验不足，为防范可能产生的退保风险，又纷纷停办了此类险种。因此，有必要对产险公司长期产品的退保风险问题给予高度关注。</w:t>
      </w:r>
      <w:r>
        <w:rPr>
          <w:lang w:eastAsia="zh-CN"/>
        </w:rPr>
        <w:br/>
      </w:r>
      <w:r>
        <w:rPr>
          <w:lang w:eastAsia="zh-CN"/>
        </w:rPr>
        <w:t>　　二、长期产品退保风险的诱因分析</w:t>
      </w:r>
      <w:r>
        <w:rPr>
          <w:lang w:eastAsia="zh-CN"/>
        </w:rPr>
        <w:br/>
      </w:r>
      <w:r>
        <w:rPr>
          <w:lang w:eastAsia="zh-CN"/>
        </w:rPr>
        <w:t>　　(一)产品方面的原因</w:t>
      </w:r>
      <w:r>
        <w:rPr>
          <w:lang w:eastAsia="zh-CN"/>
        </w:rPr>
        <w:br/>
      </w:r>
      <w:r>
        <w:rPr>
          <w:lang w:eastAsia="zh-CN"/>
        </w:rPr>
        <w:t>　　1.产品所附着的业务不再继续一旦投保人提前归还消费贷款或保险标的出险，主合同——消费贷款合同将自动终止，从而从合同——保险合同也就无法继续履行，这时投保人可要求保险公司退还剩余年度已交纳的保费。这种情况可经常看到。</w:t>
      </w:r>
      <w:r>
        <w:rPr>
          <w:lang w:eastAsia="zh-CN"/>
        </w:rPr>
        <w:br/>
      </w:r>
      <w:r>
        <w:rPr>
          <w:lang w:eastAsia="zh-CN"/>
        </w:rPr>
        <w:t>　　2.替代型产品的发展</w:t>
      </w:r>
      <w:r>
        <w:rPr>
          <w:lang w:eastAsia="zh-CN"/>
        </w:rPr>
        <w:br/>
      </w:r>
      <w:r>
        <w:rPr>
          <w:lang w:eastAsia="zh-CN"/>
        </w:rPr>
        <w:t>　　市场上如果出现了更好的替代性产品，在退保成本较低时，客户往往会退保旧产品，购买新产品。如20__年6月，人保、太保公司杭州分公司先后启用新的住房贷款保险产品，费率更低，责任范围更广。如果没有合理的措施，仅凭常规退保手续费是难挡退保大潮的，而且对客户不公平，会引发公众对公司的不满情绪。</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(二)服务方面的原因</w:t>
      </w:r>
      <w:r>
        <w:rPr>
          <w:lang w:eastAsia="zh-CN"/>
        </w:rPr>
        <w:br/>
      </w:r>
      <w:r>
        <w:rPr>
          <w:lang w:eastAsia="zh-CN"/>
        </w:rPr>
        <w:t>　　1.投保人对服务方式不满意</w:t>
      </w:r>
      <w:r>
        <w:rPr>
          <w:lang w:eastAsia="zh-CN"/>
        </w:rPr>
        <w:br/>
      </w:r>
      <w:r>
        <w:rPr>
          <w:lang w:eastAsia="zh-CN"/>
        </w:rPr>
        <w:t>　　如在购房、购车等长期消费贷款业务中，一般要求消费者一次交纳多年的保费，但有的投保人认为一次性交费不合理，应按年度缴纳，要求保险公司退还未到期保费。如20__年上海某市民要求按年交房贷保费，将某产险公司诉诸法院，虽然最终和解，但一旦保险公司败诉，将引发普遍退保，上海 66万房贷投保人，总保险金额高达20亿元，将对保险公司的偿付能力造成重大冲击，甚至引发金融系统的震荡。房贷保险产品具有同质性，如果这一风险波及到全国范围，其危害更是不可想象。</w:t>
      </w:r>
      <w:r>
        <w:rPr>
          <w:lang w:eastAsia="zh-CN"/>
        </w:rPr>
        <w:br/>
      </w:r>
      <w:r>
        <w:rPr>
          <w:lang w:eastAsia="zh-CN"/>
        </w:rPr>
        <w:t>　　2.投保人对服务质量不满意</w:t>
      </w:r>
      <w:r>
        <w:rPr>
          <w:lang w:eastAsia="zh-CN"/>
        </w:rPr>
        <w:br/>
      </w:r>
      <w:r>
        <w:rPr>
          <w:lang w:eastAsia="zh-CN"/>
        </w:rPr>
        <w:t>　　这种情况在投资连结产品以及一些售后服务要求较多的产品中易出现。如果营销人员对产品与公司信息没有正确的宣传，对消费者形成误导，一旦消费者认为产品的功能、公司的服务等与预期的有差距时，公司将失去信任，诱发退保。</w:t>
      </w:r>
      <w:r>
        <w:rPr>
          <w:lang w:eastAsia="zh-CN"/>
        </w:rPr>
        <w:br/>
      </w:r>
      <w:r>
        <w:rPr>
          <w:lang w:eastAsia="zh-CN"/>
        </w:rPr>
        <w:t>　　(三)社会、经济环境方面的原因</w:t>
      </w:r>
      <w:r>
        <w:rPr>
          <w:lang w:eastAsia="zh-CN"/>
        </w:rPr>
        <w:br/>
      </w:r>
      <w:r>
        <w:rPr>
          <w:lang w:eastAsia="zh-CN"/>
        </w:rPr>
        <w:t>　　1.外部经济环境因素</w:t>
      </w:r>
      <w:r>
        <w:rPr>
          <w:lang w:eastAsia="zh-CN"/>
        </w:rPr>
        <w:br/>
      </w:r>
      <w:r>
        <w:rPr>
          <w:lang w:eastAsia="zh-CN"/>
        </w:rPr>
        <w:t>　　在利率升高、经济不景气或家庭经济情况发生变化时往往会诱发投保人退保，变现资金以急用，或购买其它金融产品。特别是预定利率较低的产品，一旦资本市场未来走势预期良好或投保人医疗、住房、失业保障需求增加时，产险公司的退保风险都会加大。</w:t>
      </w:r>
      <w:r>
        <w:rPr>
          <w:lang w:eastAsia="zh-CN"/>
        </w:rPr>
        <w:br/>
      </w:r>
      <w:r>
        <w:rPr>
          <w:lang w:eastAsia="zh-CN"/>
        </w:rPr>
        <w:t>　　2.社会舆论因素</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受从众心理支配和新闻媒体、大众舆论等的诱导，尤其是在有多种因素综合作用的情况下，消费者往往容易对产品及经营者的偿付能力产生怀疑，消费信心不足，从而使潜在的退保风险转化为现实的流动性风险。</w:t>
      </w:r>
      <w:r>
        <w:rPr>
          <w:lang w:eastAsia="zh-CN"/>
        </w:rPr>
        <w:br/>
      </w:r>
      <w:r>
        <w:rPr>
          <w:lang w:eastAsia="zh-CN"/>
        </w:rPr>
        <w:t>　　(四)内部经营管理方面的原因</w:t>
      </w:r>
      <w:r>
        <w:rPr>
          <w:lang w:eastAsia="zh-CN"/>
        </w:rPr>
        <w:br/>
      </w:r>
      <w:r>
        <w:rPr>
          <w:lang w:eastAsia="zh-CN"/>
        </w:rPr>
        <w:t>　　业务管理与考核制度不健全易诱发退保风险。如保险公司采用“重保费、轻利润”的考核机制，易出现“假保单、真退保”现象，即营销员为保持业务量而自己投保，通过绩效考核后再退保;不合理的产品推广政策也会诱发退保，如为推动某产品的销售，公司实施高额奖励和“高回扣、高返还”的代理政策，容易诱致业务员或代理人暗示客户投保后再退保以增加其业务量，以获得高额奖金和手续费，形成一种新的道德风险。</w:t>
      </w:r>
      <w:r>
        <w:rPr>
          <w:lang w:eastAsia="zh-CN"/>
        </w:rPr>
        <w:br/>
      </w:r>
      <w:r>
        <w:rPr>
          <w:lang w:eastAsia="zh-CN"/>
        </w:rPr>
        <w:t>　　此外，业务结构不合理也可能诱发退保风险。目前产险公司的业务结构中，团单仍占有一定的比例，团单业务有些是为了发奖金和福利，个别出于“洗钱”的动因(在分散型业务中可能也有)，不以获取保障为目的，退保的可能性较大，一旦退保，牵涉的资金量巨大，会影响公司的财务稳定和险种定价、核算的科学性、有效性等。</w:t>
      </w:r>
      <w:r>
        <w:rPr>
          <w:lang w:eastAsia="zh-CN"/>
        </w:rPr>
        <w:br/>
      </w:r>
      <w:r>
        <w:rPr>
          <w:lang w:eastAsia="zh-CN"/>
        </w:rPr>
        <w:t>　　因此，在全球经济、金融一体化程度逐步提高、长期产品在产险公司产品开发中的地位日渐重要、保险公司投资多元化的情况下，退保问题对保险业自身和对社会经济系统的影响日益深远，产险公司必须对易诱发退保风险的各种因素密切监控，提早防范。</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三、长期产品退保风险的管理策略</w:t>
      </w:r>
      <w:r>
        <w:rPr>
          <w:lang w:eastAsia="zh-CN"/>
        </w:rPr>
        <w:br/>
      </w:r>
      <w:r>
        <w:rPr>
          <w:lang w:eastAsia="zh-CN"/>
        </w:rPr>
        <w:t>　　(一)产品策略</w:t>
      </w:r>
      <w:r>
        <w:rPr>
          <w:lang w:eastAsia="zh-CN"/>
        </w:rPr>
        <w:br/>
      </w:r>
      <w:r>
        <w:rPr>
          <w:lang w:eastAsia="zh-CN"/>
        </w:rPr>
        <w:t>　　1.提高产品定价技术，开发真正的投资连结产品</w:t>
      </w:r>
      <w:r>
        <w:rPr>
          <w:lang w:eastAsia="zh-CN"/>
        </w:rPr>
        <w:br/>
      </w:r>
      <w:r>
        <w:rPr>
          <w:lang w:eastAsia="zh-CN"/>
        </w:rPr>
        <w:t>　　虽然保险公司开发承诺回报率低的产品可以较好控制风险，但不仅难以吸引客户，且易诱发退保风险，而承诺回报率高虽然可以吸引客户，却易给公司带来利差损风险，因此，在长期产品开发时，必须以能够实现合理定价为前提，要增强产险公司的精算力量，提高定价技术。</w:t>
      </w:r>
      <w:r>
        <w:rPr>
          <w:lang w:eastAsia="zh-CN"/>
        </w:rPr>
        <w:br/>
      </w:r>
      <w:r>
        <w:rPr>
          <w:lang w:eastAsia="zh-CN"/>
        </w:rPr>
        <w:t>　　此外，还应开发将产品收益与投资收益挂钩的真正的“投资连结”产品，保险双方“收益共享、风险共担”，减少利率波动对保险人经营稳定性的影响。如韩国的“21世纪综合储蓄保险”等联动利率产险产品，承诺产品利率随某个参考利率变动，并保证比其高出一个固定的比例，参考利率为银行利率、国债利率、企业债利率等，在市场上广受欢迎，到20__年，韩国长期险营业额占到财产保险总保费的47.8%。</w:t>
      </w:r>
      <w:r>
        <w:rPr>
          <w:lang w:eastAsia="zh-CN"/>
        </w:rPr>
        <w:br/>
      </w:r>
      <w:r>
        <w:rPr>
          <w:lang w:eastAsia="zh-CN"/>
        </w:rPr>
        <w:t>　　2.提高投保人退保成本，增强产品开发的连续性</w:t>
      </w:r>
      <w:r>
        <w:rPr>
          <w:lang w:eastAsia="zh-CN"/>
        </w:rPr>
        <w:br/>
      </w:r>
      <w:r>
        <w:rPr>
          <w:lang w:eastAsia="zh-CN"/>
        </w:rPr>
        <w:t>　　保险人可以提高退保收费，使退保手续费能够弥补先期支付的各项费用，如日本、韩国的投资型长期财产保险产品、荷兰的寿险等对退保都制订了严格、苛刻的退保条件。另外，在产品升级时还要注意增强产品更新换代的连续性，注意新旧产品费率的衔接，尽量降低投保人对产品价格的敏感性，可以采取旧产品责任自动升级、费率不变的办法。</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3.开发核算周期与保险周期一致的新产品</w:t>
      </w:r>
      <w:r>
        <w:rPr>
          <w:lang w:eastAsia="zh-CN"/>
        </w:rPr>
        <w:br/>
      </w:r>
      <w:r>
        <w:rPr>
          <w:lang w:eastAsia="zh-CN"/>
        </w:rPr>
        <w:t>　　当前我国长期性财产保险业务发展很快，但仍多沿袭传统的短期险核算方式，一次性取得的多年保费收入逐年入帐，而各项费用却多为一次性支付，退保后冲销已支付费用不仅财务上很复杂，且已支付费用实际上往往难以追回，在准备金管理不规范的情况下更易导致经营的不稳定性，因此建议产险公司开发出核算周期与产品保障周期相一致的真正长期产品，即以保险周期作为一个核算周期，会计核算和税收等都按长期险处理的产品，退保时对客户已经发生全损给付的本金不予返还。开发此类产品在法律、现行会计处理方面均具有可行性，国际上也有类似现成产品，如日本、韩国在长期产品合同中都有全损无返还的约定。</w:t>
      </w:r>
      <w:r>
        <w:rPr>
          <w:lang w:eastAsia="zh-CN"/>
        </w:rPr>
        <w:br/>
      </w:r>
      <w:r>
        <w:rPr>
          <w:lang w:eastAsia="zh-CN"/>
        </w:rPr>
        <w:t>　　(二)财务策略</w:t>
      </w:r>
      <w:r>
        <w:rPr>
          <w:lang w:eastAsia="zh-CN"/>
        </w:rPr>
        <w:br/>
      </w:r>
      <w:r>
        <w:rPr>
          <w:lang w:eastAsia="zh-CN"/>
        </w:rPr>
        <w:t>　　新型长期产品开发出来后，要在产品的财务制度建设方面加以配套和完善。在国家有关政策完备之前，各产险公司要完善财务办法，以应对退保风险：</w:t>
      </w:r>
      <w:r>
        <w:rPr>
          <w:lang w:eastAsia="zh-CN"/>
        </w:rPr>
        <w:br/>
      </w:r>
      <w:r>
        <w:rPr>
          <w:lang w:eastAsia="zh-CN"/>
        </w:rPr>
        <w:t>　　1.可以将投资类产品的保费和投资金计入不同的帐户，退保时只退本金或风险保费等，以控制风险。如日本将长期产品全部保险费分为补偿部分保费与投资部分保费，退保时只退投资部分，这样使账务处理比较清晰。</w:t>
      </w:r>
      <w:r>
        <w:rPr>
          <w:lang w:eastAsia="zh-CN"/>
        </w:rPr>
        <w:br/>
      </w:r>
      <w:r>
        <w:rPr>
          <w:lang w:eastAsia="zh-CN"/>
        </w:rPr>
        <w:t>　　2.对以保险期间为一个核算周期的新型产品，要建立和完善相关的资金管理办法和会计核算制度等。</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3.加强资金管理。各公司总部要增强对长期资金的集中管理和统一调度，严格准备金管理制度，防止分支机构不提或少提准备金、资金被挪用而无法应对集中退保的情况。</w:t>
      </w:r>
      <w:r>
        <w:rPr>
          <w:lang w:eastAsia="zh-CN"/>
        </w:rPr>
        <w:br/>
      </w:r>
      <w:r>
        <w:rPr>
          <w:lang w:eastAsia="zh-CN"/>
        </w:rPr>
        <w:t>　　(三)资金运用策略</w:t>
      </w:r>
      <w:r>
        <w:rPr>
          <w:lang w:eastAsia="zh-CN"/>
        </w:rPr>
        <w:br/>
      </w:r>
      <w:r>
        <w:rPr>
          <w:lang w:eastAsia="zh-CN"/>
        </w:rPr>
        <w:t>　　产险公司要加强资产负债管理，提高资金运用的规范性、科学性和独立性，保持资金运用安全性和收益性、流动性之间的平衡。为此，必须实现资金运用的专业化，建立专业的资金运用团队和科学的资金管理机制，积极运用多种金融工具。在资产组合方面，要注意对按短期核算的长期产品，增加短期资产与之相匹配，对真正的长期产品要进行多样化投资组合，长、短期投资与保单的负债状况相匹配。</w:t>
      </w:r>
      <w:r>
        <w:rPr>
          <w:lang w:eastAsia="zh-CN"/>
        </w:rPr>
        <w:br/>
      </w:r>
      <w:r>
        <w:rPr>
          <w:lang w:eastAsia="zh-CN"/>
        </w:rPr>
        <w:t>　　(四)服务和宣传策略</w:t>
      </w:r>
      <w:r>
        <w:rPr>
          <w:lang w:eastAsia="zh-CN"/>
        </w:rPr>
        <w:br/>
      </w:r>
      <w:r>
        <w:rPr>
          <w:lang w:eastAsia="zh-CN"/>
        </w:rPr>
        <w:t>　　1.要加强对代理营销人员的管理、培训，建立一支诚信守法、高素质的代理营销队伍，提高营销水平，改善公司的服务质量，使投 保人对有关义务、退保规定等了解清楚，避免误导消费者。</w:t>
      </w:r>
      <w:r>
        <w:rPr>
          <w:lang w:eastAsia="zh-CN"/>
        </w:rPr>
        <w:br/>
      </w:r>
      <w:r>
        <w:rPr>
          <w:lang w:eastAsia="zh-CN"/>
        </w:rPr>
        <w:t>　　2.要加大对公司产品与形象的宣传力度，与媒体保持良好的合作关系，促进公众对产品的正确认识与理解，增强保险消费知识的公众普及率，塑造、维持公司在客户心中诚信、实力的形象，提升公众对公司的信心和忠诚度。</w:t>
      </w:r>
      <w:r>
        <w:rPr>
          <w:lang w:eastAsia="zh-CN"/>
        </w:rPr>
        <w:br/>
      </w:r>
      <w:r>
        <w:rPr>
          <w:lang w:eastAsia="zh-CN"/>
        </w:rPr>
        <w:t>　　3.加强对新型长期产品的公平性、合理性、一次交费的合算性、国际性等方面的宣传，灌输先进的保险消费观念，引导市场消费，使市场尽快认同和接受该产品。</w:t>
      </w:r>
      <w:r>
        <w:rPr>
          <w:lang w:eastAsia="zh-CN"/>
        </w:rPr>
        <w:br/>
      </w:r>
      <w:r>
        <w:rPr>
          <w:lang w:eastAsia="zh-CN"/>
        </w:rPr>
        <w:t>　　(五)内部控制策略</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不论是对传统还是新型的长期产品，防范退保风险都必须以加强业务管理与内部控制为基础，包括：</w:t>
      </w:r>
      <w:r>
        <w:rPr>
          <w:lang w:eastAsia="zh-CN"/>
        </w:rPr>
        <w:br/>
      </w:r>
      <w:r>
        <w:rPr>
          <w:lang w:eastAsia="zh-CN"/>
        </w:rPr>
        <w:t>　　1.加强对退保诱因的监控和防范。首先，各产险公司要根据客户群的特征与管理水平、社会经济状况等，判断退保风险发展趋势及公司对退保风险的承受底线，建立相应的指标体系，对退保风险进行监控和预警;其次，要在进行产品开发、准备金提取、资金运用等各项决策时，综合分析宏观经济环境、消费心理、市场竞争等方面的因素，充分考虑退保风险，制订防范措施。</w:t>
      </w:r>
      <w:r>
        <w:rPr>
          <w:lang w:eastAsia="zh-CN"/>
        </w:rPr>
        <w:br/>
      </w:r>
      <w:r>
        <w:rPr>
          <w:lang w:eastAsia="zh-CN"/>
        </w:rPr>
        <w:t>　　2.做好费用管理。对营业费用和佣金、手续费的支出等都要严格按财务制度办理，严厉查处超额支付或截留私设“小金库”的行为，以免影响资金的调度、周转和核算。</w:t>
      </w:r>
      <w:r>
        <w:rPr>
          <w:lang w:eastAsia="zh-CN"/>
        </w:rPr>
        <w:br/>
      </w:r>
      <w:r>
        <w:rPr>
          <w:lang w:eastAsia="zh-CN"/>
        </w:rPr>
        <w:t>　　3.健全考核和奖励制度。一方面要加大利润考核的比重，防止“重规模轻效益”的经营思想蔓延，影响公司长远发展;另一方面，要制订合理的奖励、营销办法，防止“逆向激励”。</w:t>
      </w:r>
      <w:r>
        <w:rPr>
          <w:lang w:eastAsia="zh-CN"/>
        </w:rPr>
        <w:br/>
      </w:r>
      <w:r>
        <w:rPr>
          <w:lang w:eastAsia="zh-CN"/>
        </w:rPr>
        <w:t xml:space="preserve">    公司年度工作总结怎么写？ 篇6 </w:t>
      </w:r>
      <w:r>
        <w:rPr>
          <w:lang w:eastAsia="zh-CN"/>
        </w:rPr>
        <w:br/>
      </w:r>
      <w:r>
        <w:rPr>
          <w:lang w:eastAsia="zh-CN"/>
        </w:rPr>
        <w:t>　　为了总结经验，寻找差距，规划前景，促进__年工作再上一个新台阶，现将20__年工作总结如下：</w:t>
      </w:r>
      <w:r>
        <w:rPr>
          <w:lang w:eastAsia="zh-CN"/>
        </w:rPr>
        <w:br/>
      </w:r>
      <w:r>
        <w:rPr>
          <w:lang w:eastAsia="zh-CN"/>
        </w:rPr>
        <w:t>　　一、积极开展各项经营活动，提高经济效益。</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阳光家园管理处在20__年工作中，在成本控制上下了很大的功夫，使管理处工作首次突破零的利润，创造出一份来之不易的经济利润。20__年工作全面展开之后，管理处为了寻求更大的利润增长点，召集全体员工在公司目标和经营思路的框架下进行分析，集思广义，根据阳光家园小区实际情况，制订出适合自身发展的经营项目。</w:t>
      </w:r>
      <w:r>
        <w:rPr>
          <w:lang w:eastAsia="zh-CN"/>
        </w:rPr>
        <w:br/>
      </w:r>
      <w:r>
        <w:rPr>
          <w:lang w:eastAsia="zh-CN"/>
        </w:rPr>
        <w:t>　　阳光家园管理处全体成员在上半年工作中积极展开了各项有偿经营服务活动。如“家政清洁服务;小孩接送;房屋中介等各项有偿服务。全体员工利用休息时间加班、加点来展开各项有偿服务项目，家园全体员工共9人，在保证小区正常生活秩序的前提下开展各项经营活动，管理处全体员工不计得失，利用休息时间来展开各项有偿服务。</w:t>
      </w:r>
      <w:r>
        <w:rPr>
          <w:lang w:eastAsia="zh-CN"/>
        </w:rPr>
        <w:br/>
      </w:r>
      <w:r>
        <w:rPr>
          <w:lang w:eastAsia="zh-CN"/>
        </w:rPr>
        <w:t>　　做家政清洁，保洁做不过来，保安人员去协助。甚至上夜班人员也要抽出半天时间主动协助，在__年元月份是家政清洁的高峰期，为了使管理处充分利用这宝贵的时间创造出利润，在保证小区正常工作的前提下，一天接4家家政清洁服务，就这样管理处全体成员在分分秒秒创造着利润。</w:t>
      </w:r>
      <w:r>
        <w:rPr>
          <w:lang w:eastAsia="zh-CN"/>
        </w:rPr>
        <w:br/>
      </w:r>
      <w:r>
        <w:rPr>
          <w:lang w:eastAsia="zh-CN"/>
        </w:rPr>
        <w:t>　　一份耕耘一份收获，截止10月未，家园管理处就有偿服务这一项已产生10028元的利润，给公司创造出一定的经济价值。</w:t>
      </w:r>
      <w:r>
        <w:rPr>
          <w:lang w:eastAsia="zh-CN"/>
        </w:rPr>
        <w:br/>
      </w:r>
      <w:r>
        <w:rPr>
          <w:lang w:eastAsia="zh-CN"/>
        </w:rPr>
        <w:t>　　二、以高效、优质的服务赢得新的利润增长点。</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阳光家园是集团公司开展较早的一个项目。小区面积不大，入住率虽高，但住户资源不是很丰富，物业公司通过几年和业主的磨合，已经形成较为成熟的管理运作模式。业主对物业公司也给予了认可，但由于小区面积不大，收费低下，造成物业管理经费不足，无法保证物业管理的正常运作。根据这一状况，管理处在20__年度工作中调整工作思路，在保证小区各项工作稳定的状态下，利用现有资源，赢得新的利润增长点，通过新增点来弥补由于管理面积小而产生的亏损;另一方面阳光家园一直以一种较为平稳的管理方式在运行。在相对的物业管理活动中突出业主至上的服务模式，只要求品牌不看中利润。</w:t>
      </w:r>
      <w:r>
        <w:rPr>
          <w:lang w:eastAsia="zh-CN"/>
        </w:rPr>
        <w:br/>
      </w:r>
      <w:r>
        <w:rPr>
          <w:lang w:eastAsia="zh-CN"/>
        </w:rPr>
        <w:t>　　__年公司整体思路做了调整，作为阳光家园管理处，即要保持物业管理各项工作平稳，又要创造相应的利润。针对这种情况管理处立足现有的管理服务模式进行创新，以服务带动管理费用的上调，使业主感受到物业提供的超值服务，便于管理处对费用适时进行调整。</w:t>
      </w:r>
      <w:r>
        <w:rPr>
          <w:lang w:eastAsia="zh-CN"/>
        </w:rPr>
        <w:br/>
      </w:r>
      <w:r>
        <w:rPr>
          <w:lang w:eastAsia="zh-CN"/>
        </w:rPr>
        <w:t>　　管理处在__年上半年工作即将结束时，对阳光家园物业管理服务费用进行了上调，在原来的基础上涨浮达到每平方米__元。在这种情况下，就要求我们以更加优质的服务来赢得业主对涨费的认可，管理处在进行了艰难解释和沟通工作后，终于在7月份将物业管理服务费涨到国家标准范围内的最高标准，使管理处产生一项新的经济增长点。</w:t>
      </w:r>
      <w:r>
        <w:rPr>
          <w:lang w:eastAsia="zh-CN"/>
        </w:rPr>
        <w:br/>
      </w:r>
      <w:r>
        <w:rPr>
          <w:lang w:eastAsia="zh-CN"/>
        </w:rPr>
        <w:t>　　三、开源节流，降低成本，提高效益。</w:t>
      </w:r>
      <w:r>
        <w:rPr>
          <w:lang w:eastAsia="zh-CN"/>
        </w:rPr>
        <w:br/>
      </w:r>
      <w:r>
        <w:rPr>
          <w:lang w:eastAsia="zh-CN"/>
        </w:rPr>
        <w:t>　　1、加强各项费用的收缴工作。</w:t>
      </w:r>
      <w:r>
        <w:rPr>
          <w:lang w:eastAsia="zh-CN"/>
        </w:rPr>
        <w:br/>
      </w:r>
      <w:r>
        <w:rPr>
          <w:lang w:eastAsia="zh-CN"/>
        </w:rPr>
        <w:t>　　鉴于物业管理是一个高投资、高成本、低回报的服务行业。要确保管理处工作持续正常进行，必须做好物业管理各项费用控制，并保证按时足额收缴。截止11月未管理处收费率达到98%以上。</w:t>
      </w:r>
      <w:r>
        <w:rPr>
          <w:lang w:eastAsia="zh-CN"/>
        </w:rPr>
        <w:br/>
      </w:r>
      <w:r>
        <w:rPr>
          <w:lang w:eastAsia="zh-CN"/>
        </w:rPr>
        <w:t>　　2、厉行节约、降低成本。</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今年管理处全体员工，继承发扬__年的优良传统，时刻树立成本意识和节约意识。严格控制各项管理费用的支出，使各项费用支出降低到最低限度。截止11月未费用支出比同期支出节约28243元。</w:t>
      </w:r>
      <w:r>
        <w:rPr>
          <w:lang w:eastAsia="zh-CN"/>
        </w:rPr>
        <w:br/>
      </w:r>
      <w:r>
        <w:rPr>
          <w:lang w:eastAsia="zh-CN"/>
        </w:rPr>
        <w:t xml:space="preserve">    公司年度工作总结怎么写？ 篇7 </w:t>
      </w:r>
      <w:r>
        <w:rPr>
          <w:lang w:eastAsia="zh-CN"/>
        </w:rPr>
        <w:br/>
      </w:r>
      <w:r>
        <w:rPr>
          <w:lang w:eastAsia="zh-CN"/>
        </w:rPr>
        <w:t>　　_年，我中介业务部在总经理室的正确领导以及我中介业务部全体员工的共同努力下，同舟共济，深化内部改革，克服各种不利因素，全体员工转变观念，努力拓宽服务领域，提前完成了下达的各项指标任务，现将20__年度我中介业务部各项工作总结汇报</w:t>
      </w:r>
      <w:r>
        <w:rPr>
          <w:lang w:eastAsia="zh-CN"/>
        </w:rPr>
        <w:br/>
      </w:r>
      <w:r>
        <w:rPr>
          <w:lang w:eastAsia="zh-CN"/>
        </w:rPr>
        <w:t>　　一、中介业务情况分析</w:t>
      </w:r>
      <w:r>
        <w:rPr>
          <w:lang w:eastAsia="zh-CN"/>
        </w:rPr>
        <w:br/>
      </w:r>
      <w:r>
        <w:rPr>
          <w:lang w:eastAsia="zh-CN"/>
        </w:rPr>
        <w:t>　　目前，我市中介市场较为繁荣，正规兼业保险代理单位家，保险代理公司家，其各保险代理单位或公司以寿险业务为主，财险业务为辅，财险业务以车险业务为主，其他业务为辅。各家代理公司的合作目的是利益最大化，谁签单收取保费少，手续费给的高，业务就与谁合作，这样就给我公司中介业务发展造成较大困难。</w:t>
      </w:r>
      <w:r>
        <w:rPr>
          <w:lang w:eastAsia="zh-CN"/>
        </w:rPr>
        <w:br/>
      </w:r>
      <w:r>
        <w:rPr>
          <w:lang w:eastAsia="zh-CN"/>
        </w:rPr>
        <w:t>　　针对以上情况，我公司就濮阳保险市场和中介业务进行了认真的分析和研讨，通过分析和研讨我公司制定了结合濮阳实际发展中介业务的经营策略。</w:t>
      </w:r>
      <w:r>
        <w:rPr>
          <w:lang w:eastAsia="zh-CN"/>
        </w:rPr>
        <w:br/>
      </w:r>
      <w:r>
        <w:rPr>
          <w:lang w:eastAsia="zh-CN"/>
        </w:rPr>
        <w:t>　　一是自身定位，我公司在濮阳成立不久，如何在濮阳树立良好的形象，创出中华联合财产保险公司的牌子尤为重要。为此，我们既考虑如何发展中介业务，又考虑如何规范经营。在中介业务的发展上，我们以长远的眼光开拓发展中介业务，而不是以牺牲自身利益为代价发展中介业务。</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是以合理的价格介入中介市场。目前，濮阳经营保险的主题较多，部分保险公司已低保险价格、高手续费返还为手段来掠夺中介市场，诚然，低保险价格、高手续费是介入中介市场的杠杆，但不是唯一的做法，对此我公司认真分析市场价格，在公司整体运作规定范围内结合濮阳实际制定出自身适应中介市场的保险价格和费用，以达到最佳的平衡点。</w:t>
      </w:r>
      <w:r>
        <w:rPr>
          <w:lang w:eastAsia="zh-CN"/>
        </w:rPr>
        <w:br/>
      </w:r>
      <w:r>
        <w:rPr>
          <w:lang w:eastAsia="zh-CN"/>
        </w:rPr>
        <w:t>　　三是以优质服务赢得中介市场。以优质服务为着眼点，切实将优质服务看成公司发展的生命线，具体的来说，我公司做好了签约前和签约后的优质服务，设立专人负责对签约代理单位服务，明确专人管理。四是搞好中介代理的信息收集，随时掌握中介代理市场的发展趋势和动向，并针对具体情况，制定出符合市场运作实际的经营策略，从而，为快速、稳健发展中介业务奠定良好的基础，五是加强管理。中介业务存在着点多、从业人员杂、业务广和只求效益，忽视管理等因素，为此，我公司着重从以下几个方面进行规范：规范代理协议的签订;规范单证管理;规范保费结算流程;规范与代理公司的沟通制度。</w:t>
      </w:r>
      <w:r>
        <w:rPr>
          <w:lang w:eastAsia="zh-CN"/>
        </w:rPr>
        <w:br/>
      </w:r>
      <w:r>
        <w:rPr>
          <w:lang w:eastAsia="zh-CN"/>
        </w:rPr>
        <w:t>　　二、中介业务拓展情况</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通过中介业务部加强车险业务经营是今年非常重要的中介业务工作。车险业务在整个业务经营中具有举足轻重的地位和作用，必须做大做强，做精做细。也就是发挥中介部的纽带作用，继续加快发展车险业务，保持较快的发展速度，同时，大力优化车险业务结构，严格控制高风险、高赔付的业务，从承保源头抓起，从每一笔业务、每一个环节抓起，从每一位承保人员抓起，全面提高车险业务经营管理水平，增强盈利能力，使车险真正成为增收保费和创造利润的骨干险种。</w:t>
      </w:r>
      <w:r>
        <w:rPr>
          <w:lang w:eastAsia="zh-CN"/>
        </w:rPr>
        <w:br/>
      </w:r>
      <w:r>
        <w:rPr>
          <w:lang w:eastAsia="zh-CN"/>
        </w:rPr>
        <w:t>　　三、中介业务发展措施</w:t>
      </w:r>
      <w:r>
        <w:rPr>
          <w:lang w:eastAsia="zh-CN"/>
        </w:rPr>
        <w:br/>
      </w:r>
      <w:r>
        <w:rPr>
          <w:lang w:eastAsia="zh-CN"/>
        </w:rPr>
        <w:t>　　今年来，我中介业务部坚持学习政治理论，提高业务技能，制定了相应的学习计划。建立健全了一整套适应本我中介业务部实际的制约机制，使我中介业务部形成一个团结拼搏、务实进取的战斗集体。进一步完善了我中介业务部内部控制制度，以效率为中心，实行工效挂钩。做到一人干保险全家干保险，坚持以贡献排名次，以业绩论英雄。让经济杠杆起作用，变职工要我干为我要干，拉开了分配档次，增强了工作的积极和主动性。我中介业务部根据保险服务行业的特点，从狠抓效益入手，抓落实，重实效，取得了显著效果。一是完善了优质服务措施，制定了优质服务标准，明确了服务内容，规范了服务程序。广泛深入保户，回访“黄金客户”，积极征求意见，改进工作作风，增加了服务透明度。</w:t>
      </w:r>
      <w:r>
        <w:rPr>
          <w:lang w:eastAsia="zh-CN"/>
        </w:rPr>
        <w:br/>
      </w:r>
      <w:r>
        <w:rPr>
          <w:lang w:eastAsia="zh-CN"/>
        </w:rPr>
        <w:t>　　四、工作中存在的主要问题及今后的努力方向</w:t>
      </w:r>
      <w:r>
        <w:rPr>
          <w:lang w:eastAsia="zh-CN"/>
        </w:rPr>
        <w:br/>
      </w:r>
      <w:r>
        <w:rPr>
          <w:lang w:eastAsia="zh-CN"/>
        </w:rPr>
        <w:t>　　回顾今年来的工作，我中介业务部各项工作虽然取得了一定的成绩，完成了公司下达的各项指标任务，各项基础管理工作也有很大进步，但工作中仍然存在着一些问题，如车险代理进展还不够快，合作的层次还不够广泛和深入，对此，我中介业务部将认真分析原因，积极寻求对策，加强包括车险在内的各类险种的宣传，积极开展有效的促销活动，进一步拓展中介代理营销。</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在我公司的业务中，中介业务各项工作是否取得预期效果，对我公司的经营管理具有举足轻。</w:t>
      </w:r>
      <w:r>
        <w:rPr>
          <w:lang w:eastAsia="zh-CN"/>
        </w:rPr>
        <w:br/>
      </w:r>
      <w:r>
        <w:rPr>
          <w:lang w:eastAsia="zh-CN"/>
        </w:rPr>
        <w:t xml:space="preserve">    公司年度工作总结怎么写？ 篇8 </w:t>
      </w:r>
      <w:r>
        <w:rPr>
          <w:lang w:eastAsia="zh-CN"/>
        </w:rPr>
        <w:br/>
      </w:r>
      <w:r>
        <w:rPr>
          <w:lang w:eastAsia="zh-CN"/>
        </w:rPr>
        <w:t>　　光似箭，岁月如梭，这是我从学校毕业第一次踏上工作岗位。作为一名新员工，非常感谢公司提供给我一个成长的平台，让我在工作中不断的学习，不断的进步，慢慢的提升自身的素质和才能。回首过去的六个多月，公司陪伴我走过人生很重要的一个阶段，使我懂得了很多。在此我向公司的各位领导和同事表示最衷心的感谢，有你们的关心才能使我在工作中得心应手，也因有你们的帮助，才能令我在公司的发展上一个台阶。</w:t>
      </w:r>
      <w:r>
        <w:rPr>
          <w:lang w:eastAsia="zh-CN"/>
        </w:rPr>
        <w:br/>
      </w:r>
      <w:r>
        <w:rPr>
          <w:lang w:eastAsia="zh-CN"/>
        </w:rPr>
        <w:t>　　作为公司经营部的预算人员，在此期间，我充分的认识到这份工作的重要性，同时也发现了自己工作的差距，也使自己明确了下一步努力的方向，现对自己在公司经营部所做的工作做一下回顾和总结：</w:t>
      </w:r>
      <w:r>
        <w:rPr>
          <w:lang w:eastAsia="zh-CN"/>
        </w:rPr>
        <w:br/>
      </w:r>
      <w:r>
        <w:rPr>
          <w:lang w:eastAsia="zh-CN"/>
        </w:rPr>
        <w:t>　　一、工作情况</w:t>
      </w:r>
      <w:r>
        <w:rPr>
          <w:lang w:eastAsia="zh-CN"/>
        </w:rPr>
        <w:br/>
      </w:r>
      <w:r>
        <w:rPr>
          <w:lang w:eastAsia="zh-CN"/>
        </w:rPr>
        <w:t>　　在经营部6个多月的时间中，为了更快更好地融入公司这个团队，为以后的工作打好铺垫，我加紧对公司的各项规章制度进行了解，熟悉公司的企业文化。熟悉经营部运作流程，熟悉有关水利水电建筑预算的定额，参与标书的编制。</w:t>
      </w:r>
      <w:r>
        <w:rPr>
          <w:lang w:eastAsia="zh-CN"/>
        </w:rPr>
        <w:br/>
      </w:r>
      <w:r>
        <w:rPr>
          <w:lang w:eastAsia="zh-CN"/>
        </w:rPr>
        <w:t>　　二、对于工作新的认识</w:t>
      </w:r>
      <w:r>
        <w:rPr>
          <w:lang w:eastAsia="zh-CN"/>
        </w:rPr>
        <w:br/>
      </w:r>
      <w:r>
        <w:rPr>
          <w:lang w:eastAsia="zh-CN"/>
        </w:rPr>
        <w:t>　　对于预算工作，我觉得态度决定一切，对于工作如果没有一个好态度，一切也就无从谈起，只有以认真的态度、以主人翁的精神去对待自己的工作，才会实现公司利益的最大化。</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三、工作中存在不足</w:t>
      </w:r>
      <w:r>
        <w:rPr>
          <w:lang w:eastAsia="zh-CN"/>
        </w:rPr>
        <w:br/>
      </w:r>
      <w:r>
        <w:rPr>
          <w:lang w:eastAsia="zh-CN"/>
        </w:rPr>
        <w:t>　　由于自身的局限性，对于有些细节方面处理地不是太准确，因为预算工作有一部分是需要时间和经验的积累，不过我相信经验上的不足可以通过勤奋来弥补。对相关知识情况了解的还不够详细和充实，掌握的技术手段还不够多;需要继续学习以提高自己的知识水平和操作能力，加强分析和解决实际问题的能力;同时团队协作能力也需要进一步增强等。</w:t>
      </w:r>
      <w:r>
        <w:rPr>
          <w:lang w:eastAsia="zh-CN"/>
        </w:rPr>
        <w:br/>
      </w:r>
      <w:r>
        <w:rPr>
          <w:lang w:eastAsia="zh-CN"/>
        </w:rPr>
        <w:t>　　在今后的工作中，我会加强自身学习，结合实际，多从细节考虑，认真做好本职工作，积极配合同事工作项目。积极向同事学习，虚心请教，并以实践带动学习，全方位提高自己的工作能力。克服自己本身存在的诸多缺点，加强学习，为公司的发展壮大贡献自己的绵薄之力。</w:t>
      </w:r>
      <w:r>
        <w:rPr>
          <w:lang w:eastAsia="zh-CN"/>
        </w:rPr>
        <w:br/>
      </w:r>
      <w:r>
        <w:rPr>
          <w:lang w:eastAsia="zh-CN"/>
        </w:rPr>
        <w:t>　　末，真诚的感谢所有的同事，谢谢你们半年多的相伴，让我倍感温暖和亲切。感谢公司能给刚毕业什么也不懂的我一个这么好的_平台，让我在这些日子里学到了太多不曾有过的东西。也真挚的希望我们在20_越走越好。</w:t>
      </w:r>
      <w:r>
        <w:rPr>
          <w:lang w:eastAsia="zh-CN"/>
        </w:rPr>
        <w:br/>
      </w:r>
      <w:r>
        <w:rPr>
          <w:lang w:eastAsia="zh-CN"/>
        </w:rPr>
        <w:t xml:space="preserve">    公司年度工作总结怎么写？ 篇9 </w:t>
      </w:r>
      <w:r>
        <w:rPr>
          <w:lang w:eastAsia="zh-CN"/>
        </w:rPr>
        <w:br/>
      </w:r>
      <w:r>
        <w:rPr>
          <w:lang w:eastAsia="zh-CN"/>
        </w:rPr>
        <w:t>　　自我进入物流，成为一名客服专员已经一年有余，在新年到来之际，在此对我的物流客服工作做个总结，希望可以在明年有更大的进步。</w:t>
      </w:r>
      <w:r>
        <w:rPr>
          <w:lang w:eastAsia="zh-CN"/>
        </w:rPr>
        <w:br/>
      </w:r>
      <w:r>
        <w:rPr>
          <w:lang w:eastAsia="zh-CN"/>
        </w:rPr>
        <w:t>　　一、虚心学习，借鉴经验</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因之前没有过任何物流方面的经验，很担心无法融入到客服的工作中，但是从我进入公司的第一天开始，公司一直强调的“齐心协力，志存高远”的企业文化、宽松融洽的工作氛围、以及施经理和客服部各位同事的耐心指导，使我在较短的时间内适应了公司的工作环境，也熟悉了公司的整个操作流程。在客服部的工作中，我一直严格要求自己，认真及时的做好领导布置的每一项任务，并虚心的向同事们学习，借鉴她们许多良好的工作习惯和在工作中积累的经验。</w:t>
      </w:r>
      <w:r>
        <w:rPr>
          <w:lang w:eastAsia="zh-CN"/>
        </w:rPr>
        <w:br/>
      </w:r>
      <w:r>
        <w:rPr>
          <w:lang w:eastAsia="zh-CN"/>
        </w:rPr>
        <w:t>　　公司注重时限和承诺，所以我们客服在受理、跟踪、查询和确认收货情况时，要本着公司的这种精神，言语得体，有礼有节，并且要非常的细心。我也会加强学习业务知识，不断提高和充实自己，希望能尽早独当一面，为公司做出更多的贡献。不过在工作中我也出现了一些错误，因此在处理各种问题时我会考虑得更全面，杜绝类似错误的发生。在此，我要非常感谢施经理和各位同事，感谢她们对我工作中出现的错误给予及时的提醒和改正。</w:t>
      </w:r>
      <w:r>
        <w:rPr>
          <w:lang w:eastAsia="zh-CN"/>
        </w:rPr>
        <w:br/>
      </w:r>
      <w:r>
        <w:rPr>
          <w:lang w:eastAsia="zh-CN"/>
        </w:rPr>
        <w:t>　　二、加深认识，细心处理</w:t>
      </w:r>
      <w:r>
        <w:rPr>
          <w:lang w:eastAsia="zh-CN"/>
        </w:rPr>
        <w:br/>
      </w:r>
      <w:r>
        <w:rPr>
          <w:lang w:eastAsia="zh-CN"/>
        </w:rPr>
        <w:t>　　在成为公司的正式一分子后，我对客服的工作有了更深层次的认识，在处理问题和突发事件上有了相对的提高。首先，我认为客服工作中“细心”是最重要的，比如在受理时，要尽可能详尽的得到货物信息和客户的要求；在跟营运部门登记和查询时，更要尽可能详尽的了解到货物的在途和到货实况，并有能力根据这些信息推测和判断后续情况，在应对客户询问时能够简言答之，令客户满意。</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工作中发现问题，找出原因，找到解决问题的办法不断改进不断提高。所以说注意物流工作的细节是非常重要的。其次，不要主观。若出现和以往不一致等异常的情况，要冷静观察，不可盲目去处理，认真落实。不要强调“以自我为中心”，而应该强调“整体利益优先”，在工作中要发扬“有人负责我服从，无人负责我负责”的精神。如受理时、回复客户时、接到领导指示的工作等不可凭主观想像做事，按部就班，简单的事情更要认真对待。</w:t>
      </w:r>
      <w:r>
        <w:rPr>
          <w:lang w:eastAsia="zh-CN"/>
        </w:rPr>
        <w:br/>
      </w:r>
      <w:r>
        <w:rPr>
          <w:lang w:eastAsia="zh-CN"/>
        </w:rPr>
        <w:t>　　三、工作中需要注意的地方</w:t>
      </w:r>
      <w:r>
        <w:rPr>
          <w:lang w:eastAsia="zh-CN"/>
        </w:rPr>
        <w:br/>
      </w:r>
      <w:r>
        <w:rPr>
          <w:lang w:eastAsia="zh-CN"/>
        </w:rPr>
        <w:t>　　勇于承担。工作是先做人后做事，性格决定命运，态度决定一切，沟通解决一切。出现问题要勇于承担，比如输单时出现错误，或者周末值班时事情没有处理好，说一句“不好意思，我输的”或者“我值班”这没什么，否则大家一起承担，这样也不好。出现问题不要推卸责任。讲讲当时的情况，说说出现的原因，大家一起来借鉴一下，以免下次犯同样的错误，说不定领导还会夸他诚实呢，是个好员工。这样也会保证部门之间的平和和团结。</w:t>
      </w:r>
      <w:r>
        <w:rPr>
          <w:lang w:eastAsia="zh-CN"/>
        </w:rPr>
        <w:br/>
      </w:r>
      <w:r>
        <w:rPr>
          <w:lang w:eastAsia="zh-CN"/>
        </w:rPr>
        <w:t>　　当在工作中出现什么“拦路虎”了，生活中出现什么不开心的事，不可情绪化，不能影响工作或别人。把同事、领导当成朋友说出自已的想法和建议。因为你将随时应对意料之外的事情，所以物流工作要有一颗平常心，与人为善的心，说出的话会不会伤害到人家，会不会产生矛盾等等，要增加集体荣誉感，增强集体凝聚力。</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最后，定期或不定期内外部培训。企业的战略在变，执行战略的能力要求也在变，所以对员工进行工作及生活的沟通，思想沟通、对员工进行业务培训、全方面素质培训。如航空常识培训、内部经验交流、外部参观学习、物流管理培训等等。益处是公司有了高素质人才，适应了当前的发展变化，而员工更好的充实了自己、更好的完成工作、更多的付出。</w:t>
      </w:r>
      <w:r>
        <w:rPr>
          <w:lang w:eastAsia="zh-CN"/>
        </w:rPr>
        <w:br/>
      </w:r>
      <w:r>
        <w:rPr>
          <w:lang w:eastAsia="zh-CN"/>
        </w:rPr>
        <w:t>　　把公司当成家，节省每一点能源。把同事当成朋友，增强团员合作精神与集体凝聚力。心往一处用，劲往一处使，我想明天一定会更好！</w:t>
      </w:r>
      <w:r>
        <w:rPr>
          <w:lang w:eastAsia="zh-CN"/>
        </w:rPr>
        <w:br/>
      </w:r>
      <w:r>
        <w:rPr>
          <w:lang w:eastAsia="zh-CN"/>
        </w:rPr>
        <w:t xml:space="preserve">    公司年度工作总结怎么写？ 篇10 </w:t>
      </w:r>
      <w:r>
        <w:rPr>
          <w:lang w:eastAsia="zh-CN"/>
        </w:rPr>
        <w:br/>
      </w:r>
      <w:r>
        <w:rPr>
          <w:lang w:eastAsia="zh-CN"/>
        </w:rPr>
        <w:t>　　本人于20__年7月6日正式加入贵公司工作，对贵司董事及公司领导给予良好的工作平台主合作机会表示十分的感谢!对各部门经理骨干及广大员工的积极配合表示崇高的敬意!回顾将近大半年以来的工作任务。为今后业务开拓中更好地扬长避短，现将有关事项总结如下：</w:t>
      </w:r>
      <w:r>
        <w:rPr>
          <w:lang w:eastAsia="zh-CN"/>
        </w:rPr>
        <w:br/>
      </w:r>
      <w:r>
        <w:rPr>
          <w:lang w:eastAsia="zh-CN"/>
        </w:rPr>
        <w:t>　　一、管理成效</w:t>
      </w:r>
      <w:r>
        <w:rPr>
          <w:lang w:eastAsia="zh-CN"/>
        </w:rPr>
        <w:br/>
      </w:r>
      <w:r>
        <w:rPr>
          <w:lang w:eastAsia="zh-CN"/>
        </w:rPr>
        <w:t>　　1、细心领会__公司的企业文化，迅速融入公司的管理团体。</w:t>
      </w:r>
      <w:r>
        <w:rPr>
          <w:lang w:eastAsia="zh-CN"/>
        </w:rPr>
        <w:br/>
      </w:r>
      <w:r>
        <w:rPr>
          <w:lang w:eastAsia="zh-CN"/>
        </w:rPr>
        <w:t>　　2、具有效敏锐的管理触觉和职业经理人的工作境界，战略思维明确清晰，工作态度及生活风严谨，在团队中能到领头羊的作用。</w:t>
      </w:r>
      <w:r>
        <w:rPr>
          <w:lang w:eastAsia="zh-CN"/>
        </w:rPr>
        <w:br/>
      </w:r>
      <w:r>
        <w:rPr>
          <w:lang w:eastAsia="zh-CN"/>
        </w:rPr>
        <w:t>　　3、能按公司董事及各级领导的指导和意图统领物业公司全局工作，在一手抓管理、一手抓经营的同时，利用《__资讯》的沟通宣传平台和各种大型活动的契机，全力配合公司和广大业主和员工宣导公司的企业文化，营造良好的文化氛围。</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深入调节调研各小区管理现状，科学分析现有管理机制，客观诊断现有问题，掌握公司整体运作，寻找改善和提升管理服务质量的可行办法，运筹和整合公司发民战略规划，紧密围绕创造优质生活空间经营理念，在全局工作中，全力推行产业化管理模式(特点：标准化、程序化、科学化)，通过将近半年以来的实施，各小区的管理基本能在原有工作基础上步入正轨，并达到良性的循环。</w:t>
      </w:r>
      <w:r>
        <w:rPr>
          <w:lang w:eastAsia="zh-CN"/>
        </w:rPr>
        <w:br/>
      </w:r>
      <w:r>
        <w:rPr>
          <w:lang w:eastAsia="zh-CN"/>
        </w:rPr>
        <w:t>　　5、根据工作调研综合报告，建立物管服务新牌子，合理调整了物业公司组织架构，并于20__年8月9日，通过合法手续途径，将中山市__物业管理有限公司改为中山市__物业管理服务有限公司，对各小区的运作，实行标准、规范、统一的经营管理模式，对外实行统一的标志形象，为企业的全面升级和发展启动了新的动力。</w:t>
      </w:r>
      <w:r>
        <w:rPr>
          <w:lang w:eastAsia="zh-CN"/>
        </w:rPr>
        <w:br/>
      </w:r>
      <w:r>
        <w:rPr>
          <w:lang w:eastAsia="zh-CN"/>
        </w:rPr>
        <w:t>　　6、规范了公司的的物业文本，密切配合了销售业务工作。根据国家和地方的物业管理政策法规，并结合本公司各楼盘实际情况，(来自：)会同营销部商讨和编制了《前期物业管理服务协议》、《管理公约》、《装修手册》等文本。从20__年9月份以来，按业务编程要求，在__华庭和__花园的业务拓展中正常颁发和招待规范了既往不成体系和章法的做法。</w:t>
      </w:r>
      <w:r>
        <w:rPr>
          <w:lang w:eastAsia="zh-CN"/>
        </w:rPr>
        <w:br/>
      </w:r>
      <w:r>
        <w:rPr>
          <w:lang w:eastAsia="zh-CN"/>
        </w:rPr>
        <w:t>　　7、建立和完善了部分的管理规章和作业流程，在贯彻实施中认真监督。__物业公司从统一管理以来，先后制定的管理制度(规定)共8份，操作规程(流程)共23份。在操作上，有章可循，步调一致。</w:t>
      </w:r>
      <w:r>
        <w:rPr>
          <w:lang w:eastAsia="zh-CN"/>
        </w:rPr>
        <w:br/>
      </w:r>
      <w:r>
        <w:rPr>
          <w:lang w:eastAsia="zh-CN"/>
        </w:rPr>
        <w:t>　　8、按ISO工作指导原则，建立了__物业管理服务公司《服务质量管理体系》，根据各板块工作指标，并将体系的组成内容的操作要求于20__年12月底前，对领班级以上的人员实行了专题的培训，为20__年的质量管理铺好工作基础。</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9、重视员工的业务培训，努力提高员工的业务水平。根据公司的发展要求，先后编写了《管理与服务》、《物管政策法规》、《礼仪常识》、《__礼仪》等培训讲义，并与营业员销部门联合举办了相应的培训活动，在一定程度上收到了较好的效果。尤其是20__年12月份，为提高管理人员的消防意识和管理能力，公司还派出了物业公司管理人员共6人到市消防向进行了为期3天的业务培训。</w:t>
      </w:r>
      <w:r>
        <w:rPr>
          <w:lang w:eastAsia="zh-CN"/>
        </w:rPr>
        <w:br/>
      </w:r>
      <w:r>
        <w:rPr>
          <w:lang w:eastAsia="zh-CN"/>
        </w:rPr>
        <w:t>　　10、强化务小区清洁卫生管理，对各楼盘、各区域的工作范围合理分工，明确工作时段安排和作业标准，将具体工作落到实处，责任到人，加强了各管理现场跟进检查验证工作，维护了大局环境的整洁。</w:t>
      </w:r>
      <w:r>
        <w:rPr>
          <w:lang w:eastAsia="zh-CN"/>
        </w:rPr>
        <w:br/>
      </w:r>
      <w:r>
        <w:rPr>
          <w:lang w:eastAsia="zh-CN"/>
        </w:rPr>
        <w:t>　　11、在绿化管理方面，配置了部分较先进的操作机械，实行统一调配和专人管理，对三个楼盘绿化植物、草坪修剪和养护方面，要求龚瑞每朋5日前提完整的工作计划，并分布各管理处负责人跟进督导完成相应的工作。在机械操作方面，现场严格培训，指定专人操作，责任明确到人，克服了过去多人随意操作，机械屡修屡坏的现象，在人力物力上，实现了资源共享，在工作效率上得到了一定的提高。</w:t>
      </w:r>
      <w:r>
        <w:rPr>
          <w:lang w:eastAsia="zh-CN"/>
        </w:rPr>
        <w:br/>
      </w:r>
      <w:r>
        <w:rPr>
          <w:lang w:eastAsia="zh-CN"/>
        </w:rPr>
        <w:t>　　12、在保安管理上，统一招聘、培训和调配，20__年度，中山的治安环境较为严峻，在我们公司旗下的三个小区内，没有发生一宗典型的治安、消防事故案例，维护了良好的治安局面。</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13、在设备设施维护方面，没有存在任何的人为事故，各项主要设施的运行基本正常。</w:t>
      </w:r>
      <w:r>
        <w:rPr>
          <w:lang w:eastAsia="zh-CN"/>
        </w:rPr>
        <w:br/>
      </w:r>
      <w:r>
        <w:rPr>
          <w:lang w:eastAsia="zh-CN"/>
        </w:rPr>
        <w:t>　　14、在10月底，将三个楼盘的业主房屋档案资料实行统一管理，设立了物业公司档案资料室峄各种资料进行分门别类，建成立了规范的文件标识，存放陈设明确清晰。</w:t>
      </w:r>
      <w:r>
        <w:rPr>
          <w:lang w:eastAsia="zh-CN"/>
        </w:rPr>
        <w:br/>
      </w:r>
      <w:r>
        <w:rPr>
          <w:lang w:eastAsia="zh-CN"/>
        </w:rPr>
        <w:t>　　15、要10月份中，督导完成__花园7、8幢验收接管及交楼工作，协调做好该区域的汽车位建设共19个，现已分配使用了15个。</w:t>
      </w:r>
      <w:r>
        <w:rPr>
          <w:lang w:eastAsia="zh-CN"/>
        </w:rPr>
        <w:br/>
      </w:r>
      <w:r>
        <w:rPr>
          <w:lang w:eastAsia="zh-CN"/>
        </w:rPr>
        <w:t>　　16、督导__华庭管理处完成了二期车位的划分工作，跟进完成了地现铁栏工程(铁栏总长度391米，露天小车位29个，露天摩托车位23个)，在10月份已正常执行收费。</w:t>
      </w:r>
      <w:r>
        <w:rPr>
          <w:lang w:eastAsia="zh-CN"/>
        </w:rPr>
        <w:br/>
      </w:r>
      <w:r>
        <w:rPr>
          <w:lang w:eastAsia="zh-CN"/>
        </w:rPr>
        <w:t>　　17、在12月份中，督导__华庭管理处完成26—29幢验收按管及交楼工作。</w:t>
      </w:r>
      <w:r>
        <w:rPr>
          <w:lang w:eastAsia="zh-CN"/>
        </w:rPr>
        <w:br/>
      </w:r>
      <w:r>
        <w:rPr>
          <w:lang w:eastAsia="zh-CN"/>
        </w:rPr>
        <w:t>　　18、将三个楼盘日常工作的会议类、计划总结类、物业例会检类列入公司的《议事日程》，强化现场工作管理，截止20__年12月底，在三个楼盘中，基本清理解决了各楼梯底、楼梯间、天强顶各种各杂物乱堆乱放现象，尤是对__的整治中，效果工作较为显着。</w:t>
      </w:r>
      <w:r>
        <w:rPr>
          <w:lang w:eastAsia="zh-CN"/>
        </w:rPr>
        <w:br/>
      </w:r>
      <w:r>
        <w:rPr>
          <w:lang w:eastAsia="zh-CN"/>
        </w:rPr>
        <w:t>　　19、根据董事办指引和要求，组织__业主委员会主要成员召开业务工作座谈会议，听取业委会各种宝贵意见，化公司上级领导提供各种可靠的参考信息，加深了公司与业委会的感情联略，在某种程度上，促进了日常的管理工作。</w:t>
      </w:r>
      <w:r>
        <w:rPr>
          <w:lang w:eastAsia="zh-CN"/>
        </w:rPr>
        <w:br/>
      </w:r>
      <w:r>
        <w:rPr>
          <w:lang w:eastAsia="zh-CN"/>
        </w:rPr>
        <w:t>　　20、在招聘用工方面，密切配合行政人事部工作，对面试考核严格把关，确保存人事作业和岗位的工作正常运作，</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21、强化员工纪律，处理了个别不职称的管理人员及员工，加强了巡岗检查工作制度，降低中工违规机率，维护正常工作秩序，(来自：)经统计结比，9—10月份，对违规员工处罚处理共44宗(扣罚金额共625元);奖励1宗(奖金25元)，11—12月份，对违规员处罚处理共19宗(扣罚金额共445元);奖励2宗(奖金60元)。</w:t>
      </w:r>
      <w:r>
        <w:rPr>
          <w:lang w:eastAsia="zh-CN"/>
        </w:rPr>
        <w:br/>
      </w:r>
      <w:r>
        <w:rPr>
          <w:lang w:eastAsia="zh-CN"/>
        </w:rPr>
        <w:t>　　22、理清__各种欠费老帐，加大费用追缴力度，在追收费用方面收费很好的成效。调任__负责一居经理工作以来，从20__年11月21日正式开展追收，通过各方面的努力，至20__年12月底，将15万元的欠款老帐追回了76265。6元。截止20__年12月31日，经清盘统计显示，三个月以上住宅类欠款的96896。20元;商铺类欠款为9171。20元。</w:t>
      </w:r>
      <w:r>
        <w:rPr>
          <w:lang w:eastAsia="zh-CN"/>
        </w:rPr>
        <w:br/>
      </w:r>
      <w:r>
        <w:rPr>
          <w:lang w:eastAsia="zh-CN"/>
        </w:rPr>
        <w:t>　　23、在__华庭和__花园停车收费方面，规范《停车租赁协议书》，明确了停车场管理规定，杜绝各种管理漏洞。</w:t>
      </w:r>
      <w:r>
        <w:rPr>
          <w:lang w:eastAsia="zh-CN"/>
        </w:rPr>
        <w:br/>
      </w:r>
      <w:r>
        <w:rPr>
          <w:lang w:eastAsia="zh-CN"/>
        </w:rPr>
        <w:t>　　二、不足之处</w:t>
      </w:r>
      <w:r>
        <w:rPr>
          <w:lang w:eastAsia="zh-CN"/>
        </w:rPr>
        <w:br/>
      </w:r>
      <w:r>
        <w:rPr>
          <w:lang w:eastAsia="zh-CN"/>
        </w:rPr>
        <w:t>　　1、因闪期阶段侧重于务实性的工作管理，在团队象建设中抓得和重视不够，从表象上看，改允似乎缓慢，加上原有队全的朝气较为低落，在人们的印象很一般，所以，在形象评价方面受到一定的折扣(如：保安衣装较差、服务前台衣装没有统一等。</w:t>
      </w:r>
      <w:r>
        <w:rPr>
          <w:lang w:eastAsia="zh-CN"/>
        </w:rPr>
        <w:br/>
      </w:r>
      <w:r>
        <w:rPr>
          <w:lang w:eastAsia="zh-CN"/>
        </w:rPr>
        <w:t>　　2、管理层虽有一定的进步，但意识及末线上，尚未跟上公司的要求，在执行力和监督力上还是较弱。</w:t>
      </w:r>
      <w:r>
        <w:rPr>
          <w:lang w:eastAsia="zh-CN"/>
        </w:rPr>
        <w:br/>
      </w:r>
      <w:r>
        <w:rPr>
          <w:lang w:eastAsia="zh-CN"/>
        </w:rPr>
        <w:t>　　3、前台信息的管理及设备配置不够完善。至今软件尚未到位。针对现有的三大楼，在资料管理、收费管费、房屋管理、车场管理、设备管理等不是手工操作。</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4、业务公关及外联工作做得不够，业务信息、管理信息动态不够灵通，例如：保安人头管理费问题征收，应是典型的例子，以本人经验线见，来时与公安机关的主管领导或关键领导密切沟通，保安公司不敢过多的干预。再者，__物业公司每年度被通知建设局、市房协召开研讨会议太少，在行业主管部门中的印象不够深刻，所以，对业务的指导和重视显然不够。</w:t>
      </w:r>
      <w:r>
        <w:rPr>
          <w:lang w:eastAsia="zh-CN"/>
        </w:rPr>
        <w:br/>
      </w:r>
      <w:r>
        <w:rPr>
          <w:lang w:eastAsia="zh-CN"/>
        </w:rPr>
        <w:t>　　三、今后展望</w:t>
      </w:r>
      <w:r>
        <w:rPr>
          <w:lang w:eastAsia="zh-CN"/>
        </w:rPr>
        <w:br/>
      </w:r>
      <w:r>
        <w:rPr>
          <w:lang w:eastAsia="zh-CN"/>
        </w:rPr>
        <w:t>　　1、按公司董事的指导思想，根据20__年度经营管理工作计划开展全面的工作，实现任期管理目标。</w:t>
      </w:r>
      <w:r>
        <w:rPr>
          <w:lang w:eastAsia="zh-CN"/>
        </w:rPr>
        <w:br/>
      </w:r>
      <w:r>
        <w:rPr>
          <w:lang w:eastAsia="zh-CN"/>
        </w:rPr>
        <w:t>　　2、抓好软件、硬件的管理，内强素质、外塑形象。</w:t>
      </w:r>
      <w:r>
        <w:rPr>
          <w:lang w:eastAsia="zh-CN"/>
        </w:rPr>
        <w:br/>
      </w:r>
      <w:r>
        <w:rPr>
          <w:lang w:eastAsia="zh-CN"/>
        </w:rPr>
        <w:t>　　3、持以之怛地抓好服务质量管理体系的运作与管理，优化服务质量，树立业主良好的口牌。</w:t>
      </w:r>
      <w:r>
        <w:rPr>
          <w:lang w:eastAsia="zh-CN"/>
        </w:rPr>
        <w:br/>
      </w:r>
      <w:r>
        <w:rPr>
          <w:lang w:eastAsia="zh-CN"/>
        </w:rPr>
        <w:t>　　4、加强管理层的服务意识的成本意识，大胆开拓创新，发挥集体聪明才智，为缔造__企业的品牌和全面升级而共同努力。</w:t>
      </w:r>
      <w:r>
        <w:rPr>
          <w:lang w:eastAsia="zh-CN"/>
        </w:rPr>
        <w:br/>
      </w:r>
      <w:r>
        <w:rPr>
          <w:lang w:eastAsia="zh-CN"/>
        </w:rPr>
        <w:t>　　以上绩效，离不开公司董事及领导支持关怀和正确指导的结果，也离不开广大同仁的努拼搏积极配合的结果。在新的一年中，我相信，__物业管理服务有限公司全盘的工作在20__年度原有基础上，有着得力的董事领导核心支持和指导下，有着广大员工支撑配合下，__物业公司与总公司的整体业绩一定获得更加繁荣昌盛!</w:t>
      </w:r>
      <w:r>
        <w:rPr>
          <w:lang w:eastAsia="zh-CN"/>
        </w:rPr>
        <w:br/>
      </w:r>
      <w:r>
        <w:rPr>
          <w:lang w:eastAsia="zh-CN"/>
        </w:rPr>
        <w:t xml:space="preserve">    公司年度工作总结怎么写？ 篇11 </w:t>
      </w:r>
      <w:r>
        <w:rPr>
          <w:lang w:eastAsia="zh-CN"/>
        </w:rPr>
        <w:br/>
      </w:r>
      <w:r>
        <w:rPr>
          <w:lang w:eastAsia="zh-CN"/>
        </w:rPr>
        <w:t>　　本年度在总公司、物业系统中心正确领导下，客服机制逐步健全，服务质量提升，顾客投诉减少，协调能力增强。</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一、物业宣传工作</w:t>
      </w:r>
      <w:r>
        <w:rPr>
          <w:lang w:eastAsia="zh-CN"/>
        </w:rPr>
        <w:br/>
      </w:r>
      <w:r>
        <w:rPr>
          <w:lang w:eastAsia="zh-CN"/>
        </w:rPr>
        <w:t>　　(一)举办家属区元旦、春节、劳动节、60周年大庆、抗击甲流等板报黑板报、简报若干期，加强了与内外顾客的联系沟通。</w:t>
      </w:r>
      <w:r>
        <w:rPr>
          <w:lang w:eastAsia="zh-CN"/>
        </w:rPr>
        <w:br/>
      </w:r>
      <w:r>
        <w:rPr>
          <w:lang w:eastAsia="zh-CN"/>
        </w:rPr>
        <w:t>　　(二)遇到重要情况，张贴“温馨提示”。</w:t>
      </w:r>
      <w:r>
        <w:rPr>
          <w:lang w:eastAsia="zh-CN"/>
        </w:rPr>
        <w:br/>
      </w:r>
      <w:r>
        <w:rPr>
          <w:lang w:eastAsia="zh-CN"/>
        </w:rPr>
        <w:t>　　(三)寒假暑假开学，书写“迎新联”。</w:t>
      </w:r>
      <w:r>
        <w:rPr>
          <w:lang w:eastAsia="zh-CN"/>
        </w:rPr>
        <w:br/>
      </w:r>
      <w:r>
        <w:rPr>
          <w:lang w:eastAsia="zh-CN"/>
        </w:rPr>
        <w:t>　　二、贯彻总公司“质量年”要求。</w:t>
      </w:r>
      <w:r>
        <w:rPr>
          <w:lang w:eastAsia="zh-CN"/>
        </w:rPr>
        <w:br/>
      </w:r>
      <w:r>
        <w:rPr>
          <w:lang w:eastAsia="zh-CN"/>
        </w:rPr>
        <w:t>　　拟定《优质服务方案》、《平安红五月服务方案》提交并协助物管中心实施，推进优质服务工作。制作“交大物业安全优质服务卡”发放教职工。拟定“第一时间第一服务62652778”标牌贴于各个大楼，便于顾客联系服务。</w:t>
      </w:r>
      <w:r>
        <w:rPr>
          <w:lang w:eastAsia="zh-CN"/>
        </w:rPr>
        <w:br/>
      </w:r>
      <w:r>
        <w:rPr>
          <w:lang w:eastAsia="zh-CN"/>
        </w:rPr>
        <w:t>　　三、协助能源中心狠抓水电节约。</w:t>
      </w:r>
      <w:r>
        <w:rPr>
          <w:lang w:eastAsia="zh-CN"/>
        </w:rPr>
        <w:br/>
      </w:r>
      <w:r>
        <w:rPr>
          <w:lang w:eastAsia="zh-CN"/>
        </w:rPr>
        <w:t>　　拟定“节约水电倡议书”以宣传板置于主要大楼，拟定“节电小贴士”、节约水电的标识贴于大楼。</w:t>
      </w:r>
      <w:r>
        <w:rPr>
          <w:lang w:eastAsia="zh-CN"/>
        </w:rPr>
        <w:br/>
      </w:r>
      <w:r>
        <w:rPr>
          <w:lang w:eastAsia="zh-CN"/>
        </w:rPr>
        <w:t>　　四、质量管理</w:t>
      </w:r>
      <w:r>
        <w:rPr>
          <w:lang w:eastAsia="zh-CN"/>
        </w:rPr>
        <w:br/>
      </w:r>
      <w:r>
        <w:rPr>
          <w:lang w:eastAsia="zh-CN"/>
        </w:rPr>
        <w:t>　　(一)积极贯彻夜班、周末白班管理人员工作检查制度。</w:t>
      </w:r>
      <w:r>
        <w:rPr>
          <w:lang w:eastAsia="zh-CN"/>
        </w:rPr>
        <w:br/>
      </w:r>
      <w:r>
        <w:rPr>
          <w:lang w:eastAsia="zh-CN"/>
        </w:rPr>
        <w:t>　　(二)及时向中心领导、部门经理提示质量工作薄弱环节。</w:t>
      </w:r>
      <w:r>
        <w:rPr>
          <w:lang w:eastAsia="zh-CN"/>
        </w:rPr>
        <w:br/>
      </w:r>
      <w:r>
        <w:rPr>
          <w:lang w:eastAsia="zh-CN"/>
        </w:rPr>
        <w:t>　　(三)坚持每月1—2次物业质量交叉检查，通报，实施改进的工作。</w:t>
      </w:r>
      <w:r>
        <w:rPr>
          <w:lang w:eastAsia="zh-CN"/>
        </w:rPr>
        <w:br/>
      </w:r>
      <w:r>
        <w:rPr>
          <w:lang w:eastAsia="zh-CN"/>
        </w:rPr>
        <w:t>　　(四)每周到物业工作现场检查工作，发现不合格及时通知部门改进。</w:t>
      </w:r>
      <w:r>
        <w:rPr>
          <w:lang w:eastAsia="zh-CN"/>
        </w:rPr>
        <w:br/>
      </w:r>
      <w:r>
        <w:rPr>
          <w:lang w:eastAsia="zh-CN"/>
        </w:rPr>
        <w:t>　　五、培训工作</w:t>
      </w:r>
      <w:r>
        <w:rPr>
          <w:lang w:eastAsia="zh-CN"/>
        </w:rPr>
        <w:br/>
      </w:r>
      <w:r>
        <w:rPr>
          <w:lang w:eastAsia="zh-CN"/>
        </w:rPr>
        <w:t>　　(一)对各个部门培训工作提出每月一次的具体要求。</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(二)对新版的《重庆市物业管理条例》，对主管以上管理人员培训2次。</w:t>
      </w:r>
      <w:r>
        <w:rPr>
          <w:lang w:eastAsia="zh-CN"/>
        </w:rPr>
        <w:br/>
      </w:r>
      <w:r>
        <w:rPr>
          <w:lang w:eastAsia="zh-CN"/>
        </w:rPr>
        <w:t>　　(三)对新版的《gb/t19001——20__》质量管理标准，对主管以上管理人员和质量管理员培训2次。</w:t>
      </w:r>
      <w:r>
        <w:rPr>
          <w:lang w:eastAsia="zh-CN"/>
        </w:rPr>
        <w:br/>
      </w:r>
      <w:r>
        <w:rPr>
          <w:lang w:eastAsia="zh-CN"/>
        </w:rPr>
        <w:t>　　六、文件修订</w:t>
      </w:r>
      <w:r>
        <w:rPr>
          <w:lang w:eastAsia="zh-CN"/>
        </w:rPr>
        <w:br/>
      </w:r>
      <w:r>
        <w:rPr>
          <w:lang w:eastAsia="zh-CN"/>
        </w:rPr>
        <w:t>　　按照iso质量管理要求，增订“物管中心物资采购、出入库管理办法”、“物管中心工作检查制度”等文件，增订、删除部分部门管理文件。</w:t>
      </w:r>
      <w:r>
        <w:rPr>
          <w:lang w:eastAsia="zh-CN"/>
        </w:rPr>
        <w:br/>
      </w:r>
      <w:r>
        <w:rPr>
          <w:lang w:eastAsia="zh-CN"/>
        </w:rPr>
        <w:t>　　七、物业沟通</w:t>
      </w:r>
      <w:r>
        <w:rPr>
          <w:lang w:eastAsia="zh-CN"/>
        </w:rPr>
        <w:br/>
      </w:r>
      <w:r>
        <w:rPr>
          <w:lang w:eastAsia="zh-CN"/>
        </w:rPr>
        <w:t>　　(一)间周向客户电话征求意见一次。</w:t>
      </w:r>
      <w:r>
        <w:rPr>
          <w:lang w:eastAsia="zh-CN"/>
        </w:rPr>
        <w:br/>
      </w:r>
      <w:r>
        <w:rPr>
          <w:lang w:eastAsia="zh-CN"/>
        </w:rPr>
        <w:t>　　(二)搞了“11月18日后勤总公司物业客服联系接待日”，广泛征求家属区业主对物业服务意见建议，回答咨询。发放“交大物业安全优质服务卡”。</w:t>
      </w:r>
      <w:r>
        <w:rPr>
          <w:lang w:eastAsia="zh-CN"/>
        </w:rPr>
        <w:br/>
      </w:r>
      <w:r>
        <w:rPr>
          <w:lang w:eastAsia="zh-CN"/>
        </w:rPr>
        <w:t>　　(三)保持客户服务联系24小时畅通，随时处理顾客求助。</w:t>
      </w:r>
      <w:r>
        <w:rPr>
          <w:lang w:eastAsia="zh-CN"/>
        </w:rPr>
        <w:br/>
      </w:r>
      <w:r>
        <w:rPr>
          <w:lang w:eastAsia="zh-CN"/>
        </w:rPr>
        <w:t>　　(四)认真处理顾客投诉。</w:t>
      </w:r>
      <w:r>
        <w:rPr>
          <w:lang w:eastAsia="zh-CN"/>
        </w:rPr>
        <w:br/>
      </w:r>
      <w:r>
        <w:rPr>
          <w:lang w:eastAsia="zh-CN"/>
        </w:rPr>
        <w:t>　　综上所述：客户服务工作的成效，表现在物业服务有了一个网络体系，内部各项工作得以联系，内外部信息得以交流，咨询信息得以答复，顾客反映的问题得以处理。客户对客户服务产生了信任感和依靠感。</w:t>
      </w:r>
      <w:r>
        <w:rPr>
          <w:lang w:eastAsia="zh-CN"/>
        </w:rPr>
        <w:br/>
      </w:r>
      <w:r>
        <w:rPr>
          <w:lang w:eastAsia="zh-CN"/>
        </w:rPr>
        <w:t>　　不足：客户服务部除了经理外，尚无固定员工，难以形成客服工作稳定框架，内部管理体制还未理顺。客户服务部对工作检查中发现的问题和有关要求，个别部门不予落实。</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xml:space="preserve">    公司年度工作总结怎么写？ 篇12 </w:t>
      </w:r>
      <w:r>
        <w:rPr>
          <w:lang w:eastAsia="zh-CN"/>
        </w:rPr>
        <w:br/>
      </w:r>
      <w:r>
        <w:rPr>
          <w:lang w:eastAsia="zh-CN"/>
        </w:rPr>
        <w:t>　　严冬未春初，万物即复苏。建设工程公司又迎来了一个崭新的开始。项目部全体职工通过一年的艰辛努力，即将完成今年甲方下达的各项任务，上交业主单位、监理公司一份满意的答卷。</w:t>
      </w:r>
      <w:r>
        <w:rPr>
          <w:lang w:eastAsia="zh-CN"/>
        </w:rPr>
        <w:br/>
      </w:r>
      <w:r>
        <w:rPr>
          <w:lang w:eastAsia="zh-CN"/>
        </w:rPr>
        <w:t>　　__公司__项目部经过一段时间的调整，现在一切基本理顺，各项工作正在有条有利的发展。使工程形势好转。形势逼人的市场现状，决策激励我们在管理、治理机制上下功夫，针对开发、监理公司提出的管理、治理模式更要改革创新，把今年以来公司在句容发展的实际情况与项目发展的经验相结合。将传统项目管理、治理机制进行一次大的改革，同时将项目管理、治理制度也要进行大的调整，以调动项目管理人员的积极性。</w:t>
      </w:r>
      <w:r>
        <w:rPr>
          <w:lang w:eastAsia="zh-CN"/>
        </w:rPr>
        <w:br/>
      </w:r>
      <w:r>
        <w:rPr>
          <w:lang w:eastAsia="zh-CN"/>
        </w:rPr>
        <w:t>　　一、工程施工情况：</w:t>
      </w:r>
      <w:r>
        <w:rPr>
          <w:lang w:eastAsia="zh-CN"/>
        </w:rPr>
        <w:br/>
      </w:r>
      <w:r>
        <w:rPr>
          <w:lang w:eastAsia="zh-CN"/>
        </w:rPr>
        <w:t>　　1、在建工程情况：</w:t>
      </w:r>
      <w:r>
        <w:rPr>
          <w:lang w:eastAsia="zh-CN"/>
        </w:rPr>
        <w:br/>
      </w:r>
      <w:r>
        <w:rPr>
          <w:lang w:eastAsia="zh-CN"/>
        </w:rPr>
        <w:t>　　香江丽景25、26、27、29、30栋工程正蒸蒸日上。由于工程开工挖土期间，土方单位的挖土方案及流程错误，导致地下车库未能按照进度节点完成施工。给开发公司带来了不利的因素。为此，我项目部要求各施工管理人员和施工班组年底前力将26栋、27栋、29栋主体结构封顶。同时要求项目部管理人员在现场蹲点式管理，从头盯到尾，在保证安全的基础上严把质量关、进度按照项目部进度节点进行精心施工。有望将香江丽景在建工程圆满完成，并向业主、监理交待。</w:t>
      </w:r>
      <w:r>
        <w:rPr>
          <w:lang w:eastAsia="zh-CN"/>
        </w:rPr>
        <w:br/>
      </w:r>
      <w:r>
        <w:rPr>
          <w:lang w:eastAsia="zh-CN"/>
        </w:rPr>
        <w:t>　　2、工程管理情况</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香江丽景一期工程是优质工程，原先的管理人员在工作上去计划了但没有落实和跟踪，使得工程处于失控。</w:t>
      </w:r>
      <w:r>
        <w:rPr>
          <w:lang w:eastAsia="zh-CN"/>
        </w:rPr>
        <w:br/>
      </w:r>
      <w:r>
        <w:rPr>
          <w:lang w:eastAsia="zh-CN"/>
        </w:rPr>
        <w:t>　　二、工程质量、安全生产、文明施工方面情况：</w:t>
      </w:r>
      <w:r>
        <w:rPr>
          <w:lang w:eastAsia="zh-CN"/>
        </w:rPr>
        <w:br/>
      </w:r>
      <w:r>
        <w:rPr>
          <w:lang w:eastAsia="zh-CN"/>
        </w:rPr>
        <w:t>　　1、工程质量：</w:t>
      </w:r>
      <w:r>
        <w:rPr>
          <w:lang w:eastAsia="zh-CN"/>
        </w:rPr>
        <w:br/>
      </w:r>
      <w:r>
        <w:rPr>
          <w:lang w:eastAsia="zh-CN"/>
        </w:rPr>
        <w:t>　　香江丽景项目的施工质量得到了重视，大家也意识到质量是企业的立足之本，但是与同行业的施工质量相比，在一些分项、分部工程中质量通病时有发生。例如，剪力墙模板的更换，钢筋工绑扎成型的质量，再到混凝土的振捣密实和感观等等；我们需要认真总结经验，加强管理和治理，在__公司的带领下，将现场有针对性的进行对比、试验，研究解决，不断提高我们的施工水平和企业的施工信誉。</w:t>
      </w:r>
      <w:r>
        <w:rPr>
          <w:lang w:eastAsia="zh-CN"/>
        </w:rPr>
        <w:br/>
      </w:r>
      <w:r>
        <w:rPr>
          <w:lang w:eastAsia="zh-CN"/>
        </w:rPr>
        <w:t>　　2、安全生产：</w:t>
      </w:r>
      <w:r>
        <w:rPr>
          <w:lang w:eastAsia="zh-CN"/>
        </w:rPr>
        <w:br/>
      </w:r>
    </w:p>
    <w:p w:rsidR="001B1F19" w14:textId="27C3F48A">
      <w:pPr>
        <w:rPr>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20__年香江丽景工地没有发生过一起安全事故，将安全事故控制在0‰。这是可喜的，前期安全工作是因为管理人员的指挥不当，造成了安检站的批评。现在安全工作已整改到位与业主、监理的领导和职工的共同努力是分不开的。20__年后期为了保证安全生产，项目部加强安全防范意识，投入了大量现场教育时间，增强安全施工生产的宣传和教育，取得了较显著的效果。我们在安全检查、安全教育、安全责任到人等方面做了大量的工作，非凡是我项目主要设备都是持证上岗，防范了各种事故的发生。20__年全年没有出现安全事故，安全工作是一项常抓不懈的工作，例如我们在临时用电上还不规范，安全防护还不到位，公司安全检查也指出一些不足，对现场发现安全隐患整改不及时等，这些方面是我们今后工作中需要改进的，要把安全教育工作制度化、治理规范化。</w:t>
      </w:r>
      <w:r>
        <w:rPr>
          <w:lang w:eastAsia="zh-CN"/>
        </w:rPr>
        <w:br/>
      </w:r>
      <w:r>
        <w:rPr>
          <w:lang w:eastAsia="zh-CN"/>
        </w:rPr>
        <w:t>　　3、文明施工：</w:t>
      </w:r>
      <w:r>
        <w:rPr>
          <w:lang w:eastAsia="zh-CN"/>
        </w:rPr>
        <w:br/>
      </w:r>
      <w:r>
        <w:rPr>
          <w:lang w:eastAsia="zh-CN"/>
        </w:rPr>
        <w:t>　　工程项目文明施工是反映一个企业的管理水平和企业信誉的一个重要窗口。从20__年来，香江丽景项目部先后接待了建设部领导，在文明施工和施工规范化治理上，我们借鉴好的经验，相对本地企业要好得多，在年度评选中争取评定市安全质量标准化治理优良工地”荣誉，但建设集团在句容市算刚起步，现场文明施工只是走好了一部分，我们会更加努力，成为同行业的佼佼者。</w:t>
      </w:r>
      <w:r>
        <w:rPr>
          <w:lang w:eastAsia="zh-CN"/>
        </w:rPr>
        <w:br/>
      </w:r>
      <w:r>
        <w:rPr>
          <w:lang w:eastAsia="zh-CN"/>
        </w:rPr>
        <w:t>　　三、工程施工碰到的问题：</w:t>
      </w:r>
      <w:r>
        <w:rPr>
          <w:lang w:eastAsia="zh-CN"/>
        </w:rPr>
        <w:br/>
      </w:r>
      <w:r>
        <w:rPr>
          <w:lang w:eastAsia="zh-CN"/>
        </w:rPr>
        <w:t>　　香江丽景工地因各方面的原因，管理人员没有责任心；劳务人员在现场作业严重不足，我项目部和班组进行耐心说服，加班加点；劳务班组在公司资金紧张时索要生活费，我项目部出面解决。劳务班组人员经常性组织教育问题不到位。我项目部管理人员在安全上、质量上、进度上再到文明现场中，管理过程中严格把关。禁止严重破坏企业形象。前段时间项目部的确存在问题。通过招聘好的管理人员对工程各节点狠抓，不合格分项工程提出返工时立即整改到位。</w:t>
      </w:r>
      <w:r>
        <w:rPr>
          <w:lang w:eastAsia="zh-CN"/>
        </w:rPr>
        <w:br/>
      </w:r>
      <w:r>
        <w:rPr>
          <w:lang w:eastAsia="zh-CN"/>
        </w:rPr>
        <w:t>　　回顾20__年的工作历程，20__年现场生产是比较艰难的一年。概括起来讲，由于工程是由前期施工所遗留，给我们在安全、质量、进度、文明现场控制极为困难，给业主、监理带来了很大的影响，通过新的管理人员进场后足足抓了一个月才将香江丽景工程按照甲方的要求，按照建筑业的相关规范实施现场工作的扭转局面。</w:t>
      </w:r>
      <w:r>
        <w:rPr>
          <w:lang w:eastAsia="zh-CN"/>
        </w:rPr>
        <w:br/>
      </w:r>
    </w:p>
    <w:p w:rsidR="001B1F19" w14:textId="27C3F48A">
      <w:pPr>
        <w:rPr>
          <w:lang w:eastAsia="zh-CN"/>
        </w:rPr>
      </w:pPr>
      <w:r>
        <w:rPr>
          <w:lang w:eastAsia="zh-CN"/>
        </w:rPr>
        <w:t>　　四、团结管理层班子：</w:t>
      </w:r>
      <w:r>
        <w:rPr>
          <w:lang w:eastAsia="zh-CN"/>
        </w:rPr>
        <w:br/>
      </w:r>
      <w:r>
        <w:rPr>
          <w:lang w:eastAsia="zh-CN"/>
        </w:rPr>
        <w:t>　　在今年的工作总结中“团结、互助、提高”工作形式，营造和谐的工作思想。只有好的思想端正，认认真真工作。在实际工作中大力推进落实、监督、跟踪。项目部管理人员经常沟通，了解工程各方面情况，要求无论在什么时间对不和谐音符及时制止，只要有利于工作的开展，项目部给予全力支持和配合。</w:t>
      </w:r>
      <w:r>
        <w:rPr>
          <w:lang w:eastAsia="zh-CN"/>
        </w:rPr>
        <w:br/>
      </w:r>
      <w:r>
        <w:rPr>
          <w:lang w:eastAsia="zh-CN"/>
        </w:rPr>
        <w:t>　　回首20__年显得暮气有余，朝气不足，这一年走的是那样艰难，酸甜苦辣五味俱全，手下的职工没有责任心，但香江丽景工程我们没有放弃过，一心扑在项目的现场上，才有了现在现场的新景象。</w:t>
      </w:r>
      <w:r>
        <w:rPr>
          <w:lang w:eastAsia="zh-CN"/>
        </w:rPr>
        <w:br/>
      </w:r>
      <w:r>
        <w:rPr>
          <w:lang w:eastAsia="zh-CN"/>
        </w:rPr>
        <w:t xml:space="preserve">    公司年度工作总结怎么写？ 篇13 </w:t>
      </w:r>
      <w:r>
        <w:rPr>
          <w:lang w:eastAsia="zh-CN"/>
        </w:rPr>
        <w:br/>
      </w:r>
      <w:r>
        <w:rPr>
          <w:lang w:eastAsia="zh-CN"/>
        </w:rPr>
        <w:t>　　以创“一流服务质量、一流管理水平、一流人才队伍、一流工作业绩”为总体目标，以“树金融服务文明形象，展金融服务专业风采”为创建主题，我营业部积极开展东阳市级“青年文明号”创建活动。现将具体工作总结如下：</w:t>
      </w:r>
      <w:r>
        <w:rPr>
          <w:lang w:eastAsia="zh-CN"/>
        </w:rPr>
        <w:br/>
      </w:r>
      <w:r>
        <w:rPr>
          <w:lang w:eastAsia="zh-CN"/>
        </w:rPr>
        <w:t>　　1、打造服务品牌，提供一流服务</w:t>
      </w:r>
      <w:r>
        <w:rPr>
          <w:lang w:eastAsia="zh-CN"/>
        </w:rPr>
        <w:br/>
      </w:r>
      <w:r>
        <w:rPr>
          <w:lang w:eastAsia="zh-CN"/>
        </w:rPr>
        <w:t>　　__年度，我营业部以金翼金融服务终端、金翼“投资堂”版手机证、金翼求金等一系列金翼品牌服务产品为工具，以大型投资报告会、股民学校、理财沙龙等形式为载体，有效的树立了中信金通证券服务品牌，提高了投资者对公司的认知度、认可度以及忠诚度。</w:t>
      </w:r>
      <w:r>
        <w:rPr>
          <w:lang w:eastAsia="zh-CN"/>
        </w:rPr>
        <w:br/>
      </w:r>
      <w:r>
        <w:rPr>
          <w:lang w:eastAsia="zh-CN"/>
        </w:rPr>
        <w:t>　　2、提升经营意识，实现一流管理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https://d.book118.com/526041152050010054</w:t>
        </w:r>
      </w:hyperlink>
    </w:p>
    <w:p w:rsidR="001B1F19">
      <w:pPr>
        <w:rPr>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6041152050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