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2024年《开学第一课》个人心得体会（32篇）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2024年《开学第一课》个人心得体会（精选32篇）</w:t>
      </w:r>
      <w:r>
        <w:rPr>
          <w:lang w:eastAsia="zh-CN"/>
        </w:rPr>
        <w:br/>
      </w:r>
      <w:r>
        <w:rPr>
          <w:lang w:eastAsia="zh-CN"/>
        </w:rPr>
        <w:t xml:space="preserve">    2024年《开学第一课》个人心得体会 篇1 </w:t>
      </w:r>
      <w:r>
        <w:rPr>
          <w:lang w:eastAsia="zh-CN"/>
        </w:rPr>
        <w:br/>
      </w:r>
      <w:r>
        <w:rPr>
          <w:lang w:eastAsia="zh-CN"/>
        </w:rPr>
        <w:t>　　我妈妈是自贡人，自贡不 仅有 好多好多让人想起就口水直流的美食，每年春节还有 非常震撼人心的灯会，所以无论寒暑假，我都选择回自贡去玩。这个假期也不例外，一放假，我就打点行装跟外公外婆回自贡。因为这次期末考试考的还不 错，心情也不 错，所以一坐上高铁，我就开始盘算我的美食计划了 。</w:t>
      </w:r>
      <w:r>
        <w:rPr>
          <w:lang w:eastAsia="zh-CN"/>
        </w:rPr>
        <w:br/>
      </w:r>
      <w:r>
        <w:rPr>
          <w:lang w:eastAsia="zh-CN"/>
        </w:rPr>
        <w:t>　　回到自贡的家中，我的美食计划也想好了 。一切按计划进行，蘸水兔 羊肉汤 大蒜烧黄鳝，还有 我最爱的猪儿粑凉皮……想想上学时的担心和来到自贡的各种嗨，心里真是美极了 !过年前一天，妈妈也神秘地从昆明回来了 ，那幸福感真是爆棚啊!</w:t>
      </w:r>
      <w:r>
        <w:rPr>
          <w:lang w:eastAsia="zh-CN"/>
        </w:rPr>
        <w:br/>
      </w:r>
      <w:r>
        <w:rPr>
          <w:lang w:eastAsia="zh-CN"/>
        </w:rPr>
        <w:t>　　可好景不</w:t>
      </w:r>
      <w:r>
        <w:rPr>
          <w:lang w:eastAsia="zh-CN"/>
        </w:rPr>
        <w:t xml:space="preserve"> 长，回来第二天妈妈就严肃地告诉我，从今天起就不</w:t>
      </w:r>
      <w:r>
        <w:rPr>
          <w:lang w:eastAsia="zh-CN"/>
        </w:rPr>
        <w:t xml:space="preserve"> 能再出门了</w:t>
      </w:r>
      <w:r>
        <w:rPr>
          <w:lang w:eastAsia="zh-CN"/>
        </w:rPr>
        <w:t xml:space="preserve"> ，其他人也不</w:t>
      </w:r>
      <w:r>
        <w:rPr>
          <w:lang w:eastAsia="zh-CN"/>
        </w:rPr>
        <w:t xml:space="preserve"> 能来家里。妈妈说，此刻有一种流行肺炎，是一种新型冠状病毒引起的，传染性特殊强，一旦被传染上就非常严重，甚至可能会死掉。我一听就懵了</w:t>
      </w:r>
      <w:r>
        <w:rPr>
          <w:lang w:eastAsia="zh-CN"/>
        </w:rPr>
        <w:t xml:space="preserve"> !新型冠状病毒?死人?有那么厉害么?虽然我在回来的高铁上就已经听说了</w:t>
      </w:r>
      <w:r>
        <w:rPr>
          <w:lang w:eastAsia="zh-CN"/>
        </w:rPr>
        <w:t xml:space="preserve"> ，但没说有</w:t>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那么严重啊!但妈妈这样一说，我也不</w:t>
      </w:r>
      <w:r>
        <w:rPr>
          <w:lang w:eastAsia="zh-CN"/>
        </w:rPr>
        <w:t xml:space="preserve"> 敢再下楼了</w:t>
      </w:r>
      <w:r>
        <w:rPr>
          <w:lang w:eastAsia="zh-CN"/>
        </w:rPr>
        <w:t xml:space="preserve"> 。</w:t>
      </w:r>
      <w:r>
        <w:rPr>
          <w:lang w:eastAsia="zh-CN"/>
        </w:rPr>
        <w:br/>
      </w:r>
      <w:r>
        <w:rPr>
          <w:lang w:eastAsia="zh-CN"/>
        </w:rPr>
        <w:t>　　大年初一早上，我一觉醒来就看见妈妈在屋里来回走动，不 停地在四处打电话，感觉她非常地着急，像热锅上的蚂蚁。等我穿好衣服吃了早点，妈妈就告诉我，她决定返回昆明去了 。我问妈妈怎么了 ，妈妈说，全国的疫情已经非常严重，说不 定医院立即会有 任务。我问妈妈怎么回去，妈妈说，坐高铁怕来不及，她已经叫了 朋友送她去内江坐高铁去重庆，然后坐飞机回昆明，这样更快一些。没来得及吃午饭，妈妈就又背起行囊走了 。那天下午，我哭了很久。我担心我的妈妈万一被派去一线支援，但我后来又想，救人是医生的职责，我不 可以把妈妈永恒陪在我的身边。</w:t>
      </w:r>
      <w:r>
        <w:rPr>
          <w:lang w:eastAsia="zh-CN"/>
        </w:rPr>
        <w:br/>
      </w:r>
      <w:r>
        <w:rPr>
          <w:lang w:eastAsia="zh-CN"/>
        </w:rPr>
        <w:t>　　妈妈走了 以后，电视上关于新型冠状病毒的新闻也多了 起来。我才知道，这个病毒主要是在武汉，但全国各地也慢慢多起来了，死亡的人数也越来越多，部队的军医和全国各地的医生也不 断地在赶赴武汉支援。到了 后来，很多城市的飞机也停飞了 ，高铁 地铁和公交车也停开了 ，公园餐馆也关闭了 ，我也天天关在家里哪里也不 能去，像困在笼子里的小鸟一样。</w:t>
      </w:r>
      <w:r>
        <w:rPr>
          <w:lang w:eastAsia="zh-CN"/>
        </w:rPr>
        <w:br/>
      </w:r>
      <w:r>
        <w:rPr>
          <w:lang w:eastAsia="zh-CN"/>
        </w:rPr>
        <w:t>　　这次的病毒来的非常突然，也引起很多人的分离 感染生病甚至生离死别，但我相信中国一定能扛过去的。中国，加油!武汉，加油!</w:t>
      </w:r>
      <w:r>
        <w:rPr>
          <w:lang w:eastAsia="zh-CN"/>
        </w:rPr>
        <w:br/>
      </w:r>
      <w:r>
        <w:rPr>
          <w:lang w:eastAsia="zh-CN"/>
        </w:rPr>
        <w:t xml:space="preserve">    2024年《开学第一课》个人心得体会 篇2 </w:t>
      </w:r>
      <w:r>
        <w:rPr>
          <w:lang w:eastAsia="zh-CN"/>
        </w:rPr>
        <w:br/>
      </w:r>
      <w:r>
        <w:rPr>
          <w:lang w:eastAsia="zh-CN"/>
        </w:rPr>
        <w:t>　　武汉疫情爆发以来，一群群90后白衣天使们奔赴战场，不</w:t>
      </w:r>
      <w:r>
        <w:rPr>
          <w:lang w:eastAsia="zh-CN"/>
        </w:rPr>
        <w:t xml:space="preserve"> 顾自身安危，以一己之力保护着全国百姓。有</w:t>
      </w:r>
      <w:r>
        <w:rPr>
          <w:lang w:eastAsia="zh-CN"/>
        </w:rPr>
        <w:t xml:space="preserve"> 人说哪有</w:t>
      </w:r>
      <w:r>
        <w:rPr>
          <w:lang w:eastAsia="zh-CN"/>
        </w:rPr>
        <w:t xml:space="preserve"> 什么白衣天使，不</w:t>
      </w:r>
      <w:r>
        <w:rPr>
          <w:lang w:eastAsia="zh-CN"/>
        </w:rPr>
        <w:t xml:space="preserve"> 过是一群孩子换了一身衣服，学着前辈的样子，治病救人</w:t>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和死神抢人罢了</w:t>
      </w:r>
      <w:r>
        <w:rPr>
          <w:lang w:eastAsia="zh-CN"/>
        </w:rPr>
        <w:t xml:space="preserve"> ……而我想说，这正是我们这个民族的骄傲：江山代有</w:t>
      </w:r>
      <w:r>
        <w:rPr>
          <w:lang w:eastAsia="zh-CN"/>
        </w:rPr>
        <w:t xml:space="preserve"> 才人出，不</w:t>
      </w:r>
      <w:r>
        <w:rPr>
          <w:lang w:eastAsia="zh-CN"/>
        </w:rPr>
        <w:t xml:space="preserve"> 负华夏顶乾坤!</w:t>
      </w:r>
      <w:r>
        <w:rPr>
          <w:lang w:eastAsia="zh-CN"/>
        </w:rPr>
        <w:br/>
      </w:r>
      <w:r>
        <w:rPr>
          <w:lang w:eastAsia="zh-CN"/>
        </w:rPr>
        <w:t>　　中国很早就提出了“青少年是祖国的未来”的教育理念，对青少年培养教育的投资也可谓竭尽全力。从九年义务教育到营养午餐，从国家助学金到“双高双普”，一项项严格落实的教育政策都无一不体现了 国家把青少年教育放在重要位置的良苦专心。中国以这样的方式教育了 一代又一代的炎黄子孙，也培养出了一批又一批的国家栋梁。华夏母亲以这样的方式养育子孙，在他们头顶撑起一片蓝天的同时，也给了 他们接受教育的机会。</w:t>
      </w:r>
      <w:r>
        <w:rPr>
          <w:lang w:eastAsia="zh-CN"/>
        </w:rPr>
        <w:br/>
      </w:r>
      <w:r>
        <w:rPr>
          <w:lang w:eastAsia="zh-CN"/>
        </w:rPr>
        <w:t>　　长大后，这些孩子们投身于各行各业，以自己的方式在自己的岗位上默默付出，一步一步推动着国家的发展。接班者从前辈手中接过火炬，向前奔跑，又将它平安地送到他们的子孙后辈手中，这是报恩也是责任。乌鸦尚会反哺，以报父母养育之恩，而这些在“母亲”庇佑下长大的孩子们如今也正以自己的力量来报答国家。记得小时候我们常说“我要好好学习，长大后成为国家的栋梁”，也很早便明白，国家的未来需要我们。此次疫情让我们看到，很多人小时候的话不是说说而已，每一个中华儿女都是中国最坚实的力量。“使命”二字永恒是中国人不 会间断的传承。</w:t>
      </w:r>
      <w:r>
        <w:rPr>
          <w:lang w:eastAsia="zh-CN"/>
        </w:rPr>
        <w:br/>
      </w:r>
      <w:r>
        <w:rPr>
          <w:lang w:eastAsia="zh-CN"/>
        </w:rPr>
        <w:t>　　危急时刻，中华儿女团结一心，共克难关。不</w:t>
      </w:r>
      <w:r>
        <w:rPr>
          <w:lang w:eastAsia="zh-CN"/>
        </w:rPr>
        <w:t xml:space="preserve"> 论年龄，不</w:t>
      </w:r>
      <w:r>
        <w:rPr>
          <w:lang w:eastAsia="zh-CN"/>
        </w:rPr>
        <w:t xml:space="preserve"> 分职业，只是凝结所有</w:t>
      </w:r>
      <w:r>
        <w:rPr>
          <w:lang w:eastAsia="zh-CN"/>
        </w:rPr>
        <w:t xml:space="preserve"> 人的力量，筑起一道永恒不</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会倒的长城。中华民族是一个整体，一方有难，自会八方支援。08年那场大地震，来自全国各地的志愿者们帮助寻人，供给物资，治疗伤员，最终又将汶川重新建设起来。一次次事实证明，中华民族是一个整体，祖国母亲赋予百姓以庇护，而祖国儿女，则努力让母亲变得更加强盛。</w:t>
      </w:r>
      <w:r>
        <w:rPr>
          <w:lang w:eastAsia="zh-CN"/>
        </w:rPr>
        <w:br/>
      </w:r>
      <w:r>
        <w:rPr>
          <w:lang w:eastAsia="zh-CN"/>
        </w:rPr>
        <w:t>　　新冠肺炎爆发以来，90后的孩子们从全国各地出发支援武汉。不 畏艰苦，不 惧病毒，从没有 想过自己也惟独 20多岁的年纪，只是一心救治病人。除了战斗在治疗一线，他们还坚守在防控前线，用自己的汗水，为全中国的百姓筑起一道道屏障。明明他们可以在自己的家里确保自己和家人的安全，但他们却还是奋不顾身的奔赴前线，明明他们也是父母掌心中的宝贝，却抛下一切，不 计后果，只为了 全那一份报答祖国的赤子之心。</w:t>
      </w:r>
      <w:r>
        <w:rPr>
          <w:lang w:eastAsia="zh-CN"/>
        </w:rPr>
        <w:br/>
      </w:r>
      <w:r>
        <w:rPr>
          <w:lang w:eastAsia="zh-CN"/>
        </w:rPr>
        <w:t>　　沧海横流，方显英雄本色;共克时艰，方知少年意气!灾难面前，没有 民族，也不分性别，更无年龄，每一个中国人都与这片大地生死相依。生于华夏，便得华夏庇护;长于华夏，便对华夏感恩。亿万人之心，凝结一同，做华夏最忠诚的守护者!</w:t>
      </w:r>
      <w:r>
        <w:rPr>
          <w:lang w:eastAsia="zh-CN"/>
        </w:rPr>
        <w:br/>
      </w:r>
      <w:r>
        <w:rPr>
          <w:lang w:eastAsia="zh-CN"/>
        </w:rPr>
        <w:t xml:space="preserve">    2024年《开学第一课》个人心得体会 篇3 </w:t>
      </w:r>
      <w:r>
        <w:rPr>
          <w:lang w:eastAsia="zh-CN"/>
        </w:rPr>
        <w:br/>
      </w:r>
      <w:r>
        <w:rPr>
          <w:lang w:eastAsia="zh-CN"/>
        </w:rPr>
        <w:t>　　1月23日本该是全国人民欢欢喜喜迎新年的时刻，然而却传来武汉市新型冠状病毒疫情爆发，正式封城的消息，禁止一切出入，全国人民惊呆了，同情的目光望着武汉，为他们担心，心中有 说不 出的难受，正是这个时刻一场没有 硝烟的战争开始了 。</w:t>
      </w:r>
      <w:r>
        <w:rPr>
          <w:lang w:eastAsia="zh-CN"/>
        </w:rPr>
        <w:br/>
      </w:r>
      <w:r>
        <w:rPr>
          <w:lang w:eastAsia="zh-CN"/>
        </w:rPr>
        <w:t>　　面对疫情，全国人民都放假了</w:t>
      </w:r>
      <w:r>
        <w:rPr>
          <w:lang w:eastAsia="zh-CN"/>
        </w:rPr>
        <w:t xml:space="preserve"> ，但惟独</w:t>
      </w:r>
      <w:r>
        <w:rPr>
          <w:lang w:eastAsia="zh-CN"/>
        </w:rPr>
        <w:t xml:space="preserve"> 医护人员他们没有</w:t>
      </w:r>
      <w:r>
        <w:rPr>
          <w:lang w:eastAsia="zh-CN"/>
        </w:rPr>
        <w:t xml:space="preserve"> 丝毫犹豫，放弃了</w:t>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与家人的团聚，不顾个人安危，奔赴在抗疫第一线，因为他们知道，时间就是生命，他们在争分夺秒挽救每一个生命，人们称他们为白衣天使。听妈妈讲，武汉医院的一位护士长阿姨说：“哪有什么白衣天使，只不</w:t>
      </w:r>
      <w:r>
        <w:rPr>
          <w:lang w:eastAsia="zh-CN"/>
        </w:rPr>
        <w:t xml:space="preserve"> 过是一群孩子换了</w:t>
      </w:r>
      <w:r>
        <w:rPr>
          <w:lang w:eastAsia="zh-CN"/>
        </w:rPr>
        <w:t xml:space="preserve"> 一身衣服，学着像前辈的样子，治病救人和死神抢人罢了</w:t>
      </w:r>
      <w:r>
        <w:rPr>
          <w:lang w:eastAsia="zh-CN"/>
        </w:rPr>
        <w:t xml:space="preserve"> 。”</w:t>
      </w:r>
      <w:r>
        <w:rPr>
          <w:lang w:eastAsia="zh-CN"/>
        </w:rPr>
        <w:br/>
      </w:r>
      <w:r>
        <w:rPr>
          <w:lang w:eastAsia="zh-CN"/>
        </w:rPr>
        <w:t>　　他们身着纯白色的隔离防护服，头戴硕大的护目镜，虽显得笨拙沉重却阻挡不 了 他们救死扶伤的医者仁心。他们为了减少感染机率，忍心剪掉自己喜爱的长发，甚至剃光头，他们怕上厕所浪费防护服，工作时间不 敢吃，不 敢喝，不敢上厕所，甚至戴着纸尿裤，一连工作十几几十个小时，甚至被累到在病房，有的甚至被感染，但他们从未退缩，一直坚守岗位。当他们下班脱下防护服时，整个人就像在水里泡过一样，全身衣服已被湿透，手指被浸泡的快要烂开，脸上更是深深的护目镜压痕，但他们却相互看看对方露出甜美的微笑，因为他们是在用自己的生命解救了别人，在信念的驱动下他们就像永不 会倒下的巨人。至今屡屡报道好多医护人员永恒离开我们的消息，心中无比的难受，他们也是爹妈养的，也有 自己的家庭，然而为了救治患者，自己却倒下了 ，但是他们为全国人民的健康安全，不畏艰险，与新型肺炎殊死搏斗的精神，永恒活在我们心中，你们是我心中的英雄，正是由于你们的这种精神，我相信，疫情会早日结束，武汉加油，中国加油，白衣天使加油。</w:t>
      </w:r>
      <w:r>
        <w:rPr>
          <w:lang w:eastAsia="zh-CN"/>
        </w:rPr>
        <w:br/>
      </w:r>
      <w:r>
        <w:rPr>
          <w:lang w:eastAsia="zh-CN"/>
        </w:rPr>
        <w:t>　　做为小学生的我，经历这次疫情战，看到医护人员的辛劳付出，虽然这次我不</w:t>
      </w:r>
      <w:r>
        <w:rPr>
          <w:lang w:eastAsia="zh-CN"/>
        </w:rPr>
        <w:t xml:space="preserve"> 能做什么，只能听老师的话，不</w:t>
      </w:r>
      <w:r>
        <w:rPr>
          <w:lang w:eastAsia="zh-CN"/>
        </w:rPr>
        <w:t xml:space="preserve"> 出门，勤洗手，戴口罩，勤通风，不去人员密集的场所，在此我也默默下决心，期待早日开学，好好</w:t>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学习，长大要像终南山爷爷一样，甚至超越他老人家，不管将来发生什么疫情，我都能够第一时间钻研出治疗药物，减少悲欢离合的场面。在此我要向全国的医务人员深鞠一躬，道一声“你们辛劳了</w:t>
      </w:r>
      <w:r>
        <w:rPr>
          <w:lang w:eastAsia="zh-CN"/>
        </w:rPr>
        <w:t xml:space="preserve"> ，你们是我最敬佩的人”。</w:t>
      </w:r>
      <w:r>
        <w:rPr>
          <w:lang w:eastAsia="zh-CN"/>
        </w:rPr>
        <w:br/>
      </w:r>
      <w:r>
        <w:rPr>
          <w:lang w:eastAsia="zh-CN"/>
        </w:rPr>
        <w:t xml:space="preserve">    2024年《开学第一课》个人心得体会 篇4 </w:t>
      </w:r>
      <w:r>
        <w:rPr>
          <w:lang w:eastAsia="zh-CN"/>
        </w:rPr>
        <w:br/>
      </w:r>
      <w:r>
        <w:rPr>
          <w:lang w:eastAsia="zh-CN"/>
        </w:rPr>
        <w:t>　　以往的春节看到的是家家户户贴春联，围着桌子吃团圆饭，放鞭炮。听到的是“新年快乐!”的祝福声与欢声笑语。而今年的春节看到的是许多身为父母孩子的白衣战士离开家人去往没有 硝烟的战场―武汉，去打败新型冠状病毒，听到的是“中国加油!武汉加油!”的声援声。</w:t>
      </w:r>
      <w:r>
        <w:rPr>
          <w:lang w:eastAsia="zh-CN"/>
        </w:rPr>
        <w:br/>
      </w:r>
      <w:r>
        <w:rPr>
          <w:lang w:eastAsia="zh-CN"/>
        </w:rPr>
        <w:t>　　新型冠状病毒看似一个不 起眼的名字，但它却是一个可以夺走别人生命的“魔鬼”。它最先把魔爪伸向了 武汉，使那里的人们措手不及。但我们的“白衣天使”们却一个接着一个镇定自若，毫不 畏惧地冲向一线。武汉政府实行了 隔离 封城 封高速 停止公交，飞机等交通工具运营等多种措施，因而有效地操纵新型冠状病毒向外扩散，蔓延。还有 很多专家想方设法地钻研对抗病毒的解药，进行了 无数次的临床试验。如今已经治愈一万多人出院了，多么令人可喜的取向呀!</w:t>
      </w:r>
      <w:r>
        <w:rPr>
          <w:lang w:eastAsia="zh-CN"/>
        </w:rPr>
        <w:br/>
      </w:r>
      <w:r>
        <w:rPr>
          <w:lang w:eastAsia="zh-CN"/>
        </w:rPr>
        <w:t>　　最让我感动的是钟南山爷爷为了 这次新型冠状病毒，虽然他已经八十四岁高龄，但是仍然亲自带队到武汉。还有 许许多多解放军医护人员在这场战“疫”中默默奉献着，更有 无名英雄们因此献出了 宝贵的生命。果真是那句话：“哪里什么岁月静好，不 过是有 人替你负重前行。”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做为一名中国人，我们也要保护好我们的小家，好好的宅在家里，不</w:t>
      </w:r>
      <w:r>
        <w:rPr>
          <w:lang w:eastAsia="zh-CN"/>
        </w:rPr>
        <w:t xml:space="preserve"> 要出门当“传播者”和“被传播者”，不要给冲在一线的英雄们添麻烦。让我们携手起来，早日战胜疫情。中国加油!武汉加油!</w:t>
      </w:r>
      <w:r>
        <w:rPr>
          <w:lang w:eastAsia="zh-CN"/>
        </w:rPr>
        <w:br/>
      </w:r>
      <w:r>
        <w:rPr>
          <w:lang w:eastAsia="zh-CN"/>
        </w:rPr>
        <w:t xml:space="preserve">    2024年《开学第一课》个人心得体会 篇5 </w:t>
      </w:r>
      <w:r>
        <w:rPr>
          <w:lang w:eastAsia="zh-CN"/>
        </w:rPr>
        <w:br/>
      </w:r>
      <w:r>
        <w:rPr>
          <w:lang w:eastAsia="zh-CN"/>
        </w:rPr>
        <w:t>　　人的生命是可贵的，人的生命更是极其脆弱的。伴随着人类的进步，社会的发展和科学技术的不断更新，人们生活的现实环境也在发生着翻天覆地的变化。一条条宽阔的马路，一辆辆奔驰的汽车……今天，四通八达的交通网络带来的方便和快捷，促进了现代社会的飞速发展，但随之而来的是那一幕幕鲜血淋漓的人间惨剧。</w:t>
      </w:r>
      <w:r>
        <w:rPr>
          <w:lang w:eastAsia="zh-CN"/>
        </w:rPr>
        <w:br/>
      </w:r>
      <w:r>
        <w:rPr>
          <w:lang w:eastAsia="zh-CN"/>
        </w:rPr>
        <w:t>　　交通事故频繁发生，却极少有人关注到生命的脆弱和交通安全的重要性。在中国每5分钟就有1人因车祸死亡，每1分钟就有1人因车祸伤残，每天死亡人数达到280多人，每年死亡10万多人，全球车祸累计死亡3000多万人。然而，很多人对这一连串惊人的数据却无动于衷，并非交通安全知识宣传力度不够，家长、老师从小学到大学无时无刻、无处不在地提醒我们要注意交通安全，珍爱生命。但就是有人不把这一切放在心上，非得等到惨剧降至自身上才后悔不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吕凯特曾经说过：“生命不可能有两次，但许多人连一次也不善于度过。”说的就是哪些直到失去才珍惜的人。其实，交通事故的隐患无处不在，它就像颗威力十足的炸药，一时大意，这颗埋伏在我们生活中的炸药就会爆炸，炸得家庭支离破碎，炸得人心悲苦。20__年2月24日上午6时30分许，贵州省贵阳市境内的贵新公路12公里处发生一起特大交通事故，一辆从广东方向开往四川的双层卧铺大客车失控撞破护栏冲出路基，翻下7米多高的路坎，坠入一条小河中。车内45名乘客，23人当场死亡，另22名受伤乘客被当地警方送往医院抢救。伤者中，一名年仅2岁的小女孩，脸部受重创，伤口缝了100多针。事故发生后，贵州省政府、安监局、交警、高速公路管理局、医疗等部门相关负责人相继赶到现场，组织施救。经过警方初步调查，因客车司机经过一整夜的驾驶没有休息，警方初步认定为疲劳驾驶引发事故。</w:t>
      </w:r>
      <w:r>
        <w:rPr>
          <w:lang w:eastAsia="zh-CN"/>
        </w:rPr>
        <w:br/>
      </w:r>
      <w:r>
        <w:rPr>
          <w:lang w:eastAsia="zh-CN"/>
        </w:rPr>
        <w:t>　　看，那一件件血淋淋的事实在我们的眼前一闪而过，可那悲痛的情景却让我们铭记于心，那是血的挣扎，是痛苦的泪痕，是同情的目光……在一次次悲剧不断重演之时，我们难道不应该为此而珍惜宝贵的生命吗?遵守交通，注意交通安全，这是人类的呼吁，大家没有理由，只有责任，有为人类生活美满幸福的责任，这便是大家唯一的准则。</w:t>
      </w:r>
      <w:r>
        <w:rPr>
          <w:lang w:eastAsia="zh-CN"/>
        </w:rPr>
        <w:br/>
      </w:r>
      <w:r>
        <w:rPr>
          <w:lang w:eastAsia="zh-CN"/>
        </w:rPr>
        <w:t xml:space="preserve">    2024年《开学第一课》个人心得体会 篇6 </w:t>
      </w:r>
      <w:r>
        <w:rPr>
          <w:lang w:eastAsia="zh-CN"/>
        </w:rPr>
        <w:br/>
      </w:r>
      <w:r>
        <w:rPr>
          <w:lang w:eastAsia="zh-CN"/>
        </w:rPr>
        <w:t>　　作为档播出十几年的大型公益节目，《开学第一课》早已是我们最为熟悉的朋友，在20__年九月一日的今天，全国中小学生齐齐呆在家里，看着电视等待开学第一课的播出。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新学期新气象，我们作为学生即将要展开下一学期的学习之旅，国家为了让我们更有学习动力与方向，就给我们送来《开学第一课》这一重礼，不仅教我们各种有用的知识，更是通过一个个生动精彩的节目，让我们的幼小心灵得到祖国发展历程中，各位革命先辈爱国精神的熏陶与滋养，开拓个人眼界，也让我们的未来人生，更有方向与目标。</w:t>
      </w:r>
      <w:r>
        <w:rPr>
          <w:lang w:eastAsia="zh-CN"/>
        </w:rPr>
        <w:br/>
      </w:r>
      <w:r>
        <w:rPr>
          <w:lang w:eastAsia="zh-CN"/>
        </w:rPr>
        <w:t>　　在祖国发展的这几十年时间中，经历过无数艰难险阻与困难，但在一代代优秀共产党员的努力下，我们拥有如今这个幸福美好的新中国。在这百年的征程中，可以说如果没有共产党，就没有如今的这个新中国。</w:t>
      </w:r>
      <w:r>
        <w:rPr>
          <w:lang w:eastAsia="zh-CN"/>
        </w:rPr>
        <w:br/>
      </w:r>
      <w:r>
        <w:rPr>
          <w:lang w:eastAsia="zh-CN"/>
        </w:rPr>
        <w:t>　　身为新时代成长起来的少年，我一定要像《开学第一课》各位革命先辈们一样，坚定自己的爱党之心，为中国共产党所有党员的共同愿景而努力学习;铸就一颗爱国之心，在未来自己长大以后，能够为我们亲爱的祖国贡献出自己的一份力量。在党一百年华诞的见证下，我们一定要好好学习，在未来祖国需要我们的时候，能够承担起属于自己的使命，不辜负党与祖国对我们的期盼与关爱!</w:t>
      </w:r>
      <w:r>
        <w:rPr>
          <w:lang w:eastAsia="zh-CN"/>
        </w:rPr>
        <w:br/>
      </w:r>
      <w:r>
        <w:rPr>
          <w:lang w:eastAsia="zh-CN"/>
        </w:rPr>
        <w:t xml:space="preserve">    2024年《开学第一课》个人心得体会 篇7 </w:t>
      </w:r>
      <w:r>
        <w:rPr>
          <w:lang w:eastAsia="zh-CN"/>
        </w:rPr>
        <w:br/>
      </w:r>
      <w:r>
        <w:rPr>
          <w:lang w:eastAsia="zh-CN"/>
        </w:rPr>
        <w:t>　　9月1日晚上八点，我坐在电视机前，观看已经陪伴着我们十年的《开学第一课》。今年《开学第一课》以“创造向未来”为主题，通过“梦想、奋斗、探索、未来”四个篇章，鼓励我们锻炼实践能力，提升科学素养，培育创新精神。</w:t>
      </w:r>
      <w:r>
        <w:rPr>
          <w:lang w:eastAsia="zh-CN"/>
        </w:rPr>
        <w:br/>
      </w:r>
      <w:r>
        <w:rPr>
          <w:lang w:eastAsia="zh-CN"/>
        </w:rPr>
        <w:t>　　在这四堂课中，我印象最深的是第二堂课：奋斗。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这一堂课中，俞敏洪老师介绍了他奋斗的经历。当年俞老师参加了三次高考才考上。第一次，他英语考了三十三分，落榜了，但他不放弃，回到农村，边干农活边继续再考。第二次，他英语考了五十五分，离大专分数线还差五分，还是没考上。这一次他想，我再努力一年，明年肯定能考上。于是，他和妈妈说：“请允许我这一年不干农活，努力读书，明年肯定能考上大学。”妈妈答应了他的请求。最终功夫不负有心人，他终于考上了，并且考上的是北京大学，收到录取通知书时他正在地里种菜。大学毕业后他留在了北大当老师，并且成为了一名优秀的老师。到了改革开放的时候，他又从北大出来，成立了一个培训机构，并每年大概出资一亿元人民币左右，支持贫困地区的几万个农村孩子进一步学习，去追求他们走向城市、走向大学、走向世界的梦想。俞老师最后告诉我们：人生就是一路奋斗一路精彩的过程，越奋斗越精彩。</w:t>
      </w:r>
      <w:r>
        <w:rPr>
          <w:lang w:eastAsia="zh-CN"/>
        </w:rPr>
        <w:br/>
      </w:r>
      <w:r>
        <w:rPr>
          <w:lang w:eastAsia="zh-CN"/>
        </w:rPr>
        <w:t>　　听到这里，我的心情久久不能平静。相比农村的小孩，我学习、生活条件这么优越，我还有什么理由不努力读书呢？记得有一次，我的期未考试不理想，回到家妈妈批评了我，我当时还不服气，理直气壮地对妈妈说：“比我考得不好的人大把，我又不是最差的一个。”现在想起来是多么的不应该呀！</w:t>
      </w:r>
      <w:r>
        <w:rPr>
          <w:lang w:eastAsia="zh-CN"/>
        </w:rPr>
        <w:br/>
      </w:r>
      <w:r>
        <w:rPr>
          <w:lang w:eastAsia="zh-CN"/>
        </w:rPr>
        <w:t>　　还记得那一次，老师教我一首难度大的曲子。我弹了很多次都不会，就对妈妈说：“妈妈，我不想学了。”妈妈问明原因后，语重心长地对我说：“你如果现在放弃，那你这么多年的辛苦都白费了！学习从来不是一件轻松的事情，你要获得成功，就必须付出努力，否则你会一事无成。”听了妈妈的话，我坚持下来了，并通过自己的努力，今年通过了钢琴五级的考级。我还定下目标，明年通过七级的考试，实现自己的钢琴梦，成为像朗朗一样厉害的钢琴家，站上更大的舞台演奏，让更多的人听到我的琴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青少年代表王源在节目最后说：“少年智则国智，少年强则国强，作为青少年，我们要追求精神的浩瀚，想象的活跃，心灵的勤奋。以梦为马，以新为剑，少年远行，不畏将来。”</w:t>
      </w:r>
      <w:r>
        <w:rPr>
          <w:lang w:eastAsia="zh-CN"/>
        </w:rPr>
        <w:br/>
      </w:r>
      <w:r>
        <w:rPr>
          <w:lang w:eastAsia="zh-CN"/>
        </w:rPr>
        <w:t>　　“中国向未来，创造向未来。”作为一名青少年，我也要努力学习，创造一个属于自己的未来，加油吧，陈俊昊！</w:t>
      </w:r>
      <w:r>
        <w:rPr>
          <w:lang w:eastAsia="zh-CN"/>
        </w:rPr>
        <w:br/>
      </w:r>
      <w:r>
        <w:rPr>
          <w:lang w:eastAsia="zh-CN"/>
        </w:rPr>
        <w:t xml:space="preserve">    2024年《开学第一课》个人心得体会 篇8 </w:t>
      </w:r>
      <w:r>
        <w:rPr>
          <w:lang w:eastAsia="zh-CN"/>
        </w:rPr>
        <w:br/>
      </w:r>
      <w:r>
        <w:rPr>
          <w:lang w:eastAsia="zh-CN"/>
        </w:rPr>
        <w:t>　　作为档播出十几年的大型公益节目，《开学第一课》早已是我们最为熟悉的朋友，在20__年九月一日的今天，全国中小学生齐齐呆在家里，看着电视等待开学第一课的播出。</w:t>
      </w:r>
      <w:r>
        <w:rPr>
          <w:lang w:eastAsia="zh-CN"/>
        </w:rPr>
        <w:br/>
      </w:r>
      <w:r>
        <w:rPr>
          <w:lang w:eastAsia="zh-CN"/>
        </w:rPr>
        <w:t>　　新学期新气象，我们作为学生即将要展开下一学期的学习之旅，国家为了让我们更有学习动力与方向，就给我们送来《开学第一课》这一重礼，不仅教我们各种有用的知识，更是通过一个个生动精彩的节目，让我们的幼小心灵得到祖国发展历程中，今年的开学第一课主题是:理想照亮未来，各位革命先辈爱国精神的熏陶与滋养，开拓个人眼界，也让我们的未来人生，更有方向与目标。</w:t>
      </w:r>
      <w:r>
        <w:rPr>
          <w:lang w:eastAsia="zh-CN"/>
        </w:rPr>
        <w:br/>
      </w:r>
      <w:r>
        <w:rPr>
          <w:lang w:eastAsia="zh-CN"/>
        </w:rPr>
        <w:t>　　在祖国发展的这几十年时间中，经历过无数艰难险阻与困难，但在一代代优秀共产党员的努力下，我们拥有如今这个幸福美好的新中国。20__年七月一日是中国共产党的生日，也是我们伟大党的一百岁生日，在这百年的征程中，可以说如果没有共产党，就没有如今的这个新中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身为新时代成长起来的少年，我一定要像《开学第一课》各位革命先辈们一样，坚定自己的爱党之心，为中国共产党所有党员的共同愿景而努力学习;铸就一颗爱国之心，在未来自己长大以后，能够为我们亲爱的祖国贡献出自己的一份力量。在党一百年华诞的见证下，我们一定要好好学习，在未来祖国需要我们的时候，能够承担起属于自己的使命，不辜负党与祖国对我们的期盼与关爱。</w:t>
      </w:r>
      <w:r>
        <w:rPr>
          <w:lang w:eastAsia="zh-CN"/>
        </w:rPr>
        <w:br/>
      </w:r>
      <w:r>
        <w:rPr>
          <w:lang w:eastAsia="zh-CN"/>
        </w:rPr>
        <w:t xml:space="preserve">    2024年《开学第一课》个人心得体会 篇9 </w:t>
      </w:r>
      <w:r>
        <w:rPr>
          <w:lang w:eastAsia="zh-CN"/>
        </w:rPr>
        <w:br/>
      </w:r>
      <w:r>
        <w:rPr>
          <w:lang w:eastAsia="zh-CN"/>
        </w:rPr>
        <w:t>　　开学第一课教育专题片随着学生们的开学而开播啦!如今，我们作为跨世纪的一代，面对未国前途无限光辉灿烂，我们更应该具有爱国之情和树立报国之心，作为一名学生，相信每个人心中都有一块爱国的丰碑，国家就像我们的父母一样，真的不会奢求我们多少回报，只希望需要帮助时，我们能伸出自己的双手。</w:t>
      </w:r>
      <w:r>
        <w:rPr>
          <w:lang w:eastAsia="zh-CN"/>
        </w:rPr>
        <w:br/>
      </w:r>
      <w:r>
        <w:rPr>
          <w:lang w:eastAsia="zh-CN"/>
        </w:rPr>
        <w:t>　　俗话说‘少年强则国强。少年富则国富’，作为新世纪的少年一代，我们要以革命先烈为榜样，用他们的精神鼓舞自己、激励自己，爱国，不一定要做出什么惊天动地的大事，只要从身边小事做起，不乱扔垃圾，瞻仰着旗杆上冉冉上升的五星红旗时，能庄严地向它致敬，在教室里能认真地听老师讲课，为中华之崛起而读书，这是爱国。</w:t>
      </w:r>
      <w:r>
        <w:rPr>
          <w:lang w:eastAsia="zh-CN"/>
        </w:rPr>
        <w:br/>
      </w:r>
      <w:r>
        <w:rPr>
          <w:lang w:eastAsia="zh-CN"/>
        </w:rPr>
        <w:t xml:space="preserve">    2024年《开学第一课》个人心得体会 篇10 </w:t>
      </w:r>
      <w:r>
        <w:rPr>
          <w:lang w:eastAsia="zh-CN"/>
        </w:rPr>
        <w:br/>
      </w:r>
      <w:r>
        <w:rPr>
          <w:lang w:eastAsia="zh-CN"/>
        </w:rPr>
        <w:t>　　20__年9月1日开学第一课的主题是：奋斗成就梦想。时代在发展，社会在进步，人民正在向着美好的生活在不断努力前进。一切都在向着美好的方向在发展着。以下是我对观看开学第一课的观后感：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也许在我们每一个人中都怀着各种梦想，但是有人为了生活，为了家庭，不得不放下心中的梦想，并非他们没有梦想，只是他们把曾经的梦想转变成保家卫国罢了。生活离不开每个人的梦想，更离不开他们的努力奋斗。中国发展至今，虽离不开中国传统文化的博大进深，但没有中华人民的艰苦奋斗，更不会有今天的中国。俗话说得好在其位,谋其职,负其责,尽其事。他们每个人正在为自己的生活在努力拼搏中，但是总有那么一群人，不但要扛起家庭的重任还要担任起保卫国家维护国家主权和领土完整不受侵犯的责任。比如奥运健儿，他们都是从小就接受严格的训练，面对比赛的压力，面对他人的质疑，他们都一一打破，因为他们心中时刻都在为祖国的荣誉在奋斗，他们的努力不一定会有结果，但是他们不怕困难，勇往直前，最后为祖国拿下了一枚又一枚的金牌。</w:t>
      </w:r>
      <w:r>
        <w:rPr>
          <w:lang w:eastAsia="zh-CN"/>
        </w:rPr>
        <w:br/>
      </w:r>
      <w:r>
        <w:rPr>
          <w:lang w:eastAsia="zh-CN"/>
        </w:rPr>
        <w:t>　　她们的成功启示着：努力不一定有结果，但是不努力一定没结果。只有不放弃不自弃，自己的成功就一定到来，每个人都在追梦的过程中体会成功的不易，不断成长不断奋斗，你也一定有美好的一天。梦想也一定可以实现!</w:t>
      </w:r>
      <w:r>
        <w:rPr>
          <w:lang w:eastAsia="zh-CN"/>
        </w:rPr>
        <w:br/>
      </w:r>
      <w:r>
        <w:rPr>
          <w:lang w:eastAsia="zh-CN"/>
        </w:rPr>
        <w:t>　　人们在自身发展中。不但要学会教育好当代人，更重要的是，把这种文化思想不断传承给新的一代。作为新生时代的年轻人，不仅是社会发展的前进力量，更是祖国未来的希望。不要求自己能为国家做多大的贡献，但不能阻碍社会发展，做好自己的本职工作，能为国家出一份力，则出一份力。为自己的生活增添不一样的色彩，为美好的明天奋斗。</w:t>
      </w:r>
      <w:r>
        <w:rPr>
          <w:lang w:eastAsia="zh-CN"/>
        </w:rPr>
        <w:br/>
      </w:r>
      <w:r>
        <w:rPr>
          <w:lang w:eastAsia="zh-CN"/>
        </w:rPr>
        <w:t xml:space="preserve">    2024年《开学第一课》个人心得体会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又到了一年一度的开学季，在这开学的第一天我又将迎来了我们的老朋友————开学第一课。</w:t>
      </w:r>
      <w:r>
        <w:rPr>
          <w:lang w:eastAsia="zh-CN"/>
        </w:rPr>
        <w:br/>
      </w:r>
      <w:r>
        <w:rPr>
          <w:lang w:eastAsia="zh-CN"/>
        </w:rPr>
        <w:t>　　今年《开学第一课》以“_”为主题，通过一个又一个真挚动人的故事，抒写了一幅可歌可泣的百年画卷。而今年《开学第一课》的第一篇章是以“理想是火，点燃革命热血”为主题，从一本距今已有101年历史的《共产党宣言》中文全译本展开故事讲述。同时节目的主持人也是我们所熟悉的康辉和撒贝宁，而节目组也邀请到了“七一勋章”获得者李宏塔先生，他是中国共产主义运动的先驱李大钊先生之孙，他今天深情的讲述着这位爱国先烈的革命事迹，让我们更加贴切的了解这位伟大的爱国先烈。</w:t>
      </w:r>
      <w:r>
        <w:rPr>
          <w:lang w:eastAsia="zh-CN"/>
        </w:rPr>
        <w:br/>
      </w:r>
      <w:r>
        <w:rPr>
          <w:lang w:eastAsia="zh-CN"/>
        </w:rPr>
        <w:t>　　通过开学第一课的学习，我见识到了李大钊先生用生命捍卫共产主义理想的故事，也明白祖国如今的繁华盛世离不开这些爱国先烈的无私奉献的，是他们用宝贵的生命换回来的，因此我应该更加热爱这个国家，热爱着社会，热爱着生活。同时我也在李宏塔先生身上看到了红色信仰的传承，而且先生也在用实际行动践行着，也是值得我们去学习并弘扬的，李大钊先生的爱国精神和革命事迹是留给我们的最珍贵的精神财富。</w:t>
      </w:r>
      <w:r>
        <w:rPr>
          <w:lang w:eastAsia="zh-CN"/>
        </w:rPr>
        <w:br/>
      </w:r>
      <w:r>
        <w:rPr>
          <w:lang w:eastAsia="zh-CN"/>
        </w:rPr>
        <w:t>　　正如开学第一课主题“_”，革命先烈们为了理想而努力奋斗，才如今的繁华景象，所以我们应该树立理想并且要为之而奋斗!</w:t>
      </w:r>
      <w:r>
        <w:rPr>
          <w:lang w:eastAsia="zh-CN"/>
        </w:rPr>
        <w:br/>
      </w:r>
      <w:r>
        <w:rPr>
          <w:lang w:eastAsia="zh-CN"/>
        </w:rPr>
        <w:t xml:space="preserve">    2024年《开学第一课》个人心得体会 篇12 </w:t>
      </w:r>
      <w:r>
        <w:rPr>
          <w:lang w:eastAsia="zh-CN"/>
        </w:rPr>
        <w:br/>
      </w:r>
      <w:r>
        <w:rPr>
          <w:lang w:eastAsia="zh-CN"/>
        </w:rPr>
        <w:t>　　9月1日，我观看了《开学第一课》，今天的节目让我受益匪浅。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刚开始，主题是鲜明的，吸人兴趣的——开学第一课，创造向未来。未来便是让祖国强大，让祖国富强，又不时想起中国改革开放四十年，不就让我们更好地面向未来出发吗？</w:t>
      </w:r>
      <w:r>
        <w:rPr>
          <w:lang w:eastAsia="zh-CN"/>
        </w:rPr>
        <w:br/>
      </w:r>
      <w:r>
        <w:rPr>
          <w:lang w:eastAsia="zh-CN"/>
        </w:rPr>
        <w:t>　　这一次的《开学第一课》给我印象最深，也是我最喜欢的一个人—————成龙。他经常在国外做中国的宣传，随身都有中国的名片，还讲着中国的故事，他一身傲骨，不畏艰难，坚强奋斗，最终成就了自己的今天。</w:t>
      </w:r>
      <w:r>
        <w:rPr>
          <w:lang w:eastAsia="zh-CN"/>
        </w:rPr>
        <w:br/>
      </w:r>
      <w:r>
        <w:rPr>
          <w:lang w:eastAsia="zh-CN"/>
        </w:rPr>
        <w:t>　　想起他说的话：“一个人需要把自己的事情做好，并且还要有本事，我亦是如此”，是啊，从3岁起，他便被父亲送进了戏剧培训班，长大后，终于有了自己的本事，可是，谁能第一次尝试就非常成功了，他是从死尸开始演起，等摄像头一过来，他便使劲憋住气，不管是在雨天，还是在太阳爆嗮的情况下，他一直保持着死尸的状态，被导演总是夸：“这个“死尸”死得真好！”到后来，渐渐地，他成了电影中间那一闪而过的角色，算是有点儿进步，却并不会被人记住，他一直在努力，直到有一天能够成为电影里的男主角，可自己拍过的电影被称为“票房毒药”，根本没有任何一个人去观看，他也不放弃，遭受打骂与欺凌，他依旧坚持下去，成了导演，自导的电影播放下去，一夜爆红。</w:t>
      </w:r>
      <w:r>
        <w:rPr>
          <w:lang w:eastAsia="zh-CN"/>
        </w:rPr>
        <w:br/>
      </w:r>
      <w:r>
        <w:rPr>
          <w:lang w:eastAsia="zh-CN"/>
        </w:rPr>
        <w:t>　　到现在，他拍了一部又一部电影，目的是为了呼吁大家能够怎样做，如天降雄狮反映出大家追求和平的愿望，十二生肖，呼吁人们保护文物…… 可是，又怎能没有满身的伤痕呢？浑身上下，全都由伤痕布满。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从中我学习到了，只有一次一次打，一次一次拼，才能成就自己的成功，只有每一次受伤，每一次艰险，才成就每一个精彩的瞬间，到达梦想的巅峰！</w:t>
      </w:r>
      <w:r>
        <w:rPr>
          <w:lang w:eastAsia="zh-CN"/>
        </w:rPr>
        <w:br/>
      </w:r>
      <w:r>
        <w:rPr>
          <w:lang w:eastAsia="zh-CN"/>
        </w:rPr>
        <w:t>　　少年强，则国强，少年富，则国富，少年兴旺，则国兴旺！愿少年坚强，愿祖国富强！</w:t>
      </w:r>
      <w:r>
        <w:rPr>
          <w:lang w:eastAsia="zh-CN"/>
        </w:rPr>
        <w:br/>
      </w:r>
      <w:r>
        <w:rPr>
          <w:lang w:eastAsia="zh-CN"/>
        </w:rPr>
        <w:t xml:space="preserve">    2024年《开学第一课》个人心得体会 篇13 </w:t>
      </w:r>
      <w:r>
        <w:rPr>
          <w:lang w:eastAsia="zh-CN"/>
        </w:rPr>
        <w:br/>
      </w:r>
      <w:r>
        <w:rPr>
          <w:lang w:eastAsia="zh-CN"/>
        </w:rPr>
        <w:t>　　繁花似锦的七月，我们共同的母亲—伟大的党迎来了她九十五周岁的华诞，今天我们聚集在一起，一起为我们的党祝福，贺寿!</w:t>
      </w:r>
      <w:r>
        <w:rPr>
          <w:lang w:eastAsia="zh-CN"/>
        </w:rPr>
        <w:br/>
      </w:r>
      <w:r>
        <w:rPr>
          <w:lang w:eastAsia="zh-CN"/>
        </w:rPr>
        <w:t>　　今天我们走在新世纪的征途上，沐浴着晨曦的阳光，唱着春天的故事，我心情是那样激荡。</w:t>
      </w:r>
      <w:r>
        <w:rPr>
          <w:lang w:eastAsia="zh-CN"/>
        </w:rPr>
        <w:br/>
      </w:r>
      <w:r>
        <w:rPr>
          <w:lang w:eastAsia="zh-CN"/>
        </w:rPr>
        <w:t>　　然而，回首眺望走过去的历程，却是那样的曲折不平坦。你看那洒满鲜血的路上，一个个脚印记载着多少风雨与沧桑。两次的世界大战，翻天覆地的解放战争，无数的先烈抛头颅洒热血，前赴后继，进行艰苦卓绝的斗争，才赢得了国家的独立和民族的解放?</w:t>
      </w:r>
      <w:r>
        <w:rPr>
          <w:lang w:eastAsia="zh-CN"/>
        </w:rPr>
        <w:br/>
      </w:r>
      <w:r>
        <w:rPr>
          <w:lang w:eastAsia="zh-CN"/>
        </w:rPr>
        <w:t>　　一唱雄鸡天下白，唤来春天照人间。从此，我们的祖国进入了建设社会主义的新时代。国民经济和各项事业取得了举世瞩目的巨大成就，一个充满生机活力的中国崛起在世界的东方。</w:t>
      </w:r>
      <w:r>
        <w:rPr>
          <w:lang w:eastAsia="zh-CN"/>
        </w:rPr>
        <w:br/>
      </w:r>
      <w:r>
        <w:rPr>
          <w:lang w:eastAsia="zh-CN"/>
        </w:rPr>
        <w:t>　　走在新世纪的征途上，我看到了金菊含笑，听到枫叶流丹，闻到硕果飘香。还有那抖擞的雄姿震憾，在九百六十万平方公里的大地上。我欣喜地发现，21世纪也是充满活力和经济飞速的时代。</w:t>
      </w:r>
      <w:r>
        <w:rPr>
          <w:lang w:eastAsia="zh-CN"/>
        </w:rPr>
        <w:br/>
      </w:r>
    </w:p>
    <w:p w:rsidR="001B1F19" w14:textId="27C3F48A">
      <w:pPr>
        <w:rPr>
          <w:rFonts w:hint="eastAsia"/>
          <w:lang w:eastAsia="zh-CN"/>
        </w:rPr>
      </w:pPr>
      <w:r>
        <w:rPr>
          <w:lang w:eastAsia="zh-CN"/>
        </w:rPr>
        <w:t>　　它在灿烂的古代文化，有巨大的物质与精神财富，有实飞猛进的科学技术。京九铁路，世纪之交的经济大动脉，在城乡结合处拉响了充满企盼与追求的汽笛;三峡工程描绘着经济开放的轮廓;浦江开放，将中国改革开放继往开来;香港、澳门的回归雪洗了百年耻辱;奥运会领奖台上飘起的五星红旗，给雄鸡形的版图上镀上了金灿灿的色彩。还有爱因斯坦相对论的发明;海森伯量于力学的创造;核能的开发和利用;登上了月球的阿波罗与长江、嫩江和松花江抗洪的英雄伟，把人类文明推上了历史的巅峰，一个又一个杰出谷物，为人类社会树起了不朽的丰碑。</w:t>
      </w:r>
      <w:r>
        <w:rPr>
          <w:lang w:eastAsia="zh-CN"/>
        </w:rPr>
        <w:br/>
      </w:r>
      <w:r>
        <w:rPr>
          <w:lang w:eastAsia="zh-CN"/>
        </w:rPr>
        <w:t>　　回眸昨日，祖国成就辉煌，展望明天，我们豪情满怀新的世界，新的千年，将是知识经济的时代。因为当今世界，科学技术突飞猛进，国才竞争日趋激烈，那科教兴国该是治国兴邦的重大决策。新的世纪，我国要加入世界中等国家的列行，还有祖国宝岛台湾也即将回到母亲的怀抱。原子能、现代航天、分子生物、微电脑、电子信息的技术发展，都在期待着我。</w:t>
      </w:r>
      <w:r>
        <w:rPr>
          <w:lang w:eastAsia="zh-CN"/>
        </w:rPr>
        <w:br/>
      </w:r>
      <w:r>
        <w:rPr>
          <w:lang w:eastAsia="zh-CN"/>
        </w:rPr>
        <w:t>　　来到金秋十月，我们迎来红军长征胜利80周年。走在新世纪的征途上，我感慨万千。面临科技发展的第五次浪潮，面对知识经济的挑战，说明人才是何等的重要，它是国家的财富，是振兴的希望。我们要勇敢地承担起世经重托，我们要跨越世纪的一代，是21世经的真正主人。把自己的人生理想与祖国、时代、人类命运联系起来，树立远大的理想，培养良好品德，发扬创新精神，掌握实践能力，勤奋学习，立志成才，艰苦枫斗，做个新世纪的社会主义事业建设者和接班人。</w:t>
      </w:r>
      <w:r>
        <w:rPr>
          <w:lang w:eastAsia="zh-CN"/>
        </w:rPr>
        <w:br/>
      </w:r>
      <w:r>
        <w:rPr>
          <w:lang w:eastAsia="zh-CN"/>
        </w:rPr>
        <w:t>　　宏图已绘就，号角已吹响;壮志在心头，扬鞭在脚下。让我们以满怀豪情再创新世纪的辉煌。</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https://d.book118.com/526051012113010044</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605101211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