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安全生产工作方案</w:t>
      </w:r>
    </w:p>
    <w:p>
      <w:pPr>
        <w:spacing w:before="100" w:after="200" w:line="360" w:lineRule="auto"/>
        <w:ind w:firstLine="576"/>
        <w:jc w:val="left"/>
      </w:pPr>
      <w:r>
        <w:rPr>
          <w:rFonts w:ascii="宋体" w:eastAsia="宋体" w:hAnsi="宋体"/>
          <w:sz w:val="28"/>
        </w:rPr>
        <w:t>为认真贯彻落实国务院办公厅、农业部及省政府办公厅继续深化“安全生产年”活动的有关部署，结合我省农业安全生产实际，制定本实施方案。</w:t>
      </w:r>
    </w:p>
    <w:p>
      <w:pPr>
        <w:spacing w:before="100" w:after="200" w:line="360" w:lineRule="auto"/>
        <w:jc w:val="left"/>
      </w:pPr>
      <w:r>
        <w:rPr>
          <w:rFonts w:ascii="宋体 (中文正文)" w:eastAsia="宋体" w:hAnsi="宋体 (中文正文)"/>
          <w:b/>
          <w:sz w:val="28"/>
        </w:rPr>
        <w:t>一、总体思路</w:t>
      </w:r>
    </w:p>
    <w:p>
      <w:pPr>
        <w:spacing w:before="100" w:after="200" w:line="360" w:lineRule="auto"/>
        <w:ind w:firstLine="576"/>
        <w:jc w:val="left"/>
      </w:pPr>
      <w:r>
        <w:rPr>
          <w:rFonts w:ascii="宋体" w:eastAsia="宋体" w:hAnsi="宋体"/>
          <w:sz w:val="28"/>
        </w:rPr>
        <w:t>坚持“安全第一，预防为主，综合治理”的方针，牢固树立以人为本、安全发展理念，以贯彻落实《国务院关于进一步加强企业安全生产工作的通知》(国发[xx]23号)和中央、省委和省政府一系列重要指示精神为核心，以全面实施《农业机械安全监督管理条例》等安全生产法规、政策为主线，以强化企事业单位及经营者安全生产主体责任意识为重点，深入开展安全生产执法、治理和宣教“三项行动”，加强安全生产法制体制机制、保障能力和监管队伍“三项建设”，严格依法行政，着力提高拖拉机、联合收割机及驾驶操作人员“上牌率、检验率、持证率”，推进农机全面监理，排查整治事故隐患，创建平安农机，努力提高安全监管能力，坚决防范安全生产事故，促进现代农业安全发展。</w:t>
      </w:r>
    </w:p>
    <w:p>
      <w:pPr>
        <w:spacing w:before="100" w:after="200" w:line="360" w:lineRule="auto"/>
        <w:jc w:val="left"/>
      </w:pPr>
      <w:r>
        <w:rPr>
          <w:rFonts w:ascii="宋体 (中文正文)" w:eastAsia="宋体" w:hAnsi="宋体 (中文正文)"/>
          <w:b/>
          <w:sz w:val="28"/>
        </w:rPr>
        <w:t>二、工作目标和步骤</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一)工作目标。通过深入开展安全生产年活动，突出“二遏制、二增强、二规范”工作重点，即一是加大农机安全执法和隐患排查治理力度，使拖拉机联合收割机无牌行驶、无证驾驶，以及伪造、变造及使用伪造、变造拖拉机、联合收割机牌证等严重违法行为得到有效遏制，使农业安全生产事故上升势头得到有效遏制;二是加大安全生产宣传教育力度，营造良好的舆论氛围，使安全发展理念得到进一步增强，农业企事业单位及经营者主体责任意识和行业主管部门监管、指导责任意识进一步增强，促进安全生产责任制落实;三是加大农业安全生产制度、体制、机制建设力度，增加安全生产投入，提升安全监管水平，使安全生产监督管理得到有效规范，使拖拉机、联合收割机登记、检验、核发牌证等行为得到有效规范。</w:t>
      </w:r>
    </w:p>
    <w:p>
      <w:pPr>
        <w:spacing w:before="100" w:after="200" w:line="360" w:lineRule="auto"/>
        <w:jc w:val="left"/>
      </w:pPr>
      <w:r>
        <w:rPr>
          <w:rFonts w:ascii="宋体 (中文正文)" w:eastAsia="宋体" w:hAnsi="宋体 (中文正文)"/>
          <w:b/>
          <w:sz w:val="28"/>
        </w:rPr>
        <w:t>三、工作重点</w:t>
      </w:r>
    </w:p>
    <w:p>
      <w:pPr>
        <w:spacing w:before="100" w:after="200" w:line="360" w:lineRule="auto"/>
        <w:ind w:firstLine="576"/>
        <w:jc w:val="left"/>
      </w:pPr>
      <w:r>
        <w:rPr>
          <w:rFonts w:ascii="宋体" w:eastAsia="宋体" w:hAnsi="宋体"/>
          <w:sz w:val="28"/>
        </w:rPr>
        <w:t>(一)全面落实企事业单位和经营者安全生产主体责任。行业内各企事业单位要健全安全管理机构，完善安全生产规章制度，把安全生产作为强基固本的重要举措纳入本部门、本单位重要议事日程，确保安全投入、安全管理、技术装备、教育培训等措施落实到位。要强化法定代表人、实际控制人安全生产第一责任者的责任，及时解决安全生产中遇到的突出问题。严格安全生产目标责任考核。安全生产事故易发重点单位、岗位、环节，要将安全生产任务量化到岗位、安全生产责任落实到人员。</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二)进一步强化行业安全监管和指导责任。各级农业(农机)主管部门要认真落实“一岗双责”，认真履行安全监管和指导职责，坚持谁主管、谁负责，认真落实安全监管和指导责任，完善安全生产考核制度，督促层层落实安全生产责任制。要在实施和完善“十二五”规划中安排农业安全生产有关项目。要按照规定召开安全生产例会等会议，抓部署、抓督促、抓检查、抓落实，及时协调解决工作中的突出困难和问题。各级农业安全生产监管机构要发挥综合监管作用，加强督促指导和综合协调。建立和完善部门协调机制，形成监管合力，提高监管效果。农机、农能和农场系统等重点领域主管部门要切实履行监督、管理和指导职责，加强对本领域企事业安全生产工作的监管和指导服务。加强安全生产保障能力建设。要贯彻落实全国农业机械化公共服务体系建设工作会议精神，积极学习、探索农机具安全保险新途径。切实做好《全国新增1000亿斤粮食生产能力规划(xx-20xx年)》农机安全监理体系建设项目，加强督导检查，改进农机安全监理设施设备条件，增强安全监理公共服务能力。</w:t>
      </w:r>
    </w:p>
    <w:p>
      <w:pPr>
        <w:spacing w:before="100" w:after="200" w:line="360" w:lineRule="auto"/>
        <w:ind w:firstLine="576"/>
        <w:jc w:val="left"/>
      </w:pPr>
      <w:r>
        <w:rPr>
          <w:rFonts w:ascii="宋体" w:eastAsia="宋体" w:hAnsi="宋体"/>
          <w:sz w:val="28"/>
        </w:rPr>
        <w:t>(三)组织开展农业安全生产检查活动。要大力开展安全隐患排查整治，推进隐患排查治理制度化，将隐患排查治理纳入安全监管和企事业单位日常治理的重要内容。要重点检查执行安全生产法律、法规、规章、规范性文件和安全技术标准情况;强化重大节假日、重要时节和重点环节的安全监管，检查沼气工程、农业机械机库棚、维修、储油等设施安全情况;排查安全生产责任制、安全生产投入保障机制、作业人员安全教育培训制度等建立与落实情况，以及检查事故处理和责任追究情况，及时纠正非法违法、违规违章行为。完善各级各类危险源、事故隐患动态监控及预警预报体系，建立跟踪督促整改制度，对较大隐患层层督办，切实做到整改措施、责任、资金、时限和预案“五到位”，有效防范和坚决遏制各类事故发生。农机监理机构要积极配合有关部门，严厉打击和查处拖拉机违章载人、无证驾驶、无牌行驶、超速超载、酒后驾驶，以及伪造、变造及使用伪造、变造拖拉机、联合收割机牌证等严重违法行为。</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四)加强拖拉机等农业机械的牌证管理，努力提高上牌率、检验率和持证率。各级农业(农机)主管部门要认真贯彻执行《道路交通安全法》、《农业机械安全监督管理条例》等一系列法律法规、规章和规范，切实做好拖拉机和联合收割机的牌证管理，进一步规范其登记、检验、发放牌证等行为，把好“准入关”。要对农业机械牌证办理业务组织开展一次清理整治，重点检查拖拉机联合收割机的登记、年度检验情况，驾驶证申领、换发、审验情况，严肃查处、坚决纠正擅自扩大标准等办理拖拉机、联合收割机登记、检验、核发牌证等违法、违规行为。要制定提高“三率”的目标任务，层层分解，层层落实，加强对各级监理机构的组织领导和绩效考核。严格执行相关规定，督促做好拖拉机运输机组的道路交通责任强制保险工作。农机监理机构在办理拖拉机运输机组登记时，严格要求拖拉机所有人提供“交通事故责任强制保险的日期和保险公司的名称”。要督促保险工作部门，切实提高保险服务水平。要有针对性地对微耕机等设施农业装备开展专项治理。对无牌行驶作业、不按时参加安全检验的现象进行整治，对驾驶操作人员无证驾驶的'现象进行治理。</w:t>
      </w:r>
    </w:p>
    <w:p>
      <w:pPr>
        <w:spacing w:before="100" w:after="200" w:line="360" w:lineRule="auto"/>
        <w:ind w:firstLine="576"/>
        <w:jc w:val="left"/>
      </w:pPr>
      <w:r>
        <w:rPr>
          <w:rFonts w:ascii="宋体" w:eastAsia="宋体" w:hAnsi="宋体"/>
          <w:sz w:val="28"/>
        </w:rPr>
        <w:t>(五)深入开展安全生产宣传教育活动。积极组织开展好安全生产月宣传活动，加强安全生产法律法规和安全常识的宣传，营造良好的行业安全生产氛围。加强安全监督管理人员的教育、培训，增强执法为民思想和依法行政能力，严格依法办事。要组织开展农机安全知识竞赛，提高农机手的安全意识和安全操作技能;做好“六个一”的宣传活动，切实增强农民群众和农村中小学生的安全意识。</w:t>
      </w:r>
    </w:p>
    <w:p>
      <w:pPr>
        <w:spacing w:before="100" w:after="200" w:line="360" w:lineRule="auto"/>
        <w:ind w:firstLine="576"/>
        <w:jc w:val="left"/>
      </w:pPr>
      <w:r>
        <w:rPr>
          <w:rFonts w:ascii="宋体" w:eastAsia="宋体" w:hAnsi="宋体"/>
          <w:sz w:val="28"/>
        </w:rPr>
        <w:t>(六)严肃事故查处，不断规范事故处理工作。各地要按照“四不放过”和“依法依规、实事求是、注重实效”的原则，认真组织开展事故调查工作。对事故负有领导、监督、管理责任的单位和人员，要依法依规严肃处理，并跟踪督促事故责任的落实;教育和引导广大企业和干部群众深刻吸取事故教训，举一反三，查隐患、堵漏洞，有效预防和坚决遏制重特大事故发生，切实保障人民群众生命财产安全。同时，各地要组织完善相应的安全突发事件应急处理预案，建立统一指挥、职责明确、规范有序、反应灵敏、运转高效的工作机制;要落实事故应急处理工作责任制，及时、妥善处理事故。要进一步开展农机事故统计调研、分析，探索建立农机事故指标科学控制机制，促进完善和落实安全生产控制指标体系。</w:t>
      </w:r>
    </w:p>
    <w:p>
      <w:pPr>
        <w:spacing w:before="100" w:after="200" w:line="360" w:lineRule="auto"/>
        <w:jc w:val="left"/>
      </w:pPr>
      <w:r>
        <w:rPr>
          <w:rFonts w:ascii="宋体 (中文正文)" w:eastAsia="宋体" w:hAnsi="宋体 (中文正文)"/>
          <w:b/>
          <w:sz w:val="28"/>
        </w:rPr>
        <w:t>四、保障措施</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一)提高认识，加强领导。各地、各单位要加强学习，进一步提高对继续深化“安全生产年”重要性和必要性的认识，把思想认识统一到国务院办公厅、农业部和省政府办公厅的有关部署上来。各级、各单位主要负责人要高度重视，加强领导，切实抓好“安全生产年”各项部署和有关要求的贯彻落实。</w:t>
      </w:r>
    </w:p>
    <w:p>
      <w:pPr>
        <w:spacing w:before="100" w:after="200" w:line="360" w:lineRule="auto"/>
        <w:ind w:firstLine="576"/>
        <w:jc w:val="left"/>
      </w:pPr>
      <w:r>
        <w:rPr>
          <w:rFonts w:ascii="宋体" w:eastAsia="宋体" w:hAnsi="宋体"/>
          <w:sz w:val="28"/>
        </w:rPr>
        <w:t>(二)明确任务，精心组织。各地、各单位要坚持“抓生产必须抓安全”的理念，结合自身实际，制定“安全生产年”活动及重点工作实施方案，要进一步明确任务，逐级落实工作责任，细化进度安排。各地要把开展“安全生产年”活动与当地推进现代农业发展各项工作，以及与“平安农机”创建活动等结合起来，并为该项活动的顺利开展提供必要的人力、物力和财力支持。</w:t>
      </w:r>
    </w:p>
    <w:p>
      <w:pPr>
        <w:spacing w:before="100" w:after="200" w:line="360" w:lineRule="auto"/>
        <w:ind w:firstLine="576"/>
        <w:jc w:val="left"/>
      </w:pPr>
      <w:r>
        <w:rPr>
          <w:rFonts w:ascii="宋体" w:eastAsia="宋体" w:hAnsi="宋体"/>
          <w:sz w:val="28"/>
        </w:rPr>
        <w:t>(三)加强监管，突出重点。加强对安全生产年活动的指导、监督检查，及时研究、协调解决活动中出现的问题，稳定和改善安全生产形势。对活动过程实行动态管理，及时掌握情况，对各地活动进展情况进行专项抽查;对突出问题、重大事故隐患要加强排查力度;对普遍性和倾向性问题，分析原因，研究对策，深化整治效果，着力构建安全生产长效机制。</w:t>
      </w:r>
    </w:p>
    <w:p>
      <w:pPr>
        <w:spacing w:before="100" w:after="200" w:line="360" w:lineRule="auto"/>
        <w:ind w:firstLine="576"/>
        <w:jc w:val="left"/>
      </w:pPr>
      <w:r>
        <w:rPr>
          <w:rFonts w:ascii="宋体" w:eastAsia="宋体" w:hAnsi="宋体"/>
          <w:sz w:val="28"/>
        </w:rPr>
        <w:t>(四)加强交流，促进工作。各地、各单位要结合实际，积极探索开展活动的新模式，及时总结开展“安全生产年”活动的经验做法，加强信息互通，充分利用各种媒介互相交流学习，并将工作动态以信息等方式报省厅，同时要努力查找存在的问题，思考解决对策，促进此项工作深入开展。</w:t>
      </w:r>
    </w:p>
    <w:p>
      <w:pPr>
        <w:spacing w:before="100" w:after="200" w:line="360" w:lineRule="auto"/>
        <w:ind w:firstLine="576"/>
        <w:jc w:val="left"/>
      </w:pPr>
      <w:r>
        <w:rPr>
          <w:rFonts w:ascii="宋体" w:eastAsia="宋体" w:hAnsi="宋体"/>
          <w:sz w:val="28"/>
        </w:rPr>
        <w:t>根据10月26日全省安全生产大检查暨四季度安全生产重点工作部署会议和《关于做好近期农机安全生产工作的通知》(苏农机管31号)要求，为切实做好近期农机安全生产工作，预防较大农机事故发生，特制定本方案。</w:t>
      </w:r>
    </w:p>
    <w:p>
      <w:pPr>
        <w:spacing w:before="100" w:after="200" w:line="360" w:lineRule="auto"/>
        <w:jc w:val="left"/>
        <w:sectPr w:rsidSect="00034616">
          <w:type w:val="nextPage"/>
          <w:pgSz w:w="11906" w:h="16838"/>
          <w:pgMar w:top="1440" w:right="1440" w:bottom="1440" w:left="1440" w:header="720" w:footer="720" w:gutter="0"/>
          <w:pgNumType w:start="5"/>
          <w:cols w:space="720"/>
          <w:titlePg w:val="0"/>
          <w:docGrid w:linePitch="360"/>
        </w:sectPr>
      </w:pPr>
      <w:r>
        <w:rPr>
          <w:rFonts w:ascii="宋体 (中文正文)" w:eastAsia="宋体" w:hAnsi="宋体 (中文正文)"/>
          <w:b/>
          <w:sz w:val="28"/>
        </w:rPr>
        <w:t>一、组织领导</w:t>
      </w:r>
    </w:p>
    <w:p>
      <w:pPr>
        <w:spacing w:before="100" w:after="200" w:line="360" w:lineRule="auto"/>
        <w:ind w:firstLine="576"/>
        <w:jc w:val="left"/>
      </w:pPr>
      <w:r>
        <w:rPr>
          <w:rFonts w:ascii="宋体" w:eastAsia="宋体" w:hAnsi="宋体"/>
          <w:sz w:val="28"/>
        </w:rPr>
        <w:t>为加强农机安全生产大检查和平安农机创建工作的组织领导，确保大检查工作取得实效，省局成立大检查工作领导小组。</w:t>
      </w:r>
    </w:p>
    <w:p>
      <w:pPr>
        <w:spacing w:before="100" w:after="200" w:line="360" w:lineRule="auto"/>
        <w:ind w:firstLine="576"/>
        <w:jc w:val="left"/>
      </w:pPr>
      <w:r>
        <w:rPr>
          <w:rFonts w:ascii="宋体" w:eastAsia="宋体" w:hAnsi="宋体"/>
          <w:sz w:val="28"/>
        </w:rPr>
        <w:t>组长：省农机局副局长</w:t>
      </w:r>
    </w:p>
    <w:p>
      <w:pPr>
        <w:spacing w:before="100" w:after="200" w:line="360" w:lineRule="auto"/>
        <w:ind w:firstLine="576"/>
        <w:jc w:val="left"/>
      </w:pPr>
      <w:r>
        <w:rPr>
          <w:rFonts w:ascii="宋体" w:eastAsia="宋体" w:hAnsi="宋体"/>
          <w:sz w:val="28"/>
        </w:rPr>
        <w:t>副组长：张耀春省农机局农机管理处处长</w:t>
      </w:r>
    </w:p>
    <w:p>
      <w:pPr>
        <w:spacing w:before="100" w:after="200" w:line="360" w:lineRule="auto"/>
        <w:ind w:firstLine="576"/>
        <w:jc w:val="left"/>
      </w:pPr>
      <w:r>
        <w:rPr>
          <w:rFonts w:ascii="宋体" w:eastAsia="宋体" w:hAnsi="宋体"/>
          <w:sz w:val="28"/>
        </w:rPr>
        <w:t>陆立国省农机安全监理所所长</w:t>
      </w:r>
    </w:p>
    <w:p>
      <w:pPr>
        <w:spacing w:before="100" w:after="200" w:line="360" w:lineRule="auto"/>
        <w:jc w:val="left"/>
      </w:pPr>
      <w:r>
        <w:rPr>
          <w:rFonts w:ascii="宋体 (中文正文)" w:eastAsia="宋体" w:hAnsi="宋体 (中文正文)"/>
          <w:sz w:val="28"/>
        </w:rPr>
        <w:t>下设四个检查组：</w:t>
      </w:r>
    </w:p>
    <w:p>
      <w:pPr>
        <w:spacing w:before="100" w:after="200" w:line="360" w:lineRule="auto"/>
        <w:ind w:firstLine="576"/>
        <w:jc w:val="left"/>
      </w:pPr>
      <w:r>
        <w:rPr>
          <w:rFonts w:ascii="宋体" w:eastAsia="宋体" w:hAnsi="宋体"/>
          <w:sz w:val="28"/>
        </w:rPr>
        <w:t>第一组：检查常州市、苏州市、镇江市</w:t>
      </w:r>
    </w:p>
    <w:p>
      <w:pPr>
        <w:spacing w:before="100" w:after="200" w:line="360" w:lineRule="auto"/>
        <w:ind w:firstLine="576"/>
        <w:jc w:val="left"/>
      </w:pPr>
      <w:r>
        <w:rPr>
          <w:rFonts w:ascii="宋体" w:eastAsia="宋体" w:hAnsi="宋体"/>
          <w:sz w:val="28"/>
        </w:rPr>
        <w:t>由副局长带队，省农机局农机管理处、省农机安全监理所派员参加。</w:t>
      </w:r>
    </w:p>
    <w:p>
      <w:pPr>
        <w:spacing w:before="100" w:after="200" w:line="360" w:lineRule="auto"/>
        <w:ind w:firstLine="576"/>
        <w:jc w:val="left"/>
      </w:pPr>
      <w:r>
        <w:rPr>
          <w:rFonts w:ascii="宋体" w:eastAsia="宋体" w:hAnsi="宋体"/>
          <w:sz w:val="28"/>
        </w:rPr>
        <w:t>第二组：检查南京市、无锡市、淮安市、盐城市</w:t>
      </w:r>
    </w:p>
    <w:p>
      <w:pPr>
        <w:spacing w:before="100" w:after="200" w:line="360" w:lineRule="auto"/>
        <w:ind w:firstLine="576"/>
        <w:jc w:val="left"/>
      </w:pPr>
      <w:r>
        <w:rPr>
          <w:rFonts w:ascii="宋体" w:eastAsia="宋体" w:hAnsi="宋体"/>
          <w:sz w:val="28"/>
        </w:rPr>
        <w:t>由张耀春处长带队，省农机局农机管理处、省农机安全监理所派员参加。</w:t>
      </w:r>
    </w:p>
    <w:p>
      <w:pPr>
        <w:spacing w:before="100" w:after="200" w:line="360" w:lineRule="auto"/>
        <w:ind w:firstLine="576"/>
        <w:jc w:val="left"/>
      </w:pPr>
      <w:r>
        <w:rPr>
          <w:rFonts w:ascii="宋体" w:eastAsia="宋体" w:hAnsi="宋体"/>
          <w:sz w:val="28"/>
        </w:rPr>
        <w:t>第三组：检查南通市、扬州市、泰州市</w:t>
      </w:r>
    </w:p>
    <w:p>
      <w:pPr>
        <w:spacing w:before="100" w:after="200" w:line="360" w:lineRule="auto"/>
        <w:ind w:firstLine="576"/>
        <w:jc w:val="left"/>
      </w:pPr>
      <w:r>
        <w:rPr>
          <w:rFonts w:ascii="宋体" w:eastAsia="宋体" w:hAnsi="宋体"/>
          <w:sz w:val="28"/>
        </w:rPr>
        <w:t>由陆立国所长带队，省农机局农机管理处、省农机安全监理所派员参加。</w:t>
      </w:r>
    </w:p>
    <w:p>
      <w:pPr>
        <w:spacing w:before="100" w:after="200" w:line="360" w:lineRule="auto"/>
        <w:ind w:firstLine="576"/>
        <w:jc w:val="left"/>
      </w:pPr>
      <w:r>
        <w:rPr>
          <w:rFonts w:ascii="宋体" w:eastAsia="宋体" w:hAnsi="宋体"/>
          <w:sz w:val="28"/>
        </w:rPr>
        <w:t>第四组：督查徐州市、连云港市、宿迁市</w:t>
      </w:r>
    </w:p>
    <w:p>
      <w:pPr>
        <w:spacing w:before="100" w:after="200" w:line="360" w:lineRule="auto"/>
        <w:ind w:firstLine="576"/>
        <w:jc w:val="left"/>
      </w:pPr>
      <w:r>
        <w:rPr>
          <w:rFonts w:ascii="宋体" w:eastAsia="宋体" w:hAnsi="宋体"/>
          <w:sz w:val="28"/>
        </w:rPr>
        <w:t>由许志平副所长带队，省农机局农机管理处、省农机安全监</w:t>
      </w:r>
    </w:p>
    <w:p>
      <w:pPr>
        <w:spacing w:before="100" w:after="200" w:line="360" w:lineRule="auto"/>
        <w:ind w:firstLine="576"/>
        <w:jc w:val="left"/>
      </w:pPr>
      <w:r>
        <w:rPr>
          <w:rFonts w:ascii="宋体" w:eastAsia="宋体" w:hAnsi="宋体"/>
          <w:sz w:val="28"/>
        </w:rPr>
        <w:t>理所派员参加。</w:t>
      </w:r>
    </w:p>
    <w:p>
      <w:pPr>
        <w:spacing w:before="100" w:after="200" w:line="360" w:lineRule="auto"/>
        <w:jc w:val="left"/>
      </w:pPr>
      <w:r>
        <w:rPr>
          <w:rFonts w:ascii="宋体 (中文正文)" w:eastAsia="宋体" w:hAnsi="宋体 (中文正文)"/>
          <w:b/>
          <w:sz w:val="28"/>
        </w:rPr>
        <w:t>二、检查内容</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(一)农机安全生产责任制落实、农机安全投入、农机事故应急救援预案落实以及组织应急救援演练等情况。</w:t>
      </w:r>
    </w:p>
    <w:p>
      <w:pPr>
        <w:spacing w:before="100" w:after="200" w:line="360" w:lineRule="auto"/>
        <w:ind w:firstLine="576"/>
        <w:jc w:val="left"/>
      </w:pPr>
      <w:r>
        <w:rPr>
          <w:rFonts w:ascii="宋体" w:eastAsia="宋体" w:hAnsi="宋体"/>
          <w:sz w:val="28"/>
        </w:rPr>
        <w:t>(二)各地配合公安、安监、交通等部门，在拖拉机、联合收割机通行量大、易发事故的重点地区和路段开展联合执法检查情况。</w:t>
      </w:r>
    </w:p>
    <w:p>
      <w:pPr>
        <w:spacing w:before="100" w:after="200" w:line="360" w:lineRule="auto"/>
        <w:ind w:firstLine="576"/>
        <w:jc w:val="left"/>
      </w:pPr>
      <w:r>
        <w:rPr>
          <w:rFonts w:ascii="宋体" w:eastAsia="宋体" w:hAnsi="宋体"/>
          <w:sz w:val="28"/>
        </w:rPr>
        <w:t>(三)农机驾驶人超速超载、酒后驾驶、疲劳驾驶、无牌无证、违法载人等严重违法行为的查纠情况、进滩涂作业农机具隐患治理情况。</w:t>
      </w:r>
    </w:p>
    <w:p>
      <w:pPr>
        <w:spacing w:before="100" w:after="200" w:line="360" w:lineRule="auto"/>
        <w:ind w:firstLine="576"/>
        <w:jc w:val="left"/>
      </w:pPr>
      <w:r>
        <w:rPr>
          <w:rFonts w:ascii="宋体" w:eastAsia="宋体" w:hAnsi="宋体"/>
          <w:sz w:val="28"/>
        </w:rPr>
        <w:t>(四)深入田间作业场所，开展对秋忙作业机具特别是跨区作业联合收割机的安全检查及驾驶操作人员的宣传教育。</w:t>
      </w:r>
    </w:p>
    <w:p>
      <w:pPr>
        <w:spacing w:before="100" w:after="200" w:line="360" w:lineRule="auto"/>
        <w:jc w:val="left"/>
      </w:pPr>
      <w:r>
        <w:rPr>
          <w:rFonts w:ascii="宋体 (中文正文)" w:eastAsia="宋体" w:hAnsi="宋体 (中文正文)"/>
          <w:b/>
          <w:sz w:val="28"/>
        </w:rPr>
        <w:t>三、检查方式</w:t>
      </w:r>
    </w:p>
    <w:p>
      <w:pPr>
        <w:spacing w:before="100" w:after="200" w:line="360" w:lineRule="auto"/>
        <w:ind w:firstLine="576"/>
        <w:jc w:val="left"/>
      </w:pPr>
      <w:r>
        <w:rPr>
          <w:rFonts w:ascii="宋体" w:eastAsia="宋体" w:hAnsi="宋体"/>
          <w:sz w:val="28"/>
        </w:rPr>
        <w:t>主要采取自查和抽查、点与面相结合的方式，通过听汇报、看现场、查资料、促整改等形式进行检查。省局检查组对各省辖市农机安全生产情况进行检查，对部分县(市、区)进行抽查;各市在对大检查工作进行全面部署的基础上，负责对各县(市、区)农机安全生产情况进行有重点的检查;各县(市、区)负责对农机安全生产情况进行全面检查。</w:t>
      </w:r>
    </w:p>
    <w:p>
      <w:pPr>
        <w:spacing w:before="100" w:after="200" w:line="360" w:lineRule="auto"/>
        <w:jc w:val="left"/>
      </w:pPr>
      <w:r>
        <w:rPr>
          <w:rFonts w:ascii="宋体 (中文正文)" w:eastAsia="宋体" w:hAnsi="宋体 (中文正文)"/>
          <w:b/>
          <w:sz w:val="28"/>
        </w:rPr>
        <w:t>四、检查工作安排</w:t>
      </w:r>
    </w:p>
    <w:p>
      <w:pPr>
        <w:spacing w:before="100" w:after="200" w:line="360" w:lineRule="auto"/>
        <w:ind w:firstLine="576"/>
        <w:jc w:val="left"/>
      </w:pPr>
      <w:r>
        <w:rPr>
          <w:rFonts w:ascii="宋体" w:eastAsia="宋体" w:hAnsi="宋体"/>
          <w:sz w:val="28"/>
        </w:rPr>
        <w:t>大检查从11月5日开始，11月30日结束。11月5日至25日为自查自纠和检查抽查阶段，检查抽查工作原则上与平安农机创建考核复评工作同步进行。11月25日至30日为落实整改、总结提高阶段，主要是对检查出的隐患和问题进行梳理，落实整</w:t>
      </w:r>
    </w:p>
    <w:p>
      <w:pPr>
        <w:spacing w:before="100" w:after="200" w:line="360" w:lineRule="auto"/>
        <w:ind w:firstLine="576"/>
        <w:jc w:val="left"/>
      </w:pPr>
      <w:r>
        <w:rPr>
          <w:rFonts w:ascii="宋体" w:eastAsia="宋体" w:hAnsi="宋体"/>
          <w:sz w:val="28"/>
        </w:rPr>
        <w:t>改计划，制定整改措施，总结大检查工作成效，上报大检查工作情况。</w:t>
      </w:r>
    </w:p>
    <w:p>
      <w:pPr>
        <w:spacing w:before="100" w:after="200" w:line="360" w:lineRule="auto"/>
        <w:jc w:val="left"/>
      </w:pPr>
      <w:r>
        <w:rPr>
          <w:rFonts w:ascii="宋体 (中文正文)" w:eastAsia="宋体" w:hAnsi="宋体 (中文正文)"/>
          <w:b/>
          <w:sz w:val="28"/>
        </w:rPr>
        <w:t>五、工作要求</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(一)狠抓落实，务求实效</w:t>
      </w:r>
    </w:p>
    <w:p>
      <w:pPr>
        <w:spacing w:before="100" w:after="200" w:line="360" w:lineRule="auto"/>
        <w:ind w:firstLine="576"/>
        <w:jc w:val="left"/>
      </w:pPr>
      <w:r>
        <w:rPr>
          <w:rFonts w:ascii="宋体" w:eastAsia="宋体" w:hAnsi="宋体"/>
          <w:sz w:val="28"/>
        </w:rPr>
        <w:t>各地要按照大检查工作方案，认真组织自查和整改，对督查中发现的隐患和问题，要责令整改;不能立即整改的，要提出防范措施，明确整改期限和责任人，制定应急预案;严重危及安全的，要立即责令整改;对检查中发现的重大问题，要及时通报当地政府和安监部门。</w:t>
      </w:r>
    </w:p>
    <w:p>
      <w:pPr>
        <w:spacing w:before="100" w:after="200" w:line="360" w:lineRule="auto"/>
        <w:ind w:firstLine="576"/>
        <w:jc w:val="left"/>
      </w:pPr>
      <w:r>
        <w:rPr>
          <w:rFonts w:ascii="宋体" w:eastAsia="宋体" w:hAnsi="宋体"/>
          <w:sz w:val="28"/>
        </w:rPr>
        <w:t>(二)突出重点，严格检查</w:t>
      </w:r>
    </w:p>
    <w:p>
      <w:pPr>
        <w:spacing w:before="100" w:after="200" w:line="360" w:lineRule="auto"/>
        <w:ind w:firstLine="576"/>
        <w:jc w:val="left"/>
      </w:pPr>
      <w:r>
        <w:rPr>
          <w:rFonts w:ascii="宋体" w:eastAsia="宋体" w:hAnsi="宋体"/>
          <w:sz w:val="28"/>
        </w:rPr>
        <w:t>当前，正值“三秋”大忙，是农业机械出行高峰期,也是农机事故的多发期。各地要结合农机作业特点，突出为农服务、“三秋”农机化生产、重点地区、重点机具、重点时段的检查，切实负起安全生产的主体责任，营造和谐稳定的安全环境。</w:t>
      </w:r>
    </w:p>
    <w:p>
      <w:pPr>
        <w:spacing w:before="100" w:after="200" w:line="360" w:lineRule="auto"/>
        <w:ind w:firstLine="576"/>
        <w:jc w:val="left"/>
      </w:pPr>
      <w:r>
        <w:rPr>
          <w:rFonts w:ascii="宋体" w:eastAsia="宋体" w:hAnsi="宋体"/>
          <w:sz w:val="28"/>
        </w:rPr>
        <w:t>(三)加强宣传，营造氛围</w:t>
      </w:r>
    </w:p>
    <w:p>
      <w:pPr>
        <w:spacing w:before="100" w:after="200" w:line="360" w:lineRule="auto"/>
        <w:ind w:firstLine="576"/>
        <w:jc w:val="left"/>
      </w:pPr>
      <w:r>
        <w:rPr>
          <w:rFonts w:ascii="宋体" w:eastAsia="宋体" w:hAnsi="宋体"/>
          <w:sz w:val="28"/>
        </w:rPr>
        <w:t>各地要要加大农机安全宣传教育力度，充分利用“平安农机通”平台和电视、广播等媒体，有针对性地开展经常性的农机事故警示教育，提高农机驾驶人安全防范意识和主动接受安全监管的积极性。</w:t>
      </w:r>
    </w:p>
    <w:p>
      <w:pPr>
        <w:spacing w:before="100" w:after="200" w:line="360" w:lineRule="auto"/>
        <w:ind w:firstLine="576"/>
        <w:jc w:val="left"/>
      </w:pPr>
      <w:r>
        <w:rPr>
          <w:rFonts w:ascii="宋体" w:eastAsia="宋体" w:hAnsi="宋体"/>
          <w:sz w:val="28"/>
        </w:rPr>
        <w:t>各地开展农机安全生产大检查工作情况，请于11月30日前报省农机安全监理所。</w:t>
      </w:r>
    </w:p>
    <w:p>
      <w:pPr>
        <w:spacing w:before="100" w:after="200" w:line="360" w:lineRule="auto"/>
        <w:ind w:firstLine="576"/>
        <w:jc w:val="left"/>
      </w:pPr>
      <w:r>
        <w:rPr>
          <w:rFonts w:ascii="宋体" w:eastAsia="宋体" w:hAnsi="宋体"/>
          <w:sz w:val="28"/>
        </w:rPr>
        <w:t>为认真贯彻落实区安全委员会办公室《关于开展“五一”期间安全生产大检查的通知》文件精神，在“五一”节期间预防和减少一般事故，揭制较大事故的发生，确保“五一”节日期间全乡安全生产形势稳定，经党委、政府决定在全乡范围集中开展安全生产大排查活动，特制定本工作方案。</w:t>
      </w:r>
    </w:p>
    <w:p>
      <w:pPr>
        <w:spacing w:before="100" w:after="200" w:line="360" w:lineRule="auto"/>
        <w:jc w:val="left"/>
      </w:pPr>
      <w:r>
        <w:rPr>
          <w:rFonts w:ascii="宋体 (中文正文)" w:eastAsia="宋体" w:hAnsi="宋体 (中文正文)"/>
          <w:b/>
          <w:sz w:val="28"/>
        </w:rPr>
        <w:t>一、组织机构</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为了切实做好安全生产大检查工作，我乡成立了安全生产大检查工作领导小组：</w:t>
      </w:r>
    </w:p>
    <w:p>
      <w:pPr>
        <w:spacing w:before="100" w:after="200" w:line="360" w:lineRule="auto"/>
        <w:jc w:val="left"/>
      </w:pPr>
      <w:r>
        <w:rPr>
          <w:rFonts w:ascii="宋体 (中文正文)" w:eastAsia="宋体" w:hAnsi="宋体 (中文正文)"/>
          <w:sz w:val="28"/>
        </w:rPr>
        <w:t>组长：副组长：</w:t>
      </w:r>
    </w:p>
    <w:p>
      <w:pPr>
        <w:spacing w:before="100" w:after="200" w:line="360" w:lineRule="auto"/>
        <w:jc w:val="left"/>
      </w:pPr>
      <w:r>
        <w:rPr>
          <w:rFonts w:ascii="宋体 (中文正文)" w:eastAsia="宋体" w:hAnsi="宋体 (中文正文)"/>
          <w:sz w:val="28"/>
        </w:rPr>
        <w:t>成员：</w:t>
      </w:r>
    </w:p>
    <w:p>
      <w:pPr>
        <w:spacing w:before="100" w:after="200" w:line="360" w:lineRule="auto"/>
        <w:ind w:firstLine="576"/>
        <w:jc w:val="left"/>
      </w:pPr>
      <w:r>
        <w:rPr>
          <w:rFonts w:ascii="宋体" w:eastAsia="宋体" w:hAnsi="宋体"/>
          <w:sz w:val="28"/>
        </w:rPr>
        <w:t>领导小组下设办公室，办公室设在安监站。罗志发同志任办公室主任并负责具体办公。</w:t>
      </w:r>
    </w:p>
    <w:p>
      <w:pPr>
        <w:spacing w:before="100" w:after="200" w:line="360" w:lineRule="auto"/>
        <w:jc w:val="left"/>
      </w:pPr>
      <w:r>
        <w:rPr>
          <w:rFonts w:ascii="宋体 (中文正文)" w:eastAsia="宋体" w:hAnsi="宋体 (中文正文)"/>
          <w:b/>
          <w:sz w:val="28"/>
        </w:rPr>
        <w:t>二、检查时间</w:t>
      </w:r>
    </w:p>
    <w:p>
      <w:pPr>
        <w:spacing w:before="100" w:after="200" w:line="360" w:lineRule="auto"/>
        <w:ind w:firstLine="576"/>
        <w:jc w:val="left"/>
      </w:pPr>
      <w:r>
        <w:rPr>
          <w:rFonts w:ascii="宋体" w:eastAsia="宋体" w:hAnsi="宋体"/>
          <w:sz w:val="28"/>
        </w:rPr>
        <w:t>从ｘｘｘｘ年4月28日开始.到ｘｘｘｘ年5月4号结束。</w:t>
      </w:r>
    </w:p>
    <w:p>
      <w:pPr>
        <w:spacing w:before="100" w:after="200" w:line="360" w:lineRule="auto"/>
        <w:jc w:val="left"/>
      </w:pPr>
      <w:r>
        <w:rPr>
          <w:rFonts w:ascii="宋体 (中文正文)" w:eastAsia="宋体" w:hAnsi="宋体 (中文正文)"/>
          <w:b/>
          <w:sz w:val="28"/>
        </w:rPr>
        <w:t>三、检查内容</w:t>
      </w:r>
    </w:p>
    <w:p>
      <w:pPr>
        <w:spacing w:before="100" w:after="200" w:line="360" w:lineRule="auto"/>
        <w:ind w:firstLine="576"/>
        <w:jc w:val="left"/>
      </w:pPr>
      <w:r>
        <w:rPr>
          <w:rFonts w:ascii="宋体" w:eastAsia="宋体" w:hAnsi="宋体"/>
          <w:sz w:val="28"/>
        </w:rPr>
        <w:t>在全乡范围内开展1.道路交通、消防、非煤矿山、烟花爆竹、建筑施工、食品卫生、学校安全、森林防火等。2.开展打击非法违法生产经营建设行为专项行动。3.隐患排查治理制度、责任措施落实情况，重点单位，重点环节隐患排查治理情况。</w:t>
      </w:r>
    </w:p>
    <w:p>
      <w:pPr>
        <w:spacing w:before="100" w:after="200" w:line="360" w:lineRule="auto"/>
        <w:jc w:val="left"/>
      </w:pPr>
      <w:r>
        <w:rPr>
          <w:rFonts w:ascii="宋体 (中文正文)" w:eastAsia="宋体" w:hAnsi="宋体 (中文正文)"/>
          <w:b/>
          <w:sz w:val="28"/>
        </w:rPr>
        <w:t>四、工作要求</w:t>
      </w:r>
    </w:p>
    <w:p>
      <w:pPr>
        <w:spacing w:before="100" w:after="200" w:line="360" w:lineRule="auto"/>
        <w:ind w:firstLine="576"/>
        <w:jc w:val="left"/>
      </w:pPr>
      <w:r>
        <w:rPr>
          <w:rFonts w:ascii="宋体" w:eastAsia="宋体" w:hAnsi="宋体"/>
          <w:sz w:val="28"/>
        </w:rPr>
        <w:t>（一）加强领导，明确责任。要高度重视，认真落实“五一”期间安全生产大检查工作具体实施方案，一把手要亲自安排部署，分管领导要亲自带队检查。乡政府相关工作单位要按照职责分工，认真组织实施开展重点行业（领域）安全大检查。要切实按照“谁检查，谁负责；谁签字，谁负责；谁审批，谁负责”原则，认真细致地抓好安全防范工作，坚决克服麻痹思想，确保检查不走形式，取得实效。</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二）深化隐患排查治理，严厉打击非法违法行为。要始终坚持“安全第一，预防为主，综合治理”的方针，强化措施，超前防范，明确责任，精心组织，迅速行动，严格标准要求，逐项进行摸排检查，切实做到防患于未然，严防各类安全事故的发生。对排查出的一般安全隐患，要及时督促落实整改到位；对排查出的重大隐患，要做到整改责任、时限、措施、资金、应急预案“五落实”。同时，要严厉打击各类非法违法生产经营建设行为。</w:t>
      </w:r>
    </w:p>
    <w:p>
      <w:pPr>
        <w:spacing w:before="100" w:after="200" w:line="360" w:lineRule="auto"/>
        <w:ind w:firstLine="576"/>
        <w:jc w:val="left"/>
      </w:pPr>
      <w:r>
        <w:rPr>
          <w:rFonts w:ascii="宋体" w:eastAsia="宋体" w:hAnsi="宋体"/>
          <w:sz w:val="28"/>
        </w:rPr>
        <w:t>（三）加强应急值守，严格事故责任追究。要切实加强“五一”节期间值班工作，明确带班领导和值班人员，严格落实24小时值班制度。要建立“五一”节期间安全生产预测和预警机制，制定完善处置各类突发事件的应急救预案。要严格执行请示报告制度，领导小组对各类突发事件必须及时准确上报，工作不力、措施不到位，造成生产安全事故的，要严格追究相关责任人的责任。</w:t>
      </w:r>
    </w:p>
    <w:p>
      <w:pPr>
        <w:spacing w:before="100" w:after="200" w:line="360" w:lineRule="auto"/>
        <w:ind w:firstLine="576"/>
        <w:jc w:val="left"/>
      </w:pPr>
      <w:r>
        <w:rPr>
          <w:rFonts w:ascii="宋体" w:eastAsia="宋体" w:hAnsi="宋体"/>
          <w:sz w:val="28"/>
        </w:rPr>
        <w:t>为加强当前安全生产工作，切实抓好雨季汛期防洪防汛、道路交通建设工程领域安全生产，认真贯彻落实六安市交通运输局有关安全生产工作批示，切实贯彻落实《转发市安委会办公室关于做好20xx年汛期安全生产工作的通知》(六交安监〔20xx〕)14号文件精神，全力防范汛期自然灾害等安全事故发生，有效避免和减少各类自然灾害造成的损失，确保人民群众生命健康和财产安全，维护社会稳定。现通知如下：</w:t>
      </w:r>
    </w:p>
    <w:p>
      <w:pPr>
        <w:spacing w:before="100" w:after="200" w:line="360" w:lineRule="auto"/>
        <w:jc w:val="left"/>
      </w:pPr>
      <w:r>
        <w:rPr>
          <w:rFonts w:ascii="宋体 (中文正文)" w:eastAsia="宋体" w:hAnsi="宋体 (中文正文)"/>
          <w:b/>
          <w:sz w:val="28"/>
        </w:rPr>
        <w:t>一、工作要求</w:t>
      </w:r>
    </w:p>
    <w:p>
      <w:pPr>
        <w:spacing w:before="100" w:after="200" w:line="360" w:lineRule="auto"/>
        <w:ind w:firstLine="576"/>
        <w:jc w:val="left"/>
      </w:pPr>
      <w:r>
        <w:rPr>
          <w:rFonts w:ascii="宋体" w:eastAsia="宋体" w:hAnsi="宋体"/>
          <w:sz w:val="28"/>
        </w:rPr>
        <w:t>(一)加强领导，全面提高应急保障能力</w:t>
      </w:r>
    </w:p>
    <w:p>
      <w:pPr>
        <w:spacing w:before="100" w:after="200" w:line="360" w:lineRule="auto"/>
        <w:ind w:firstLine="576"/>
        <w:jc w:val="left"/>
      </w:pPr>
      <w:r>
        <w:rPr>
          <w:rFonts w:ascii="宋体" w:eastAsia="宋体" w:hAnsi="宋体"/>
          <w:sz w:val="28"/>
        </w:rPr>
        <w:t>防汛工作实行统一指挥、分级负责的管理原则。各单位要制定有针对性的防汛预案，做好防汛准备工作，务必做到责任到人、指挥到位;情况清楚、预案可行;准备充分、措施有效。</w:t>
      </w:r>
    </w:p>
    <w:p>
      <w:pPr>
        <w:spacing w:before="100" w:after="200" w:line="360" w:lineRule="auto"/>
        <w:ind w:firstLine="576"/>
        <w:jc w:val="left"/>
      </w:pPr>
      <w:r>
        <w:rPr>
          <w:rFonts w:ascii="宋体" w:eastAsia="宋体" w:hAnsi="宋体"/>
          <w:sz w:val="28"/>
        </w:rPr>
        <w:t>(二)落实责任，全面加强预案体系建设</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防汛工作的责任主体是各施工总承包单位，各工程项目经理是防汛工作的第一责任人，各单位要全面加强预案体系建设，结合自身实际情况，制定各自的防汛应急预案。做到职责明确、指挥到位、预警及时、响应迅速。</w:t>
      </w:r>
    </w:p>
    <w:p>
      <w:pPr>
        <w:spacing w:before="100" w:after="200" w:line="360" w:lineRule="auto"/>
        <w:ind w:firstLine="576"/>
        <w:jc w:val="left"/>
      </w:pPr>
      <w:r>
        <w:rPr>
          <w:rFonts w:ascii="宋体" w:eastAsia="宋体" w:hAnsi="宋体"/>
          <w:sz w:val="28"/>
        </w:rPr>
        <w:t>(三)加强培训和演练，提高实战能力</w:t>
      </w:r>
    </w:p>
    <w:p>
      <w:pPr>
        <w:spacing w:before="100" w:after="200" w:line="360" w:lineRule="auto"/>
        <w:ind w:firstLine="576"/>
        <w:jc w:val="left"/>
      </w:pPr>
      <w:r>
        <w:rPr>
          <w:rFonts w:ascii="宋体" w:eastAsia="宋体" w:hAnsi="宋体"/>
          <w:sz w:val="28"/>
        </w:rPr>
        <w:t>各单位要结合自身实际组织培训和演练，一是组织形式多样的专业培训，重点是抢险指挥、预案编制、信息宣传、物资管理等;二是各单位要组织专业抢险队进行抢险演练。</w:t>
      </w:r>
    </w:p>
    <w:p>
      <w:pPr>
        <w:spacing w:before="100" w:after="200" w:line="360" w:lineRule="auto"/>
        <w:ind w:firstLine="576"/>
        <w:jc w:val="left"/>
      </w:pPr>
      <w:r>
        <w:rPr>
          <w:rFonts w:ascii="宋体" w:eastAsia="宋体" w:hAnsi="宋体"/>
          <w:sz w:val="28"/>
        </w:rPr>
        <w:t>(四)认真开展防汛检查，彻底排除安全隐患</w:t>
      </w:r>
    </w:p>
    <w:p>
      <w:pPr>
        <w:spacing w:before="100" w:after="200" w:line="360" w:lineRule="auto"/>
        <w:ind w:firstLine="576"/>
        <w:jc w:val="left"/>
      </w:pPr>
      <w:r>
        <w:rPr>
          <w:rFonts w:ascii="宋体" w:eastAsia="宋体" w:hAnsi="宋体"/>
          <w:sz w:val="28"/>
        </w:rPr>
        <w:t>各单位要针对工程进展情况开展调查研究，认真组织防汛安全隐患排查工作和危险源识别工作，建立台帐，做到查细、查全、查实，台帐清楚;对检查出的问题要抓紧进行处理，采取切实可行的措施;对确实影响防汛安全又较难解决的隐患问题，要组织专家论证，制定并落实安全应急度汛措施。</w:t>
      </w:r>
    </w:p>
    <w:p>
      <w:pPr>
        <w:spacing w:before="100" w:after="200" w:line="360" w:lineRule="auto"/>
        <w:jc w:val="left"/>
      </w:pPr>
      <w:r>
        <w:rPr>
          <w:rFonts w:ascii="宋体 (中文正文)" w:eastAsia="宋体" w:hAnsi="宋体 (中文正文)"/>
          <w:b/>
          <w:sz w:val="28"/>
        </w:rPr>
        <w:t>二、具体措施</w:t>
      </w:r>
    </w:p>
    <w:p>
      <w:pPr>
        <w:spacing w:before="100" w:after="200" w:line="360" w:lineRule="auto"/>
        <w:ind w:firstLine="576"/>
        <w:jc w:val="left"/>
      </w:pPr>
      <w:r>
        <w:rPr>
          <w:rFonts w:ascii="宋体" w:eastAsia="宋体" w:hAnsi="宋体"/>
          <w:sz w:val="28"/>
        </w:rPr>
        <w:t>1、汛期各单位要严格执行“生产值班制度”，严明值班纪律。负责防汛工作的领导不得随意脱岗。</w:t>
      </w:r>
    </w:p>
    <w:p>
      <w:pPr>
        <w:spacing w:before="100" w:after="200" w:line="360" w:lineRule="auto"/>
        <w:ind w:firstLine="576"/>
        <w:jc w:val="left"/>
      </w:pPr>
      <w:r>
        <w:rPr>
          <w:rFonts w:ascii="宋体" w:eastAsia="宋体" w:hAnsi="宋体"/>
          <w:sz w:val="28"/>
        </w:rPr>
        <w:t>2、汛期多雨潮湿，是触电事故的高发期。施工单位要做好施工机具、设备的防雨水工作，特别要认真检查临时用电设备、相关电器线路和防护接地措施，防止短路、电击、雷击事故发生。</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3、各单位要制定大风雷雨天气对高大脚手架、高大型机械设备的防汛、防雷措施，并要加强在雨后对上述设备基础的检查，确保雨季施工安全。</w:t>
      </w:r>
    </w:p>
    <w:p>
      <w:pPr>
        <w:spacing w:before="100" w:after="200" w:line="360" w:lineRule="auto"/>
        <w:ind w:firstLine="576"/>
        <w:jc w:val="left"/>
      </w:pPr>
      <w:r>
        <w:rPr>
          <w:rFonts w:ascii="宋体" w:eastAsia="宋体" w:hAnsi="宋体"/>
          <w:sz w:val="28"/>
        </w:rPr>
        <w:t>4、各单位要加强对现场管理人员和施工人员汛期安全教育，不断提高作业人员雨季施工安全生产意识、自我保护意识和安全防护意识。</w:t>
      </w:r>
    </w:p>
    <w:p>
      <w:pPr>
        <w:spacing w:before="100" w:after="200" w:line="360" w:lineRule="auto"/>
        <w:ind w:firstLine="576"/>
        <w:jc w:val="left"/>
      </w:pPr>
      <w:r>
        <w:rPr>
          <w:rFonts w:ascii="宋体" w:eastAsia="宋体" w:hAnsi="宋体"/>
          <w:sz w:val="28"/>
        </w:rPr>
        <w:t>5、各有关单位要加强信息上报工作，及时上报防汛工作动态，保持信息畅通，如有异常情况和突发事件要立即向交通主管部门报告，并启动工地应急预案，按规定逐级上报事故。</w:t>
      </w:r>
    </w:p>
    <w:p>
      <w:pPr>
        <w:spacing w:before="100" w:after="200" w:line="360" w:lineRule="auto"/>
        <w:jc w:val="left"/>
      </w:pPr>
      <w:r>
        <w:rPr>
          <w:rFonts w:ascii="宋体 (中文正文)" w:eastAsia="宋体" w:hAnsi="宋体 (中文正文)"/>
          <w:b/>
          <w:sz w:val="28"/>
        </w:rPr>
        <w:t>三、防汛工作的重点</w:t>
      </w:r>
    </w:p>
    <w:p>
      <w:pPr>
        <w:spacing w:before="100" w:after="200" w:line="360" w:lineRule="auto"/>
        <w:ind w:firstLine="576"/>
        <w:jc w:val="left"/>
      </w:pPr>
      <w:r>
        <w:rPr>
          <w:rFonts w:ascii="宋体" w:eastAsia="宋体" w:hAnsi="宋体"/>
          <w:sz w:val="28"/>
        </w:rPr>
        <w:t>所有基础施工、沟槽施工要将防坍塌、防雨水倒灌作为防汛重点，要加强对项目及周边建筑物的监测，并根据工程特点、周边环境制定防范措施、编制应急预案，提前做好防汛的物资准备，如：水泵、沙袋(砂石料)、注浆设备、临时照明器材等。如果监测过程中发现异常情况或遭到暴雨冲击时要及时采取措施，防止事故发生。</w:t>
      </w:r>
    </w:p>
    <w:p>
      <w:pPr>
        <w:spacing w:before="100" w:after="200" w:line="360" w:lineRule="auto"/>
        <w:ind w:firstLine="576"/>
        <w:jc w:val="left"/>
      </w:pPr>
      <w:r>
        <w:rPr>
          <w:rFonts w:ascii="宋体" w:eastAsia="宋体" w:hAnsi="宋体"/>
          <w:sz w:val="28"/>
        </w:rPr>
        <w:t>20xx年，在市安监局、商贸办的支持帮助下，从整改氨系统入手，全面推进企业安全生产工作，实现了全年安全生产无事故的管理目标。在新的一年里，坚持贯彻落实“安全笫一，预防为主”的生产方针，牢固树立“安全就是最大效益的”经营理念，为做好全年安全工作，特制定20xx度安全工作实施方案如下。</w:t>
      </w:r>
    </w:p>
    <w:p>
      <w:pPr>
        <w:spacing w:before="100" w:after="200" w:line="360" w:lineRule="auto"/>
        <w:jc w:val="left"/>
      </w:pPr>
      <w:r>
        <w:rPr>
          <w:rFonts w:ascii="宋体 (中文正文)" w:eastAsia="宋体" w:hAnsi="宋体 (中文正文)"/>
          <w:b/>
          <w:sz w:val="28"/>
        </w:rPr>
        <w:t>一、签订厂部与各车间部室20xx年安全目标责任书。</w:t>
      </w:r>
    </w:p>
    <w:p>
      <w:pPr>
        <w:spacing w:before="100" w:after="200" w:line="360" w:lineRule="auto"/>
        <w:ind w:firstLine="576"/>
        <w:jc w:val="left"/>
      </w:pPr>
      <w:r>
        <w:rPr>
          <w:rFonts w:ascii="宋体" w:eastAsia="宋体" w:hAnsi="宋体"/>
          <w:sz w:val="28"/>
        </w:rPr>
        <w:t>1，目标责任书起草工作，由企业管理部负责文字起草工作，20xx年12月25日前完成。</w:t>
      </w:r>
    </w:p>
    <w:p>
      <w:pPr>
        <w:spacing w:before="100" w:after="200" w:line="360" w:lineRule="auto"/>
        <w:ind w:firstLine="576"/>
        <w:jc w:val="left"/>
      </w:pPr>
      <w:r>
        <w:rPr>
          <w:rFonts w:ascii="宋体" w:eastAsia="宋体" w:hAnsi="宋体"/>
          <w:sz w:val="28"/>
        </w:rPr>
        <w:t>2，目标责任书签订工作，20xx年12月28日召开年度安全工作总结暨20xx度安全目标责任书签订大会。</w:t>
      </w:r>
    </w:p>
    <w:p>
      <w:pPr>
        <w:spacing w:before="100" w:after="200" w:line="360" w:lineRule="auto"/>
        <w:jc w:val="left"/>
        <w:sectPr w:rsidSect="00034616">
          <w:type w:val="nextPage"/>
          <w:pgSz w:w="11906" w:h="16838"/>
          <w:pgMar w:top="1440" w:right="1440" w:bottom="1440" w:left="1440" w:header="720" w:footer="720" w:gutter="0"/>
          <w:pgNumType w:start="12"/>
          <w:cols w:space="720"/>
          <w:titlePg w:val="0"/>
          <w:docGrid w:linePitch="360"/>
        </w:sectPr>
      </w:pPr>
      <w:r>
        <w:rPr>
          <w:rFonts w:ascii="宋体 (中文正文)" w:eastAsia="宋体" w:hAnsi="宋体 (中文正文)"/>
          <w:b/>
          <w:sz w:val="28"/>
        </w:rPr>
        <w:t>二、制订企业年度设备维修计划。</w:t>
      </w:r>
    </w:p>
    <w:p>
      <w:pPr>
        <w:spacing w:before="100" w:after="200" w:line="360" w:lineRule="auto"/>
        <w:ind w:firstLine="576"/>
        <w:jc w:val="left"/>
      </w:pPr>
      <w:r>
        <w:rPr>
          <w:rFonts w:ascii="宋体" w:eastAsia="宋体" w:hAnsi="宋体"/>
          <w:sz w:val="28"/>
        </w:rPr>
        <w:t>1，基层申报。各二级核算单位根据自身设备特点，结合新年度生产经营需要，于20xx年1月15日前向企业管理部申报设备维修及添置计划。</w:t>
      </w:r>
    </w:p>
    <w:p>
      <w:pPr>
        <w:spacing w:before="100" w:after="200" w:line="360" w:lineRule="auto"/>
        <w:ind w:firstLine="576"/>
        <w:jc w:val="left"/>
      </w:pPr>
      <w:r>
        <w:rPr>
          <w:rFonts w:ascii="宋体" w:eastAsia="宋体" w:hAnsi="宋体"/>
          <w:sz w:val="28"/>
        </w:rPr>
        <w:t>2，部门汇总。由企业管理部负责收集汇总，向厂部提出企业年度设备维修计划。20xx年1月18日前完成。</w:t>
      </w:r>
    </w:p>
    <w:p>
      <w:pPr>
        <w:spacing w:before="100" w:after="200" w:line="360" w:lineRule="auto"/>
        <w:ind w:firstLine="576"/>
        <w:jc w:val="left"/>
      </w:pPr>
      <w:r>
        <w:rPr>
          <w:rFonts w:ascii="宋体" w:eastAsia="宋体" w:hAnsi="宋体"/>
          <w:sz w:val="28"/>
        </w:rPr>
        <w:t>3，计划实施。企业年度设备维修计划一经厂部批准，由设备科组织推进实施。</w:t>
      </w:r>
    </w:p>
    <w:p>
      <w:pPr>
        <w:spacing w:before="100" w:after="200" w:line="360" w:lineRule="auto"/>
        <w:jc w:val="left"/>
      </w:pPr>
      <w:r>
        <w:rPr>
          <w:rFonts w:ascii="宋体 (中文正文)" w:eastAsia="宋体" w:hAnsi="宋体 (中文正文)"/>
          <w:b/>
          <w:sz w:val="28"/>
        </w:rPr>
        <w:t>三、组织开展各种培训，提高人防技防能力。</w:t>
      </w:r>
    </w:p>
    <w:p>
      <w:pPr>
        <w:spacing w:before="100" w:after="200" w:line="360" w:lineRule="auto"/>
        <w:ind w:firstLine="576"/>
        <w:jc w:val="left"/>
      </w:pPr>
      <w:r>
        <w:rPr>
          <w:rFonts w:ascii="宋体" w:eastAsia="宋体" w:hAnsi="宋体"/>
          <w:sz w:val="28"/>
        </w:rPr>
        <w:t>1，在企业开展五一文化周期间，组织开展氨系统操作工理论培训和技能竞赛。</w:t>
      </w:r>
    </w:p>
    <w:p>
      <w:pPr>
        <w:spacing w:before="100" w:after="200" w:line="360" w:lineRule="auto"/>
        <w:ind w:firstLine="576"/>
        <w:jc w:val="left"/>
      </w:pPr>
      <w:r>
        <w:rPr>
          <w:rFonts w:ascii="宋体" w:eastAsia="宋体" w:hAnsi="宋体"/>
          <w:sz w:val="28"/>
        </w:rPr>
        <w:t>2，二季度，组织一次消防演练活动。</w:t>
      </w:r>
    </w:p>
    <w:p>
      <w:pPr>
        <w:spacing w:before="100" w:after="200" w:line="360" w:lineRule="auto"/>
        <w:ind w:firstLine="576"/>
        <w:jc w:val="left"/>
      </w:pPr>
      <w:r>
        <w:rPr>
          <w:rFonts w:ascii="宋体" w:eastAsia="宋体" w:hAnsi="宋体"/>
          <w:sz w:val="28"/>
        </w:rPr>
        <w:t>3，三季度，邀请安全主管部门来厂对企业各特殊工种职工进行理论培训。</w:t>
      </w:r>
    </w:p>
    <w:p>
      <w:pPr>
        <w:spacing w:before="100" w:after="200" w:line="360" w:lineRule="auto"/>
        <w:jc w:val="left"/>
      </w:pPr>
      <w:r>
        <w:rPr>
          <w:rFonts w:ascii="宋体 (中文正文)" w:eastAsia="宋体" w:hAnsi="宋体 (中文正文)"/>
          <w:b/>
          <w:sz w:val="28"/>
        </w:rPr>
        <w:t>四、遵循上级部署，开展各种形式的安全活动。</w:t>
      </w:r>
    </w:p>
    <w:p>
      <w:pPr>
        <w:spacing w:before="100" w:after="200" w:line="360" w:lineRule="auto"/>
        <w:ind w:firstLine="576"/>
        <w:jc w:val="left"/>
      </w:pPr>
      <w:r>
        <w:rPr>
          <w:rFonts w:ascii="宋体" w:eastAsia="宋体" w:hAnsi="宋体"/>
          <w:sz w:val="28"/>
        </w:rPr>
        <w:t>根椐市各有关部门的工作布署，适时开展安全生产周、安全生产月、安康杯等各种形式的安全活动。</w:t>
      </w:r>
    </w:p>
    <w:p>
      <w:pPr>
        <w:spacing w:before="100" w:after="200" w:line="360" w:lineRule="auto"/>
        <w:jc w:val="left"/>
      </w:pPr>
      <w:r>
        <w:rPr>
          <w:rFonts w:ascii="宋体 (中文正文)" w:eastAsia="宋体" w:hAnsi="宋体 (中文正文)"/>
          <w:b/>
          <w:sz w:val="28"/>
        </w:rPr>
        <w:t>五、严格执行安全检查制度，确保各项措施落实到位，实现全年安全生产无事故的管理目标。</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一是开展定期安全检查。厂安全委员会每月组织一次定期安全检查，全年12次。</w:t>
      </w:r>
    </w:p>
    <w:p>
      <w:pPr>
        <w:spacing w:before="100" w:after="200" w:line="360" w:lineRule="auto"/>
        <w:ind w:firstLine="576"/>
        <w:jc w:val="left"/>
      </w:pPr>
      <w:r>
        <w:rPr>
          <w:rFonts w:ascii="宋体" w:eastAsia="宋体" w:hAnsi="宋体"/>
          <w:sz w:val="28"/>
        </w:rPr>
        <w:t>二是开展专项安全检查。根据市安监局，商贸办指示要求和企业安全生产现状，临时组织具有针对性专业性的检查，全年共组织各种专项检查不少于4次。</w:t>
      </w:r>
    </w:p>
    <w:p>
      <w:pPr>
        <w:spacing w:before="100" w:after="200" w:line="360" w:lineRule="auto"/>
        <w:ind w:firstLine="576"/>
        <w:jc w:val="left"/>
      </w:pPr>
      <w:r>
        <w:rPr>
          <w:rFonts w:ascii="宋体" w:eastAsia="宋体" w:hAnsi="宋体"/>
          <w:sz w:val="28"/>
        </w:rPr>
        <w:t>三是开展季节性安全检查。厂安全委员根据不同季节特点，组织开展防火、防雷击、防汛、防冻为重点的安全检查。全年共组织季节性安全检查不少于4次。</w:t>
      </w:r>
    </w:p>
    <w:p>
      <w:pPr>
        <w:spacing w:before="100" w:after="200" w:line="360" w:lineRule="auto"/>
        <w:ind w:firstLine="576"/>
        <w:jc w:val="left"/>
      </w:pPr>
      <w:r>
        <w:rPr>
          <w:rFonts w:ascii="宋体" w:eastAsia="宋体" w:hAnsi="宋体"/>
          <w:sz w:val="28"/>
        </w:rPr>
        <w:t>四是开展不定期安全检查。为切实掌握二级单位安全工作措施落突情况，要经常性开展不定期的安全检查，特别是每逢节假日，厂领导班子成员分工负责，着重检查值班人员在岗在位情况，保证重点部位重点岗位值班人员到点到位。</w:t>
      </w:r>
    </w:p>
    <w:p>
      <w:pPr>
        <w:spacing w:before="100" w:after="200" w:line="360" w:lineRule="auto"/>
        <w:ind w:firstLine="576"/>
        <w:jc w:val="left"/>
      </w:pPr>
      <w:r>
        <w:rPr>
          <w:rFonts w:ascii="宋体" w:eastAsia="宋体" w:hAnsi="宋体"/>
          <w:sz w:val="28"/>
        </w:rPr>
        <w:t>通过开展各种安全检查，及时发现安全工作中存在问题，排查安全隐患，并在第一时间力求整改到位，一时难以到位的，加强人防力度，努力实现全年安全生产的平稳运营。</w:t>
      </w:r>
    </w:p>
    <w:p>
      <w:pPr>
        <w:spacing w:before="100" w:after="200" w:line="360" w:lineRule="auto"/>
        <w:jc w:val="left"/>
      </w:pPr>
      <w:r>
        <w:rPr>
          <w:rFonts w:ascii="宋体 (中文正文)" w:eastAsia="宋体" w:hAnsi="宋体 (中文正文)"/>
          <w:sz w:val="28"/>
        </w:rPr>
        <w:t>各村、企事业单位：</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20xx年全镇安全生产监管工作要以科学发展观为统领，深入贯彻落实《中华人民共和国安全生产法》、《消防法》等法律法规，坚持“安全第一，预防为主、综合治理”和“预防为主，防消结合”的基本方针，坚持从“尊重和保障人权”的高度，充分认识抓好安全生产的绝对重要性，紧紧围绕县、镇提出的生产、消防安全年度任务指标，积极开展“安全生产年”及其他相关活动，全面落实生产经营安全生产的主体责任和政府监管责任，强化对安全生产各种专项整治工作的组织领导与检查督促，逐步建立全镇安全监管的长效机制，切实抓好各类事故隐患的排查与整治，确保安全监管工作的有效开展。</w:t>
      </w:r>
    </w:p>
    <w:p>
      <w:pPr>
        <w:spacing w:before="100" w:after="200" w:line="360" w:lineRule="auto"/>
        <w:jc w:val="left"/>
      </w:pPr>
      <w:r>
        <w:rPr>
          <w:rFonts w:ascii="宋体 (中文正文)" w:eastAsia="宋体" w:hAnsi="宋体 (中文正文)"/>
          <w:b/>
          <w:sz w:val="28"/>
        </w:rPr>
        <w:t>一、20xx年安全生产主要监管目标</w:t>
      </w:r>
    </w:p>
    <w:p>
      <w:pPr>
        <w:spacing w:before="100" w:after="200" w:line="360" w:lineRule="auto"/>
        <w:ind w:firstLine="576"/>
        <w:jc w:val="left"/>
      </w:pPr>
      <w:r>
        <w:rPr>
          <w:rFonts w:ascii="宋体" w:eastAsia="宋体" w:hAnsi="宋体"/>
          <w:sz w:val="28"/>
        </w:rPr>
        <w:t>1、尽力遏制伤亡事故，坚决杜绝重特大责任事故。全年因公死亡人数控制为零，重伤人数严格控制在1人以下。</w:t>
      </w:r>
    </w:p>
    <w:p>
      <w:pPr>
        <w:spacing w:before="100" w:after="200" w:line="360" w:lineRule="auto"/>
        <w:ind w:firstLine="576"/>
        <w:jc w:val="left"/>
      </w:pPr>
      <w:r>
        <w:rPr>
          <w:rFonts w:ascii="宋体" w:eastAsia="宋体" w:hAnsi="宋体"/>
          <w:sz w:val="28"/>
        </w:rPr>
        <w:t>2、镇、村、企二级层层分解落实安全生产责任制，建立各级安全生产管理组织网络和各类基础管理台帐。</w:t>
      </w:r>
    </w:p>
    <w:p>
      <w:pPr>
        <w:spacing w:before="100" w:after="200" w:line="360" w:lineRule="auto"/>
        <w:ind w:firstLine="576"/>
        <w:jc w:val="left"/>
      </w:pPr>
      <w:r>
        <w:rPr>
          <w:rFonts w:ascii="宋体" w:eastAsia="宋体" w:hAnsi="宋体"/>
          <w:sz w:val="28"/>
        </w:rPr>
        <w:t>3、强化培训教育，积极参加市、县组织的各类安全生产知识培训活动，切实做好生产经营单位的三级教育工作。安全生产监管及特种作业人员均做到持证上岗。</w:t>
      </w:r>
    </w:p>
    <w:p>
      <w:pPr>
        <w:spacing w:before="100" w:after="200" w:line="360" w:lineRule="auto"/>
        <w:ind w:firstLine="576"/>
        <w:jc w:val="left"/>
      </w:pPr>
      <w:r>
        <w:rPr>
          <w:rFonts w:ascii="宋体" w:eastAsia="宋体" w:hAnsi="宋体"/>
          <w:sz w:val="28"/>
        </w:rPr>
        <w:t>4、建立健全“防消结合”的运行机制，落实消防安全责任制，杜绝重特大火灾事故的发生。</w:t>
      </w:r>
    </w:p>
    <w:p>
      <w:pPr>
        <w:spacing w:before="100" w:after="200" w:line="360" w:lineRule="auto"/>
        <w:ind w:firstLine="576"/>
        <w:jc w:val="left"/>
      </w:pPr>
      <w:r>
        <w:rPr>
          <w:rFonts w:ascii="宋体" w:eastAsia="宋体" w:hAnsi="宋体"/>
          <w:sz w:val="28"/>
        </w:rPr>
        <w:t>5、新建、改建、扩建项目安全生产“三同时”申报率力争达98%以上。</w:t>
      </w:r>
    </w:p>
    <w:p>
      <w:pPr>
        <w:spacing w:before="100" w:after="200" w:line="360" w:lineRule="auto"/>
        <w:ind w:firstLine="576"/>
        <w:jc w:val="left"/>
      </w:pPr>
      <w:r>
        <w:rPr>
          <w:rFonts w:ascii="宋体" w:eastAsia="宋体" w:hAnsi="宋体"/>
          <w:sz w:val="28"/>
        </w:rPr>
        <w:t>6、加强安全生产管理，改善劳动保护条件，积极做好作业场所的安全卫生工作，确保生产安全无事故。</w:t>
      </w:r>
    </w:p>
    <w:p>
      <w:pPr>
        <w:spacing w:before="100" w:after="200" w:line="360" w:lineRule="auto"/>
        <w:jc w:val="left"/>
      </w:pPr>
      <w:r>
        <w:rPr>
          <w:rFonts w:ascii="宋体 (中文正文)" w:eastAsia="宋体" w:hAnsi="宋体 (中文正文)"/>
          <w:b/>
          <w:sz w:val="28"/>
        </w:rPr>
        <w:t>二、围绕监管目标应采取的措施</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1、建立健全组织保障体系，重点抓好安全生产监管的组织网络建设。一是健全安全生产领导小组与监管网络。各村、企事业单位均应建立健全安全生产领导小组及内部监管网络，以确保安全生产监管工作与协调功能的实现。二是继续抓好安监人员的复审培训及新开办企业安监人员的选配和培训工作，以确保安全生产日常监管工作责任的落实。</w:t>
      </w:r>
    </w:p>
    <w:p>
      <w:pPr>
        <w:spacing w:before="100" w:after="200" w:line="360" w:lineRule="auto"/>
        <w:ind w:firstLine="576"/>
        <w:jc w:val="left"/>
      </w:pPr>
      <w:r>
        <w:rPr>
          <w:rFonts w:ascii="宋体" w:eastAsia="宋体" w:hAnsi="宋体"/>
          <w:sz w:val="28"/>
        </w:rPr>
        <w:t>2、强化安全生产各级责任制，建立长效管理的工作机制。继续推行行政“一把手”安全生产负责制，严格执行安全生产管理在年终考核中的一票否决制。</w:t>
      </w:r>
    </w:p>
    <w:p>
      <w:pPr>
        <w:spacing w:before="100" w:after="200" w:line="360" w:lineRule="auto"/>
        <w:ind w:firstLine="576"/>
        <w:jc w:val="left"/>
      </w:pPr>
      <w:r>
        <w:rPr>
          <w:rFonts w:ascii="宋体" w:eastAsia="宋体" w:hAnsi="宋体"/>
          <w:sz w:val="28"/>
        </w:rPr>
        <w:t>3、深入开展安全生产专项整治，继续巩固安全生产管理达标成果。</w:t>
      </w:r>
    </w:p>
    <w:p>
      <w:pPr>
        <w:spacing w:before="100" w:after="200" w:line="360" w:lineRule="auto"/>
        <w:ind w:firstLine="576"/>
        <w:jc w:val="left"/>
      </w:pPr>
      <w:r>
        <w:rPr>
          <w:rFonts w:ascii="宋体" w:eastAsia="宋体" w:hAnsi="宋体"/>
          <w:sz w:val="28"/>
        </w:rPr>
        <w:t>（1）强化对化工、服装、压力容器、建筑、交通及其他人员密集场所的专项整治，以促进重点行业、重点企业安全生产本质度的提高。</w:t>
      </w:r>
    </w:p>
    <w:p>
      <w:pPr>
        <w:spacing w:before="100" w:after="200" w:line="360" w:lineRule="auto"/>
        <w:ind w:firstLine="576"/>
        <w:jc w:val="left"/>
      </w:pPr>
      <w:r>
        <w:rPr>
          <w:rFonts w:ascii="宋体" w:eastAsia="宋体" w:hAnsi="宋体"/>
          <w:sz w:val="28"/>
        </w:rPr>
        <w:t>（2）切实抓好新办及原有小规模企业建立健全安全管理组织机构、网络及基础台帐工作，以提高新办和原有小规模企业安全生产的监管力度。（3）加大检查监督力度，继续积极开展定期不定期的安全生产大检查，及时整治检查过程中发现的事故隐患及不安全因素。</w:t>
      </w:r>
    </w:p>
    <w:p>
      <w:pPr>
        <w:spacing w:before="100" w:after="200" w:line="360" w:lineRule="auto"/>
        <w:ind w:firstLine="576"/>
        <w:jc w:val="left"/>
      </w:pPr>
      <w:r>
        <w:rPr>
          <w:rFonts w:ascii="宋体" w:eastAsia="宋体" w:hAnsi="宋体"/>
          <w:sz w:val="28"/>
        </w:rPr>
        <w:t>4、不断提高宣传教育力度，增强安全生产意识与自我防范能力。</w:t>
      </w:r>
    </w:p>
    <w:p>
      <w:pPr>
        <w:spacing w:before="100" w:after="200" w:line="360" w:lineRule="auto"/>
        <w:ind w:firstLine="576"/>
        <w:jc w:val="left"/>
      </w:pPr>
      <w:r>
        <w:rPr>
          <w:rFonts w:ascii="宋体" w:eastAsia="宋体" w:hAnsi="宋体"/>
          <w:sz w:val="28"/>
        </w:rPr>
        <w:t>（1）切实做好职工的“三级教育”工作。</w:t>
      </w:r>
    </w:p>
    <w:p>
      <w:pPr>
        <w:spacing w:before="100" w:after="200" w:line="360" w:lineRule="auto"/>
        <w:ind w:firstLine="576"/>
        <w:jc w:val="left"/>
      </w:pPr>
      <w:r>
        <w:rPr>
          <w:rFonts w:ascii="宋体" w:eastAsia="宋体" w:hAnsi="宋体"/>
          <w:sz w:val="28"/>
        </w:rPr>
        <w:t>（2）积极开展好“安全生产月”及“119”消防日宣传教育活动。</w:t>
      </w:r>
    </w:p>
    <w:p>
      <w:pPr>
        <w:spacing w:before="100" w:after="200" w:line="360" w:lineRule="auto"/>
        <w:ind w:firstLine="576"/>
        <w:jc w:val="left"/>
      </w:pPr>
      <w:r>
        <w:rPr>
          <w:rFonts w:ascii="宋体" w:eastAsia="宋体" w:hAnsi="宋体"/>
          <w:sz w:val="28"/>
        </w:rPr>
        <w:t>（3）充分利用各种宣传工具，定期不定期地开展生动活泼、形式多样的宣传教育活动，以提高全民的生产意识与防范能力。</w:t>
      </w:r>
    </w:p>
    <w:p>
      <w:pPr>
        <w:spacing w:before="100" w:after="200" w:line="360" w:lineRule="auto"/>
        <w:ind w:firstLine="576"/>
        <w:jc w:val="left"/>
      </w:pPr>
      <w:r>
        <w:rPr>
          <w:rFonts w:ascii="宋体" w:eastAsia="宋体" w:hAnsi="宋体"/>
          <w:sz w:val="28"/>
        </w:rPr>
        <w:t>（4）认真制定、修改、完善安全生产事故应急救援预案，因地制宜开展演练活动，增强突发性事故的应对能力，以减轻事故危害程度与损失。</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p>
    <w:p>
      <w:pPr>
        <w:spacing w:before="100" w:after="200" w:line="360" w:lineRule="auto"/>
        <w:ind w:firstLine="576"/>
        <w:jc w:val="left"/>
      </w:pPr>
      <w:r>
        <w:rPr>
          <w:rFonts w:ascii="宋体" w:eastAsia="宋体" w:hAnsi="宋体"/>
          <w:sz w:val="28"/>
        </w:rPr>
        <w:t>汛期将至，为切实做好公司20xx年汛期地质灾害防治及安全生产工作，防范各类事故发生，切实加强安全生产防范措施和将各项安全措施落到实处，最大限度地降低汛期各种灾害造成的损失，确保人民群众生命财产安全，结合公司汛期安全生产的特点、重点及安全管理现状，制定本方案。</w:t>
      </w:r>
    </w:p>
    <w:p>
      <w:pPr>
        <w:spacing w:before="100" w:after="200" w:line="360" w:lineRule="auto"/>
        <w:jc w:val="left"/>
      </w:pPr>
      <w:r>
        <w:rPr>
          <w:rFonts w:ascii="宋体 (中文正文)" w:eastAsia="宋体" w:hAnsi="宋体 (中文正文)"/>
          <w:b/>
          <w:sz w:val="28"/>
        </w:rPr>
        <w:t>一、组织机构</w:t>
      </w:r>
    </w:p>
    <w:p>
      <w:pPr>
        <w:spacing w:before="100" w:after="200" w:line="360" w:lineRule="auto"/>
        <w:ind w:firstLine="576"/>
        <w:jc w:val="left"/>
      </w:pPr>
      <w:r>
        <w:rPr>
          <w:rFonts w:ascii="宋体" w:eastAsia="宋体" w:hAnsi="宋体"/>
          <w:sz w:val="28"/>
        </w:rPr>
        <w:t>1、为加强公司防汛工作的组织领导，做到思想到位、组织到位、人员到位、责任到位、工作到位、保障到位，确保汛期各项安全工作措施的落实，杜绝重特大安全事故的发生，保障安全度汛及公司从业人员的生命财产安全，成立矿山防汛安全工作领导小组。</w:t>
      </w:r>
    </w:p>
    <w:p>
      <w:pPr>
        <w:spacing w:before="100" w:after="200" w:line="360" w:lineRule="auto"/>
        <w:ind w:firstLine="576"/>
        <w:jc w:val="left"/>
      </w:pPr>
      <w:r>
        <w:rPr>
          <w:rFonts w:ascii="宋体" w:eastAsia="宋体" w:hAnsi="宋体"/>
          <w:sz w:val="28"/>
        </w:rPr>
        <w:t>组长：施跃军</w:t>
      </w:r>
    </w:p>
    <w:p>
      <w:pPr>
        <w:spacing w:before="100" w:after="200" w:line="360" w:lineRule="auto"/>
        <w:ind w:firstLine="576"/>
        <w:jc w:val="left"/>
      </w:pPr>
      <w:r>
        <w:rPr>
          <w:rFonts w:ascii="宋体" w:eastAsia="宋体" w:hAnsi="宋体"/>
          <w:sz w:val="28"/>
        </w:rPr>
        <w:t>副组长：白江泉</w:t>
      </w:r>
    </w:p>
    <w:p>
      <w:pPr>
        <w:spacing w:before="100" w:after="200" w:line="360" w:lineRule="auto"/>
        <w:ind w:firstLine="576"/>
        <w:jc w:val="left"/>
      </w:pPr>
      <w:r>
        <w:rPr>
          <w:rFonts w:ascii="宋体" w:eastAsia="宋体" w:hAnsi="宋体"/>
          <w:sz w:val="28"/>
        </w:rPr>
        <w:t>组员：王利雄、张金华、张红波、董泽江、陈春明、李建文、李春齐、李洪东、顾跃坤、沈八八、张岗岗、王锦平、蔡小祥、刘利春、秦存柱。</w:t>
      </w:r>
    </w:p>
    <w:p>
      <w:pPr>
        <w:spacing w:before="100" w:after="200" w:line="360" w:lineRule="auto"/>
        <w:ind w:firstLine="576"/>
        <w:jc w:val="left"/>
      </w:pPr>
      <w:r>
        <w:rPr>
          <w:rFonts w:ascii="宋体" w:eastAsia="宋体" w:hAnsi="宋体"/>
          <w:sz w:val="28"/>
        </w:rPr>
        <w:t>2、矿山防汛安全工作领导小组下设防汛办公室，办公室设在安环部，由白江泉任办公室主任。</w:t>
      </w:r>
    </w:p>
    <w:p>
      <w:pPr>
        <w:spacing w:before="100" w:after="200" w:line="360" w:lineRule="auto"/>
        <w:ind w:firstLine="576"/>
        <w:jc w:val="left"/>
      </w:pPr>
      <w:r>
        <w:rPr>
          <w:rFonts w:ascii="宋体" w:eastAsia="宋体" w:hAnsi="宋体"/>
          <w:sz w:val="28"/>
        </w:rPr>
        <w:t>３、防汛安全工作领导小组的职责和权限</w:t>
      </w:r>
    </w:p>
    <w:p>
      <w:pPr>
        <w:spacing w:before="100" w:after="200" w:line="360" w:lineRule="auto"/>
        <w:ind w:firstLine="576"/>
        <w:jc w:val="left"/>
      </w:pPr>
      <w:r>
        <w:rPr>
          <w:rFonts w:ascii="宋体" w:eastAsia="宋体" w:hAnsi="宋体"/>
          <w:sz w:val="28"/>
        </w:rPr>
        <w:t>3.1组长、副组长职责和权限</w:t>
      </w:r>
    </w:p>
    <w:p>
      <w:pPr>
        <w:spacing w:before="100" w:after="200" w:line="360" w:lineRule="auto"/>
        <w:ind w:firstLine="576"/>
        <w:jc w:val="left"/>
      </w:pPr>
      <w:r>
        <w:rPr>
          <w:rFonts w:ascii="宋体" w:eastAsia="宋体" w:hAnsi="宋体"/>
          <w:sz w:val="28"/>
        </w:rPr>
        <w:t>3.1.1组长：为防汛抢险和发布防汛抢险命令的指挥和总负责人，全面负责指挥和统一协调汛期安全工作；遇重大险情有权调度公司一切必要资源进行抢险救灾；对汛期安全工作的失职、渎职行为，造成严重后果和重大影响的，有权追究有关人员的责任。</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p>
    <w:p>
      <w:pPr>
        <w:spacing w:before="100" w:after="200" w:line="360" w:lineRule="auto"/>
        <w:ind w:firstLine="576"/>
        <w:jc w:val="left"/>
      </w:pPr>
      <w:r>
        <w:rPr>
          <w:rFonts w:ascii="宋体" w:eastAsia="宋体" w:hAnsi="宋体"/>
          <w:sz w:val="28"/>
        </w:rPr>
        <w:t>3.1.2副组长：协助组长做好汛期安全工作，并对汛期安全工作具体负责；根据出现的险情，为组长提出排险、抢险方案；及时分析汛期中的水情和灾情，为组长决策提供科学依据；根据组长指令，指挥抢险队伍进行抢险；值班期间要24小时在岗，要24小时开机，确保信息畅通，不能离岗、脱岗。若组长不在或遇重大险情，及时向组长汇报，并有权行使组长的权力。</w:t>
      </w:r>
    </w:p>
    <w:p>
      <w:pPr>
        <w:spacing w:before="100" w:after="200" w:line="360" w:lineRule="auto"/>
        <w:ind w:firstLine="576"/>
        <w:jc w:val="left"/>
      </w:pPr>
      <w:r>
        <w:rPr>
          <w:rFonts w:ascii="宋体" w:eastAsia="宋体" w:hAnsi="宋体"/>
          <w:sz w:val="28"/>
        </w:rPr>
        <w:t>3.2组员的职责和权限</w:t>
      </w:r>
    </w:p>
    <w:p>
      <w:pPr>
        <w:spacing w:before="100" w:after="200" w:line="360" w:lineRule="auto"/>
        <w:ind w:firstLine="576"/>
        <w:jc w:val="left"/>
      </w:pPr>
      <w:r>
        <w:rPr>
          <w:rFonts w:ascii="宋体" w:eastAsia="宋体" w:hAnsi="宋体"/>
          <w:sz w:val="28"/>
        </w:rPr>
        <w:t>3.2.1严格执行24小时值班制度，全面掌握汛情、灾情和各类动态等消息，要坚守岗位，不能离岗、脱岗，并24小时开机，确保信息畅通。</w:t>
      </w:r>
    </w:p>
    <w:p>
      <w:pPr>
        <w:spacing w:before="100" w:after="200" w:line="360" w:lineRule="auto"/>
        <w:ind w:firstLine="576"/>
        <w:jc w:val="left"/>
      </w:pPr>
      <w:r>
        <w:rPr>
          <w:rFonts w:ascii="宋体" w:eastAsia="宋体" w:hAnsi="宋体"/>
          <w:sz w:val="28"/>
        </w:rPr>
        <w:t>3.2.1做好值班记录，确保防汛各项指令上传下达畅通，并做好灾情统计。</w:t>
      </w:r>
    </w:p>
    <w:p>
      <w:pPr>
        <w:spacing w:before="100" w:after="200" w:line="360" w:lineRule="auto"/>
        <w:ind w:firstLine="576"/>
        <w:jc w:val="left"/>
      </w:pPr>
      <w:r>
        <w:rPr>
          <w:rFonts w:ascii="宋体" w:eastAsia="宋体" w:hAnsi="宋体"/>
          <w:sz w:val="28"/>
        </w:rPr>
        <w:t>3.2.3深入工作现场进行隐患排查，特别是重点防汛部位的排查，并采取防范措施，切实消除隐患，遇重大险情，及时向组长汇报，并组织、协调有关部门做好防汛和抢险工作。</w:t>
      </w:r>
    </w:p>
    <w:p>
      <w:pPr>
        <w:spacing w:before="100" w:after="200" w:line="360" w:lineRule="auto"/>
        <w:ind w:firstLine="576"/>
        <w:jc w:val="left"/>
      </w:pPr>
      <w:r>
        <w:rPr>
          <w:rFonts w:ascii="宋体" w:eastAsia="宋体" w:hAnsi="宋体"/>
          <w:sz w:val="28"/>
        </w:rPr>
        <w:t>3.2.4督促现场管理人员加大监管力度，督促安全巡检人员进行24小时巡逻。</w:t>
      </w:r>
    </w:p>
    <w:p>
      <w:pPr>
        <w:spacing w:before="100" w:after="200" w:line="360" w:lineRule="auto"/>
        <w:ind w:firstLine="576"/>
        <w:jc w:val="left"/>
      </w:pPr>
      <w:r>
        <w:rPr>
          <w:rFonts w:ascii="宋体" w:eastAsia="宋体" w:hAnsi="宋体"/>
          <w:sz w:val="28"/>
        </w:rPr>
        <w:t>4、防汛办公室职责和权限</w:t>
      </w:r>
    </w:p>
    <w:p>
      <w:pPr>
        <w:spacing w:before="100" w:after="200" w:line="360" w:lineRule="auto"/>
        <w:ind w:firstLine="576"/>
        <w:jc w:val="left"/>
      </w:pPr>
      <w:r>
        <w:rPr>
          <w:rFonts w:ascii="宋体" w:eastAsia="宋体" w:hAnsi="宋体"/>
          <w:sz w:val="28"/>
        </w:rPr>
        <w:t>4.1负责防汛日常工作。</w:t>
      </w:r>
    </w:p>
    <w:p>
      <w:pPr>
        <w:spacing w:before="100" w:after="200" w:line="360" w:lineRule="auto"/>
        <w:ind w:firstLine="576"/>
        <w:jc w:val="left"/>
      </w:pPr>
      <w:r>
        <w:rPr>
          <w:rFonts w:ascii="宋体" w:eastAsia="宋体" w:hAnsi="宋体"/>
          <w:sz w:val="28"/>
        </w:rPr>
        <w:t>4.2做好防汛宣传工作，提高员工的防汛意识。</w:t>
      </w:r>
    </w:p>
    <w:p>
      <w:pPr>
        <w:spacing w:before="100" w:after="200" w:line="360" w:lineRule="auto"/>
        <w:ind w:firstLine="576"/>
        <w:jc w:val="left"/>
      </w:pPr>
      <w:r>
        <w:rPr>
          <w:rFonts w:ascii="宋体" w:eastAsia="宋体" w:hAnsi="宋体"/>
          <w:sz w:val="28"/>
        </w:rPr>
        <w:t>4.3贯彻执行公司防汛领导小组及上级有关防汛工作的指示，若遇重大事情,及时向分管领导汇报。</w:t>
      </w:r>
    </w:p>
    <w:p>
      <w:pPr>
        <w:spacing w:before="100" w:after="200" w:line="360" w:lineRule="auto"/>
        <w:ind w:firstLine="576"/>
        <w:jc w:val="left"/>
      </w:pPr>
      <w:r>
        <w:rPr>
          <w:rFonts w:ascii="宋体" w:eastAsia="宋体" w:hAnsi="宋体"/>
          <w:sz w:val="28"/>
        </w:rPr>
        <w:t>4.4负责检查、监督各车间、部室防汛人员的责任落实情况。</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https://d.book118.com/527166100013006042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2716610001300604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