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员工年底总结范文（30篇）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员工年底总结范文（精选30篇）</w:t>
      </w:r>
      <w:r>
        <w:rPr>
          <w:lang w:eastAsia="zh-CN"/>
        </w:rPr>
        <w:br/>
      </w:r>
      <w:r>
        <w:rPr>
          <w:lang w:eastAsia="zh-CN"/>
        </w:rPr>
        <w:t xml:space="preserve">    员工年底总结范文 篇1 </w:t>
      </w:r>
      <w:r>
        <w:rPr>
          <w:lang w:eastAsia="zh-CN"/>
        </w:rPr>
        <w:br/>
      </w:r>
      <w:r>
        <w:rPr>
          <w:lang w:eastAsia="zh-CN"/>
        </w:rPr>
        <w:t>　　转眼又到了一年的终点，我们的工作马上也就要翻开新的篇章了，面对着新的一年，我们充满了希望和干劲，因为在已经过去的这一年里，我们在领导们的正确指示下，完成了许多工作任务，也顺利达到了在年初时就已经制定好的工作目标，所以说这一年的确给我们带来了诸多的启示，趁着新年的来临，我得好好地总结一下上一年的工作情况：</w:t>
      </w:r>
      <w:r>
        <w:rPr>
          <w:lang w:eastAsia="zh-CN"/>
        </w:rPr>
        <w:br/>
      </w:r>
      <w:r>
        <w:rPr>
          <w:lang w:eastAsia="zh-CN"/>
        </w:rPr>
        <w:t>　　一、工作态度上</w:t>
      </w:r>
      <w:r>
        <w:rPr>
          <w:lang w:eastAsia="zh-CN"/>
        </w:rPr>
        <w:br/>
      </w:r>
      <w:r>
        <w:rPr>
          <w:lang w:eastAsia="zh-CN"/>
        </w:rPr>
        <w:t>　　在工作的时候，我时刻保持着认真敬业的态度，现在的工作讲究的是效率，但保持效率的前提就是拥有一个良好的工作态度，不然很快就会失去工作的积极性和热情。为了保持好自己的工作效率，我坚持每天准时赶到公司里，不无故旷工也从不早退，这样才能给公司的新员工做一个良好的表率。很多时候，我们都会发现随着工作时间的增长，我们会渐渐地失去一种干劲，这主要还是因为自己的思想没有得到转变，我虽然也迷失过，但是我知道要想得到更大的提升的话，就必须靠着自己的努力和拼搏才能博得向上爬的机会。</w:t>
      </w:r>
      <w:r>
        <w:rPr>
          <w:lang w:eastAsia="zh-CN"/>
        </w:rPr>
        <w:br/>
      </w:r>
      <w:r>
        <w:rPr>
          <w:lang w:eastAsia="zh-CN"/>
        </w:rPr>
        <w:t>　　二、取得的一些成绩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在上一年的工作中，我虽然没有取得很重要的成绩，但是我时刻都按照了领导的要求开展自己的工作，严格保证自己的工作流程没有出现误差，虽然工作期间我已经尽力避免一些小失误了，但是意外难免还是会出现，但是我只要发现了错误就及时更正，避免更坏的局面产生。这一年里我的工作表现还算是有目共睹的，每个月都能超额完成公司给我下派的工作任务，我也乐于为公司多创造一点贡献。</w:t>
      </w:r>
      <w:r>
        <w:rPr>
          <w:lang w:eastAsia="zh-CN"/>
        </w:rPr>
        <w:br/>
      </w:r>
      <w:r>
        <w:rPr>
          <w:lang w:eastAsia="zh-CN"/>
        </w:rPr>
        <w:t>　　工作对于我来言其实就是一个学习的过程，这个过程不仅增加了我的个人工作能力，还让我原本散漫的性子变得重新活跃了起来，我也因此在公司里结交了不少的朋友，我们在工作和生活中互帮互助，这样的工作环境更加促进了我们的工作效率。</w:t>
      </w:r>
      <w:r>
        <w:rPr>
          <w:lang w:eastAsia="zh-CN"/>
        </w:rPr>
        <w:br/>
      </w:r>
      <w:r>
        <w:rPr>
          <w:lang w:eastAsia="zh-CN"/>
        </w:rPr>
        <w:t>　　三、新年的工作计划</w:t>
      </w:r>
      <w:r>
        <w:rPr>
          <w:lang w:eastAsia="zh-CN"/>
        </w:rPr>
        <w:br/>
      </w:r>
      <w:r>
        <w:rPr>
          <w:lang w:eastAsia="zh-CN"/>
        </w:rPr>
        <w:t>　　新的一年，对公司和我个人来言都是未知的，我们不知道接下来的日子里会发生什么样的事情，但是我知道只要自身过硬，那就不会怕风吹雨打，所以我要力争让自己的工作能力再提升几个档次，并顺便磨练一下自己的心性，让自己在工作的时候少一分急躁，多一分沉稳冷静。相信在新年里，我会和咱们公司一同发展到一个新的高度!</w:t>
      </w:r>
      <w:r>
        <w:rPr>
          <w:lang w:eastAsia="zh-CN"/>
        </w:rPr>
        <w:br/>
      </w:r>
      <w:r>
        <w:rPr>
          <w:lang w:eastAsia="zh-CN"/>
        </w:rPr>
        <w:t xml:space="preserve">    员工年底总结范文 篇2 </w:t>
      </w:r>
      <w:r>
        <w:rPr>
          <w:lang w:eastAsia="zh-CN"/>
        </w:rPr>
        <w:br/>
      </w:r>
      <w:r>
        <w:rPr>
          <w:lang w:eastAsia="zh-CN"/>
        </w:rPr>
        <w:t>　　一、年度工作情况</w:t>
      </w:r>
      <w:r>
        <w:rPr>
          <w:lang w:eastAsia="zh-CN"/>
        </w:rPr>
        <w:br/>
      </w:r>
      <w:r>
        <w:rPr>
          <w:lang w:eastAsia="zh-CN"/>
        </w:rPr>
        <w:t>　　1、熟悉公司各项规章制度。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我于__年8月进入公司，为了更快更好地融入公司这个团队，为以后的工作打好铺垫，我加紧对公司的各项规章制度进行了解，熟悉公司的企业文化。通过了解和熟悉，我为能进入公司这个团队感到自豪，同时也感到自身的压力。在以后的工作中，我将以公司的各项规章制度为准则，严格要求自己，更快更好地完成工作任务。</w:t>
      </w:r>
      <w:r>
        <w:rPr>
          <w:lang w:eastAsia="zh-CN"/>
        </w:rPr>
        <w:br/>
      </w:r>
      <w:r>
        <w:rPr>
          <w:lang w:eastAsia="zh-CN"/>
        </w:rPr>
        <w:t>　　2、熟悉工作流程</w:t>
      </w:r>
      <w:r>
        <w:rPr>
          <w:lang w:eastAsia="zh-CN"/>
        </w:rPr>
        <w:br/>
      </w:r>
      <w:r>
        <w:rPr>
          <w:lang w:eastAsia="zh-CN"/>
        </w:rPr>
        <w:t>　　作为设计师助理，我的职责是帮助设计师完成谈单过程中的各种图纸及文档，为设计师签单做好充分准备。经过一段时期的磨合，我逐渐知道自己该如何去做并做好手头工作，在设计师的指导带领下，不仅懂得了许多专业方面的知识，也懂得了许多做人处事的道理。</w:t>
      </w:r>
      <w:r>
        <w:rPr>
          <w:lang w:eastAsia="zh-CN"/>
        </w:rPr>
        <w:br/>
      </w:r>
      <w:r>
        <w:rPr>
          <w:lang w:eastAsia="zh-CN"/>
        </w:rPr>
        <w:t>　　二、存在不足以及改进措施</w:t>
      </w:r>
      <w:r>
        <w:rPr>
          <w:lang w:eastAsia="zh-CN"/>
        </w:rPr>
        <w:br/>
      </w:r>
      <w:r>
        <w:rPr>
          <w:lang w:eastAsia="zh-CN"/>
        </w:rPr>
        <w:t>　　__年已经随风逝去，回想自己在公司将近半年工作，工作量并不大，闪光点几乎是不存在，许多工作还有不尽如意之处，总结起来存在的不足主要有以下几点：</w:t>
      </w:r>
      <w:r>
        <w:rPr>
          <w:lang w:eastAsia="zh-CN"/>
        </w:rPr>
        <w:br/>
      </w:r>
      <w:r>
        <w:rPr>
          <w:lang w:eastAsia="zh-CN"/>
        </w:rPr>
        <w:t>　　1、 缺乏沟通，不能充分的利用资源</w:t>
      </w:r>
      <w:r>
        <w:rPr>
          <w:lang w:eastAsia="zh-CN"/>
        </w:rPr>
        <w:br/>
      </w:r>
      <w:r>
        <w:rPr>
          <w:lang w:eastAsia="zh-CN"/>
        </w:rPr>
        <w:t>　　在工作的过程中，由于专业知识不够扎实，又存在一定惰性，遇事考虑不够周全、不够细致，不积极向其他同事求教，造成工作效率降低甚至出现错误，不能达到优势资源充分利用。俗话说的好“三人行必有我师”，在以后的工作中，我要主动加强和其他部门同事的沟通，通过公司这个平台达到资源共享，从而提高自己的工作效能。</w:t>
      </w:r>
      <w:r>
        <w:rPr>
          <w:lang w:eastAsia="zh-CN"/>
        </w:rPr>
        <w:br/>
      </w:r>
      <w:r>
        <w:rPr>
          <w:lang w:eastAsia="zh-CN"/>
        </w:rPr>
        <w:t>　　2、 缺乏计划性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工作过程，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r>
        <w:rPr>
          <w:lang w:eastAsia="zh-CN"/>
        </w:rPr>
        <w:br/>
      </w:r>
      <w:r>
        <w:rPr>
          <w:lang w:eastAsia="zh-CN"/>
        </w:rPr>
        <w:t>　　3、专业面狭窄</w:t>
      </w:r>
      <w:r>
        <w:rPr>
          <w:lang w:eastAsia="zh-CN"/>
        </w:rPr>
        <w:br/>
      </w:r>
      <w:r>
        <w:rPr>
          <w:lang w:eastAsia="zh-CN"/>
        </w:rPr>
        <w:t>　　作为一个现代化人才，他应该是一专多能的，这样的人才才符合时代以及公司的需求。自己的专业面狭窄，对其它专业的基本认识都没有，这都限制了自身的发展。在以后的工作过程中，我将加强其他专业的学习，充分利用公司资源，提高主观能动性，争取能成为一专多能的复合型人才。</w:t>
      </w:r>
      <w:r>
        <w:rPr>
          <w:lang w:eastAsia="zh-CN"/>
        </w:rPr>
        <w:br/>
      </w:r>
      <w:r>
        <w:rPr>
          <w:lang w:eastAsia="zh-CN"/>
        </w:rPr>
        <w:t>　　三、__年后的目标计划</w:t>
      </w:r>
      <w:r>
        <w:rPr>
          <w:lang w:eastAsia="zh-CN"/>
        </w:rPr>
        <w:br/>
      </w:r>
      <w:r>
        <w:rPr>
          <w:lang w:eastAsia="zh-CN"/>
        </w:rPr>
        <w:t>　　1.加强自身的学习，结合实际，多从细节考虑，认真做好本职工作，积极配合同事工作项目。继续加强对公司各种制度和业务的学习，做到全面深入的了解公司的各种制度和业务。用公司的各项制度作为自己考勤工作的理论依据，结合实际更好的开展考勤工作。</w:t>
      </w:r>
      <w:r>
        <w:rPr>
          <w:lang w:eastAsia="zh-CN"/>
        </w:rPr>
        <w:br/>
      </w:r>
      <w:r>
        <w:rPr>
          <w:lang w:eastAsia="zh-CN"/>
        </w:rPr>
        <w:t>　　2、积极的向同事学习，虚心请教，并以实践带动学习，全方位提高自己的工作能力。</w:t>
      </w:r>
      <w:r>
        <w:rPr>
          <w:lang w:eastAsia="zh-CN"/>
        </w:rPr>
        <w:br/>
      </w:r>
      <w:r>
        <w:rPr>
          <w:lang w:eastAsia="zh-CN"/>
        </w:rPr>
        <w:t>　　3、克服自己的'本身存在的诸多缺点，加强学习，为公司的发展壮大贡献自己的绵薄之力。末，要感谢所有的同事，谢谢你们半年来的相伴，让独闯异乡的我倍感温暖和亲切。要感谢公司，感谢公司能给刚毕业且什么也不懂的我一个这么好的学习平台，让我在这些日子里学到了太多不曾有过的东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真诚感谢。</w:t>
      </w:r>
      <w:r>
        <w:rPr>
          <w:lang w:eastAsia="zh-CN"/>
        </w:rPr>
        <w:br/>
      </w:r>
      <w:r>
        <w:rPr>
          <w:lang w:eastAsia="zh-CN"/>
        </w:rPr>
        <w:t>　　也真挚的希望我们在未来越走越好。</w:t>
      </w:r>
      <w:r>
        <w:rPr>
          <w:lang w:eastAsia="zh-CN"/>
        </w:rPr>
        <w:br/>
      </w:r>
      <w:r>
        <w:rPr>
          <w:lang w:eastAsia="zh-CN"/>
        </w:rPr>
        <w:t xml:space="preserve">    员工年底总结范文 篇3 </w:t>
      </w:r>
      <w:r>
        <w:rPr>
          <w:lang w:eastAsia="zh-CN"/>
        </w:rPr>
        <w:br/>
      </w:r>
      <w:r>
        <w:rPr>
          <w:lang w:eastAsia="zh-CN"/>
        </w:rPr>
        <w:t>　　尊敬的领导：</w:t>
      </w:r>
      <w:r>
        <w:rPr>
          <w:lang w:eastAsia="zh-CN"/>
        </w:rPr>
        <w:br/>
      </w:r>
      <w:r>
        <w:rPr>
          <w:lang w:eastAsia="zh-CN"/>
        </w:rPr>
        <w:t>　　您好！</w:t>
      </w:r>
      <w:r>
        <w:rPr>
          <w:lang w:eastAsia="zh-CN"/>
        </w:rPr>
        <w:br/>
      </w:r>
      <w:r>
        <w:rPr>
          <w:lang w:eastAsia="zh-CN"/>
        </w:rPr>
        <w:t>　　其实待在新地网络时间不长，咋眼间一年时光匆匆流逝了这一年工作中、算是历练在历练吧。毕业后，这算是第三份工作吧。从刚毕业盲目的做销售，为了挣钱填饱肚子只身去北京打工，一直到这里，算是稳住了阵脚。因为，这个地方值得我留下，有足够的理由选择留下。</w:t>
      </w:r>
      <w:r>
        <w:rPr>
          <w:lang w:eastAsia="zh-CN"/>
        </w:rPr>
        <w:br/>
      </w:r>
      <w:r>
        <w:rPr>
          <w:lang w:eastAsia="zh-CN"/>
        </w:rPr>
        <w:t>　　还记得刚到公司的第一天，由于之前在家已经宅了将近两个月的时间，终究要有份合适的工作。最后还是毅然决然的来到了新地。第一天对我来说真是一个考验，记得那时候还不算热，但是由于那天正好赶上公司搬仓库。这导致晚上回去楼都是好不容易爬上去的，不过当时并没有退缩，毕竟这不算苦，更多的苦在北京都被埋藏了。然后就渐渐的适应了这个工作，成为了新地网络既技术工程部的一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然后的一周里我一直待在公司，偶尔跟着侯阳去下报业大厦，维护，调电话，那时候看着是多么的神圣，多么充满魔力，也许就是这些神奇的力量吸引着我让我选择一定要学会这些知识，但是在两周后，我被派去了马渡，一个令我久久无法忘怀的地方，那里风景秀丽，那里人们友善热情，但是那里的工作环境却让我无话可说，但是我依然很坚持很努力，偶尔的会回来看看老朋友，但总是因为工作的原因，让我的生活慢慢的变的很单调，可是为了那份好奇我毅然决然的还是选择不放弃的原则，努力让自己一层次一层次的上进在上进。</w:t>
      </w:r>
      <w:r>
        <w:rPr>
          <w:lang w:eastAsia="zh-CN"/>
        </w:rPr>
        <w:br/>
      </w:r>
      <w:r>
        <w:rPr>
          <w:lang w:eastAsia="zh-CN"/>
        </w:rPr>
        <w:t>　　还依稀的记得第一次见到公司这么多的产品的时候的那份惊讶，原来这个圈圈内还有这么多我们不知道的，这又增加了对这个工作的好奇心，一直引导着我去发现去探索，去研究。当我知道了网线还有那么多种，什么叫做配线架，什么是模块，甚至说什么是电锤这些很小很小的小问题的时候，我明白了，其实真正的老师不是学校的老师，是社会，是公司。社会给了我们学习的机会，公司成为了我们学习的平台，曾经很努力的为学习拼搏，为考试努力，但最终我们得到的是什么，走到社会中我们还是一无所知，像一只迷失的羔羊，找不到未来的方向，当我来到公司学会了种种让我好奇的的东西的.时候，我才明白了一点，原来这才是学问，这才是我们真正想要的结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其实这份工作的确很辛苦，但又算得了什么，想想拉线把手拉的一道道伤疤，打配线架打到手上鲜血一直往外淌，胳膊疼了起床时候都撑不住身体，在济南熔接时候吃饭都是路边小推车，接近40度高温依然坚持，晚上为了躲蚊子睡火车站广场。等等…这又算得了什么，因为我得到了我想得到的，我学会了别人不能学的，这是个难得的机会，这是个令人欣慰的过程，这个工作让我们学会了更多的交流，让我们明白什么才上真的社会交际，当我认真的处理好一件看似很不容易处理的事情后，我偷偷的笑了，原来我还是很伟大的，其实不就是这么回事么，工作工作难免会有交流。报业大厦调电话，其实很简单一个工作，当时给公然我俩难为的没法说，两个大老爷们就那么委屈的不知所措。但问题终归会有解决办法，都是被逼出来的，当人被逼到绝境的时候真的会绝处逢生的。静下心来一点点的捋顺，把自己懂得的一一的都实践，虽然浪费了很多时间，但是最终还是把电话调通了，也得到了甲方的满意。所以说，有时候真得逼着自己去做，没有办不到的，只有不敢去办的！相信自己，再大的困难也要扛下去，自己选择的路，就算跪着也要走下去！</w:t>
      </w:r>
      <w:r>
        <w:rPr>
          <w:lang w:eastAsia="zh-CN"/>
        </w:rPr>
        <w:br/>
      </w:r>
      <w:r>
        <w:rPr>
          <w:lang w:eastAsia="zh-CN"/>
        </w:rPr>
        <w:t>　　其实说实在的前两个月呆在工地，实实在在的让我无聊又心有余而力不足的感觉，总觉得我学不到该学会的，只是一味的干活干活。像一个被出卖的劳动力一样，待公司毕竟时间不长，公司的专业福禄克测试，光纤熔接那时候都还不会，也只能那样，毕竟学习是个漫长的过程，我要学的还有很多，我会努力的朝前进，争取早日学会所有项目。早点摆脱农民工一样的生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为了早日让我学会更多，李经理，时经理两人也没少操心，上次山东济南测试，直接让我跟去，其实除了北京我还真没去过别的省城，有点激动，又有点害怕，怕自己做不好，不过还是很坚定的答应下来，相信这肯定是个好机会，学习熔接的好机会，光纤熔接，看似很简单的工作，其实不然，步骤繁琐，注意事项很多，一个不小心会让所有的工作前功尽弃，记得刚去那天小韩让我剥线，让我学熔接第一芯，当时手抖的跟不是自己的手似的，比头发丝都细小的光纤我怎么也放不上去，这让我很着急，不过最后还是淡定了下来，努力让自己不紧张，不就熔接么。就这样，很自然的心态去面对，第2天就亲自上阵熔接了属于我自己的24芯配线架。当时心情真的很好，觉得自己真的很伟大，但是已经加班到凌晨将近一点，但我还是没有睡着，最先把消息回复给了李经理，汇报了我们的工作量。山东济南的这十几天熔接很轻松的拿下，当时小韩由于脚受伤，我自己推着梯手架一个个点的跑着熔接，太阳高高照，花儿对我笑，但是我还得依然坚持熔接，最终完成了领导给我们的目标，不过还有一点在这里再次的对领导们说声对不起。由于当时小韩脚受伤，我没有及时汇报领导，导致我们的工作进展过慢、还有违反了公司的制度，这对公司规章制度是一种无视。对经理的教导是一种轻蔑，所以我检讨，必须检讨。以后也绝对不会再有类似事件发生！</w:t>
      </w:r>
      <w:r>
        <w:rPr>
          <w:lang w:eastAsia="zh-CN"/>
        </w:rPr>
        <w:br/>
      </w:r>
      <w:r>
        <w:rPr>
          <w:lang w:eastAsia="zh-CN"/>
        </w:rPr>
        <w:t>　　很多时候，同学也好，朋友也好，都劝我说：别做这工作了，换个轻松的吧！我都笑着说，怎么？这工作挺轻松的啊。再苦再累憋在心底，只要把成功给别人看，既然选择了这行，就必须踏踏实实的做下去。公司的各种工作也会努力的争取早日学成，减少公司的工作压力，为自己的人生做好垫脚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其实来到这里工作，最大的收获莫过于在敬业精神、思想境界，还有工作能力上都得到了很大的进步与提高，也激励我在工作中不断前进与完善。我明白了企业的美好明天要靠大家的努力去创造，我的成长只是一小部分，更多的还要靠大家共同努力，争取都发挥自己的最大优势，那时候的我们将更加壮大！我也必须加油再加油，努力再努力。争取早日独立自主，为公司奉献属于自己的一点力量，也希望领导能给予我这个机会，让我更有动力前进，更有动力为公司奉献自己。我也希望能得到领导们的肯定，这莫非就是对我莫大的鼓舞。为了自己，更为了公司，坚持在坚持，用一份帜热的心奋斗吧。</w:t>
      </w:r>
      <w:r>
        <w:rPr>
          <w:lang w:eastAsia="zh-CN"/>
        </w:rPr>
        <w:br/>
      </w:r>
      <w:r>
        <w:rPr>
          <w:lang w:eastAsia="zh-CN"/>
        </w:rPr>
        <w:t xml:space="preserve">    员工年底总结范文 篇4 </w:t>
      </w:r>
      <w:r>
        <w:rPr>
          <w:lang w:eastAsia="zh-CN"/>
        </w:rPr>
        <w:br/>
      </w:r>
      <w:r>
        <w:rPr>
          <w:lang w:eastAsia="zh-CN"/>
        </w:rPr>
        <w:t>　　我在_物业公司快两年了，20_年_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以下就是我20_年来的工作总结：</w:t>
      </w:r>
      <w:r>
        <w:rPr>
          <w:lang w:eastAsia="zh-CN"/>
        </w:rPr>
        <w:br/>
      </w:r>
      <w:r>
        <w:rPr>
          <w:lang w:eastAsia="zh-CN"/>
        </w:rPr>
        <w:t>　　一、面对现实，接受挑战</w:t>
      </w:r>
      <w:r>
        <w:rPr>
          <w:lang w:eastAsia="zh-CN"/>
        </w:rPr>
        <w:br/>
      </w:r>
      <w:r>
        <w:rPr>
          <w:lang w:eastAsia="zh-CN"/>
        </w:rPr>
        <w:t>　　20_年_月我到_物业公司接任仓库管理员一职，要面临工作极大挑战。由于当时仓管员急辞职，中间间断了一个月的时间，那时_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_物业公司仓库进入良性循环。</w:t>
      </w:r>
      <w:r>
        <w:rPr>
          <w:lang w:eastAsia="zh-CN"/>
        </w:rPr>
        <w:br/>
      </w:r>
      <w:r>
        <w:rPr>
          <w:lang w:eastAsia="zh-CN"/>
        </w:rPr>
        <w:t>　　二、理清头绪，细化管理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每日库存报表都由我一人负责!所以在公司一直都很忙碌。我决定从以下几个方面进行管理：从新设计制定_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w:t>
      </w:r>
      <w:r>
        <w:rPr>
          <w:lang w:eastAsia="zh-CN"/>
        </w:rPr>
        <w:br/>
      </w:r>
      <w:r>
        <w:rPr>
          <w:lang w:eastAsia="zh-CN"/>
        </w:rPr>
        <w:t>　　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r>
        <w:rPr>
          <w:lang w:eastAsia="zh-CN"/>
        </w:rPr>
        <w:br/>
      </w:r>
      <w:r>
        <w:rPr>
          <w:lang w:eastAsia="zh-CN"/>
        </w:rPr>
        <w:t>　　三、进行信息化</w:t>
      </w:r>
      <w:r>
        <w:rPr>
          <w:lang w:eastAsia="zh-CN"/>
        </w:rPr>
        <w:br/>
      </w:r>
      <w:r>
        <w:rPr>
          <w:lang w:eastAsia="zh-CN"/>
        </w:rPr>
        <w:t>　　随着公司业务的连年增长，工程部需求物资够大，日发货收货量也进一步扩大，在_物业公司领导的重视下，实现了对仓库的实时管理。我每天只要把出入库情况及库存报表输入电脑，可以准时看到库存明细!该举措大大方便公司领导和员工的查询，加强与各部门之间的信息交流，整个20_年不良库存下降基本至零!</w:t>
      </w:r>
      <w:r>
        <w:rPr>
          <w:lang w:eastAsia="zh-CN"/>
        </w:rPr>
        <w:br/>
      </w:r>
      <w:r>
        <w:rPr>
          <w:lang w:eastAsia="zh-CN"/>
        </w:rPr>
        <w:t>　　四、坚持学习，与公司共成长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在仓库的这段期间我更加明白了公司领导给我讲的仓库管理的计划和控制，最让我难忘的是_总、_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r>
        <w:rPr>
          <w:lang w:eastAsia="zh-CN"/>
        </w:rPr>
        <w:br/>
      </w:r>
      <w:r>
        <w:rPr>
          <w:lang w:eastAsia="zh-CN"/>
        </w:rPr>
        <w:t xml:space="preserve">    员工年底总结范文 篇5 </w:t>
      </w:r>
      <w:r>
        <w:rPr>
          <w:lang w:eastAsia="zh-CN"/>
        </w:rPr>
        <w:br/>
      </w:r>
      <w:r>
        <w:rPr>
          <w:lang w:eastAsia="zh-CN"/>
        </w:rPr>
        <w:t>　　转眼之间半年又将要过去，回顾半年来的工作，本人在市政府和办公室的正确领导下，在各兄弟处室和同志们的大力支持和积极配合下，我与本科室人员团结奋进，开拓创新，为政府的财务工作提供了优质的服务，较好地完成了各项工作任务。现将个人上半年工作总结如下：</w:t>
      </w:r>
      <w:r>
        <w:rPr>
          <w:lang w:eastAsia="zh-CN"/>
        </w:rPr>
        <w:br/>
      </w:r>
      <w:r>
        <w:rPr>
          <w:lang w:eastAsia="zh-CN"/>
        </w:rPr>
        <w:t>　　一、爱岗敬业、坚持原则，树立良好的职业道德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在工作中，自己按照发展要有新思路，改革要有新突破，开放要有新局面，各项工作要有新举措的要求，在工作中要能够坚持原则、秉公办事、顾全大局，以新为依据，遵纪守法，遵守财经纪律，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r>
        <w:rPr>
          <w:lang w:eastAsia="zh-CN"/>
        </w:rPr>
        <w:br/>
      </w:r>
      <w:r>
        <w:rPr>
          <w:lang w:eastAsia="zh-CN"/>
        </w:rPr>
        <w:t>　　二、加强政治业务学习，努力提高自身素质</w:t>
      </w:r>
      <w:r>
        <w:rPr>
          <w:lang w:eastAsia="zh-CN"/>
        </w:rPr>
        <w:br/>
      </w:r>
      <w:r>
        <w:rPr>
          <w:lang w:eastAsia="zh-CN"/>
        </w:rPr>
        <w:t>　　我深知作为财务工作人员，肩负的任务繁重，责任重大。为了不辜负领导的重托和大家的信任，更好的履行好职责，就必须不断的学习。因此我始终把学习放在重要位置。本人认真学习各大重要思想，自己无论是在政治思想上，还是业务水平方面，都有了较大提高。工作中，能够认真执行有关财务管理规定，履行节约、勤俭办社。处处率先垂范，廉洁勤政，务实开拓。</w:t>
      </w:r>
      <w:r>
        <w:rPr>
          <w:lang w:eastAsia="zh-CN"/>
        </w:rPr>
        <w:br/>
      </w:r>
      <w:r>
        <w:rPr>
          <w:lang w:eastAsia="zh-CN"/>
        </w:rPr>
        <w:t>　　三、重视日常财务收支管理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对一切开支严格按财务制度办理，对一些创收积极进行催收，使得政府办能够集中财力办事业。通过财务科认真落实执行，收效非常明显，在经费相当吃紧的形势下，既保证了政府办一系列正常业务活动和财务收支健康顺利地开展，又使各项收支的安排使用符合事业发展计划和财政政策的要求，极大地提高了资金的使用效益，达到了增收节支的目的。</w:t>
      </w:r>
      <w:r>
        <w:rPr>
          <w:lang w:eastAsia="zh-CN"/>
        </w:rPr>
        <w:br/>
      </w:r>
      <w:r>
        <w:rPr>
          <w:lang w:eastAsia="zh-CN"/>
        </w:rPr>
        <w:t>　　四、合理安排收支预算，严格预算管理</w:t>
      </w:r>
      <w:r>
        <w:rPr>
          <w:lang w:eastAsia="zh-CN"/>
        </w:rPr>
        <w:br/>
      </w:r>
      <w:r>
        <w:rPr>
          <w:lang w:eastAsia="zh-CN"/>
        </w:rPr>
        <w:t>　　单位预算是机关完成各项工作任务，实现计划的重要保证，也是单位财务工作的基本依据。因此，认真做好政府办的收支预算具有十分重要的意义。为搞好这项工作，根据政府办的发展实际，既要总结分析上年度预算执行情况，找出影响本期预算的各种因素，又要客观分析本年度国家有关政策对预算的影响，还要广泛征求各部门意见，并多次向领导汇报，在现有条件下，在国家政策允许范围内，挖掘潜力，多渠道积极筹措资金，本着“以收定支，量入为出，保证重点，兼顾一般”的原则，使预算更加切合实际，利于操作，发挥其在财务管理中的积极作用。充分发挥了资金的使用效益，确保了政府办各项工作的顺利完成。</w:t>
      </w:r>
      <w:r>
        <w:rPr>
          <w:lang w:eastAsia="zh-CN"/>
        </w:rPr>
        <w:br/>
      </w:r>
      <w:r>
        <w:rPr>
          <w:lang w:eastAsia="zh-CN"/>
        </w:rPr>
        <w:t xml:space="preserve">    员工年底总结范文 篇6 </w:t>
      </w:r>
      <w:r>
        <w:rPr>
          <w:lang w:eastAsia="zh-CN"/>
        </w:rPr>
        <w:br/>
      </w:r>
      <w:r>
        <w:rPr>
          <w:lang w:eastAsia="zh-CN"/>
        </w:rPr>
        <w:t>　　虽然原料仓的工作看似简单,用三个字来慨括：收、管、发。但是要真正的做到位，做齐全，使工作程序化、系统化、条理化、流水化，还需要下点功夫，每个仓管员在工作当中必须要保持清晰的头脑。为此，我根据公司及仓库的实际情况，借助以往在仓库工作的管理实践，制定和实施相应的改进和创新计划，实现仓库管理工作的持续改进，实现卓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第一，严格执行仓库管理制度，防止收发原料差错出现。入库及时登帐，手续检验不合要求不准入库;发料时手续不全不配料，特殊情况须经有关领导签批，做到以公司利益为重，爱护公司财产。入库、出库工作，遵守先进后出原则，严禁造成呆料、废料;按库位摆放物料，或移动物料，禁止造成无法找到相关物料。按标准操作程序和标准管理制度做好各项工作及记录。</w:t>
      </w:r>
      <w:r>
        <w:rPr>
          <w:lang w:eastAsia="zh-CN"/>
        </w:rPr>
        <w:br/>
      </w:r>
      <w:r>
        <w:rPr>
          <w:lang w:eastAsia="zh-CN"/>
        </w:rPr>
        <w:t>　　积极配合各部门的领料工作，及时填写进、入账，核准现场物料等，做到库存物料的清晰，可查，发现问题及时汇报，改正。对日常账目与物料做到确认再确认，为确保一致：没有领料单，不能发放物料;手续不符合要求的，不能发放物料;未办理入库手续的物料，不能发放;完成一件工作后要做自我检查，以发现问题及时解决;对每天的工作进行总结和反思，以提高工作质量;有强烈的时间观念，凡事及时处理，不说“等一下”;工作主动，而不是被动等待安排;对工作现场管理做到“眼到手到”，预防仓库材料的丢失和破坏。</w:t>
      </w:r>
      <w:r>
        <w:rPr>
          <w:lang w:eastAsia="zh-CN"/>
        </w:rPr>
        <w:br/>
      </w:r>
      <w:r>
        <w:rPr>
          <w:lang w:eastAsia="zh-CN"/>
        </w:rPr>
        <w:t>　　第二，合理安排物料在仓库内的存放次序。按产品种类、规格、等级及其产品的特殊性进行分区编码和存放，不得混和乱堆，保持库区的整洁。能正确掌握产品的进、出、存的工作流程，同时也真正做到了物尽其用、人尽其才的作用。</w:t>
      </w:r>
      <w:r>
        <w:rPr>
          <w:lang w:eastAsia="zh-CN"/>
        </w:rPr>
        <w:br/>
      </w:r>
      <w:r>
        <w:rPr>
          <w:lang w:eastAsia="zh-CN"/>
        </w:rPr>
        <w:t>　　第三，定期盘点，积极配合工作。定期对库存物料盘点清仓，做到账、物相符。对领出的物料必须及时登记入账，确保物料进出及结存数据的正确无误，做好《进销存明细帐》，使电脑帐目能及时反映当前库存数量，对各类库存材料不定期进行抽盘，使帐目和实物的误差减少到最低，特别是比较重要的原料，力求无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1、为各部门提供库存依据，防止材料的不足造成拖单，或者库存积压而造成的占用资金。</w:t>
      </w:r>
      <w:r>
        <w:rPr>
          <w:lang w:eastAsia="zh-CN"/>
        </w:rPr>
        <w:br/>
      </w:r>
      <w:r>
        <w:rPr>
          <w:lang w:eastAsia="zh-CN"/>
        </w:rPr>
        <w:t>　　2、给采购部提供准确的库存数据，并提供合理化的建议，与采购配合，努力降低库存量，加速库存周转率。</w:t>
      </w:r>
      <w:r>
        <w:rPr>
          <w:lang w:eastAsia="zh-CN"/>
        </w:rPr>
        <w:br/>
      </w:r>
      <w:r>
        <w:rPr>
          <w:lang w:eastAsia="zh-CN"/>
        </w:rPr>
        <w:t>　　3、配合财务部门做好仓库库存盘盈、盘亏的处理;对库存呆滞物品的积压进行整改，避免了原材物料的浪费。</w:t>
      </w:r>
      <w:r>
        <w:rPr>
          <w:lang w:eastAsia="zh-CN"/>
        </w:rPr>
        <w:br/>
      </w:r>
      <w:r>
        <w:rPr>
          <w:lang w:eastAsia="zh-CN"/>
        </w:rPr>
        <w:t>　　4、完成基础数据的收集、整理、汇总，保证库存报表的上交时间和数据的准确性、真实性。</w:t>
      </w:r>
      <w:r>
        <w:rPr>
          <w:lang w:eastAsia="zh-CN"/>
        </w:rPr>
        <w:br/>
      </w:r>
      <w:r>
        <w:rPr>
          <w:lang w:eastAsia="zh-CN"/>
        </w:rPr>
        <w:t>　　第四，加强安全管理，注重防火、防潮安全工作。平时注重强调仓管员的防火安全意识，要求必须掌握各种基本的安全知识和技能，对吸烟者坚决禁止，防患于未然。每周、每月加大对仓库的清洁力度，保持库容美观、整洁。合理利用有限的库容，做好库存数量的管理，防止不必要的损耗发生。不能退换的物料经过相关部门确认后申请报废，清理出仓库。</w:t>
      </w:r>
      <w:r>
        <w:rPr>
          <w:lang w:eastAsia="zh-CN"/>
        </w:rPr>
        <w:br/>
      </w:r>
      <w:r>
        <w:rPr>
          <w:lang w:eastAsia="zh-CN"/>
        </w:rPr>
        <w:t xml:space="preserve">    员工年底总结范文 篇7 </w:t>
      </w:r>
      <w:r>
        <w:rPr>
          <w:lang w:eastAsia="zh-CN"/>
        </w:rPr>
        <w:br/>
      </w:r>
      <w:r>
        <w:rPr>
          <w:lang w:eastAsia="zh-CN"/>
        </w:rPr>
        <w:t>　　20_年，在公司领导的带动下，在全体成员的帮助下，我紧紧围绕成品物资仓储工作，充分发挥岗位职能，不断改进工作方法，提高工作效率，较好地完成了各项工作任务，现就自己的一年工作作简要总结。</w:t>
      </w:r>
      <w:r>
        <w:rPr>
          <w:lang w:eastAsia="zh-CN"/>
        </w:rPr>
        <w:br/>
      </w:r>
      <w:r>
        <w:rPr>
          <w:lang w:eastAsia="zh-CN"/>
        </w:rPr>
        <w:t>　　一、抓学习，不断提高自身素质。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加强思想政治学习及专业知识学，提高政治素质。主要学习公司相关精神，物资管理、计算机操作、工商管理等知识，以求不断提高自身素。</w:t>
      </w:r>
      <w:r>
        <w:rPr>
          <w:lang w:eastAsia="zh-CN"/>
        </w:rPr>
        <w:br/>
      </w:r>
      <w:r>
        <w:rPr>
          <w:lang w:eastAsia="zh-CN"/>
        </w:rPr>
        <w:t>　　二、强化工作职能，搞好成品管理。</w:t>
      </w:r>
      <w:r>
        <w:rPr>
          <w:lang w:eastAsia="zh-CN"/>
        </w:rPr>
        <w:br/>
      </w:r>
      <w:r>
        <w:rPr>
          <w:lang w:eastAsia="zh-CN"/>
        </w:rPr>
        <w:t>　　1、我主要负责砂状、铝法、粒状成品管理，在工作中能够严格要求自己，保证入库、出库、领料的数据准确。</w:t>
      </w:r>
      <w:r>
        <w:rPr>
          <w:lang w:eastAsia="zh-CN"/>
        </w:rPr>
        <w:br/>
      </w:r>
      <w:r>
        <w:rPr>
          <w:lang w:eastAsia="zh-CN"/>
        </w:rPr>
        <w:t>　　2、当班期间，认真协调入库及准确及时入库。</w:t>
      </w:r>
      <w:r>
        <w:rPr>
          <w:lang w:eastAsia="zh-CN"/>
        </w:rPr>
        <w:br/>
      </w:r>
      <w:r>
        <w:rPr>
          <w:lang w:eastAsia="zh-CN"/>
        </w:rPr>
        <w:t>　　3、物资发放，能认真执行物资发放规定，敢于坚持原则不徇私情，保证成品发货的准确性。</w:t>
      </w:r>
      <w:r>
        <w:rPr>
          <w:lang w:eastAsia="zh-CN"/>
        </w:rPr>
        <w:br/>
      </w:r>
      <w:r>
        <w:rPr>
          <w:lang w:eastAsia="zh-CN"/>
        </w:rPr>
        <w:t>　　4、报表制作，四点班除了提高发货效率外，还要认真收集数据，合理编制，以自己最大能力为领导们提供极尽可能准确的数据。</w:t>
      </w:r>
      <w:r>
        <w:rPr>
          <w:lang w:eastAsia="zh-CN"/>
        </w:rPr>
        <w:br/>
      </w:r>
      <w:r>
        <w:rPr>
          <w:lang w:eastAsia="zh-CN"/>
        </w:rPr>
        <w:t>　　5、做好仓库管理工作，尽可能将库内打并整洁，及时除理烂袋，根据情况整理库房，并积极向5S管理靠近。</w:t>
      </w:r>
      <w:r>
        <w:rPr>
          <w:lang w:eastAsia="zh-CN"/>
        </w:rPr>
        <w:br/>
      </w:r>
      <w:r>
        <w:rPr>
          <w:lang w:eastAsia="zh-CN"/>
        </w:rPr>
        <w:t>　　三、存在问题及明年工作计划</w:t>
      </w:r>
      <w:r>
        <w:rPr>
          <w:lang w:eastAsia="zh-CN"/>
        </w:rPr>
        <w:br/>
      </w:r>
      <w:r>
        <w:rPr>
          <w:lang w:eastAsia="zh-CN"/>
        </w:rPr>
        <w:t>　　辞旧迎新，在总结本年工作的同时，针对自己工作中存在的性格急躁，不善讲究工作方式等问题也要端正态度、努力克服。我对明年工作也提出了初步设想，</w:t>
      </w:r>
      <w:r>
        <w:rPr>
          <w:lang w:eastAsia="zh-CN"/>
        </w:rPr>
        <w:br/>
      </w:r>
      <w:r>
        <w:rPr>
          <w:lang w:eastAsia="zh-CN"/>
        </w:rPr>
        <w:t>　　一是继续加强理论学习，牢固树立“服务是第一位”的观念，</w:t>
      </w:r>
      <w:r>
        <w:rPr>
          <w:lang w:eastAsia="zh-CN"/>
        </w:rPr>
        <w:br/>
      </w:r>
      <w:r>
        <w:rPr>
          <w:lang w:eastAsia="zh-CN"/>
        </w:rPr>
        <w:t>　　二是继续加强业务学习，积极争取参加各类培训班，做业务上的行家能手，提高工作效率，使工作再上新台阶;</w:t>
      </w:r>
      <w:r>
        <w:rPr>
          <w:lang w:eastAsia="zh-CN"/>
        </w:rPr>
        <w:br/>
      </w:r>
      <w:r>
        <w:rPr>
          <w:lang w:eastAsia="zh-CN"/>
        </w:rPr>
        <w:t>　　三是账目方面，我要努力学好计算机为以后的企业资源规划等网络管理做好充分准备。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面对领导及同事的期许，我满怀信心，相信在成品组在_主任的领导和同志的帮助的下，我一定能把工作做得更好，名副其实地成为一名永不落伍的成品保管员。</w:t>
      </w:r>
      <w:r>
        <w:rPr>
          <w:lang w:eastAsia="zh-CN"/>
        </w:rPr>
        <w:br/>
      </w:r>
      <w:r>
        <w:rPr>
          <w:lang w:eastAsia="zh-CN"/>
        </w:rPr>
        <w:t>　　四、现在的成品管理还存在一下问题：</w:t>
      </w:r>
      <w:r>
        <w:rPr>
          <w:lang w:eastAsia="zh-CN"/>
        </w:rPr>
        <w:br/>
      </w:r>
      <w:r>
        <w:rPr>
          <w:lang w:eastAsia="zh-CN"/>
        </w:rPr>
        <w:t>　　1、劳务队管理还需进一步加强，其人员的不确定性，工作模式的粗放化，为成品质量及发货效率都带来了极为滞后的不利因素。</w:t>
      </w:r>
      <w:r>
        <w:rPr>
          <w:lang w:eastAsia="zh-CN"/>
        </w:rPr>
        <w:br/>
      </w:r>
      <w:r>
        <w:rPr>
          <w:lang w:eastAsia="zh-CN"/>
        </w:rPr>
        <w:t>　　2、市场信息收集不够详细。比如硅法发货，在无法控制其不合格品产生的情况下，应提供一定的客户要求信息，以便合理存放。</w:t>
      </w:r>
      <w:r>
        <w:rPr>
          <w:lang w:eastAsia="zh-CN"/>
        </w:rPr>
        <w:br/>
      </w:r>
      <w:r>
        <w:rPr>
          <w:lang w:eastAsia="zh-CN"/>
        </w:rPr>
        <w:t>　　3、相关部门对质量意识还不够强，甚至有妥协的味道。不合格品怎能熟视无睹，还没有一套合理的相关制度，仅限于简单的不合格申请，万万不能。</w:t>
      </w:r>
      <w:r>
        <w:rPr>
          <w:lang w:eastAsia="zh-CN"/>
        </w:rPr>
        <w:br/>
      </w:r>
      <w:r>
        <w:rPr>
          <w:lang w:eastAsia="zh-CN"/>
        </w:rPr>
        <w:t>　　4、外购料管理力度不够。到现在为止，还没有一套接受的品质指标，什么指标该接收，什么指标不该接收，做不到一目了然，为使用及退库带来了一定的隐患，也希望不要为外购料加上太多的朦胧意味。</w:t>
      </w:r>
      <w:r>
        <w:rPr>
          <w:lang w:eastAsia="zh-CN"/>
        </w:rPr>
        <w:br/>
      </w:r>
      <w:r>
        <w:rPr>
          <w:lang w:eastAsia="zh-CN"/>
        </w:rPr>
        <w:t>　　希望以上问题能够引起相关注意，困难是绊脚石，更是前进的基石，在努力发扬优点的同时，更应该学会改进不足，知耻而后勇，相信在大家的共同努力下，成品管理一定会再崭新姿。</w:t>
      </w:r>
      <w:r>
        <w:rPr>
          <w:lang w:eastAsia="zh-CN"/>
        </w:rPr>
        <w:br/>
      </w:r>
      <w:r>
        <w:rPr>
          <w:lang w:eastAsia="zh-CN"/>
        </w:rPr>
        <w:t xml:space="preserve">    员工年底总结范文 篇8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转眼间，我在超市做理货员已经一年了！真感人！今年，我终于在我最喜欢的超市工作了。就像图书馆员喜欢在图书馆给书编码一样，我也喜欢在超市给商品编码。我每天只需要一个商品代码。当我遇到生活中经常需要的可以吃的东西时，我感觉很好。虽然我这份工作的薪水不是很高，但我觉得生活中很快乐，很快乐。没有钱，很快乐，这是我第一次做我真正想做的事。第一次，我想在班上工作。一方面，我要承受别人强加给我的经济压力，另一方面，我要承受生活在衣、食、住、行方面的压力。事实上，别人对我的看法对我来说是好的，但是当我有这些生活压力时，我收获了我喜欢的工作，把时间花在了我想浪费的地方。这真的是在得到东西之前放弃的体现！在今年的工作中，我不是来超市做理货员挣钱的。我做理货员是为了过上幸福的生活。有了这种意识，我真的做了一份快乐的工作，给自己、同事和客户带来了快乐。这就是我在今年的静修中所做的。</w:t>
      </w:r>
      <w:r>
        <w:rPr>
          <w:lang w:eastAsia="zh-CN"/>
        </w:rPr>
        <w:br/>
      </w:r>
      <w:r>
        <w:rPr>
          <w:lang w:eastAsia="zh-CN"/>
        </w:rPr>
        <w:t>　　一、工作成就</w:t>
      </w:r>
      <w:r>
        <w:rPr>
          <w:lang w:eastAsia="zh-CN"/>
        </w:rPr>
        <w:br/>
      </w:r>
      <w:r>
        <w:rPr>
          <w:lang w:eastAsia="zh-CN"/>
        </w:rPr>
        <w:t>　　说到实际工作，我度过了美好的一年。在超市的理货工作中，我按时按量完成了日常工作、月度工作和季度工作。在这样一个循序渐进的工作中，我完整地完成了全年的工作。很多时候，当其他同事请假时，我会帮助整理所有物品。其他人认为我在帮助别人。事实上，我真的在做我喜欢做的事。甚至可以说，其他人给了我一个机会，让我更接近那些让人快乐的食物，所以我在工作中感到满意。也许我有这样的偏好，我的工作总是更好，更快，符合领导的心意。我经常在会议上受到领导的表扬，每个季度都会收到超市颁发的奖状。</w:t>
      </w:r>
      <w:r>
        <w:rPr>
          <w:lang w:eastAsia="zh-CN"/>
        </w:rPr>
        <w:br/>
      </w:r>
      <w:r>
        <w:rPr>
          <w:lang w:eastAsia="zh-CN"/>
        </w:rPr>
        <w:t>　　二、工作中也有不足之处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无论我多么喜欢这份工作，我在工作过程中仍有不足之处。例如，当我管理一些我非常好奇的家庭用品时，我有时会忘记我在清点东西。我想我是来超市买东西的顾客。直到我的同事们提醒我，我才做出反应。虽然我已经很久没有心不在焉了，但这仍然是一个工作上的错误！在来年的工作中，我会注意这一点，不要因为太多的“投资”而让自己失业，转眼间20年过去了。回顾过去的一年，似乎没有太多值得回忆和怀旧的事情。就在我以为自己会花一年时间无所事事的时候，我很幸运地来到了一个朋友的购物中心，再次找到了归属感。回顾公司三个多月的工作经历，我的工作感受主要包括以下几个方面：</w:t>
      </w:r>
      <w:r>
        <w:rPr>
          <w:lang w:eastAsia="zh-CN"/>
        </w:rPr>
        <w:br/>
      </w:r>
      <w:r>
        <w:rPr>
          <w:lang w:eastAsia="zh-CN"/>
        </w:rPr>
        <w:t>　　三、商品管理</w:t>
      </w:r>
      <w:r>
        <w:rPr>
          <w:lang w:eastAsia="zh-CN"/>
        </w:rPr>
        <w:br/>
      </w:r>
      <w:r>
        <w:rPr>
          <w:lang w:eastAsia="zh-CN"/>
        </w:rPr>
        <w:t>　　1、商品项目优化</w:t>
      </w:r>
      <w:r>
        <w:rPr>
          <w:lang w:eastAsia="zh-CN"/>
        </w:rPr>
        <w:br/>
      </w:r>
      <w:r>
        <w:rPr>
          <w:lang w:eastAsia="zh-CN"/>
        </w:rPr>
        <w:t>　　我们的大多数产品都是二线和三线品牌，缺乏一线产品。这在休闲食品中尤为突出。我们也在尽力改变它。但考虑到与厂家的合作，我们优化了项目，不在售后订购和采购，从而减少了货架上的商品数量，供客户选择和购买，目前只有初步结果；同时，我们还推出了流行的产品，如宋世成、大白兔以及后期推出的各种调味盐，以满足客户的需求。本店为大型商场，应走中高档商品之路。目前，我们缺少很多东西，比如瓶装蜜饯、干果系列、流行的康师傅方便面系列和高档调味品系列，这也是我在新的一年里应该做的，以尽可能丰富我们产品的多样性。商品分类和数据的调整。</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我到岗后发现我们的商品分类比较混乱。许多商品被置于不应被分类的类别中，因此无法正确评估分类商品的性能分析、货架供应和合理性。许多商品数据并不是针对实际商品支付的，经过多次调整后得到了显著改善，让员工更好地熟悉商品，但这种情况并没有完全改变，这也是下一步要做的工作。</w:t>
      </w:r>
      <w:r>
        <w:rPr>
          <w:lang w:eastAsia="zh-CN"/>
        </w:rPr>
        <w:br/>
      </w:r>
      <w:r>
        <w:rPr>
          <w:lang w:eastAsia="zh-CN"/>
        </w:rPr>
        <w:t>　　2、商品显示调整</w:t>
      </w:r>
      <w:r>
        <w:rPr>
          <w:lang w:eastAsia="zh-CN"/>
        </w:rPr>
        <w:br/>
      </w:r>
      <w:r>
        <w:rPr>
          <w:lang w:eastAsia="zh-CN"/>
        </w:rPr>
        <w:t>　　前期商品显示未按分类显示，给客户购买商品和员工管理商品带来困难。有些商品放在仓库里，但没有在商店里陈列。经过调整和管理措施，该问题已得到解决；我还尽量降低中间的货架，靠墙的货架通过放置货物或设置存储区来拉长空间距离，这样商店就不会感到非常沮丧，并为顾客提供更舒适的购物环境。仓库还进行了大规模调整，分类堆放，粘贴库存卡，让员工轻松找到货物，及时补充货架上的货物。但是目前，整洁度还没有达到我想要的标准，这也是需要改进的方面。日常商品管理。</w:t>
      </w:r>
      <w:r>
        <w:rPr>
          <w:lang w:eastAsia="zh-CN"/>
        </w:rPr>
        <w:br/>
      </w:r>
      <w:r>
        <w:rPr>
          <w:lang w:eastAsia="zh-CN"/>
        </w:rPr>
        <w:t>　　我开发了几种表格，以方便员工更清晰地管理商店中的商品。缺货控制表：要求组长以上人员每天在店内登记不能满足基本陈列数量的货物，然后在电脑上核对货物库存。如有库存，及时通知员工补货。如无库存，通知相关人员下单催交，避免出现货物已售完未下单的现象。《临时商品控制表》：对本店保质期超过一半的商品进行登记，以便您定期查看该表，了解商品何时过期，并提前做好准备。例如，您可以提前与制造商协商，消化店内的活动，或根据下架时间表提前下架退货，以避免货物过期。这还可以更好地加强与制造商的合作关系。</w:t>
      </w:r>
      <w:r>
        <w:rPr>
          <w:lang w:eastAsia="zh-CN"/>
        </w:rPr>
        <w:br/>
      </w:r>
      <w:r>
        <w:rPr>
          <w:lang w:eastAsia="zh-CN"/>
        </w:rPr>
        <w:t>　　3、DM商品谈判</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每个时间表中的海报制作不同的产品，给客户一种全新的感觉。就我个人而言，我认为任何产品都有很长的使用寿命。如果它是连续生产的，它将不再对顾客有吸引力，最畅销的产品将消失；在团队中表现最好的几个类别必须有海报商品，如休闲糕点、肉类、时令糖果等；干杂日用调味品、米、面、油等；每一个日程表都应该有吸引顾客的精彩商品，特别是干杂米、面条、油等日用品；定价也应合理，基本上以市场调查价格为基础。如果之前的竞争对手制定了特殊价格，则将根据此价格协商特殊价格。</w:t>
      </w:r>
      <w:r>
        <w:rPr>
          <w:lang w:eastAsia="zh-CN"/>
        </w:rPr>
        <w:br/>
      </w:r>
      <w:r>
        <w:rPr>
          <w:lang w:eastAsia="zh-CN"/>
        </w:rPr>
        <w:t>　　4、城市调度</w:t>
      </w:r>
      <w:r>
        <w:rPr>
          <w:lang w:eastAsia="zh-CN"/>
        </w:rPr>
        <w:br/>
      </w:r>
      <w:r>
        <w:rPr>
          <w:lang w:eastAsia="zh-CN"/>
        </w:rPr>
        <w:t>　　在早期阶段，为了吸引客户，我们基本商品的价格非常低，但我认为这是一个错误的判断。如果普通商品只需要低于竞争对手（除非是非常适销对路的商品），就不需要太低，这样只会徒劳地损失毛利润，我们现在还有一个很大的优势，那就是我们的产品比红旗的产品更丰富。他们没有的是我们可以赚取毛利润。因此，此类产品应确保其应有的毛利点。当然,这一点只代表个人的想法,具体实施要根据需要。</w:t>
      </w:r>
      <w:r>
        <w:rPr>
          <w:lang w:eastAsia="zh-CN"/>
        </w:rPr>
        <w:br/>
      </w:r>
      <w:r>
        <w:rPr>
          <w:lang w:eastAsia="zh-CN"/>
        </w:rPr>
        <w:t xml:space="preserve">    员工年底总结范文 篇9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20_年投递局部在书记的带领和全体团员的支持下蓬勃发展，在如此的集体中我深感荣幸。_投递部轮替轮一，我感到身上的重任，我时刻以严格要求自己，力争做一名合格的投递员。我以无比的热情投入到各项工作，积极配合领导工作，并带动身边的新手同事争做岗位能手，深创青年文明号活动。参加投递工作至今，我多次被评为投递员。这些来之不易的荣誉，都时刻激励着我更加努力要求自己，争取更出色的成绩。</w:t>
      </w:r>
      <w:r>
        <w:rPr>
          <w:lang w:eastAsia="zh-CN"/>
        </w:rPr>
        <w:br/>
      </w:r>
      <w:r>
        <w:rPr>
          <w:lang w:eastAsia="zh-CN"/>
        </w:rPr>
        <w:t>　　作为一名班组邮政人员，在思想上我丝毫不放松，为保证班组各项工作的顺利，在行动上我努力做好本职工作，严格遵守岗位责任制，积极参加各种形式的业务培训，努力提高自己的业务素质和水平。在公司领导和组长、同事的帮助中，我在自己的工作岗位上勤勤恳恳，用自己的努力去做好每一项工作。</w:t>
      </w:r>
      <w:r>
        <w:rPr>
          <w:lang w:eastAsia="zh-CN"/>
        </w:rPr>
        <w:br/>
      </w:r>
      <w:r>
        <w:rPr>
          <w:lang w:eastAsia="zh-CN"/>
        </w:rPr>
        <w:t>　　我在日常的工作中，做到多看、多听、多做。多看看班组长及管理人员对工作的处理和对班组的管理。多听听同事在生产中对各种问题的意见。多做做班组的日常工作，锻炼自己的各种能力，以期待自己在工作中有更出色的成绩。加强自己的思想教育，树立“用户第一”的思想观念，在日常工作中保障用户的利益，不计较个人得失。集体的事抢着做，带动其他同事争做岗位能手。</w:t>
      </w:r>
      <w:r>
        <w:rPr>
          <w:lang w:eastAsia="zh-CN"/>
        </w:rPr>
        <w:br/>
      </w:r>
      <w:r>
        <w:rPr>
          <w:lang w:eastAsia="zh-CN"/>
        </w:rPr>
        <w:t>　　年底报刊收订活动中我积极配合班组进行报刊揽收，上门收订，在任务重、时间紧的情况下，为班组完成收订任务、完成流转额尽了自己的一份力。在日常工作中我积极学习《邮政通信服务规范》，落实规范化服务标准，进一步拓宽自身的服务视野，积极提倡“想用户所想”的思想观点，要求自己从用户的角度来发现我们自身工作的不足并及时整改，为用户提供更优质的服务。对于用户的查询投诉，我认真落实受理、处理工作，及时回复用户，坚决把用户的查询、投诉处理到底，并落实好回访工作，努力提高邮政投递服务的质量和信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在今后的工作中，我将针对不足采用行之有效的方法来改善，不断的完善自己，决心在新的一年中，继续努力，继续发奋，做一个合格的邮政投递员。</w:t>
      </w:r>
      <w:r>
        <w:rPr>
          <w:lang w:eastAsia="zh-CN"/>
        </w:rPr>
        <w:br/>
      </w:r>
      <w:r>
        <w:rPr>
          <w:lang w:eastAsia="zh-CN"/>
        </w:rPr>
        <w:t xml:space="preserve">    员工年底总结范文 篇10 </w:t>
      </w:r>
      <w:r>
        <w:rPr>
          <w:lang w:eastAsia="zh-CN"/>
        </w:rPr>
        <w:br/>
      </w:r>
      <w:r>
        <w:rPr>
          <w:lang w:eastAsia="zh-CN"/>
        </w:rPr>
        <w:t>　　收银员在营业时身上不可带有现金，以免引起不必要的误解和可能产生的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w:t>
      </w:r>
      <w:r>
        <w:rPr>
          <w:lang w:eastAsia="zh-CN"/>
        </w:rPr>
        <w:br/>
      </w:r>
      <w:r>
        <w:rPr>
          <w:lang w:eastAsia="zh-CN"/>
        </w:rPr>
        <w:t>　　(1)在收银台上，收银员不可放置任何私人物品。</w:t>
      </w:r>
      <w:r>
        <w:rPr>
          <w:lang w:eastAsia="zh-CN"/>
        </w:rPr>
        <w:br/>
      </w:r>
      <w:r>
        <w:rPr>
          <w:lang w:eastAsia="zh-CN"/>
        </w:rPr>
        <w:t>　　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w:t>
      </w:r>
      <w:r>
        <w:rPr>
          <w:lang w:eastAsia="zh-CN"/>
        </w:rPr>
        <w:br/>
      </w:r>
      <w:r>
        <w:rPr>
          <w:lang w:eastAsia="zh-CN"/>
        </w:rPr>
        <w:t>　　不启用的收银通道必须用链条拦住，否则会使个别顾客趁机不结账就将商品带出超市。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答。</w:t>
      </w:r>
      <w:r>
        <w:rPr>
          <w:lang w:eastAsia="zh-CN"/>
        </w:rPr>
        <w:br/>
      </w:r>
      <w:r>
        <w:rPr>
          <w:lang w:eastAsia="zh-CN"/>
        </w:rPr>
        <w:t>　　(2)认真做好商品装袋工作。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将结算好的商品替顾客装入袋中是收银工作的一个环节，不要以为该顶工作是最容易不过的，往往由于该项工作做得不好，而使顾客扫兴而归。</w:t>
      </w:r>
      <w:r>
        <w:rPr>
          <w:lang w:eastAsia="zh-CN"/>
        </w:rPr>
        <w:br/>
      </w:r>
      <w:r>
        <w:rPr>
          <w:lang w:eastAsia="zh-CN"/>
        </w:rPr>
        <w:t>　　装袋作业的控制程序是：硬与重的商品垫底装袋;正方形或长方形的商品装入包装袋的两例，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r>
        <w:rPr>
          <w:lang w:eastAsia="zh-CN"/>
        </w:rPr>
        <w:br/>
      </w:r>
      <w:r>
        <w:rPr>
          <w:lang w:eastAsia="zh-CN"/>
        </w:rPr>
        <w:t>　　(3)注意离开收银台时的工作程序。</w:t>
      </w:r>
      <w:r>
        <w:rPr>
          <w:lang w:eastAsia="zh-CN"/>
        </w:rPr>
        <w:br/>
      </w:r>
      <w:r>
        <w:rPr>
          <w:lang w:eastAsia="zh-CN"/>
        </w:rPr>
        <w:t>　　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上面就是我在实际工作中的一点想法，请各位领导和同事批评指正。</w:t>
      </w:r>
      <w:r>
        <w:rPr>
          <w:lang w:eastAsia="zh-CN"/>
        </w:rPr>
        <w:br/>
      </w:r>
      <w:r>
        <w:rPr>
          <w:lang w:eastAsia="zh-CN"/>
        </w:rPr>
        <w:t xml:space="preserve">    员工年底总结范文 篇11 </w:t>
      </w:r>
      <w:r>
        <w:rPr>
          <w:lang w:eastAsia="zh-CN"/>
        </w:rPr>
        <w:br/>
      </w:r>
      <w:r>
        <w:rPr>
          <w:lang w:eastAsia="zh-CN"/>
        </w:rPr>
        <w:t>　　时间过得真快，转眼2_年即将过去，在工作的这段时间里我也学会了很多知识，让我感觉到要做好每件事只要用心去学一定会成功!作为一名仓管员，我非常清楚自己的岗位职责，也是严格在照此执行。在20_年来临之际，回顾20_年的工作具体总结如下：</w:t>
      </w:r>
      <w:r>
        <w:rPr>
          <w:lang w:eastAsia="zh-CN"/>
        </w:rPr>
        <w:br/>
      </w:r>
      <w:r>
        <w:rPr>
          <w:lang w:eastAsia="zh-CN"/>
        </w:rPr>
        <w:t>　　1、负责仓库各种产品容器及配件的入库、出库、日常卫生等工作。</w:t>
      </w:r>
      <w:r>
        <w:rPr>
          <w:lang w:eastAsia="zh-CN"/>
        </w:rPr>
        <w:br/>
      </w:r>
      <w:r>
        <w:rPr>
          <w:lang w:eastAsia="zh-CN"/>
        </w:rPr>
        <w:t>　　2、做到每月对仓库材料定期盘点，做到数据、材料相符。</w:t>
      </w:r>
      <w:r>
        <w:rPr>
          <w:lang w:eastAsia="zh-CN"/>
        </w:rPr>
        <w:br/>
      </w:r>
      <w:r>
        <w:rPr>
          <w:lang w:eastAsia="zh-CN"/>
        </w:rPr>
        <w:t>　　3、严格做好材料的质量及数量的验收工作。按合同或订单的要求，对已到材料应立即进行外观质量、数量检验，并做好记录。发现问题及时汇报，立即整改。</w:t>
      </w:r>
      <w:r>
        <w:rPr>
          <w:lang w:eastAsia="zh-CN"/>
        </w:rPr>
        <w:br/>
      </w:r>
      <w:r>
        <w:rPr>
          <w:lang w:eastAsia="zh-CN"/>
        </w:rPr>
        <w:t>　　4、协助车间物料员做好容器的发放工作，严格执行物料发放管理规定，敢于坚持原则，保证材料数据的准确性。坚持做到“先进先出”原则。</w:t>
      </w:r>
      <w:r>
        <w:rPr>
          <w:lang w:eastAsia="zh-CN"/>
        </w:rPr>
        <w:br/>
      </w:r>
      <w:r>
        <w:rPr>
          <w:lang w:eastAsia="zh-CN"/>
        </w:rPr>
        <w:t>　　5、做好材料进出仓。正确记载材料进、出、存动态，对仓库进行不定期的检查，完成好上级领导交予的任务及协调供应商退货工作。</w:t>
      </w:r>
      <w:r>
        <w:rPr>
          <w:lang w:eastAsia="zh-CN"/>
        </w:rPr>
        <w:br/>
      </w:r>
      <w:r>
        <w:rPr>
          <w:lang w:eastAsia="zh-CN"/>
        </w:rPr>
        <w:t>　　6、在工作中能够严格要求自己，所以要做好仓库的管理，货物的入出库作业，日常保管，仓库清理工作，把好库存数量的管理，防止不必要的损耗的发生，有效的利用库存区面积。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7、仓库作业量大，容易积累灰尘，所以每天要清理仓库，清洁地面，保持卫生。创造一个整洁的仓库，在良好卫生的工作环境下工作。</w:t>
      </w:r>
      <w:r>
        <w:rPr>
          <w:lang w:eastAsia="zh-CN"/>
        </w:rPr>
        <w:br/>
      </w:r>
      <w:r>
        <w:rPr>
          <w:lang w:eastAsia="zh-CN"/>
        </w:rPr>
        <w:t>　　8、加强做好仓库管理工作，对仓库产品做好防潮、注意防火工作。</w:t>
      </w:r>
      <w:r>
        <w:rPr>
          <w:lang w:eastAsia="zh-CN"/>
        </w:rPr>
        <w:br/>
      </w:r>
      <w:r>
        <w:rPr>
          <w:lang w:eastAsia="zh-CN"/>
        </w:rPr>
        <w:t>　　每天的工作中都有很多问题发生，发现问题并在第一时间去解决，加强学习仓储保管，物流相关知识，这是我还有所欠缺的。我想通过工作学习能有更大的进步。</w:t>
      </w:r>
      <w:r>
        <w:rPr>
          <w:lang w:eastAsia="zh-CN"/>
        </w:rPr>
        <w:br/>
      </w:r>
      <w:r>
        <w:rPr>
          <w:lang w:eastAsia="zh-CN"/>
        </w:rPr>
        <w:t>　　总之一年来干了一些工作，也取得一些成绩，但成绩只能代表过去。工作中也存在着一些不足，在新的一年里我一定会继续努力，把工作做到最好，请公司领导批评指正。</w:t>
      </w:r>
      <w:r>
        <w:rPr>
          <w:lang w:eastAsia="zh-CN"/>
        </w:rPr>
        <w:br/>
      </w:r>
      <w:r>
        <w:rPr>
          <w:lang w:eastAsia="zh-CN"/>
        </w:rPr>
        <w:t xml:space="preserve">    员工年底总结范文 篇12 </w:t>
      </w:r>
      <w:r>
        <w:rPr>
          <w:lang w:eastAsia="zh-CN"/>
        </w:rPr>
        <w:br/>
      </w:r>
      <w:r>
        <w:rPr>
          <w:lang w:eastAsia="zh-CN"/>
        </w:rPr>
        <w:t>　　时光飞逝，转眼间已是__年的尾声了，回顾一年的工作，虽然比较枯燥，乏味，但是存在着很多乐趣，我时刻以一名优秀收费员的角度对待自己的工作，勤勤恳恳，兢兢业业，不断进取，为中交翼候高速做出自己应有的贡献，现将这一年度的工作总结汇报如下：</w:t>
      </w:r>
      <w:r>
        <w:rPr>
          <w:lang w:eastAsia="zh-CN"/>
        </w:rPr>
        <w:br/>
      </w:r>
      <w:r>
        <w:rPr>
          <w:lang w:eastAsia="zh-CN"/>
        </w:rPr>
        <w:t>　　第一，在思想方面，本人以“今天工作不努力，明天努力找工作”的精神，较好的完成了上级安排的各项工作任务。同时在站领导和同事们的关心、支持与帮助下，不断的完善自己，在各方面严格要求自己，勤奋敬业、廉洁奉公，努力进取，用实际行动捍卫了中交翼候的荣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第二，在学习方面，本人不断加强对法律法规、安全生产、收费业务进行学习，并在每个月的月底进行一次摸底考核，如有考核不合格时，将会再次对其巩固学习，为下次考核做好充足准备，争取做一名业务精堪，既有法律意识又有安全意识的好员工。</w:t>
      </w:r>
      <w:r>
        <w:rPr>
          <w:lang w:eastAsia="zh-CN"/>
        </w:rPr>
        <w:br/>
      </w:r>
      <w:r>
        <w:rPr>
          <w:lang w:eastAsia="zh-CN"/>
        </w:rPr>
        <w:t>　　第三，在收费发卡方面，本人时刻提醒自己，收好每一笔款，发好每一张卡，尽量减少不必要的错误发生。据初步统计，截止20__年__月份，本人共发出通行卡张，其中车牌不符的有一辆，车型不符的有两辆；共收回通行卡张，收取通行费_元，且没有差错。虽然在每年度拿到了双百千亿无差错技术能手的称号，但是在发卡方面还存在着差错，不能因为拿到了百万元无差错的称号就有所骄傲，我将会在原有的基础上再努把力，争取在发卡发面也作出无差错。</w:t>
      </w:r>
      <w:r>
        <w:rPr>
          <w:lang w:eastAsia="zh-CN"/>
        </w:rPr>
        <w:br/>
      </w:r>
      <w:r>
        <w:rPr>
          <w:lang w:eastAsia="zh-CN"/>
        </w:rPr>
        <w:t>　　第四，在工作纪律方面，本人严格按照站内的各项规章制度，干好自己的本职工作，并能够完全做到收费秩序管理八禁止和十五不准规定的内容，在站区内周一至周五周六周日就不注意了吗？和上班时能够保持统一着装，标志齐全，出入岗亭戴帽子，进入收费岗亭能够保持桌面整齐，门及时反锁，并能够对发现的.问题及时上报，保证车道的畅通无阻。</w:t>
      </w:r>
      <w:r>
        <w:rPr>
          <w:lang w:eastAsia="zh-CN"/>
        </w:rPr>
        <w:br/>
      </w:r>
    </w:p>
    <w:p w:rsidR="001B1F19" w14:textId="27C3F48A">
      <w:pPr>
        <w:rPr>
          <w:rFonts w:hint="eastAsia"/>
          <w:lang w:eastAsia="zh-CN"/>
        </w:rPr>
      </w:pPr>
      <w:r>
        <w:rPr>
          <w:lang w:eastAsia="zh-CN"/>
        </w:rPr>
        <w:t>　　第五，在文明服务方面，有这么一句话，放行收费管理比，看窗口建设这句话什么意思，是说要微笑服务吗？；没错，对待过往的司乘人员，我们要露出八颗牙齿，微笑服务！在我的收费工作中，对待过往的每一辆车，每个司乘人员我都会配合迎送手势并微笑面对，对司乘人员提出的问题能够耐心的解答，并能够为司乘人员排忧解难；在道路封闭或雨雾天气时，能够做好对司机的解释工作，避免不必要的投诉事件发生。</w:t>
      </w:r>
      <w:r>
        <w:rPr>
          <w:lang w:eastAsia="zh-CN"/>
        </w:rPr>
        <w:br/>
      </w:r>
      <w:r>
        <w:rPr>
          <w:lang w:eastAsia="zh-CN"/>
        </w:rPr>
        <w:t xml:space="preserve">    员工年底总结范文 篇13 </w:t>
      </w:r>
      <w:r>
        <w:rPr>
          <w:lang w:eastAsia="zh-CN"/>
        </w:rPr>
        <w:br/>
      </w:r>
      <w:r>
        <w:rPr>
          <w:lang w:eastAsia="zh-CN"/>
        </w:rPr>
        <w:t>　　记得刚进来时我对库房工作很好奇，因为我从来没有接触过这方面的工作，在我的脑海里，库房工作很简单，无非就是每天收发登记一下备件。所以能够加入公司做这方面的工作让我感到很幸运。但是，现实与理想的差距非常巨大，我的美好想法很快就像肥皂泡一样破灭。刚开始的时候，收发、登记，入库、还库，工作程序非常多，让我不断出现这样那样的错误，这些错误让我曾经想放弃。因为这个库房并不像想象中的那么简单，每天有很多繁琐的事情要做，就算是微不足道的一件事情，它的每一个细节都不可忽视，都必须执行所规定的流程以免发生错漏，所以工作让我感觉很混很杂，心里又很怕出错而造成公司的损失。那段日子，每一天精神都很紧张，特别的累。</w:t>
      </w:r>
      <w:r>
        <w:rPr>
          <w:lang w:eastAsia="zh-CN"/>
        </w:rPr>
        <w:br/>
      </w:r>
      <w:r>
        <w:rPr>
          <w:lang w:eastAsia="zh-CN"/>
        </w:rPr>
        <w:t>　　但是，随着时间的流逝，在我熟悉了库房流程之后，我就逐渐喜欢上了这份感觉，融入了这份工作。它让我感到既有压力，又有动力，既有成功之处，又有不足的地方。每天收到从不同地方发来的备件，我就很高兴、很兴奋，因为想到这些备件都是用来解决用户机器故障，让用户机器可以恢复正常使用的，而我作为库房，起到了一个非常重要的管理这些重要备件，不让它们出现问题的作用。看到工程师用我所管理的备件以最短的时间、最快的速度为用户成功修复设备时，我就很开心，这让我深深的感觉到了自己的成就感和责任感。</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https://d.book118.com/528002047110006046</w:t>
        </w:r>
      </w:hyperlink>
    </w:p>
    <w:p w:rsidR="001B1F19">
      <w:pPr>
        <w:rPr>
          <w:rFonts w:hint="eastAsia"/>
          <w:lang w:eastAsia="zh-CN"/>
        </w:rPr>
      </w:pPr>
    </w:p>
    <w:sectPr>
      <w:type w:val="nextPage"/>
      <w:pgSz w:w="11906" w:h="16838"/>
      <w:pgMar w:top="1440" w:right="1800" w:bottom="1440" w:left="1800" w:header="851" w:footer="992" w:gutter="0"/>
      <w:pgNumType w:start="2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28002047110006046"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39</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